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Bokin’i Daniela — Isa faha-efatra amby valopolo sy zato</w:t>
      </w:r>
    </w:p>
    <w:p>
      <w:pPr>
        <w:pStyle w:val="ArticleSubtitle"/>
        <w:jc w:val="left"/>
      </w:pPr>
      <w:r>
        <w:rPr>
          <w:rFonts w:ascii="Arial" w:hAnsi="Arial" w:eastAsia="Arial" w:cs="Arial"/>
        </w:rPr>
        <w:t>Ny Sabata sy ny Fahatongavana ho nofo: Vato fehizoron’ny fizotran’ny fanisiana tombo-kase araka ny Millerita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Ny fitsapana farany ho an’ny taranaka Millerita, izay tsy nahavita ny fizotry ny fitsapana, dia nanomboka tamin’ny taona 1856, tamin’ny fahatongavan’ny fahazavana nitombo momba ny “impito” ao amin’ny Levitikosy toko faha-enina amby roapolo. Hatramin’ny 1856 ka hatramin’ny 1863, ny hafatra ho an’i Laodikia dia nanamarika vanim-potoana farany tao anatin’ilay fe-potoana izay nanomboka tamin’ny fahatongavan’ny anjely fahatelo tamin’ny 22 Oktobra 1844. Izany fe-potoana izany dia asehon’ny andininy fahatelo ambin’ny folo ka hatramin’ny fahadimy ambin’ny folo ao amin’ny Daniela toko faha-iraika ambin’ny folo.</w:t>
      </w:r>
    </w:p>
    <w:p>
      <w:pPr>
        <w:pStyle w:val="ArticleBody"/>
        <w:jc w:val="left"/>
      </w:pPr>
      <w:r>
        <w:rPr>
          <w:rFonts w:ascii="Times New Roman" w:hAnsi="Times New Roman" w:eastAsia="Times New Roman" w:cs="Times New Roman"/>
        </w:rPr>
        <w:t>Io fe-potoana io dia aseho tsy amin’ireo andininy ireo ihany, fa amin’ny tantara izay nahatanteraka ireo andininy ireo koa, ary amin’ny fijoroana vavolombelon’ny jeografia ao Panium, izay Kaisaria Filipy ihany koa. Notsidihin’i Kristy tamin’ny fomba niniana i Kaisaria Filipy talohan’ny hazo fijaliana, ary ny hazo fijaliana dia maneho ny lalàn’ny Alahady, izay asehon’ny andininy fahenina ambin’ny folo. Tamin’ny 22 Oktobra 1844, ny Liona avy amin’ny firenen’i Joda dia nanondro ny foto-pampianaran’ny Sabata tao anatin’ny fahazavana manokana. Ary tamin’ny faran’izany fizotry ny fitsapana izany dia nampiditra fitomboan’ny fahalalana momba ny “impito” Izy, ary ny “impito” ao amin’ny Levitikosy enina amby roapolo dia foto-pampianaran’ny Sabata. Ny didin’ny Sabata momba ny tany miala sasatra no mifanandrify mivantana amin’ny didin’ny Sabata momba ny olona miala sasatra. Samy nifarana tamin’ny 22 Oktobra 1844 ny faminanian’ny fotoana dimy amby roan-jato sy roa arivo taona sy ny telo amby roan-jato sy roa arivo taona.</w:t>
      </w:r>
    </w:p>
    <w:p>
      <w:pPr>
        <w:pStyle w:val="ArticleBody"/>
        <w:jc w:val="left"/>
      </w:pPr>
      <w:r>
        <w:rPr>
          <w:rFonts w:ascii="Times New Roman" w:hAnsi="Times New Roman" w:eastAsia="Times New Roman" w:cs="Times New Roman"/>
        </w:rPr>
        <w:t>Ny vanim-potoana farany amin’ny dingan’ny fizahan-toetra, hatramin’ny taona 1856 ka hatramin’ny 1863, dia fanambarana lehibe kokoa momba ny Sabata, izay efa napetraka tao anatin’ny hazavana manokana tany am-piandohan’ny dingan’ny fanisiana tombo-kase sy ny fizahan-toetra. Ny tantara asehon’ny fahatanterahan’ny andininy faha-telo ambin’ny folo ka hatramin’ny faha-dimy ambin’ny folo ao amin’ny Daniela 11 dia maneho ilay vanim-potoan’ny fizahan-toetra izay anindrian’ny tombo-kasen’Andriamanitra mandrakizay eo amin’ireo iray hetsy sy efatra alina sy efatra arivo. Ao anatin’izany tantara izany no ampiraisina ireo tehina roa ao amin’i Ezekiela. Ny fampiraisana ireo tehina roa dia maneho ny fampiraisana ny maha-Andriamanitra amin’ny maha-olombelona, ary ny fampianarana mamirapiratra ao anatin’ny hazavana manokana ao amin’izany tantara izany dia ny fampianarana momba ny fahatongavana ho nofo.</w:t>
      </w:r>
    </w:p>
    <w:p>
      <w:pPr>
        <w:pStyle w:val="ArticleBody"/>
        <w:jc w:val="left"/>
      </w:pPr>
      <w:r>
        <w:rPr>
          <w:rFonts w:ascii="Times New Roman" w:hAnsi="Times New Roman" w:eastAsia="Times New Roman" w:cs="Times New Roman"/>
        </w:rPr>
        <w:t>Noho izany, raha nilaza an’i Kristy ho Zanak’Andriamanitra i Petera tany Kaisaria Filipy, dia nanaiky izy fa i Kristy, amin’ny maha-Zanak’Andriamanitra Azy, dia naneho ny toetrany roa: dia ny maha-Zanaka Masin’Andriamanitra Azy, Izay nitafy nofo maha-olona ny Tenany, ka tamin’izany no nahatongavany ho Zanak’olona.</w:t>
      </w:r>
    </w:p>
    <w:p>
      <w:pPr>
        <w:pStyle w:val="ArticleScripture"/>
        <w:jc w:val="left"/>
      </w:pPr>
      <w:r>
        <w:rPr>
          <w:rFonts w:ascii="Times New Roman" w:hAnsi="Times New Roman" w:eastAsia="Times New Roman" w:cs="Times New Roman"/>
        </w:rPr>
        <w:t>“Rehefa nandinika ny faminaniana izay nanambara an’i Kristy ny mpianatra, dia nampidirina ho amin’ny firaisana amin’ny Andriamanitra izy, ary nampianarina ny amin’Ilay izay niakatra tany an-danitra mba hamita ny asa izay efa natombony teto an-tany. Fantany fa tao Aminy no nitoeran’ny fahalalana izay tsy azon’ny olombelona na iza na iza, raha tsy ampian’ny herin’Andriamanitra, ho takarina. Nilainy ny fanampian’Ilay efa nambaran’ny mpanjaka sy ny mpaminany ary ny olo-marina mialoha. Tamin’ny fahagagana no namakiany sy namerenany namaky ireo fanehoana ara-paminaniana ny toetrany sy ny asany. Endrey ny fahamaizinan’ny fahatakaran’izy ireo ny Soratra ara-paminaniana! endrey ny fahataran’izy ireo tamin’ny fandraisana ireo fahamarinana lehibe izay nanambara an’i Kristy! Raha nijery Azy tamin’ny fanetren-tenany izy, raha nandeha tahaka ny olona teo amin’ny olona Izy, dia tsy takany ny zava-miafin’ny nahatongavany ho nofo, dia ny toetra roa sosona ao amin’ny maha-Izy Azy. Voasakan-javatra ny masony, ka tsy nahafantarany tanteraka ny maha-Andriamanitra tao amin’ny maha-olombelona. Fa rehefa nohazavain’ny Fanahy Masina izy, dia toy inona ny faniriany hahita Azy indray, sy hametraka ny tenany eo an-tongony!” Ilay Fitiavan’ny Vanim-potoana Rehetra, 507.</w:t>
      </w:r>
    </w:p>
    <w:p>
      <w:pPr>
        <w:pStyle w:val="ArticleBody"/>
        <w:jc w:val="left"/>
      </w:pPr>
      <w:r>
        <w:rPr>
          <w:rFonts w:ascii="Times New Roman" w:hAnsi="Times New Roman" w:eastAsia="Times New Roman" w:cs="Times New Roman"/>
        </w:rPr>
        <w:t>Ny 22 Oktobra 1844 ka hatramin’ny 1863 dia maneho ny fotoan’ny famehezana ny iray hetsy sy efatra arivo amby efatra alina. Izany vanim-potoana izany dia nanomboka tamin’ny nanasongadinana ny Sabata ho fahamarinana manokana teo anivon’ireo fahamarinana maro izay voavaha tombo-kase nandritra ny fotoan’ny famehezana. Io vanim-potoana io no nanombohan’ny fanenon’ny trompetra fahafito, izay manondro ny fotoana tokony hahatanterahan’ny zava-miafin’Andriamanitra.</w:t>
      </w:r>
    </w:p>
    <w:p>
      <w:pPr>
        <w:pStyle w:val="ArticleScripture"/>
        <w:jc w:val="left"/>
      </w:pPr>
      <w:r>
        <w:rPr>
          <w:rFonts w:ascii="Times New Roman" w:hAnsi="Times New Roman" w:eastAsia="Times New Roman" w:cs="Times New Roman"/>
        </w:rPr>
        <w:t>Fa amin’ny andron’ny feon’ny anjely fahafito, rehefa hanomboka hitsoka izy, dia ho tanteraka ny zava-miafina momba an’Andriamanitra, araka izay nambarany tamin’ny mpanompony mpaminany. Apokalypsy 10:7.</w:t>
      </w:r>
    </w:p>
    <w:p>
      <w:pPr>
        <w:pStyle w:val="ArticleBody"/>
        <w:jc w:val="left"/>
      </w:pPr>
      <w:r>
        <w:rPr>
          <w:rFonts w:ascii="Times New Roman" w:hAnsi="Times New Roman" w:eastAsia="Times New Roman" w:cs="Times New Roman"/>
        </w:rPr>
        <w:t>Ny anjely fahafito dia ilay loza fahatelo koa, satria ny fanisiana tombo-kase dia mitranga eo amin’ny tantara amin’ny fotoana isehoan’ny adin’ny finoana silamo am-pahavitrihana. Raha mba nahatoky ny Advantisma Millerita tamin’ny vanim-potoana izay nanaraka ny 22 Oktobra 1844, dia ho navotsotra ny finoana silamo izay efa nofehezina tamin’ny 11 Aogositra 1840.</w:t>
      </w:r>
    </w:p>
    <w:p>
      <w:pPr>
        <w:pStyle w:val="ArticleScripture"/>
        <w:jc w:val="left"/>
      </w:pPr>
      <w:r>
        <w:rPr>
          <w:rFonts w:ascii="Times New Roman" w:hAnsi="Times New Roman" w:eastAsia="Times New Roman" w:cs="Times New Roman"/>
        </w:rPr>
        <w:t>“Raha ny Advantista, taorian’ilay fahadisoam-panantenana lehibe tamin’ny 1844, no nifikitra mafy tamin’ny finoany ka nanaraka tamim-piraisana ny fitarihan’Andriamanitra izay nisokatra teo anoloany, ka nandray ny hafatry ny anjely fahatelo ary nanambara izany tamin’izao tontolo izao tamin’ny herin’ny Fanahy Masina, dia ho nahita ny famonjen’Andriamanitra izy; ny Tompo dia ho niasa tamin-kery lehibe niaraka tamin’ny ezaka nataony, ho efa vita ny asa, ary Kristy dia ho efa tonga talohan’izao handray ny olony ho amin’ny valisoany. Nefa tamin’ilay fotoana nisian’ny fisalasalana sy ny tsy fahazoana antoka izay nanaraka ilay fahadisoam-panantenana, maro tamin’ireo mpino ny fiavian’i Kristy no nandao ny finoany.... Dia voasakana ny asa, ary navela tao anatin’ny haizina izao tontolo izao. Raha ny vahoaka Advantista manontolo no niray hina teo amin’ny didin’Andriamanitra sy ny finoan’i Jesosy, ho hafa tokoa sy ho hafa lavitra ny tantarantsika!” Evangelism, 695.</w:t>
      </w:r>
    </w:p>
    <w:p>
      <w:pPr>
        <w:pStyle w:val="ArticleBody"/>
        <w:jc w:val="left"/>
      </w:pPr>
      <w:r>
        <w:rPr>
          <w:rFonts w:ascii="Times New Roman" w:hAnsi="Times New Roman" w:eastAsia="Times New Roman" w:cs="Times New Roman"/>
        </w:rPr>
        <w:t>Tamin’ny 22 Oktobra 1844 dia nanomboka naneno ny trompetra fahafito, ary nanomboka naneno koa ny trompetra Jobily.</w:t>
      </w:r>
    </w:p>
    <w:p>
      <w:pPr>
        <w:pStyle w:val="ArticleScripture"/>
        <w:jc w:val="left"/>
      </w:pPr>
      <w:r>
        <w:rPr>
          <w:rFonts w:ascii="Times New Roman" w:hAnsi="Times New Roman" w:eastAsia="Times New Roman" w:cs="Times New Roman"/>
        </w:rPr>
        <w:t>Ary manisa ho anao ny sabata fito amin’ny taona ianao, dia impito fito taona; ary ny faharetan’ireo sabata fito amin’ny taona dia ho sivy amby efapolo taona ho anao. Ary amin’izany dia hampanenoinao ny trompetran’ny Jobily amin’ny andro fahafolon’ny volana fahafito; amin’ny Andro Fanavotana no hampanenoanareo ny trompetra manerana ny taninareo rehetra. Ary hamasino ny taona fahadimampolo ianareo, ka hambaranareo manerana ny tany rehetra ny fahafahana ho an’ny mponina rehetra ao aminy; ho Jobily izany ho anareo; ary samy hiverina ho amin’ny fananany avy ny olona rehetra, ary samy hiverina ho amin’ny fianakaviany avy ny olona rehetra. Levitikosy 25:8–10.</w:t>
      </w:r>
    </w:p>
    <w:p>
      <w:pPr>
        <w:pStyle w:val="ArticleBody"/>
        <w:jc w:val="left"/>
      </w:pPr>
      <w:r>
        <w:rPr>
          <w:rFonts w:ascii="Times New Roman" w:hAnsi="Times New Roman" w:eastAsia="Times New Roman" w:cs="Times New Roman"/>
        </w:rPr>
        <w:t>Rehefa manomboka ny fotoam-pamehezana ny iray hetsy sy efatra alina sy efatra arivo, dia misy trompetra iray izay manambara fa tonga ny ady izay notanterahin’ny Islamo, ary misy trompetra iray izay mitory fahafahana ho an’ireo izay efa andevon’ny ota. Ny trompetra iray dia mampahafantatra ny tantara ivelany, ary ny iray kosa maneho ny fanandramana anatiny an’ireo olon’ny fanekena amin’ny andro farany. Esorina ny fanandevozany rehefa ampiraisina amin’ny Maha-Andriamanitra-ny mandrakizay ny maha-olombelona azy. Fitsipika mifanaraka amin’ny fitsipika, ireo trompetra roa ireo dia Trompetra iray ihany, satria ny trompetran’ny Jobily dia tsofina amin’ny Andro Fanavotana ihany, ary ny Andro Fanavotana dia manomboka rehefa tononina ny trompetra fahafito amin’ny loza fahatelo. Ny foto-pampianarana izay naneho ireo trompetra roa ireo tao amin’ny hetsika Millerita dia ny fahazavan’ny Sabata. Ny fahazavana izay maneho ireo Trompetra roa ireo amin’izao andro farany izao dia ny foto-pampianaran’ny fahatongavana ho nofo. Fitsipika mifanaraka amin’ny fitsipika, ny Sabata sy ny foto-pampianaran’ny fahatongavana ho nofo dia foto-pampianarana iray ihany.</w:t>
      </w:r>
    </w:p>
    <w:p>
      <w:pPr>
        <w:pStyle w:val="ArticleBody"/>
        <w:jc w:val="left"/>
      </w:pPr>
      <w:r>
        <w:rPr>
          <w:rFonts w:ascii="Times New Roman" w:hAnsi="Times New Roman" w:eastAsia="Times New Roman" w:cs="Times New Roman"/>
        </w:rPr>
        <w:t>Ny fiaiken’i Petera dia nanondro ny Mesia, ary koa ny Zanak’Andriamanitra. Ny Mesia dia Zanak’Andriamanitra. Ny Mesia no Mpahary asehon’ny Sabata.</w:t>
      </w:r>
    </w:p>
    <w:p>
      <w:pPr>
        <w:pStyle w:val="ArticleScripture"/>
        <w:jc w:val="left"/>
      </w:pPr>
      <w:r>
        <w:rPr>
          <w:rFonts w:ascii="Times New Roman" w:hAnsi="Times New Roman" w:eastAsia="Times New Roman" w:cs="Times New Roman"/>
        </w:rPr>
        <w:t>“Tsy mbola nahita an’i Kristy Paoly fony Izy nonina teto an-tany. Marina fa efa nandre ny aminy sy ny asany izy, nefa tsy nahazo nino izy fa ilay Mesia nampanantenaina, Mpahary ny tontolo rehetra, Mpizara ny fitahiana rehetra, dia hiseho eto an-tany amin’ny maha-olona tsotra Azy.” Sketches from the Life of Paul, 256.</w:t>
      </w:r>
    </w:p>
    <w:p>
      <w:pPr>
        <w:pStyle w:val="ArticleBody"/>
        <w:jc w:val="left"/>
      </w:pPr>
      <w:r>
        <w:rPr>
          <w:rFonts w:ascii="Times New Roman" w:hAnsi="Times New Roman" w:eastAsia="Times New Roman" w:cs="Times New Roman"/>
        </w:rPr>
        <w:t>Ny Sabata no manondro ny Mpamorona, ary ilay Mpamorona dia i Kristy izay nohamarinin’i Petera. Ny Zanak’Andriamanitra, izay nohamarinin’i Petera, dia Izy izay niray tamin’ny nofo maha-olombelona ka tonga Zanak’olona. Ny Zanak’Andriamanitra dia maneho ny fahatongavana ho nofo.</w:t>
      </w:r>
    </w:p>
    <w:p>
      <w:pPr>
        <w:pStyle w:val="ArticleScripture"/>
        <w:jc w:val="left"/>
      </w:pPr>
      <w:r>
        <w:rPr>
          <w:rFonts w:ascii="Times New Roman" w:hAnsi="Times New Roman" w:eastAsia="Times New Roman" w:cs="Times New Roman"/>
        </w:rPr>
        <w:t>“Kristy dia nitondra ho an’ny lehilahy sy ny vehivavy hery handresena. Tonga teto amin’ity izao tontolo izao ity tamin’ny endrik’olombelona Izy, mba hiaina ho lehilahy eo amin’ny olona. Noraisiny teo Aminy ny vesatry ny toetra maha-olombelona, mba hozahana sy hotsapaina. Tamin’ny maha-olombelona Azy dia mpiray amin’ny toetra maha-Andriamanitra Izy. Tamin’ny fahatongavany ho nofo dia nahazo tamin’ny heviny vaovao ny anaram-boninahitra hoe Zanak’Andriamanitra Izy. Hoy ny anjely tamin’i Maria: ‘Ny herin’ny Avo Indrindra hanaloka anao; koa ilay Masina izay haterakao dia hatao hoe Zanak’Andriamanitra’ (Lioka 1:35). Raha Zanak’olombelona Izy, dia tonga Zanak’Andriamanitra tamin’ny heviny vaovao. Toy izany no nijoroany teto amin’izao tontolo izao—Zanak’Andriamanitra, nefa noho ny fahaterahana dia iray fihavanana amin’ny taranak’olombelona.” Selected Messages, boky 1, 226.</w:t>
      </w:r>
    </w:p>
    <w:p>
      <w:pPr>
        <w:pStyle w:val="ArticleBody"/>
        <w:jc w:val="left"/>
      </w:pPr>
      <w:r>
        <w:rPr>
          <w:rFonts w:ascii="Times New Roman" w:hAnsi="Times New Roman" w:eastAsia="Times New Roman" w:cs="Times New Roman"/>
        </w:rPr>
        <w:t>Tao Kaisaria Filipy, ny fanekena indroa nataon’i Petera dia naneho ireo iray hetsy sy efatra arivo amby efatra alina izay mahatakatra fa Jesosy no Kristy, Zanak’Andriamanitra, ary ny fotopampianaran’ny Sabata izay nohazavaina tamin’ny 1844, miaraka amin’ny fotopampianaran’ny nofo nahatongavana izay ekena amin’ny andro farany. Ny fahazavan’ny fahamarinana indroa dia voaseho amin’ny fiandohana sy ny fiafaran’ny vanim-potoanan’ny fanisiana tombo-kase, araka ny ambaran’ny tantaran’ny fanisiana tombo-kase hatramin’ny 22 Oktobra 1844 ka hatramin’ny 1863, sy ny tantaran’ireo feo roa ao amin’ny Apokalypsy toko faha-valo ambin’ny folo.</w:t>
      </w:r>
    </w:p>
    <w:p>
      <w:pPr>
        <w:pStyle w:val="ArticleBody"/>
        <w:jc w:val="left"/>
      </w:pPr>
      <w:r>
        <w:rPr>
          <w:rFonts w:ascii="Times New Roman" w:hAnsi="Times New Roman" w:eastAsia="Times New Roman" w:cs="Times New Roman"/>
        </w:rPr>
        <w:t>Ao amin’ny andalana Millerita momba ny fizotry ny fanisiana tombo-kase, sy ao amin’ny andalana ara-paminaniana momba ny fanisiana tombo-kase ao amin’ny Apokalypsy toko fahavalo ambin’ny folo, dia misy fitsapana iray eo amin’ny faran’ny vanim-potoana indrindra, izay isehoan’ny sokajy iray ho virijina adala, tahaka ny nitranga tamin’ny 1856 ka hatramin’ny 1863, ary isehoan’ny sokajy iray ho virijina hendry manomboka amin’ny Jolay 2023 ka hatramin’ny lalàna Alahady ho avy tsy ho ela. Io vanim-potoana farany fitsapana io dia mamerina ny fiandohan’ny vanim-potoana. Ilay anjely ihany izay nidina tamin’ny 11 Septambra 2001 no tonga tamin’ny maha Mikaela Azy mba hiantso ny maty ho amin’ny fiainana tamin’ny 2023, ny sasany ho amin’ny fiainana mandrakizay ary ny sasany ho amin’ny fahafatesana mandrakizay. Rehefa tonga Izy, dia nitarika ny olony hiverina amin’ny fanorenana fototra. Ny sasany mandà tsy handeha amin’ny lalana tranainy, ny sasany kosa mandeha amin’ny lalana tranainy. Ny sasany mihaino ny feon’ny trompetra, ny sasany mandà tsy hihaino.</w:t>
      </w:r>
    </w:p>
    <w:p>
      <w:pPr>
        <w:pStyle w:val="ArticleScripture"/>
        <w:jc w:val="left"/>
      </w:pPr>
      <w:r>
        <w:rPr>
          <w:rFonts w:ascii="Times New Roman" w:hAnsi="Times New Roman" w:eastAsia="Times New Roman" w:cs="Times New Roman"/>
        </w:rPr>
        <w:t>Izao no lazain’i Jehovah hoe: Mitsangàna eo an-dalana ianareo, ka izahao, ary anontanio ny amin’ny lalana fahiny, izay misy ny lalana tsara, dia mizora ao aminy; ary hahita fitsaharana ho an’ny fanahinareo ianareo. Nefa hoy ireo: Tsy hizotra ao izahay. Ary nametraka mpiambina teo aminareo koa Aho nanao hoe: Henoy ny feon’ny trompetra. Nefa hoy ireo: Tsy hihaino izahay. Jeremia 6:16, 17.</w:t>
      </w:r>
    </w:p>
    <w:p>
      <w:pPr>
        <w:pStyle w:val="ArticleBody"/>
        <w:jc w:val="left"/>
      </w:pPr>
      <w:r>
        <w:rPr>
          <w:rFonts w:ascii="Times New Roman" w:hAnsi="Times New Roman" w:eastAsia="Times New Roman" w:cs="Times New Roman"/>
        </w:rPr>
        <w:t>Ny hafatra asehon’ilay trompetra tsofin’ny mpiambina dia manana lafiny roa. Izy no trompetra fahafiton’ny Islamo sy ny trompetra Jobily famonjena. Izy no hafatry ny fampiraisana ny maha-Andriamanitra amin’ny maha-olombelona, izay tanterahin’ny zava-miafin’ny fahatongavana ho nofo, ary izany no mamokatra toetra voaomana handray ny tombo-kasen’Andriamanitra, dia ny Sabata. Ilay hafatra, ny asa, ary ny toe-javatra mifandray amin’izany vanim-potoana farany amin’ny fanisiana tombo-kase izany, izay nanomboka tamin’ny Jolay 2023, roa amby roapolo taona taorian’ny 2001, dia asehon’ny andininy faha-telo ambin’ny folo ka hatramin’ny faha-dimy ambin’ny folo ao amin’ny Daniela toko faha-iraika ambin’ny folo, ary koa amin’ny fitsidihan’i Kristy an’i Kaisaria Filipy ao amin’ny Matio toko faha-enina ambin’ny folo.</w:t>
      </w:r>
    </w:p>
    <w:p>
      <w:pPr>
        <w:pStyle w:val="ArticleBody"/>
        <w:jc w:val="left"/>
      </w:pPr>
      <w:r>
        <w:rPr>
          <w:rFonts w:ascii="Times New Roman" w:hAnsi="Times New Roman" w:eastAsia="Times New Roman" w:cs="Times New Roman"/>
        </w:rPr>
        <w:t>Tamin’ny fanoharana ny amin’ny virijina folo, dia samy resin-tory avokoa ny virijina rehetra nandritra ny fotoana niandrasana. Nilaza tamin’ny mpianany Jesosy fa matory Lazarosy.</w:t>
      </w:r>
    </w:p>
    <w:p>
      <w:pPr>
        <w:pStyle w:val="ArticleScripture"/>
        <w:jc w:val="left"/>
      </w:pPr>
      <w:r>
        <w:rPr>
          <w:rFonts w:ascii="Times New Roman" w:hAnsi="Times New Roman" w:eastAsia="Times New Roman" w:cs="Times New Roman"/>
        </w:rPr>
        <w:t>Ary rehefa voalaza izany zavatra izany, dia hoy Izy taminy: Matory i Lazarosy sakaizantsika; nefa handeha Aho mba hamoha azy amin’ny torimaso. Dia hoy ny mpianany: Tompo ô, raha matory izy, dia ho sitrana. Kanjo ny fahafatesany no nolazain’i Jesosy; fa nihevitra ireo fa ny fitsaharana amin’ny torimaso no nolazainy. Dia hoy Jesosy taminy mazava tsara: Maty Lazarosy. Jaona 11:10–14.</w:t>
      </w:r>
    </w:p>
    <w:p>
      <w:pPr>
        <w:pStyle w:val="ArticleBody"/>
        <w:jc w:val="left"/>
      </w:pPr>
      <w:r>
        <w:rPr>
          <w:rFonts w:ascii="Times New Roman" w:hAnsi="Times New Roman" w:eastAsia="Times New Roman" w:cs="Times New Roman"/>
        </w:rPr>
        <w:t>Tamin’ny faran’ny iraika amby roapolo andro, dia nahita ny fahitana Daniela, ary izy dia tao anatin’ny torimaso lalina.</w:t>
      </w:r>
    </w:p>
    <w:p>
      <w:pPr>
        <w:pStyle w:val="ArticleScripture"/>
        <w:jc w:val="left"/>
      </w:pPr>
      <w:r>
        <w:rPr>
          <w:rFonts w:ascii="Times New Roman" w:hAnsi="Times New Roman" w:eastAsia="Times New Roman" w:cs="Times New Roman"/>
        </w:rPr>
        <w:t>Ary izaho Daniela irery no nahita ny fahitana; fa ny olona izay teo amiko tsy nahita ny fahitana; nefa fahatahorana lehibe no namely azy, ka dia nandositra izy mba hiafina. Koa dia izaho irery no sisa tavela, ary nahita io fahitana lehibe io aho; nefa tsy nisy hery intsony tato anatiko; fa ny hatsaran-tarehiko niova tato anatiko ho fahalovana, ary tsy nahatana hery aho. Kanefa reko ny feon’ny teniny; ary raha nandre ny feon’ny teniny aho, dia latsaka tamin’ny torimaso lalina niankohoka tamin’ny tavako, ka ny tavako nitodika tamin’ny tany. Daniela 10:7–9.</w:t>
      </w:r>
    </w:p>
    <w:p>
      <w:pPr>
        <w:pStyle w:val="ArticleBody"/>
        <w:jc w:val="left"/>
      </w:pPr>
      <w:r>
        <w:rPr>
          <w:rFonts w:ascii="Times New Roman" w:hAnsi="Times New Roman" w:eastAsia="Times New Roman" w:cs="Times New Roman"/>
        </w:rPr>
        <w:t>Ny vavolombelona roa ao amin’ny Apokalypsy toko fahiraika ambin’ny folo dia niampatrampatra maty teo amin’ny arabe nandritra ny telo andro sy tapany, ary tao an-dohasaha ny taolana maty hitan’i Ezekiela. Tamin’ny 18 Jolay 2020 no nahatongavan’ny fotoana fiandrasana amin’ny fahafatesana ara-panahy sy ny fatoriana teo amin’ny virijina ao amin’ny hetsiky ny anjely fahatelo. Telo taona tatỳ aoriana dia nanomboka ny fizotry ny fifohazana sy ny fanomanana ny olon’Andriamanitra amin’ny andro farany mba ho fanevany sy tafiny mahery. Ilay anjely izay nidina tamin’ny 18 Jolay 2020 dia namaha tombo-kase fahamarinana iray, tahaka izay ataon’ny anjely mandrakariva rehefa midina izy ireo.</w:t>
      </w:r>
    </w:p>
    <w:p>
      <w:pPr>
        <w:pStyle w:val="ArticleBody"/>
        <w:jc w:val="left"/>
      </w:pPr>
      <w:r>
        <w:rPr>
          <w:rFonts w:ascii="Times New Roman" w:hAnsi="Times New Roman" w:eastAsia="Times New Roman" w:cs="Times New Roman"/>
        </w:rPr>
        <w:t>Ny fahamarinana izay novelariny dia ny fanandramana ny amin’ny fotoana fiandrasana sy ny fahadisoam-panantenana voalohany. Tamin’izany dia niparitaka ny olon’Andriamanitra amin’ny andro farany, ary rehefa tonga teo amin’ny tantara ny dingan’ny fampifoha azy ireo, dia notakina taminy ny hamantatra sy hanaiky fa efa niparitaka izy ary fa tao anatin’ny fotoana fiandrasana izy. Dia nalefa tamin’izany ny anjely maro, na hafatra maro, mba hampahery ny hafatry ny fotoana fiandrasana.</w:t>
      </w:r>
    </w:p>
    <w:p>
      <w:pPr>
        <w:pStyle w:val="ArticleScripture"/>
        <w:jc w:val="left"/>
      </w:pPr>
      <w:r>
        <w:rPr>
          <w:rFonts w:ascii="Times New Roman" w:hAnsi="Times New Roman" w:eastAsia="Times New Roman" w:cs="Times New Roman"/>
        </w:rPr>
        <w:t>“Teo am-pamaranan’ny hafatry ny anjely faharoa, dia nahita hazavana lehibe avy any an-danitra namirapiratra tamin’ny vahoakan’Andriamanitra aho. Ny taratr’io hazavana io dia toa namirapiratra tahaka ny masoandro. Ary reko ny feon’ny anjely niantso hoe: ‘Indro, avy ny Mpampakatra; mivoaha hihaona aminy ianareo!’”</w:t>
      </w:r>
    </w:p>
    <w:p>
      <w:pPr>
        <w:pStyle w:val="ArticleScripture"/>
        <w:jc w:val="left"/>
      </w:pPr>
      <w:r>
        <w:rPr>
          <w:rFonts w:ascii="Times New Roman" w:hAnsi="Times New Roman" w:eastAsia="Times New Roman" w:cs="Times New Roman"/>
        </w:rPr>
        <w:t>“Ity no antso tamin’ny misasakalina, izay tokony hanome hery ny hafatry ny anjely faharoa. Nisy anjely nirahina avy any an-danitra hanaitra ny olo-masina kivy sy hanomana azy ireo ho amin’ilay asa lehibe eo anoloany. Tsy ny olona manan-talenta indrindra no voalohany nandray io hafatra io. Nisy anjely nirahina ho any amin’ireo manetry tena sy feno fanoloran-tena, ka nanosika azy ireo hanandratra ny antso hoe: ‘Indro, avy ny Mpampakatra; mivoaha hifanena Aminy!’ Ireo izay nankinina tamin’izany antso izany dia nanao faingana, ary tamin’ny herin’ny Fanahy Masina no nampandrenesany ny hafatra sy nanaitrany ny rahalahiny kivy. Tsy niorina tamin’ny fahendrena sy ny fahaizan’ny olona izany asa izany, fa tamin’ny herin’Andriamanitra; ary ny olo-masiny izay nandre ny antso dia tsy nahatohitra izany. Ireo tena ara-panahy no nandray io hafatra io voalohany, ary ireo izay teo aloha no nitarika tamin’ny asa no farany nandray izany sy nanampy hampitombo ny antso hoe: ‘Indro, avy ny Mpampakatra; mivoaha hifanena Aminy!’”</w:t>
      </w:r>
    </w:p>
    <w:p>
      <w:pPr>
        <w:pStyle w:val="ArticleScripture"/>
        <w:jc w:val="left"/>
      </w:pPr>
      <w:r>
        <w:rPr>
          <w:rFonts w:ascii="Times New Roman" w:hAnsi="Times New Roman" w:eastAsia="Times New Roman" w:cs="Times New Roman"/>
        </w:rPr>
        <w:t>“Tamin’ny faritra rehetra tamin’ny tany dia nomena fahazavana momba ny hafatry ny anjely faharoa, ary ny antso dia nampitsonika ny fon’ny an’arivony. Nandeha avy tany an-tanàna iray ho any an-tanàna iray izany, ary avy tany an-tanànakely iray ho any an-tanànakely iray, mandra-pahatafavoha tanteraka ny vahoakan’Andriamanitra izay niandry. Tamin’ny fiangonana maro dia tsy navela hotorina io hafatra io, ary nisy antokon’olona maro izay nanana ny fijoroana velona niala tamin’ireo fiangonana lavo ireo. Asa lehibe no tanterahin’ny antso amin’ny misasak’alina. Nandinika ny fo io hafatra io, ka nitarika ny mpino hitady fanandramana velona ho an’ny tenany avy. Fantatr’izy ireo fa tsy afaka hiantehitra amin’ny samy izy izy ireo.” Early Writings, 238.</w:t>
      </w:r>
    </w:p>
    <w:p>
      <w:pPr>
        <w:pStyle w:val="ArticleBody"/>
        <w:jc w:val="left"/>
      </w:pPr>
      <w:r>
        <w:rPr>
          <w:rFonts w:ascii="Times New Roman" w:hAnsi="Times New Roman" w:eastAsia="Times New Roman" w:cs="Times New Roman"/>
        </w:rPr>
        <w:t>Ny fahatongavan’ny hafatry ny Antso amin’ny Misasakalina ao amin’ilay fanoharana no manondro ny fotoana isehoan’ny kilasy roa amin’ireo virijiny, na manana menaka izy ireo na tsia. Ny hendry dia manana menaka; ny adala kosa tsy manana. Tanteraka tao amin’ny asan’i Samuel Snow izany fanoharana izany teo amin’ny tantaran’ny Millerita, ary tao anatin’izany asa izany dia nivelatra ny hafatra nasehon’i Snow, araka izay asehon’ireo lahatsorany tao amin’ny bokin-gazety Millerita tamin’izany vanim-potoana izany. Ary avy eo, rehefa tonga tao amin’ny fivoriana an-toby tao Exeter izy, izay natao ny 12 hatramin’ny 17 Aogositra 1844, dia aseho koa ny fe-potoana iray izay niafara tamin’ny nialan’ireo izay tao amin’ilay fivoriana avy tao, ka nitory ilay hafatra.</w:t>
      </w:r>
    </w:p>
    <w:p>
      <w:pPr>
        <w:pStyle w:val="ArticleBody"/>
        <w:jc w:val="left"/>
      </w:pPr>
      <w:r>
        <w:rPr>
          <w:rFonts w:ascii="Times New Roman" w:hAnsi="Times New Roman" w:eastAsia="Times New Roman" w:cs="Times New Roman"/>
        </w:rPr>
        <w:t>Misy “fotoana iray” izay ametrahana tanteraka ny hafatry ny Antso amin’ny Mamatonalina, ary amin’izany fotoan-dehibe izany, araka ny fanoharana, dia mihidy amin’ny virijina ny fotoam-pahasoavana. Ity “fotoana iray” ity dia ialohavan’“ny vanim-potoana iray” izay anefena sy andrafetana ny hafatra. Hatramin’ny Jolay 2023 dia efa teo am-pandrosoana ny hafatry ny Antso amin’ny Mamatonalina, ary tsy tahaka ny fahatanterahan’izany tamin’ny andron’ny Millerita, dia efa nampitaina manerana izao tontolo izao mialoha ny “fihidinan’ny fotoam-pahasoavana” ilay hafatra. Rehefa nikatona ny fotoam-pahasoavana tamin’ny faran’ny fivoriana tao Exeter, dia nandeha nankany amin’ny “faritra rehetra amin’ny tany” ilay hafatra, ary “nomena fahazavana ny amin’ny hafatry ny anjely faharoa, ary ny antso dia nampilefaka ny fon’ny olona an’arivony. Nandeha avy tany an-tanàna ho any an-tanàna izany, ary avy tany an-tanàna kely ho any an-tanàna kely, mandra-pahatafavoha tanteraka ny vahoakan’Andriamanitra izay niandry.”</w:t>
      </w:r>
    </w:p>
    <w:p>
      <w:pPr>
        <w:pStyle w:val="ArticleBody"/>
        <w:jc w:val="left"/>
      </w:pPr>
      <w:r>
        <w:rPr>
          <w:rFonts w:ascii="Times New Roman" w:hAnsi="Times New Roman" w:eastAsia="Times New Roman" w:cs="Times New Roman"/>
        </w:rPr>
        <w:t>Amin’ny tantarantsika ankehitriny, ny hafatra izay nanomboka navoaka tamin’ny volana Jolay 2023 dia efa tonga any amin’ny firenena zato sy roapolo maneran-tany ankehitriny, ary ireo lahatsoratra izay maneho ny fivelaran’ny hafatry ny Antso Misasakalina dia azo alaina amin’ny fiteny mihoatra ny enimpolo, ary ireo lahatsoratra ireo dia azo vakina na azo henoina.</w:t>
      </w:r>
    </w:p>
    <w:p>
      <w:pPr>
        <w:pStyle w:val="ArticleScripture"/>
        <w:jc w:val="left"/>
      </w:pPr>
      <w:r>
        <w:rPr>
          <w:rFonts w:ascii="Times New Roman" w:hAnsi="Times New Roman" w:eastAsia="Times New Roman" w:cs="Times New Roman"/>
        </w:rPr>
        <w:t>Ny Fanambaran’i Jesosy Kristy, izay nomen’Andriamanitra Azy mba hanehoany amin’ny mpanompony ny zavatra izay tsy maintsy ho tanteraka tsy ho ela; ary Izy naniraka ka nampahafantatra izany tamin’ny alalan’ny anjeliny ho an’i Jaona mpanompony; izay nanao fanambarana ny tenin’Andriamanitra sy ny filazana nataon’i Jesosy Kristy ary ny zavatra rehetra izay hitany. Sambatra izay mamaky, sy izay mihaino ny tenin’ity faminaniana ity, ary mitandrina izay zavatra voasoratra ao anatiny; fa efa antomotra ny andro. Apokalypsy 1:1–3.</w:t>
      </w:r>
    </w:p>
    <w:p>
      <w:pPr>
        <w:pStyle w:val="ArticleBody"/>
        <w:jc w:val="left"/>
      </w:pPr>
      <w:r>
        <w:rPr>
          <w:rFonts w:ascii="Times New Roman" w:hAnsi="Times New Roman" w:eastAsia="Times New Roman" w:cs="Times New Roman"/>
        </w:rPr>
        <w:t>Ny fahazavan’ity hafatra ity, araka izay aseho amin’ireo lahatsoratra, dia tontosa teo ho eo tao anatin’ny enim-bolana tamin’ny alalan’olona roa.</w:t>
      </w:r>
    </w:p>
    <w:p>
      <w:pPr>
        <w:pStyle w:val="ArticleScripture"/>
        <w:jc w:val="left"/>
      </w:pPr>
      <w:r>
        <w:rPr>
          <w:rFonts w:ascii="Times New Roman" w:hAnsi="Times New Roman" w:eastAsia="Times New Roman" w:cs="Times New Roman"/>
        </w:rPr>
        <w:t>“Raha tsy taitra ho tsapa ny adidiny ireo izay afaka manampy ao amin’i —, dia tsy hahafantatra ny asan’Andriamanitra izy ireo rehefa ho re ny antso mafy ataon’ny anjely fahatelo. Rehefa miposaka ny fahazavana mba hanazava ny tany, dia tsy hiakatra hanampy an’i Jehovah izy, fa te hametra ny asany mba hampifanaraka izany amin’ny heviny tery. Lazaiko aminareo fa hiasa amin’ity asa farany ity ny Tompo amin’ny fomba lavitra tokoa ny filaharan-javatra mahazatra, ary amin’ny fomba hanohitra izay rehetra drafitry ny olombelona. Hisy eo amintsika ireo izay haniry mandrakariva hifehy ny asan’Andriamanitra, ka hibaiko mihitsy aza izay fihetsiketsehana tokony hatao rehefa mandroso ny asa eo ambany fitarihan’ilay anjely izay miara-mikambana amin’ny anjely fahatelo ao amin’ny hafatra homena izao tontolo izao. Hampiasa lalana sy fitaovana Andriamanitra ka ho hita amin’izany fa Izy no mandray ny tady fitarihana eo an-tanany manokana. Ho gaga ireo mpiasa amin’ny fomba tsotra hampiasainy mba hanatanterahana sy hahatanteraka ny asany amin’ny fahamarinana.” Testimonies to Ministers, 300.</w:t>
      </w:r>
    </w:p>
    <w:p>
      <w:pPr>
        <w:pStyle w:val="ArticleBody"/>
        <w:jc w:val="left"/>
      </w:pPr>
      <w:r>
        <w:rPr>
          <w:rFonts w:ascii="Times New Roman" w:hAnsi="Times New Roman" w:eastAsia="Times New Roman" w:cs="Times New Roman"/>
        </w:rPr>
        <w:t>Ny Liona avy amin’ny firenen’i Joda dia efa nitondra ny olony amin’ny andro farany ho amin’ny andininy fahatelo ambin’ny folo ka hatramin’ny fahadimy ambin’ny folo ao amin’ny Daniela toko faha-iraika ambin’ny folo, ka manokatra ny tantara asehon’ny tantaran’ny 200 tal. J.K. ka hatramin’ny 63 tal. J.K., ary koa ny Matio toko faha-enina ambin’ny folo, sy ny tantaran’ny fitsidihan’i Kristy tany Kaisaria Filipy. Samy mifanaraka amin’ilay ampahany amin’ny bokin’i Daniela izay voaisy tombo-kase mandra-pahatongan’ny andro farany na ny faminaniana na ny tantaran’ny fahatanterahany. Boky iray ihany ny Daniela sy ny Apokalypsy, koa amin’ny andro farany, mialoha indrindra ny hifaranan’ny fotoam-pitsarana, dia esorina ny tombo-kasen’ny Fanambaran’i Jesosy Kristy, ary ao anatin’izany Fanambarana izany ny ampahan’i Daniela izay mifandray amin’ny andro farany. Tonga izao ny fotoana hamaranana ny fivorian’ny toby tao Exeter.</w:t>
      </w:r>
    </w:p>
    <w:p>
      <w:pPr>
        <w:pStyle w:val="ArticleScripture"/>
        <w:jc w:val="left"/>
      </w:pPr>
      <w:r>
        <w:rPr>
          <w:rFonts w:ascii="Times New Roman" w:hAnsi="Times New Roman" w:eastAsia="Times New Roman" w:cs="Times New Roman"/>
        </w:rPr>
        <w:t>Ary hoy Izy tamiko hoe: Aza asiana tombo-kase ny tenin’ny faminaniana amin’ity boky ity; fa efa akaiky ny andro. Izay tsy marina, aoka izy mbola tsy marina ihany; ary izay maloto, aoka izy mbola haloto ihany; ary izay marina, aoka izy mbola hanao ny marina ihany; ary izay masina, aoka izy mbola ho masina ihany. Apokalypsy 22:10, 11.</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Indro, avy ny andro, hoy Jehovah Tompo, izay handefasako mosary amin’ny tany, tsy mosary amin’ny mofo, na hetaheta amin’ny rano, fa ny hihaino ny tenin’i Jehovah; ary hirenireny hatramin’ny ranomasina ka hatramin’ny ranomasina izy, ary hatramin’ny avaratra ka hatramin’ny atsinanana, hihazakazaka etsy sy eroa hitady ny tenin’i Jehovah izy, nefa tsy hahita izany. Amin’izany andro izany dia ho torana noho ny hetaheta ny virijiny tsara tarehy sy ny zatovo. Izay mianiana amin’ny fahotan’i Samaria ka manao hoe: Velona andriamanitrao, ry Dana; ary: Velona ny fomban’i Beri-sheba; dia ho lavo ireny ka tsy hitsangana intsony mandrakizay. Amosa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Bokin’i Daniela — Isa faha-efatra amby valopolo sy zato</dc:title>
  <dc:subject>Ny Sabata sy ny Fahatongavana ho nofo: Vato fehizoron’ny fizotran’ny fanisiana tombo-kase araka ny Millerita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