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Faha-sivy amby sivifolo amby zato</w:t>
      </w:r>
    </w:p>
    <w:p>
      <w:pPr>
        <w:pStyle w:val="ArticleSubtitle"/>
        <w:jc w:val="left"/>
      </w:pPr>
      <w:r>
        <w:rPr>
          <w:rFonts w:ascii="Arial" w:hAnsi="Arial" w:eastAsia="Arial" w:cs="Arial"/>
        </w:rPr>
        <w:t>Ny Firongatry ny Faminaniana: Fampiharihariana ny Adin’i Panium sy ny Sasin-tenin’ny Lalàn’ny Alahady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Ny lahatsoratra farany dia nifarana tamin’ny andalana iray izay nahitana ity fehintsoratra ity: “Efa saiky tonga amin’ny fetra farany ny fandikan-dalàna. Feno fisavorovoroana izao tontolo izao, ary tsy ho ela dia hisy fampihorohoroana lehibe hanjo ny olombelona. Efa tena akaiky dia akaiky ny farany. Isika izay mahalala ny fahamarinana dia tokony hiomana ho amin’izay hipoaka tsy ho ela amin’izao tontolo izao toy ny fahagagana mandrendrika tsy nampoizina.” Mahatratra ny fetrany farany ny “fandikan-dalàna” rehefa feno ny kapoakan’ny fotoam-pahasoavana fitsapana, ary io fetra io dia tratrarina ho an’i Etazonia amin’ny lalàna Alahady.</w:t>
      </w:r>
    </w:p>
    <w:p>
      <w:pPr>
        <w:pStyle w:val="ArticleScripture"/>
        <w:jc w:val="left"/>
      </w:pPr>
      <w:r>
        <w:rPr>
          <w:rFonts w:ascii="Times New Roman" w:hAnsi="Times New Roman" w:eastAsia="Times New Roman" w:cs="Times New Roman"/>
        </w:rPr>
        <w:t>“Saingy Kristy dia nanambara fa tsy hisy ho lany na dia litera iray na tendron-tsoratra iray amin’ny lalàna aza mandra-pahalasan’ny lanitra sy ny tany. Ny asa mihitsy izay nahatongavany dia ny hanandratra ny lalàna sy hampiseho amin’ireo tontolo nohariana sy amin’ny lanitra fa marina Andriamanitra, ary tsy misy tokony hanovana ny lalàny. Kanefa eto dia indro ilay lehilahy ankavanan’i Satana, vonona hanohy ny asa izay natombok’i Satana tany an-danitra, dia ny fikasana hanitsy ny lalàn’Andriamanitra. Ary ny tontolo kristiana dia nankato ny ezaka ataony tamin’ny fanekena ity zanaky ny fahefana papaly ity,—dia ny fanorenana ny Alahady. Novelominy izy, ary mbola hotohizany novelomina mandra-panoloran’ny Protestantisma ny tànan’ny firaisam-pihavanana amin’ny fahefana romana. Amin’izay dia hisy lalàna hanoherana ny Sabatan’ny famoronana nataon’Andriamanitra, ary amin’izay indrindra no hanaovan’Andriamanitra “asa hafahafa eo amin’ny tany.” Efa nandefitra ela tamin’ny fihodinan-tsain’ny taranak’olombelona Izy; efa niezaka hampandresy lahatra azy ireo ho eo Aminy Izy. Fa ho avy ny fotoana izay hahafenoany ny fatran’ny helony; ary amin’izay no hiasan’Andriamanitra. Saika tonga izao izany fotoana izany. Mitahiry firaketana momba ny firenena Andriamanitra: miha-mitombo manohitra azy ireo ny tarehimarika ao amin’ny bokin’ny lanitra; ary rehefa ho tonga lalàna fa ny fandikana ny andro voalohan’ny herinandro dia hovaliana sazy, dia ho feno ny kapoakany.” Review and Herald, March 9, 1886.</w:t>
      </w:r>
    </w:p>
    <w:p>
      <w:pPr>
        <w:pStyle w:val="ArticleBody"/>
        <w:jc w:val="left"/>
      </w:pPr>
      <w:r>
        <w:rPr>
          <w:rFonts w:ascii="Times New Roman" w:hAnsi="Times New Roman" w:eastAsia="Times New Roman" w:cs="Times New Roman"/>
        </w:rPr>
        <w:t>Amin’ny lalàna momba ny Alahady dia ho nofenoan’i Etazonia hatramin’ny farany ny kapoakany, ary ny fihemorana ara-panahin’ny firenena dia harahin’ny faharavan’ny firenena. Ilay fehintsoratra dinihintsika dia milaza hoe: “efa saika tonga amin’ny fetrany ny fandikan-dalàna,” ary “fampihorohoroana lehibe no ho avy tsy ho ela amin’ny olombelona.” Amin’ny lalàna momba ny Alahady, izay “ora nisian’ilay horohoron-tany lehibe” ao amin’ny toko fahiraika ambin’ny folo amin’ny Apokalypsy, dia “lavo ny ampahafolon’ny tanàna,” ary “indro, avy faingana ny loza fahatelo,” ary “naneno ny anjely fahafito.” Ny loza fahatelo dia ny trompetra fahafito, ary tonga amin’ny lalàna momba ny Alahady izy mitondra “fampihorohoroana lehibe.” Amin’izay fotoana izay dia “tena akaiky dia akaiky ny farany,” ary tonga izany toy ny “fahagagana mampitolagaga tanteraka.” Amin’ny lalàna momba ny Alahady dia fenoina koa ny kapoakan’ny fotoana fitsapana ho an’ny fahefana papaly, satria amin’izay ny feo faharoa ao amin’ny Apokalypsy fahavalo ambin’ny folo no manambara hoe: “Mivoaha avy ao aminy, ry oloko, mba tsy hiray ota aminy hianareo, ary mba tsy handray ny lozany. Fa ny fahotany efa tafakatra hatrany an-danitra, ary Andriamanitra nahatsiaro ny helony. Valio izy tahaka ny namaliany anareo, ary avoahy indroa heny aminy araka ny asany; ao amin’ny kapoaka izay nofenoiny dia fenoy indroa heny ho azy.”</w:t>
      </w:r>
    </w:p>
    <w:p>
      <w:pPr>
        <w:pStyle w:val="ArticleBody"/>
        <w:jc w:val="left"/>
      </w:pPr>
      <w:r>
        <w:rPr>
          <w:rFonts w:ascii="Times New Roman" w:hAnsi="Times New Roman" w:eastAsia="Times New Roman" w:cs="Times New Roman"/>
        </w:rPr>
        <w:t>Io tantara io dia misokatra eo amin’ny lalàn’ny Alahady, ary manamarika fe-potoana ara-panoharana izay hivoahan’ny fahefan’ny papa “amin’ny fahatezerana lehibe handringana sy handrava tanteraka ny maro,” satria “amin’ny andro farany dia hisy maritiora maro.” Izay mampahatezitra ny fahefan’ny papa dia ny “filazana avy any atsinanana sy avy any avaratra” izay “hampitebiteby azy,” nefa “ho tonga amin’ny farany izy, ka tsy hisy hamonjy azy.” Hatramin’ny lalàn’ny Alahady ka hatramin’ny faran’ny fahefan’ny papa no anombohan’ny dingana voalohany amin’ny fitsarana mpanatanterak’Andriamanitra. Arahin’ny dingana faharoa izany, dia ireo loza fito farany, ary farany dia ny fandringanana mandrakizay ny ratsy fanahy eo amin’ny famaranana ny arivo taona. Ny tantaran’ny fitsarana mpanatanterak’Andriamanitra dia apetraka ao anatin’ny tontolon’ny ady.</w:t>
      </w:r>
    </w:p>
    <w:p>
      <w:pPr>
        <w:pStyle w:val="ArticleScripture"/>
        <w:jc w:val="left"/>
      </w:pPr>
      <w:r>
        <w:rPr>
          <w:rFonts w:ascii="Times New Roman" w:hAnsi="Times New Roman" w:eastAsia="Times New Roman" w:cs="Times New Roman"/>
        </w:rPr>
        <w:t>“Isika dia mijoro eo ambonin’ny tokonam-baravaran’ny fisehoan-javatra lehibe sy manetriketrika. Tanteraka ny faminaniana. Tantara hafahafa sy feno zava-mitranga no voarakitra ao amin’ny bokin’ny lanitra. Mihetsiketsika avokoa ny zavatra rehetra eto amin’izao tontolontsika izao. Misy ady sy siosion-dresaky ny ady. Tezitra ny firenena, ary tonga ny fotoanan’ny maty mba hotsaraina. Miova ny toe-javatra mba hampisy ny andron’Andriamanitra, izay miha-maika indrindra. Fotoana fohy dia fohy sisa no tavela, raha lazaina amin’ny teny hafa. Kanefa, na dia efa mifoha hifanandrina aza ny firenena amin’ny firenena sy ny fanjakana amin’ny fanjakana, dia mbola tsy misy ady ankapobeny amin’izao fotoana izao. Mbola voatana ihany ireo rivotra efatra mandra-pamehezana ny mpanompon’Andriamanitra eo amin’ny handriny. Amin’izany dia hanangona ny heriny ny fahefana ety an-tany ho amin’ilay ady lehibe farany.” Christian Service, 50, 51.</w:t>
      </w:r>
    </w:p>
    <w:p>
      <w:pPr>
        <w:pStyle w:val="ArticleBody"/>
        <w:jc w:val="left"/>
      </w:pPr>
      <w:r>
        <w:rPr>
          <w:rFonts w:ascii="Times New Roman" w:hAnsi="Times New Roman" w:eastAsia="Times New Roman" w:cs="Times New Roman"/>
        </w:rPr>
        <w:t>Andriamanitra dia manisy tombo-kase ireo iray hetsy sy efatra alina amby efatra arivo, ary avy eo miantso ny ondriny hafa hivoaka avy any Babylona, ary ireo ondriny hafa ireo koa dia mandray ny tombo-kasen’Andriamanitra, na dia aseho ho ilay “vahoaka betsaka” aza izy ireo, mifanohitra amin’ireo iray hetsy sy efatra alina amby efatra arivo. Ny hevi-dehibe tokony ho hita ao amin’ilay teny nambara teo aloha dia izao: “voatana ny rivotra efatra mandra-pamehezana ny mpanompon’Andriamanitra eo amin’ny handriny.” Amin’ny lalàn’ny Alahady dia efa voaisy tombo-kase ireo iray hetsy sy efatra alina amby efatra arivo, “ary, indro, avy faingana ny loza fahatelo”, nefa tsy raha tsy rehefa nandray ny tombo-kase ny farany amin’ireo ondrin’Andriamanitra hafa vao avoaka tanteraka ny rivotra efatra.</w:t>
      </w:r>
    </w:p>
    <w:p>
      <w:pPr>
        <w:pStyle w:val="ArticleScripture"/>
        <w:jc w:val="left"/>
      </w:pPr>
      <w:r>
        <w:rPr>
          <w:rFonts w:ascii="Times New Roman" w:hAnsi="Times New Roman" w:eastAsia="Times New Roman" w:cs="Times New Roman"/>
        </w:rPr>
        <w:t>“Anga ankehitriny dia tezitra, kanefa rehefa vitan’ilay Mpisoronabentsika ny asany ao amin’ny Toerana Masina, dia hitsangana Izy, hitafy ny fitafian’ny famaliana, ary amin’izay dia hararaka ny loza fito farany. Hitako fa hihazona ny rivotra efatra ireo anjely efatra mandra-pahavitan’ny asan’i Jesosy ao amin’ny Toerana Masina, ary avy eo dia ho tonga ny loza fito farany.” Review and Herald, August 1, 1849.</w:t>
      </w:r>
    </w:p>
    <w:p>
      <w:pPr>
        <w:pStyle w:val="ArticleBody"/>
        <w:jc w:val="left"/>
      </w:pPr>
      <w:r>
        <w:rPr>
          <w:rFonts w:ascii="Times New Roman" w:hAnsi="Times New Roman" w:eastAsia="Times New Roman" w:cs="Times New Roman"/>
        </w:rPr>
        <w:t>Ny “zava-mitranga lehibe sy manetriketrika” izay “ijoroantsika eo am-baravarany” dia aseho ho “ady sy filazan’ady.” Aseho fa mitranga izany rehefa “voahetsiketsika ny zavatra rehetra eto amin’izao tontolontsika izao,” rehefa “efa mitsangana hifanandrina amin’ny firenena ny firenena.” Panium dia maneho ny “tantara hafahafa sy feno zava-nitranga,” ao amin’ny andininy fahadimy ambin’ny folo amin’ny Daniela toko fahiraika ambin’ny folo, izay mitarika mankamin’ny, sady mampiditra, ny andininy fahenina ambin’ny folo, izay ny lalàn’ny Alahady, izay ahitana ny “fifanandrinana ankapobeny,” ka anangonan’“ny fahefan’ny tany rehetra” ny heriny ho amin’ilay ady lehibe farany. Io “ady lehibe farany” io dia ny Ady Lehibe Fahatelo, ary asehon’ny Adin’i Actium tamin’ny 31 tal. J.K.</w:t>
      </w:r>
    </w:p>
    <w:p>
      <w:pPr>
        <w:pStyle w:val="ArticleBody"/>
        <w:jc w:val="left"/>
      </w:pPr>
      <w:r>
        <w:rPr>
          <w:rFonts w:ascii="Times New Roman" w:hAnsi="Times New Roman" w:eastAsia="Times New Roman" w:cs="Times New Roman"/>
        </w:rPr>
        <w:t>Ny andininy voalohany sy faharoa, ary ny andininy folo ka hatramin’ny dimy ambin’ny folo, dia maneho ny tantara miafina ao amin’ny andininy faha-efapolo ao amin’ny Daniela toko faha-iraika ambin’ny folo. Ny andininy faha-efapolo dia manondro ny tantaran’i Etazonia sy ny Advantisma hatramin’ny 1798 ka hatramin’ny 1989. Avy eo dia mangina izany mandra-pahatongan’ny faran’i Etazonia amin’ny maha-fanjakana fahenina azy ao amin’ny faminanian’ny Baiboly sy ny fandoavana hiala ny fiangonana Advantista Mitandrina ny Andro Fahafito ao Laodikia ao amin’ny andininy faha-iraika amby efapolo, izay lalàna alahady, sady izany koa no andininy faha-enina ambin’ny folo. Ny andininy voalohany sy faharoa dia manondro ny fotoan’ny farany amin’ny 1989, sy ireo filohan’i Etazonia manomboka eo, mandra-pahatongan’ilay filoha fahenina manan-karena izay manetsika ireo globalista satanika. Ny andininy faharoa dia mitondra ny tantara hatramin’ny fifidianana an’i Donald Trump tamin’ny 2016, ary avy eo ny andininy fahatelo dia mandray ny tantaran’ireo mpanjaka folo, izay asehon’i Aleksandra Lehibe, izay fanjakana fahafito ao amin’ny faminanian’ny Baiboly, izay manolotra ny fanjakany ho an’ny papa amin’ilay krizin’ny lalàna alahady ho avy tsy ho ela.</w:t>
      </w:r>
    </w:p>
    <w:p>
      <w:pPr>
        <w:pStyle w:val="ArticleBody"/>
        <w:jc w:val="left"/>
      </w:pPr>
      <w:r>
        <w:rPr>
          <w:rFonts w:ascii="Times New Roman" w:hAnsi="Times New Roman" w:eastAsia="Times New Roman" w:cs="Times New Roman"/>
        </w:rPr>
        <w:t>Ny andininy faha-folo dia mifarana amin’ny fanondroana an’i 1989 ho fotoanan’ny farany, ary ny andininy faha-iraika ambin’ny folo sy faha-roa ambin’ny folo dia mametraka ny ady any Okraina, ka manondro fa i Putin sy i Rosia no handresy amin’izany ady izany, nefa tsy hahazo tombontsoa amin’ny fandreseny izy ireo. Ny Ady Okrainiana dia nanomboka tamin’ny 2014, herintaona talohan’ny nanombohan’ny fampielezan-kevitra voalohan’i Trump. Ireo andininy ireo dia mitarika ho amin’ny fitsanganan’i Donald Trump amin’ny maty (ara-politika), rehefa manomboka ny fampielezan-keviny fahatelo izy mba ho tonga filoha fahavalo, dia ilay avy amin’ny fito. Ny andininy faha-telo ambin’ny folo dia manondro ny tolona ara-politikan’i Trump izay mialoha ny fandreseny tao Panium ao amin’ny andininy faha-dimy ambin’ny folo, ary ny andininy faha-efatra ambin’ny folo dia miresaka ny tantara izay miseho mandritra ny Adin’i Panium mandra-pahatongan’ny fandreseny ao amin’ny andininy faha-dimy ambin’ny folo, dia ny tantara rehefa manomboka miditra ampahibemaso ao amin’ny tantara ara-politika ny lehilahin’ny ota. Rehefa miditra ao amin’ny tantara ara-paminaniana ny fahefana papaly, dia manomboka mihira ny vehivavy janga avy any Tyro ary tafatoetra ny fahitana.</w:t>
      </w:r>
    </w:p>
    <w:p>
      <w:pPr>
        <w:pStyle w:val="ArticleBody"/>
        <w:jc w:val="left"/>
      </w:pPr>
      <w:r>
        <w:rPr>
          <w:rFonts w:ascii="Times New Roman" w:hAnsi="Times New Roman" w:eastAsia="Times New Roman" w:cs="Times New Roman"/>
        </w:rPr>
        <w:t>Ny fandresena tao Panium tamin’ny taona 200 tal. J.K. dia narahin’ilay mariky ny lalana momba ny “fikomian’ny” Makabeo tao Modein (midika hoe fanoherana) tamin’ny taona 167 tal. J.K. Tamin’ny taona 164 tal. J.K. dia nanokanana indray ny Tempoly ny Makabeo, ary maty i Antiochus Epiphanes, ka izany no nanamarika ny teboka fihodinana teo amin’ny tolona makabeana nanohitra ny fitaomana ara-pivavahana grika. Tao anatin’ny vanim-potoana nanomboka tamin’ny taona 161 tal. J.K. ka hatramin’ny taona 158 tal. J.K. dia natomboka sy nofaranana ny asa fidirana ao anatin’ny fanekena. Miverina ao amin’ny Tarana-mpanjaka Hasmoneana ireo mariky ny lalana ara-paminaniana ao anatin’ny tantaran’ny andininy faha-15 ka hatramin’ny andininy faha-23.</w:t>
      </w:r>
    </w:p>
    <w:p>
      <w:pPr>
        <w:pStyle w:val="ArticleBody"/>
        <w:jc w:val="left"/>
      </w:pPr>
      <w:r>
        <w:rPr>
          <w:rFonts w:ascii="Times New Roman" w:hAnsi="Times New Roman" w:eastAsia="Times New Roman" w:cs="Times New Roman"/>
        </w:rPr>
        <w:t>Ny firaisana tamin’i Roma ao amin’ny andininy faha-telo amby roapolo dia fanondroana mivantana; kanefa ao amin’ny andininy faha-dimy ambin’ny folo, ireo mari-pamantarana Makkabeana efatra tamin’ny 167 tal. J.K., 164 tal. J.K., 161 tal. J.K., ary 158 tal. J.K. dia hita ihany rehefa ampiharina amin’ilay andininy ny tantaran’ilay “firaisana”. Raha nandresy an’i Jerosalema i Pômpêy ao amin’ny andininy faha-enina ambin’ny folo, dia niatrika ady an-trano izay niseho tao anatin’ilay tanàna izy, ary samy sampana nisaraka avy amin’ny Tarana-mpanjaka Hasmoneana ireo antoko roa nifanohitra. Noho izany, ny Makkabeana dia ao anatin’ny tantaran’ny andininy faha-enina ambin’ny folo koa.</w:t>
      </w:r>
    </w:p>
    <w:p>
      <w:pPr>
        <w:pStyle w:val="ArticleBody"/>
        <w:jc w:val="left"/>
      </w:pPr>
      <w:r>
        <w:rPr>
          <w:rFonts w:ascii="Times New Roman" w:hAnsi="Times New Roman" w:eastAsia="Times New Roman" w:cs="Times New Roman"/>
        </w:rPr>
        <w:t>Ny andininy faha-roapolo dia manondro ny nahaterahan’i Kristy, ary ny andininy faha-iray amby roa-polo sy faha-roa amby roa-polo kosa dia manondro ny tantaran’ny fahafatesan’i Kristy; koa io tantara io dia manana ny tsipika misy ny Tarana-mpanjaka Hasmoneana izay asehon’ny Fariseo. Ny andininy faha-dimy ambin’ny folo ka hatramin’ny faha-telo amby roa-polo dia manondro ny tany be voninahitra ara-bakiteny, sy ny vahoakan’Andriamanitra mpivadi-pinoana tao Jodia, izay nilaza fa mpiaro ny fahamarinany, nefa tsy solontenany intsony mihoatra noho ny maha-solontenany ny Protestantisma mpivadi-pinoana.</w:t>
      </w:r>
    </w:p>
    <w:p>
      <w:pPr>
        <w:pStyle w:val="ArticleBody"/>
        <w:jc w:val="left"/>
      </w:pPr>
      <w:r>
        <w:rPr>
          <w:rFonts w:ascii="Times New Roman" w:hAnsi="Times New Roman" w:eastAsia="Times New Roman" w:cs="Times New Roman"/>
        </w:rPr>
        <w:t>I Sister White dia mampahafantatra antsika fa “betsaka amin’ny tantara izay efa niseho ho fahatanterahan’ny” “Daniela toko faha-11” “no haverina indray.” Ny tsipiky ny faminaniana asehon’ny Tarana-mpanjaka Hasmoneana dia maneho ny tsipiky ny faminaniana izay manazava ilay tandroka mpivadi-pinoan’ny Protestantisma, manomboka amin’ilay fampielezan-kevitra filoham-pirenena fahatelo izay raisin’ilay filoha fahenina manankarena indrindra. In-telo i Trump no mirotsaka hofidiana ho filoha; tamin’ny voalohany sy tamin’ny farany nandrotsahany ny tenany dia nandresy izy, fa tamin’ny fanindroany kosa ilay fikomiana asehon’ny isa telo ambin’ny folo no manondro ny fifidianana nangalarina tamin’ny 2020. Avy eo dia zaraina ho sokajy roa izao tontolo izao: ny sokajy iray mahita ny 2020, ary ny sokajy iray hafa dia jamba. Izany dia tandindon’ilay fitsapana lehibe izay mialoha ny famaranana ny fotoam-pahasoavana ho an’ny Advantista ao amin’ny fananganana ny sarin’ilay bibidia.</w:t>
      </w:r>
    </w:p>
    <w:p>
      <w:pPr>
        <w:pStyle w:val="ArticleScripture"/>
        <w:jc w:val="left"/>
      </w:pPr>
      <w:r>
        <w:rPr>
          <w:rFonts w:ascii="Times New Roman" w:hAnsi="Times New Roman" w:eastAsia="Times New Roman" w:cs="Times New Roman"/>
        </w:rPr>
        <w:t>“Efa mivoatra sahady ny fanomanana, ary efa misy hetsika mandeha, izay hiafara amin’ny fanaovana sary ho an’ilay bibidia. Hisy zava-mitranga hiseho eo amin’ny tantaran’ny tany izay hahatanteraka ny faminanian’ny faminaniana ho an’izao andro farany izao.” Review and Herald, 23 Aprily 1889.</w:t>
      </w:r>
    </w:p>
    <w:p>
      <w:pPr>
        <w:pStyle w:val="ArticleBody"/>
        <w:jc w:val="left"/>
      </w:pPr>
      <w:r>
        <w:rPr>
          <w:rFonts w:ascii="Times New Roman" w:hAnsi="Times New Roman" w:eastAsia="Times New Roman" w:cs="Times New Roman"/>
        </w:rPr>
        <w:t>Ny “fiomanana” mandroso, ireo “hetsika” izay “eo am-panatanterahana” ankehitriny, ary ireo “zava-mitranga” “izay hiafara amin’ny fanaovana sary ho an’ilay bibidia”, ary “izay hanatanteraka ny faminanian’ny faminaniana ho an’ireto andro farany ireto,” dia ahitana ireo mariky ny lalana amin’ny Tarana-mpanjaka Hasmoneana ao amin’ny andininy fahadimy ambin’ny folo ka hatramin’ny fahatelo amby roapolo ao amin’ny Daniela toko faha-iraika ambin’ny folo. Ny Tarana-mpanjaka Hasmoneana mpivadi-pinoana, izay misolo tena ny Protestantisma mpivadi-pinoana, dia voatenona ao anatin’ny fanambaran’i Donald Trump, filoha Repoblikana fahenina sady fahavalo, izay manetsika sy mampandray anjara ny MAGA-ism-ny hanohitra ny woke-ism an’ny filaminana vaovao maneran-tany.</w:t>
      </w:r>
    </w:p>
    <w:p>
      <w:pPr>
        <w:pStyle w:val="ArticleBody"/>
        <w:jc w:val="left"/>
      </w:pPr>
      <w:r>
        <w:rPr>
          <w:rFonts w:ascii="Times New Roman" w:hAnsi="Times New Roman" w:eastAsia="Times New Roman" w:cs="Times New Roman"/>
        </w:rPr>
        <w:t>Ny fijoroana vavolon’i Trump dia tonga hatramin’ny taona 2020 ao amin’ny andininy faharoa amin’ny Daniela toko faha-iraika ambin’ny folo, ary ao no ahitana ny fampielezan-keviny sy ny fe-potoam-piasany voalohany; avy eo, ny andininy faha-telo ambin’ny folo ka hatramin’ny faha-dimy ambin’ny folo dia manondro ny fampielezan-keviny fahatelo sady farany, ny fandreseny, ary ny fe-potoam-piasany farany. Eo anelanelan’ireo fe-potoam-piasana roa ireo, ny Apokalypsy toko faha-iraika ambin’ny folo dia manambara fa novonoina ilay tandroka Repoblikana ka nandry maty teny an-dalambe nandritra ny telo andro sy tapany. Io tsipika ara-tantaran’i Trump io no mampifamatotra ny fiandohana sy ny fiafaran’ny fitondrany filoham-pirenena ao amin’ny Daniela toko faha-iraika ambin’ny folo. Koa noho izany, ny fijoroana vavolon’i Donald Trump dia hita ao amin’ny bokin’i Daniela sy ny Apokalypsy, ary hita ao amin’izy roa tonta ao amin’ny toko faha-iraika ambin’ny folo.</w:t>
      </w:r>
    </w:p>
    <w:p>
      <w:pPr>
        <w:pStyle w:val="ArticleBody"/>
        <w:jc w:val="left"/>
      </w:pPr>
      <w:r>
        <w:rPr>
          <w:rFonts w:ascii="Times New Roman" w:hAnsi="Times New Roman" w:eastAsia="Times New Roman" w:cs="Times New Roman"/>
        </w:rPr>
        <w:t>Rehefa atambatra ireo tsipika ampahany telo, dia mampahafantatra ny tantara feno momba an’i Trump amin’ny maha-filoha fahenina sy fahavalo azy, ary voarafitra eo ambonin’ny sonian’ny “Fahamarinana” izy ireo. Avy amin’ny bokin’i Daniela sy ny Apokalypsy ireo, ka mamokatra tsipika ara-tantara izay mifanaraka amin’ilay “ampahany amin’ny bokin’i Daniela izay mifandray amin’ny andro farany.”</w:t>
      </w:r>
    </w:p>
    <w:p>
      <w:pPr>
        <w:pStyle w:val="ArticleBody"/>
        <w:jc w:val="left"/>
      </w:pPr>
      <w:r>
        <w:rPr>
          <w:rFonts w:ascii="Times New Roman" w:hAnsi="Times New Roman" w:eastAsia="Times New Roman" w:cs="Times New Roman"/>
        </w:rPr>
        <w:t>Iyo ampahany amin’i Daniela dia izay voasokafan’ny Liona avy amin’ny firenen’i Joda, mialoha indrindra ny hifaranan’ny androm-pahasoavana, ka noho izany dia singa iray amin’ny hafatry ny fanombohana tombo-kase ho an’ireo iray hetsy sy efatra alina sy efatra arivo. Kanefa dia mitaky fahitana ara-panahy mazava tsara izany mba hahitana ireo mari-panondro ara-paminaniana momba ny namonoana ireo vavolombelona roa tamin’ny 2020.</w:t>
      </w:r>
    </w:p>
    <w:p>
      <w:pPr>
        <w:pStyle w:val="ArticleBody"/>
        <w:jc w:val="left"/>
      </w:pPr>
      <w:r>
        <w:rPr>
          <w:rFonts w:ascii="Times New Roman" w:hAnsi="Times New Roman" w:eastAsia="Times New Roman" w:cs="Times New Roman"/>
        </w:rPr>
        <w:t>Ny andininy fahadimy ambin’ny folo ao amin’ny Daniela toko faha-11 dia maneho ny Adin’i Panium sy ny tsipiky ny Tarana-mpanjaka Hasmoneana, izay tanteraka tamin’ny alalan’ny ady ara-bakiteny; ary noho izany dia mampiseho an-tsary ara-paminaniana ny ady ara-panahy misy eo amin’ny fivavahan’ny Protestanta nihemotra tamin’ny fahamarinana sy ny fivavahan’ny vanim-potoana vaovao an’ny mpanohana ny fanatontoloana. Ny Adin’i Panium, izay nitranga tamin’ny 200 tal. J.K., dia maneho ny adin’ny tandroka Repoblikana, ary ny tolona asehon’ny fikomian’ny Makabeo dia maneho ny adin’ny tandroka Protestanta nihemotra tamin’ny fahamarinana. Na dia nitranga tamin’ny 167 tal. J.K. aza ny fikomian’ny Makabeo, dia mifanaraka ara-paminaniana amin’ny Adin’ny tandroka Repoblikana tamin’ny 200 tal. J.K. izy, satria ara-paminaniana ny tandroka dia mifanandrify amin’ny tantaran’ny tsirairay avy.</w:t>
      </w:r>
    </w:p>
    <w:p>
      <w:pPr>
        <w:pStyle w:val="ArticleBody"/>
        <w:jc w:val="left"/>
      </w:pPr>
      <w:r>
        <w:rPr>
          <w:rFonts w:ascii="Times New Roman" w:hAnsi="Times New Roman" w:eastAsia="Times New Roman" w:cs="Times New Roman"/>
        </w:rPr>
        <w:t>Ny andininy fahadimy ambin’ny folo dia maneho ny tantara ara-paminaniana izay mialoha avy hatrany sy mitarika mankany amin’ilay lalàn’ny Alahady izay ho avy tsy ho ela. Noho izany dia maneho indrindra ilay teboka ao anatin’ny fotoanan’ny fanisiana tombo-kase ny efatra arivo sy iray hetsy sy efatra alina izy, izay amin’izany no anoratan’ny hery ao anatin’ny hafatry ny fanisiana tombo-kase mandrakizay ny tombo-kase eo amin’ny vahoakan’Andriamanitra amin’ny andro farany.</w:t>
      </w:r>
    </w:p>
    <w:p>
      <w:pPr>
        <w:pStyle w:val="ArticleBody"/>
        <w:jc w:val="left"/>
      </w:pPr>
      <w:r>
        <w:rPr>
          <w:rFonts w:ascii="Times New Roman" w:hAnsi="Times New Roman" w:eastAsia="Times New Roman" w:cs="Times New Roman"/>
        </w:rPr>
        <w:t>Ny Liona avy amin’ny firenen’i Joda no manokatra izany fahamarinana izany, ary izany fahamarinana izany no Fanambaran’i Jesosy Kristy. Ny iray hetsy sy efatra alina sy efatra arivo dia ireo izay “manaraka ny Zanak’ondry na aiza na aiza alehany,” ary rehefa manokatra ny andininy faha-15 Izy, ny Liona avy amin’ny firenen’i Joda dia efa nitondra ny olony amin’ny andro farany ho any Panium. Nasehon’i Jesosy tamin’ny fanoharana mazava io hevitra io indrindra tao amin’ny fizotry ny fanisiana tombo-kase, raha nitondra ny mpianany ho any Panium Izy, talohan’ny hazofijaliana.</w:t>
      </w:r>
    </w:p>
    <w:p>
      <w:pPr>
        <w:pStyle w:val="ArticleBody"/>
        <w:jc w:val="left"/>
      </w:pPr>
      <w:r>
        <w:rPr>
          <w:rFonts w:ascii="Times New Roman" w:hAnsi="Times New Roman" w:eastAsia="Times New Roman" w:cs="Times New Roman"/>
        </w:rPr>
        <w:t>Ang pakikidigma sa Panium ay tiyak na tinukoy ni Cristo, nang Siya ay nakatayo sa Panium kasama ng Kaniyang mga alagad at doon ay itinuro sa kanila na ang Kaniyang iglesia ay itatayo sa ibabaw ng pagpapahayag ni Pedro, at na ang “mga pintuan ng impiyerno” ay hindi mananaig laban dito. Tinukoy ni Jesus ang pakikidigma na kinakatawan ng Labanan sa Panium. Ang Labanan sa Panium ay talata labinlima, at ang talata labing-anim ay ang Labanan sa Actium. Tumayo si Cristo sa Panium, bago pa lamang ganap na maisagawa ang pangyayari ng Kaniyang kamatayan.</w:t>
      </w:r>
    </w:p>
    <w:p>
      <w:pPr>
        <w:pStyle w:val="ArticleBody"/>
        <w:jc w:val="left"/>
      </w:pPr>
      <w:r>
        <w:rPr>
          <w:rFonts w:ascii="Times New Roman" w:hAnsi="Times New Roman" w:eastAsia="Times New Roman" w:cs="Times New Roman"/>
        </w:rPr>
        <w:t>Ny tantara manomboka amin’i Panium ka hatramin’ny lalàn’ny Alahady dia ny tantaran’ny tolona ara-politika sy ara-pivavahana ataon’ireo tandroka roa an’ilay bibidia avy amin’ny tany, dia ny Protestantisma sy ny Repoblikanisma. Samy notafihin’ilay bibidia tsy mino an’Andriamanitra niakatra avy amin’ny lavaka tsy hita noanoa izy roa ireo tamin’ny taona 2020, ary ny adin’ireo tandroka roa amin’ireo andriamanitra ara-politika sy ara-pivavahan’ny globalisma dia aseho ao anatin’ny tantaran’ny andininy faha-iraika ambin’ny folo ka hatramin’ny faha-enina ambin’ny folo.</w:t>
      </w:r>
    </w:p>
    <w:p>
      <w:pPr>
        <w:pStyle w:val="ArticleBody"/>
        <w:jc w:val="left"/>
      </w:pPr>
      <w:r>
        <w:rPr>
          <w:rFonts w:ascii="Times New Roman" w:hAnsi="Times New Roman" w:eastAsia="Times New Roman" w:cs="Times New Roman"/>
        </w:rPr>
        <w:t>Hatramin’ny ady tao Okraina izay nanomboka tamin’ny taona 2014, ka hatramin’ny fampielezan-kevitra filoham-pirenena voalohan’i Donald Trump izay nanomboka tamin’ny taona 2015, ka hatramin’ny fahafatesan’ireo tandroka roa tamin’ny taona 2020, ka hatramin’ny fitsanganana tamin’ny 2023, ka hatramin’ny fampielezan-kevitra fahatelon’i Trump izay nanomboka tamin’ny 15 Novambra 2022, dia mitarika ho amin’ny andininy faha-telo ambin’ny folo ka hatramin’ny faha-dimy ambin’ny folo ny tantara. Ao amin’ireo andininy ireo, ny tantara izay ambaran’ny Tenin’Andriamanitra ara-paminaniana dia maneho ireo fahamarinana ara-paminaniana izay manisy tombo-kase ny iray hetsy sy efatra arivo amby efatra alina.</w:t>
      </w:r>
    </w:p>
    <w:p>
      <w:pPr>
        <w:pStyle w:val="ArticleBody"/>
        <w:jc w:val="left"/>
      </w:pPr>
      <w:r>
        <w:rPr>
          <w:rFonts w:ascii="Times New Roman" w:hAnsi="Times New Roman" w:eastAsia="Times New Roman" w:cs="Times New Roman"/>
        </w:rPr>
        <w:t>Ireo fahamarinana ireo dia naseho tamin’ny fitsidihan’i Kristy tany Kaisaria Filipy ao amin’ny Matio toko faha-enina ambin’ny folo sy faha-enina ambin’ny folo sy faha-fito ambin’ny folo. Ao amin’ireo andininy ireo, ilay lehilahin’ny ota dia miverina ao amin’ny tantara ara-paminaniana mihira ny hiran’ilay vehivavy janga avy any Tyro, ary amin’ny fanaovany izany dia mametraka ny fahitana, ka mampiditra ireo andininy ireo ao anatin’ny tontolon’ny Antso Amin’ny Misasakalina, fa izay tsy misy fahitana dia ho levona ny vahoaka.</w:t>
      </w:r>
    </w:p>
    <w:p>
      <w:pPr>
        <w:pStyle w:val="ArticleScripture"/>
        <w:jc w:val="left"/>
      </w:pPr>
      <w:r>
        <w:rPr>
          <w:rFonts w:ascii="Times New Roman" w:hAnsi="Times New Roman" w:eastAsia="Times New Roman" w:cs="Times New Roman"/>
        </w:rPr>
        <w:t>Raha tsy misy fahitana, dia ringana ny olona; fa izay mitandrina ny lalàna kosa, sambatra izy. Ohabolana 29:18.</w:t>
      </w:r>
    </w:p>
    <w:p>
      <w:pPr>
        <w:pStyle w:val="ArticleBody"/>
        <w:jc w:val="left"/>
      </w:pPr>
      <w:r>
        <w:rPr>
          <w:rFonts w:ascii="Times New Roman" w:hAnsi="Times New Roman" w:eastAsia="Times New Roman" w:cs="Times New Roman"/>
        </w:rPr>
        <w:t>Ireo manana maso, nefa tsy mety hahita, ary manana sofina, nefa mandà tsy hihaino, dia ireo virijina adala avy any Laodikia izay tsy manana ny “solika”. Ny “solika” dia ny fitomboan’ny fahalalana vokarina rehefa voavaha ny tombo-kasen’ny Fanambaran’i Jesosy Kristy, fotoana fohy mialoha ny hifaranan’ny fotoam-pahasoavana; ary araka an’i Hosea, ny olon’Andriamanitra izay mandà sy manilika ny fahalalana dia ho levona.</w:t>
      </w:r>
    </w:p>
    <w:p>
      <w:pPr>
        <w:pStyle w:val="ArticleScripture"/>
        <w:jc w:val="left"/>
      </w:pPr>
      <w:r>
        <w:rPr>
          <w:rFonts w:ascii="Times New Roman" w:hAnsi="Times New Roman" w:eastAsia="Times New Roman" w:cs="Times New Roman"/>
        </w:rPr>
        <w:t>Ny oloko dia ringana noho ny tsy fahampian’ny fahalalana; satria nolavinao ny fahalalana, dia holaviko kosa ianao, mba tsy ho mpisorona ho Ahy intsony; noho ianao nanadino ny lalàn’Andriamanitrao, dia hanadino ny zanakao kosa Aho. Hosea 4:6.</w:t>
      </w:r>
    </w:p>
    <w:p>
      <w:pPr>
        <w:pStyle w:val="ArticleScripture"/>
        <w:jc w:val="left"/>
      </w:pPr>
      <w:r>
        <w:rPr>
          <w:rFonts w:ascii="Times New Roman" w:hAnsi="Times New Roman" w:eastAsia="Times New Roman" w:cs="Times New Roman"/>
        </w:rPr>
        <w:t>Ary tonga tamiko koa ny tenin’i Jehovah nanao hoe: Ry zanak’olona, ianao mitoetra eo afovoan’ny taranaka mpiodina, izay manana maso hahita, nefa tsy mahita; manana sofina handre, nefa tsy mandre; fa taranaka mpiodina izy. Ezekiela 12:1, 2</w:t>
      </w:r>
    </w:p>
    <w:p>
      <w:pPr>
        <w:pStyle w:val="ArticleScripture"/>
        <w:jc w:val="left"/>
      </w:pPr>
      <w:r>
        <w:rPr>
          <w:rFonts w:ascii="Times New Roman" w:hAnsi="Times New Roman" w:eastAsia="Times New Roman" w:cs="Times New Roman"/>
        </w:rPr>
        <w:t>Ary hoy Izy nanao hoe: Mandehana, ka lazao amin’ity firenena ity hoe: Mihainoa tokoa ianareo, nefa aza mahatakatra; ary mijere tokoa ianareo, nefa aza mahafantatra. Ataovy matavy ny fon’ity firenena ity, ary ataovy mavesatra ny sofiny, ka akimpio ny masony; fandrao hahita amin’ny masony izy, sy handre amin’ny sofiny, ary hahatakatra amin’ny fony, ka hiverina, dia ho sitrana. Isaia 6:9, 10.</w:t>
      </w:r>
    </w:p>
    <w:p>
      <w:pPr>
        <w:pStyle w:val="ArticleScripture"/>
        <w:jc w:val="left"/>
      </w:pPr>
      <w:r>
        <w:rPr>
          <w:rFonts w:ascii="Times New Roman" w:hAnsi="Times New Roman" w:eastAsia="Times New Roman" w:cs="Times New Roman"/>
        </w:rPr>
        <w:t>Dia nanatona Azy ny mpianatra ka nanao taminy hoe: Nahoana no itenenanao amin’izy ireo amin’ny fanoharana? Ary Izy namaly ka nanao taminy hoe: Satria ianareo no nomena hahalala ny zava-miafin’ny fanjakan’ny lanitra, fa izy ireo kosa tsy nomena izany. Fa izay manana dia homena, ka hanana be dia be izy; fa izay tsy manana kosa dia hesorina aminy na dia izay ananany aza. Koa izany no itenenako amin’izy ireo amin’ny fanoharana: satria mijery izy, nefa tsy mahita; ary mihaino izy, nefa tsy mandre, sady tsy mahatakatra. Ary tanteraka aminy ny faminanian’Isaia izay manao hoe: Amin’ny fandrenesana dia handre ianareo, nefa tsy hahatakatra; ary amin’ny fahitana dia hahita ianareo, nefa tsy hahalala akory; fa efa tonga mafy ny fon’ity firenena ity, ary ny sofiny efa donto amin’ny fandrenesana, ary ny masony efa nanakimpiny; fandrao hahita amin’ny masony izy, sy handre amin’ny sofiny, ary hahatakatra amin’ny fony, ka hiova fo, dia hositraniko. Fa sambatra ny masonareo, satria mahita; ary ny sofinareo, satria mandre. Fa lazaiko aminareo marina tokoa fa mpaminany maro sy olo-marina maro no naniry hahita izao zavatra hitanareo izao, nefa tsy nahita; ary hahare izao zavatra renareo izao, nefa tsy nandre. Matio 13:10–17.</w:t>
      </w:r>
    </w:p>
    <w:p>
      <w:pPr>
        <w:pStyle w:val="ArticleScripture"/>
        <w:jc w:val="left"/>
      </w:pPr>
      <w:r>
        <w:rPr>
          <w:rFonts w:ascii="Times New Roman" w:hAnsi="Times New Roman" w:eastAsia="Times New Roman" w:cs="Times New Roman"/>
        </w:rPr>
        <w:t>“Ny hafatra rehetra nomena tamin’ny 1840–1844 dia tsy maintsy atao mahery vaika ankehitriny, satria maro ny olona no very fitarihana. Ny hafatra dia tsy maintsy alefa any amin’ny fiangonana rehetra. ”</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fa mpaminany maro sy olo-marina maro no naniry hahita izao zavatra hitanareo izao, nefa tsy nahita; ary handre izao zavatra renareo izao, nefa tsy nandre” [Matio 13:16, 17]. Sambatra ny maso izay nahita ny zavatra izay hita tamin’ny 1843 sy 1844.</w:t>
      </w:r>
    </w:p>
    <w:p>
      <w:pPr>
        <w:pStyle w:val="ArticleScripture"/>
        <w:jc w:val="left"/>
      </w:pPr>
      <w:r>
        <w:rPr>
          <w:rFonts w:ascii="Times New Roman" w:hAnsi="Times New Roman" w:eastAsia="Times New Roman" w:cs="Times New Roman"/>
        </w:rPr>
        <w:t>“Nomena ny hafatra. Ary tsy tokony hisy hataka andro amin’ny famerenana ny hafatra, satria tanteraka ireo famantarana ny andro; tsy maintsy tanterahina ny asa famaranana. Hisy asa lehibe hotanterahina ao anatin’ny fotoana fohy. Tsy ho ela dia homena, araka ny fanendren’Andriamanitra, ny hafatra iray izay hitombo ho antso mafy. Ary amin’izany Daniela dia hitsangana eo amin’ny anjarany, mba hanome ny fanambaràny.” Manuscript Releases, volume 21, 437.</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Ny Fanambaran’i Jesosy Kristy, izay nomen’Andriamanitra Azy hampiseho amin’ny mpanompony ny zavatra izay tsy maintsy ho tonga vetivety; ary nampitondrainy tamin’ny anjeliny izany ka nampahafantariny an’i Jaona mpanompony: Izay nanambara ny tenin’Andriamanitra sy ny filazan’i Jesosy Kristy ary izay rehetra hitany. Sambatra izay mamaky, sy izay mandre ny tenin’ity faminaniana ity, ary mitandrina izay zavatra voasoratra ao anatiny; fa efa akaiky ny andro. Apokalypsy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Faha-sivy amby sivifolo amby zato</dc:title>
  <dc:subject>Ny Firongatry ny Faminaniana: Fampiharihariana ny Adin’i Panium sy ny Sasin-tenin’ny Lalàn’ny Alahady</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