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sivy-polo amby zato</w:t>
      </w:r>
    </w:p>
    <w:p>
      <w:pPr>
        <w:pStyle w:val="ArticleSubtitle"/>
        <w:jc w:val="left"/>
      </w:pPr>
      <w:r>
        <w:rPr>
          <w:rFonts w:ascii="Arial" w:hAnsi="Arial" w:eastAsia="Arial" w:cs="Arial"/>
        </w:rPr>
        <w:t>Ny Lamba Voatenona Ara-paminaniana ao amin’i Daniela 11: Fampiharihariana ny Tsipiriany Sarotra ao amin’ny Vanim-potoanan’i Trump sy ny Sava Lalana ho amin’ny Lalàn’ny Alahady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Raha takarina araka ny tokony ho izy, ny andininy faha-folo ka hatramin’ny faha-telo amby roa-polo ao amin’ny Daniela toko faha-iraika ambin’ny folo dia mifanaraka tanteraka amin’ny tantara miafina ao amin’ny andininy faha-efapolo amin’io toko io ihany. Ny andininy faha-efapolo dia mirakitra ny tantaran’ny taona 1989 ka hatramin’ny andininy faha-iraika amby efapolo. Ny andininy voalohany sy faharoa ao amin’ny toko faha-iraika ambin’ny folo dia manomboka amin’ny 1989, ary manondro ny fampielezan-kevitra voalohan’i Donald Trump ho filoham-pirenena tamin’ny 2015 ka hatramin’ny 2020, rehefa nangalarin’ilay bibin’ny tsy finoana an’Andriamanitra tamin’i Trump ny fifidianana. Ireo andininy roa ireo dia manondro ny ady izay manomboka rehefa Trump “manetsika ny fanjakana rehetra any Grisia.”</w:t>
      </w:r>
    </w:p>
    <w:p>
      <w:pPr>
        <w:pStyle w:val="ArticleBody"/>
        <w:jc w:val="left"/>
      </w:pPr>
      <w:r>
        <w:rPr>
          <w:rFonts w:ascii="Times New Roman" w:hAnsi="Times New Roman" w:eastAsia="Times New Roman" w:cs="Times New Roman"/>
        </w:rPr>
        <w:t>Ny fanentanana nataon’i Trump dia nanomboka ady iray izay nitohy nanerana ny fe-potoam-piasany voalohany teo amin’ny fitondrana. Nanao fanonganam-pitsarana taminy ny Antenimierandoholona tamin’ny Desambra 2019, ary avy eo dia nanao izany indray izy ireo tamin’ny 13 Janoary 2020. Tamin’ireo tranga roa ireo dia nolavin’ny Antenimierandoholona ny ezaka nataon’ny Antenimierandoholona. Na izany aza, izy no hany filoha ao amin’ny tantaran’i Etazonia izay voaongana indroa. Efa natsangana ny fanatontoloana.</w:t>
      </w:r>
    </w:p>
    <w:p>
      <w:pPr>
        <w:pStyle w:val="ArticleScripture"/>
        <w:jc w:val="left"/>
      </w:pPr>
      <w:r>
        <w:rPr>
          <w:rFonts w:ascii="Times New Roman" w:hAnsi="Times New Roman" w:eastAsia="Times New Roman" w:cs="Times New Roman"/>
        </w:rPr>
        <w:t>Ary ankehitriny hasehoko anao ny marina. Indro, mbola hisy mpanjaka telo hitsangana any Persia; ary ny fahefatra ho manankarena lavitra noho izy rehetra; ary amin’ny heriny noho ny hareny no hamporisihany ny rehetra hanohitra ny fanjakan’i Grecia. Daniela 11:2.</w:t>
      </w:r>
    </w:p>
    <w:p>
      <w:pPr>
        <w:pStyle w:val="ArticleBody"/>
        <w:jc w:val="left"/>
      </w:pPr>
      <w:r>
        <w:rPr>
          <w:rFonts w:ascii="Times New Roman" w:hAnsi="Times New Roman" w:eastAsia="Times New Roman" w:cs="Times New Roman"/>
        </w:rPr>
        <w:t>Tahaka ny amin’ny andininy faha-efapolo, ny andininy faharoa dia mamela tantara miafina avy amin’ny fampielezan-kevitra voalohan’i Trump sy ny fe-potoam-piasany voalohany amin’ny maha-filoha azy, izay nifarana tamin’ny 20 Janoary 2021. Hatramin’io andro tamin’ny 2021 io ka hatramin’ny andininy fahatelo, izay ampidirana an’i Aleksandra Lehibe ho tandindon’ny Firenena Mikambana (ny fanjakana fahafito ao amin’ny faminanian’ny Baiboly), ny tantara manomboka amin’ny fanokanana tamin’ny 2021 ka hatramin’ny lalàna Alahady, izay anorenana ny firaisana telo sosona, dia maneho tantara miafina. Ny tantara miafina ao amin’ny andininy faha-efapolo sy ny andininy faharoa dia samy mitarika mankany amin’ny lalàna Alahady ary mifarana eo.</w:t>
      </w:r>
    </w:p>
    <w:p>
      <w:pPr>
        <w:pStyle w:val="ArticleBody"/>
        <w:jc w:val="left"/>
      </w:pPr>
      <w:r>
        <w:rPr>
          <w:rFonts w:ascii="Times New Roman" w:hAnsi="Times New Roman" w:eastAsia="Times New Roman" w:cs="Times New Roman"/>
        </w:rPr>
        <w:t>Andininy fahafolo dia mitondra antsika indray ho amin’ny fotoanan’ny farany amin’ny taona 1989, tahaka izay nataon’ny andininy voalohany ihany, ary izy roa tonta dia samy manondro ny famaranana ny tena fijoroana vavolombelona ao amin’ny andininy faha-efapolo, na dia mbola misy tantara aza eo anelanelan’izany famaranana ao amin’ny andininy faha-efapolo izany sy ny lalàn’ny Alahady izay ho avy tsy ho ela. Mihoatra noho ny fanondroana ny taona 1989 fotsiny, ny andininy fahafolo dia tonga fanalahidy mampiray vavolombelona telo momba ny tantaran’ny andininy faha-efapolo, izay mameno ny asan’ny fahefana papaly sy ny hery mpisolo tena azy, dia i Etazonia, tamin’ny famafana ny Firaisana Sovietika tamin’ny taona 1989. Ireo vavolombelona telo ireo dia mametraka singa iray manan-danja ao amin’ny rafitra ara-paminaniana ao amin’ny andininy faha-efapolo manomboka amin’ny taona 1989 ka hatramin’ny lalàn’ny Alahady.</w:t>
      </w:r>
    </w:p>
    <w:p>
      <w:pPr>
        <w:pStyle w:val="ArticleBody"/>
        <w:jc w:val="left"/>
      </w:pPr>
      <w:r>
        <w:rPr>
          <w:rFonts w:ascii="Times New Roman" w:hAnsi="Times New Roman" w:eastAsia="Times New Roman" w:cs="Times New Roman"/>
        </w:rPr>
        <w:t>Ny rafitra ara-tantara ara-paminaniana momba ny ady eo amin’ny mpanjakan’ny avaratra sy ny mpanjakan’ny atsimo, izay anehoana ny mpanjakan’ny avaratra ho tondraka ka handalo hamakivaky, dia voafaritra ao amin’ny andininy faha-efapolo, ary koa ao amin’ny andininy faha-folo.</w:t>
      </w:r>
    </w:p>
    <w:p>
      <w:pPr>
        <w:pStyle w:val="ArticleBody"/>
        <w:jc w:val="left"/>
      </w:pPr>
      <w:r>
        <w:rPr>
          <w:rFonts w:ascii="Times New Roman" w:hAnsi="Times New Roman" w:eastAsia="Times New Roman" w:cs="Times New Roman"/>
        </w:rPr>
        <w:t>Ny rafitra ara-tantara ara-paminaniana dia tohanan’ny porofo ara-pitsipi-pitenenana fa ilay hoe “mihoatra ka mandalo”, ataon’ny mpanjakan’ny avaratra hamely ny mpanjakan’ny atsimo, dia ilay andian-teny hebreo mitovy mihitsy ao amin’ireo andininy roa ireo, tahaka izany koa ao amin’ny vavolombelona fahatelo hita ao amin’ny Isaia toko faha-valo, andininy faha-valo.</w:t>
      </w:r>
    </w:p>
    <w:p>
      <w:pPr>
        <w:pStyle w:val="ArticleBody"/>
        <w:jc w:val="left"/>
      </w:pPr>
      <w:r>
        <w:rPr>
          <w:rFonts w:ascii="Times New Roman" w:hAnsi="Times New Roman" w:eastAsia="Times New Roman" w:cs="Times New Roman"/>
        </w:rPr>
        <w:t>Ao amin’ny andininy faha-folo, ny mpanjakan’ny avaratra dia “ho avy tokoa, ka hihoatra, ary handalo”; ary amin’ny andininy faha-efapolo, ny mpanjakan’ny avaratra dia “hihoatra sy handeha hamaky.” Ao amin’ny Isaia toko faha-valo, andininy faha-valo, ny mpanjakan’ny avaratra dia “hihoatra ka handeha hamaky.” Ireo fiteny telo ireo dia Hebreo iray ihany, izay nadika tamin’ny fomba somary samihafa, nefa nitahiry ny heviny iray tsy miova. Ny mpanjakan’ny atsimo ao amin’ny andininy faha-folo dia Egiptan’i Ptolemaiosy; fa amin’ny andininy faha-efapolo, ny mpanjakan’ny atsimo dia Egipta ara-panahy, ilay mpanjakan’ny tsy finoana an’Andriamanitra, dia ny Firaisana Sovietika; ary ao amin’ny Isaia, ny fanjakan’i Joda any atsimo no mpanjakan’ny atsimo. Araka ny filaharany, ny mpanjakan’ny avaratra dia ny Fanjakana Seleokida, avy eo ny papa, ary ao amin’ny Isaia dia i Asyria.</w:t>
      </w:r>
    </w:p>
    <w:p>
      <w:pPr>
        <w:pStyle w:val="ArticleBody"/>
        <w:jc w:val="left"/>
      </w:pPr>
      <w:r>
        <w:rPr>
          <w:rFonts w:ascii="Times New Roman" w:hAnsi="Times New Roman" w:eastAsia="Times New Roman" w:cs="Times New Roman"/>
        </w:rPr>
        <w:t>Ao amin’ny andininy roa amin’ireo andininy telo mifanindran-dalana, dia voafaritra mazava ny teboka iafaran’ny fanafihan’ny mpanjakan’ny avaratra. Ao amin’ny andininy faha-folo dia mifarana eo amin’ny “trano mimanda” izany, izay tanteraka ara-tantara rehefa namarana ny fampielezan-keviny teo amin’ny sisin-tanin’i Egypta ny Seleokida, fa ny Teny faminaniana dia nanambara fa ny mpanjakan’ny avaratra “dia ho avy tokoa, ka handrakotra sy handalo; dia hiverina izy ka ho taitra indray, hatrany amin’ny trano mimandany aza.” Ny “trano mimanda” dia naneho an’i Egypta, izay renivohitry ny fanjakany.</w:t>
      </w:r>
    </w:p>
    <w:p>
      <w:pPr>
        <w:pStyle w:val="ArticleBody"/>
        <w:jc w:val="left"/>
      </w:pPr>
      <w:r>
        <w:rPr>
          <w:rFonts w:ascii="Times New Roman" w:hAnsi="Times New Roman" w:eastAsia="Times New Roman" w:cs="Times New Roman"/>
        </w:rPr>
        <w:t>Ao amin’ny Isaia toko fahavalo, i Sankeriba “handeha hamaky an’i Joda; hihoatra sy handifotra izy, ka hahatratra hatreo amin’ny vozona.” Ny “renivohitra”, ny “mpanjaka” ary ny “loha” dia samy tandindona azo ifandimbiasana avokoa, izay efa naorina tamin’ny vavolombelona roa tao amin’io andalan-teny io indrindra izay niakaran’i Sankeriba ho any Jerosalema.</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firenena intsony. Ary ny lohan’i Efraima dia Samaria, ary ny lohan’i Samaria dia zanak’i Remalia. Raha tsy hino ianareo, dia tsy haharitra tokoa ianareo. Isaia 7:8, 9.</w:t>
      </w:r>
    </w:p>
    <w:p>
      <w:pPr>
        <w:pStyle w:val="ArticleBody"/>
        <w:jc w:val="left"/>
      </w:pPr>
      <w:r>
        <w:rPr>
          <w:rFonts w:ascii="Times New Roman" w:hAnsi="Times New Roman" w:eastAsia="Times New Roman" w:cs="Times New Roman"/>
        </w:rPr>
        <w:t>Syria no firenena, Damaskosy no renivohitra, ary Rezina no mpanjaka; ary ny renivohitra sy ny mpanjaka dia tandindona azo ifandimbiasana. Samy “loha” avokoa ny renivohitra sy ny mpanjaka. Rehefa niakatra “hatreo an-tenda” amin’i Joda i Sankeriba, dia tonga hatrany Jerosalema ka nijanona teo, satria nijanona teo amin’ny “loha” izy, izay tohanan’ny “tenda.” Rehefa tonga hamely an’i Ptolemaios ny Seleokida, dia nijanona teo amin’ny “fiarovana mimanda” izy; ary ilay “fiarovana mimanda” dia ny firenen’i Egypta.</w:t>
      </w:r>
    </w:p>
    <w:p>
      <w:pPr>
        <w:pStyle w:val="ArticleBody"/>
        <w:jc w:val="left"/>
      </w:pPr>
      <w:r>
        <w:rPr>
          <w:rFonts w:ascii="Times New Roman" w:hAnsi="Times New Roman" w:eastAsia="Times New Roman" w:cs="Times New Roman"/>
        </w:rPr>
        <w:t>Ny andininy folo ao amin’ny Daniela toko faha-iraika ambin’ny folo, sy ny andininy fahavalo ao amin’ny Isaia toko faha-valo, eo amin’ny tontolon-kevitry ny andininy fahavalo sy fahasivy ao amin’ny Isaia toko faha-fito, dia maneho vavolombelona roa izay nanondro fa, rehefa “nanafotra ka nita” ny mpanjakan’ny avaratra ny mpanjakan’ny atsimo tamin’ny taona 1989, araka ny Daniela 11:40, dia mbola nijanona nijoro ihany ny loha, dia ilay firenena izay renivohitry ny fanjakana atsimo (Rosia).</w:t>
      </w:r>
    </w:p>
    <w:p>
      <w:pPr>
        <w:pStyle w:val="ArticleBody"/>
        <w:jc w:val="left"/>
      </w:pPr>
      <w:r>
        <w:rPr>
          <w:rFonts w:ascii="Times New Roman" w:hAnsi="Times New Roman" w:eastAsia="Times New Roman" w:cs="Times New Roman"/>
        </w:rPr>
        <w:t>Ny “fiarovana mafy” ao amin’ny andininy faha-folo no fanalahidy hamantarana ny Ady Okrainiana ankehitriny, ary koa ny zava-misy fa handresy i Rosia. Kanefa ny fampiharana ara-paminaniana izay mametraka io fahamarinana io dia mifandray mivantana amin’izany ary miorina tanteraka amin’ireo andininy ireo ihany izay novahana tombo-kase ho an’i Hiram Edson, izay navoaka tao amin’ny lahatsoratra Review and Herald tamin’ny taona 1856. Ireo lahatsoratra ireo dia manondro ny “impito,” ao amin’ny Levitikosy enina amby roa-polo.</w:t>
      </w:r>
    </w:p>
    <w:p>
      <w:pPr>
        <w:pStyle w:val="ArticleBody"/>
        <w:jc w:val="left"/>
      </w:pPr>
      <w:r>
        <w:rPr>
          <w:rFonts w:ascii="Times New Roman" w:hAnsi="Times New Roman" w:eastAsia="Times New Roman" w:cs="Times New Roman"/>
        </w:rPr>
        <w:t>Nanomboka tamin’ny volana Jolay 2023, ny Liona avy amin’ny firenen’i Joda dia nanambara, avy amin’ireo andininy ireo ihany, fa samy maneho tsy ny fotoanan’ny fanaparitahana ihany ireo faminaniana roa arivo sy diman-jato sy roapolo taona manohitra ny fanjakana avaratra sy atsimo, fa mampiseho koa ny asa mihitsy nataon’i Kristy tamin’ny fanatanterahana ny fampiraisana ny Maha-Andriamanitra amin’ny maha-olombelona. Ao amin’izany fanambarana izany dia aseho fa ny “loha” no toetra ambony kokoa ao amin’ny olombelona. Ny “loha” no “fiarovana mafy” ao amin’ny tempolin’ny olombelona, izay ambaran-dRahavavy White ho manda fiarovana ao amin’ny fanahy. Ny manda fiarovana dia fiarovana mafy.</w:t>
      </w:r>
    </w:p>
    <w:p>
      <w:pPr>
        <w:pStyle w:val="ArticleBody"/>
        <w:jc w:val="left"/>
      </w:pPr>
      <w:r>
        <w:rPr>
          <w:rFonts w:ascii="Times New Roman" w:hAnsi="Times New Roman" w:eastAsia="Times New Roman" w:cs="Times New Roman"/>
        </w:rPr>
        <w:t>Koa izany dia miorina fa ilay “fiarovana mafy” ivelany ao amin’i Daniela toko faha-11 andininy faha-10 dia maneho koa “fiarovana mafy” anatiny. Rehefa nanomboka tamin’ny 2014 ny ady (ivelany) tao Okraina, dia nampidirina tao amin’ny hetsika Future for America ny fidiran’ireo fampianarana satanika izay avy tany “down under” sy Pays de Galles (anatiny), ary tonga tamin’ny dingana iray hafa ny fizotry ny famehezana. Tamin’ny 2020, dia novonoina teny an-dalamben’ilay tanàna lehibe ireo tandroka Repoblikana sy Protestanta, izay toerana nanomboana tamin’ny hazo fijaliana koa ny Tompontsika.</w:t>
      </w:r>
    </w:p>
    <w:p>
      <w:pPr>
        <w:pStyle w:val="ArticleBody"/>
        <w:jc w:val="left"/>
      </w:pPr>
      <w:r>
        <w:rPr>
          <w:rFonts w:ascii="Times New Roman" w:hAnsi="Times New Roman" w:eastAsia="Times New Roman" w:cs="Times New Roman"/>
        </w:rPr>
        <w:t>Tamin’ny taona 2020, dia tsy nahomby tamin’ny fanentanana faharoa nataony ho filoham-pirenena i Donald Trump, ary tonga ny fotoana fiandrasan’ny virijina folo. Tamin’ny taona 2022, dia nanomboka tamin’ny fomba ofisialy ny fanentanana fahatelo nataony ho filoham-pirenena i Trump, ary ny fanentanana voalohany nahomby nataony ho filoham-pirenena no maneho ny farany. Tamin’ny taona 2023, dia nisy “feo avy any an-efitra” nanomboka niteny tamin’ireo taolana maina maty.</w:t>
      </w:r>
    </w:p>
    <w:p>
      <w:pPr>
        <w:pStyle w:val="ArticleBody"/>
        <w:jc w:val="left"/>
      </w:pPr>
      <w:r>
        <w:rPr>
          <w:rFonts w:ascii="Times New Roman" w:hAnsi="Times New Roman" w:eastAsia="Times New Roman" w:cs="Times New Roman"/>
        </w:rPr>
        <w:t>Ny andininy fahatelo ambin’ny folo ka hatramin’ny fahadimy ambin’ny folo dia mitantara ny tantara aorian’ny ady nataon’i Putin tany Okraina, na dia tsy hahasoa azy aza ny fandresena, satria mamerina ny tantaran’i Napoléon Bonaparte i Rosia.</w:t>
      </w:r>
    </w:p>
    <w:p>
      <w:pPr>
        <w:pStyle w:val="ArticleBody"/>
        <w:jc w:val="left"/>
      </w:pPr>
      <w:r>
        <w:rPr>
          <w:rFonts w:ascii="Times New Roman" w:hAnsi="Times New Roman" w:eastAsia="Times New Roman" w:cs="Times New Roman"/>
        </w:rPr>
        <w:t>Ny sesitany sy fiafaran’i Napoleon dia notandindonin’ny sesitany sy fiafaran’i mpanjaka Ozia, izay koa tsy nohamafisin’ny fandreseny ara-tafika, ary izay naneho mialoha an’i Ptolemaiosy IV ao amin’ny andininy faha-iraika ambin’ny folo sy faha-roa ambin’ny folo, izay samy tsy nohamafisin’ny fandreseny ara-tafika. Na Ozia na Ptolemaiosy IV dia samy nitady hanao fanatitra tao amin’ny tempoly, ary samy nosakanana tsy hanao izany. Voan’ny habokana teo amin’ny handriny i mpanjaka Ozia raha nanandrana nanao izany izy. Ny marika teo amin’ny handriny dia tsy hoe maneho fotsiny ny mariky ny bibidia, fa koa nanandindona ny mpanjakan’ny atsimo voalohany tamin’ny 1989, izay niditra koa tao amin’ny karazana sesitany iray rehefa izy (Gorbatchev) nandao ny Firaisana Sovietika mba ho tonga anisan’ny Firenena Mikambana. Tahaka an’i mpanjaka Ozia, i Gorbatchev dia nanana marika lehibe teo amin’ny handriny. Mpanjaka Ozia, mpanjaka Ptolemaiosy IV, Napoleon, ary Gorbatchev dia samy manandindona ny fiafaran’i Putin. Izy efatra ireo dia samy mpanjakan’ny atsimo izay namarana ny tarana-mpanjakany manokana avy, ka manandindona ny fiafaran’i Rosian’i Putin.</w:t>
      </w:r>
    </w:p>
    <w:p>
      <w:pPr>
        <w:pStyle w:val="ArticleBody"/>
        <w:jc w:val="left"/>
      </w:pPr>
      <w:r>
        <w:rPr>
          <w:rFonts w:ascii="Times New Roman" w:hAnsi="Times New Roman" w:eastAsia="Times New Roman" w:cs="Times New Roman"/>
        </w:rPr>
        <w:t>Avy eo ny andininy faha-telo ambin’ny folo ka hatramin’ny faha-dimy ambin’ny folo dia manokatra ny fijoroana ho vavolombelona izay nanomboka tamin’ny 200 BC, ary mampiseho an’ohatra ny fe-potoana fahatelo sady farany an’i Donald Trump, izay misolo tena ny tandroka Repoblikana. Ny andininy faha-efatra ambin’ny folo no manamarika ny fotoana anombohan’ny fitondrana papaly mihira ny hiran’ny fijangajangany amin’ny maha-janga an’i Tyro azy, ary ny andininy faha-dimy ambin’ny folo no mamaritra ny tsipika ara-tantara amin’ilay tandroka Protestanta nihemotra amin’ny tantaran’ny Makabeo. Ireo andininy telo ireo dia mirakitra tsipika ara-paminaniana telo.</w:t>
      </w:r>
    </w:p>
    <w:p>
      <w:pPr>
        <w:pStyle w:val="ArticleBody"/>
        <w:jc w:val="left"/>
      </w:pPr>
      <w:r>
        <w:rPr>
          <w:rFonts w:ascii="Times New Roman" w:hAnsi="Times New Roman" w:eastAsia="Times New Roman" w:cs="Times New Roman"/>
        </w:rPr>
        <w:t>Ny tantaran’ny Makabeo dia tsy miafina tahaka ny faran’ny andininy faha-roa ka hatramin’ny andininy faha-telo, na tahaka ny faran’ny andininy faha-efapolo ka hatramin’ny andininy faha-iraika amby efapolo, kanefa io andalana io dia, farafahakeliny, manjavozavo amin’ny fandinihana voalohany. Na izany aza, ao anatin’izany tantara ara-paminaniana somary manjavozavo izany no anehoana ny fanekena nifanaovan’ny Jiosy sy Roma, ary izany no mamantatra ny fiforonan’ny sarin’ny bibidia. Ny fiforonan’ny sarin’ny bibidia dia aseho ho tandindona koa ao amin’ilay tantara miafina ao amin’ny Daniela toko faha-roa, izay nananan’i Nebokadnezara nofy, nefa tsy tsaroany, ary Daniela, teo ambanin’ny fandrahonana ho faty, dia notakiana handika izany nefa tsy nahalala ny nofy. Ny vavak’i Daniela sy ireo lehilahy mendrika telo ao amin’ny toko faha-roa dia maneho ny vavaka ho amin’ny fahazavana ivelany izay mameno ny vavak’i Daniela ao amin’ny toko faha-sivy ho amin’ny fanovàna anaty.</w:t>
      </w:r>
    </w:p>
    <w:p>
      <w:pPr>
        <w:pStyle w:val="ArticleBody"/>
        <w:jc w:val="left"/>
      </w:pPr>
      <w:r>
        <w:rPr>
          <w:rFonts w:ascii="Times New Roman" w:hAnsi="Times New Roman" w:eastAsia="Times New Roman" w:cs="Times New Roman"/>
        </w:rPr>
        <w:t>Ny taranaky ny Makabeo dia mifanaraka amin’ilay zava-miafina miafina ao amin’ny Daniela toko faharoa. Ilay zava-miafina ao amin’ny Daniela faharoa no manome ny fijoroana ho vavolombelona ara-paminaniana voalohany momba ilay zava-miafina ara-paminaniana ny amin’ilay fahavalo izay avy amin’ny fito, izay mandray anjara amin’ny fanambarana ny fitsanganan’ny vavolombelona roa ao amin’ny Apokalypsy iraika ambin’ny folo. Ny fitsanganan’ny vavolombelona roa, mifandray amin’ilay fahavalo izay avy amin’ny fito, dia manorina fa ao amin’ny tantara mifanindran-dalana momba ny Millerita sy ny iray hetsy sy efatra arivo amby efatra alina, ny fifindrana mivadika ataon’ny Millerita ho any Laodikia dia mifanaraka amin’ny fifindran’ny iray hetsy sy efatra arivo amby efatra alina avy any Laodikia ho any Filadelfia.</w:t>
      </w:r>
    </w:p>
    <w:p>
      <w:pPr>
        <w:pStyle w:val="ArticleBody"/>
        <w:jc w:val="left"/>
      </w:pPr>
      <w:r>
        <w:rPr>
          <w:rFonts w:ascii="Times New Roman" w:hAnsi="Times New Roman" w:eastAsia="Times New Roman" w:cs="Times New Roman"/>
        </w:rPr>
        <w:t>Ny tsipika manjavozavon’ny Makabeo sy ny nofy miafin’i Nebokadnezara dia nofehezina manokana avokoa mandra-pahatongan’ny fotoana taorian’ny nanombohan’ny fizotry ny fananganana amin’ny maty ireo vavolombelona roa tamin’ny 2023. Vahàna izy ireo mialoha indrindra ny ora isehoan’ilay “horohoron-tany lehibe”, izay manamarika ny famaranana ny fotoam-pahasoavana ho an’ny Advantista Mitandrina ny Andro Fahafito. Ny fitsapana izay tsy maintsy lalovan’ireo Advantista ireo alohan’ny handraisany ny tombokasen’Andriamanitra, sy alohan’ny hifaranan’ny fotoam-pahasoavana, dia ilay fitsapana mifandray amin’ny fiforonan’ny sarin’ilay bibidia.</w:t>
      </w:r>
    </w:p>
    <w:p>
      <w:pPr>
        <w:pStyle w:val="ArticleBody"/>
        <w:jc w:val="left"/>
      </w:pPr>
      <w:r>
        <w:rPr>
          <w:rFonts w:ascii="Times New Roman" w:hAnsi="Times New Roman" w:eastAsia="Times New Roman" w:cs="Times New Roman"/>
        </w:rPr>
        <w:t>Ny firazanan’ny Makabeo, ny nofy miafin’i Nebokadnezara, ny zava-miafina momba ilay fahavalo avy amin’ny fito, ary ny tandroka roan’ilay bibidia avy amin’ny tany, dia samy mandray anjara amin’ilay fizotry ny fitsapana izay tanterahina rehefa atsangana ny sarin’ilay bibidia. Ny fanekena ireo tsipika ireo ho fahamarinana izay amin’ny lafiny ara-paminaniana dia “fahamarinana miafina” no manaporofo fa ireo no fahamarinana izay vahan’ny Liona avy amin’ny firenen’i Joda tombo-kase ankehitriny.</w:t>
      </w:r>
    </w:p>
    <w:p>
      <w:pPr>
        <w:pStyle w:val="ArticleBody"/>
        <w:jc w:val="left"/>
      </w:pPr>
      <w:r>
        <w:rPr>
          <w:rFonts w:ascii="Times New Roman" w:hAnsi="Times New Roman" w:eastAsia="Times New Roman" w:cs="Times New Roman"/>
        </w:rPr>
        <w:t>Ny fanokafana ny famantarana ireo vavolombelona roa, izay maneho ny tandroka Repoblikana sy Protestanta amin’ilay bibidia avy amin’ny tany ao amin’ny Apokalypsy toko fahatelo ambin’ny folo, miaraka amin’ny fahamarinana fa ny tandroka tsirairay dia mifanindran-dalana amin’ilay iray hafa, ary koa fa ny tandroka tsirairay dia manana toetra anatiny roa sosona, no manamarika ny fiandohan’ny fanokafana ny Apokalypsin’i Jesosy Kristy. Ny fahamarinana voasokatra dia ahitana ny fanokafana ny tantara miafina momba ny kotrokorana fito, ary koa ny famaritana ny teny Hebreo hoe “Fahamarinana.”</w:t>
      </w:r>
    </w:p>
    <w:p>
      <w:pPr>
        <w:pStyle w:val="ArticleBody"/>
        <w:jc w:val="left"/>
      </w:pPr>
      <w:r>
        <w:rPr>
          <w:rFonts w:ascii="Times New Roman" w:hAnsi="Times New Roman" w:eastAsia="Times New Roman" w:cs="Times New Roman"/>
        </w:rPr>
        <w:t>Rehefa fantatra fa ny vanim-potoana farany amin’ireo kotrokorana fito dia maneho ireo mariky ny lalana telo amin’ny fahadisoam-panantenana voalohany, arahin’ny hafatry ny Antso Misasakalina, ary avy eo mifarana amin’ilay fahadisoam-panantenana lehibe, mifanaraka amin’ny teny Hebreo hoe “Fahamarinana”, dia naorina tamin’izay ny fanambarana manamarika ny 18 Jolay 2020, izay fahatanterahana lavorary ny hafatry ny Antso Misasakalina mitarika ho amin’ny lalàna alahady.</w:t>
      </w:r>
    </w:p>
    <w:p>
      <w:pPr>
        <w:pStyle w:val="ArticleBody"/>
        <w:jc w:val="left"/>
      </w:pPr>
      <w:r>
        <w:rPr>
          <w:rFonts w:ascii="Times New Roman" w:hAnsi="Times New Roman" w:eastAsia="Times New Roman" w:cs="Times New Roman"/>
        </w:rPr>
        <w:t>Ny kotrokorana fito dia efa nofaritana talohan’ny Jolay 2023 ho tantara mifanitsy amin’ny fihetsiky ny anjely voalohany sy ny fihetsiky ny anjely fahatelo, saingy tamin’izany fotoana izany dia tsy mbola noheverina ho vanim-potoana manokana aseho ho ny kotrokorana fito ilay fe-potoana farany misy dingana telo. Ankehitriny, izany fanekena izany dia tafapetraka ho “Fahamarinana.”</w:t>
      </w:r>
    </w:p>
    <w:p>
      <w:pPr>
        <w:pStyle w:val="ArticleBody"/>
        <w:jc w:val="left"/>
      </w:pPr>
      <w:r>
        <w:rPr>
          <w:rFonts w:ascii="Times New Roman" w:hAnsi="Times New Roman" w:eastAsia="Times New Roman" w:cs="Times New Roman"/>
        </w:rPr>
        <w:t>Ny fanambaran’i Jesosy Kristy dia esorina ny tombo-kaseny mialoha indrindra ny hifaranan’ny fotoam-pitsarana, ary tafiditra ao anatin’izany ny vavolombelona roa ao amin’ny Apokalypsy toko fahiraika ambin’ny folo. Ny fanambaran’i Jesosy Kristy dia ahitana ny tantara miafina momba ireo kotrokorana fito. Ny fanambaran’i Jesosy Kristy dia ahitana ilay zava-miafina hoe: “ny fahavalo dia avy amin’ny fito”, izay manondro kosa ny fifindran’ny Millerita ho amin’i Laodikia, miaraka amin’ny fifindrana mifanandrify ataon’ny iray hetsy sy efatra arivo ho ao Filadelfia. Ilay fahavalo izay avy amin’ny fito dia maneho koa fanehoana ara-paminaniana ny fitsapana momba ny sarin’ilay bibidia, satria samy tonga amin’ny fiafarany ny tandroka Repoblikana sy Protestanta rehefa mamoaka sarin’ilay bibidia ara-politika ny tandroka Repoblikana, mifanohitra amin’ny tandroka Protestanta marina izay mamorona sarin’i Kristy, ka avy eo dia asandratra ho faneva izy ireo.</w:t>
      </w:r>
    </w:p>
    <w:p>
      <w:pPr>
        <w:pStyle w:val="ArticleBody"/>
        <w:jc w:val="left"/>
      </w:pPr>
      <w:r>
        <w:rPr>
          <w:rFonts w:ascii="Times New Roman" w:hAnsi="Times New Roman" w:eastAsia="Times New Roman" w:cs="Times New Roman"/>
        </w:rPr>
        <w:t>Ireo fahamarinana ireo dia nanomboka novahana tamin’ny faran’ny volana Jolay, 2023, ary ireo fahamarinana rehetra ireo dia maneho tantara ara-paminaniana izay tanteraka ao amin’ny tantara miafina, izay “ilay ampahany amin’ny faminanian’i Daniela izay mifandraika amin’ny andro farany.”</w:t>
      </w:r>
    </w:p>
    <w:p>
      <w:pPr>
        <w:pStyle w:val="ArticleBody"/>
        <w:jc w:val="left"/>
      </w:pPr>
      <w:r>
        <w:rPr>
          <w:rFonts w:ascii="Times New Roman" w:hAnsi="Times New Roman" w:eastAsia="Times New Roman" w:cs="Times New Roman"/>
        </w:rPr>
        <w:t>Noho izany dia manana rafitra ara-paminaniana momba ny tantara miafina ao amin’ny andininy faha-efapolo isika, manomboka amin’ny fotoana farany tamin’ny 1989 ka hatramin’ny lalàna Alahady ao amin’ny andininy faha-iraika amby efapolo, izay ahafahantsika mametraka eo amboniny ny andininy voalohany sy faharoa ao amin’ny Daniela toko faha-iraika ambin’ny folo. Avy eo dia azontsika apetraka ao anatin’io tsipika io ihany koa ny andininy faha-folo ka hatramin’ny faha-dimy ambin’ny folo. Avy eo dia azontsika raisina ao anatin’io tsipika io ihany koa ny tsipiky ny Makabeo izay, raha takarina araka ny tokony ho izy, dia manomboka amin’ny andininy faha-telo ambin’ny folo ary mitohy hatramin’ny andininy faha-telo amby roapolo. Avy eo koa dia azontsika raisina ao anatin’io tsipika io ihany ny tsipiky ny vavolombelona roa ao amin’ny Apokalypsy toko faha-iraika ambin’ny folo, andininy faha-fito ka hatramin’ny faha-roa ambin’ny folo. Miaraka amin’ireo vavolombelona roa ao amin’ny Daniela sy ny Apokalypsy dia manana rafitra momba ny tantara miafina ao amin’ny andininy faha-efapolo isika.</w:t>
      </w:r>
    </w:p>
    <w:p>
      <w:pPr>
        <w:pStyle w:val="ArticleBody"/>
        <w:jc w:val="left"/>
      </w:pPr>
      <w:r>
        <w:rPr>
          <w:rFonts w:ascii="Times New Roman" w:hAnsi="Times New Roman" w:eastAsia="Times New Roman" w:cs="Times New Roman"/>
        </w:rPr>
        <w:t>Tamin’ny taona 1989, dia nofafazan’ny firaisana nifanaovan’ny papa sy ny tafiny solontena, dia i Etazonia, ny Firaisana Sovietika. Rehefa noravan’i Gorbachev ny Firaisana Sovietika, dia tonga ny fotoanan’ny farany ho an’ny iray hetsy sy efatra amby efa-polo arivo. Ronald Reagan no mpanjaka ara-paminaniana voalohany an’i Etazonia nanomboka tamin’ny fotoanan’ny farany; Reagan, Repoblikana Protestanta niodina, izay asehon’i mpanjaka Dariosy, dia narahin’i Kyrosy, avy eo mpanjaka telo hafa, ary avy eo ilay mpanjaka fahefatra manan-karena.</w:t>
      </w:r>
    </w:p>
    <w:p>
      <w:pPr>
        <w:pStyle w:val="ArticleBody"/>
        <w:jc w:val="left"/>
      </w:pPr>
      <w:r>
        <w:rPr>
          <w:rFonts w:ascii="Times New Roman" w:hAnsi="Times New Roman" w:eastAsia="Times New Roman" w:cs="Times New Roman"/>
        </w:rPr>
        <w:t>Ny Mpanjaka Kyrosy dia naneho an’i Bush Voalohany, izay nanao fanambarana ho Repoblikana maneran-tany; izy dia narahin’i Clinton, Demôkraty maneran-tany; izy kosa dia narahin’i Bush Farany, izay nanao fanambarana ho Repoblikana maneran-tany; izy dia narahin’i Obama, Demôkraty Islamika maneran-tany; ary izy dia narahin’ilay filoha manankarena indrindra tamin’izy rehetra, Protestanta nihemotra tamin’ny finoana sady Repoblikana, Donald Trump.</w:t>
      </w:r>
    </w:p>
    <w:p>
      <w:pPr>
        <w:pStyle w:val="ArticleBody"/>
        <w:jc w:val="left"/>
      </w:pPr>
      <w:r>
        <w:rPr>
          <w:rFonts w:ascii="Times New Roman" w:hAnsi="Times New Roman" w:eastAsia="Times New Roman" w:cs="Times New Roman"/>
        </w:rPr>
        <w:t>Tamin’ny taona 2014 no nanombohan’ny Ady Okrainiana teo amin’i Rosia sy ny tafika mpisolo toerana Nazia an’ny papa, ka ny tafika mpisolo toerana talohan’izay an’ny papa, dia i Etazonia, no nanome fanohanana ho an’ny tafika mpisolo toerana Okrainiana. Tamin’ny taona 2014, ny hetsika Future for America dia notafihin’ny solontenan’ilay dragona an-tsokosoko, ary tamin’ny taona 2015, Donald Trump dia nanomboka ny voalohany tamin’ireo fampielezan-kevitra telo ho filoham-pirenena izay hotanterahiny. Nandresy izy tamin’ny fampielezan-keviny voalohany, nefa ny fampielezan-keviny afovoany dia nangalarina, ary amin’ny fampielezan-keviny farany dia handresy indray izy. Tamin’ny taona 2020, samy nahazo ratra mahafaty na ny tandroka Repoblikana, satria nangalarina ny fifidianana, na ny tandroka Protestanta marina, tamin’ny fanambarana faminaniana sandoka, izay nateraky ny fidirana an-tsokosoko izay nanomboka tamin’ny taona 2014, ary izay nangalatra ny hafatra tamin’ny alalan’ny fampidirana karazana fampiharana ara-paminaniana sandoka maro samihafa.</w:t>
      </w:r>
    </w:p>
    <w:p>
      <w:pPr>
        <w:pStyle w:val="ArticleBody"/>
        <w:jc w:val="left"/>
      </w:pPr>
      <w:r>
        <w:rPr>
          <w:rFonts w:ascii="Times New Roman" w:hAnsi="Times New Roman" w:eastAsia="Times New Roman" w:cs="Times New Roman"/>
        </w:rPr>
        <w:t>Tamin’ny taona 2020, nisy fifidianana iray sy hafatra ara-paminaniana iray nangalarina, ary samy novonoina ara-tandindona ireo tandroka roa ireo tamin’ny alalan’ny solontenam-bibilava lehibe. Ny fifidianana dia nangalarin’ny firaisan-kina roa sosona nisy teo amin’ireo milaza ny tenany ho Repoblikana maneran-tany sy ny Demôkraty maneran-tany, notohanan’ny fampahalalam-baovao mpand propagandy maneran-tany sy ireo mpivarotra maneran-tany. Ny hafatra kosa dia nangalarin’ny tovovavy kely tsy manambady avy any amin’ny ilany atsimon’izao tontolo izao sy tovolahy kely nisara-panambadiana avy any Pays de Galles, izay ny tanjona miafiny dia ny hampiditra sy hampiroborobo ny fandaharan’asan’ny pelaka, ary hifona amin’ilay “olona ota.” Ny mpitarika ny Future for America no mitondra ny tsiny rehetra noho ny fidiran’i Satana an-tsokosoko, satria izy no tompon’andraikitra hiaro ny hetsika, nefa tena nanaiky loatra izy hamela iraka tsy nohamasinina handray toeram-pitaritana. Donald Trump no tompon’antoka amin’ilay fifidianana nangalarina, satria ireo izay nofidiny havelany hiditra ao anatin’ny faribolan’ny fahefany akaiky indrindra dia ninia nanohintohina ny asa izay noraisiny hotanterahina.</w:t>
      </w:r>
    </w:p>
    <w:p>
      <w:pPr>
        <w:pStyle w:val="ArticleBody"/>
        <w:jc w:val="left"/>
      </w:pPr>
      <w:r>
        <w:rPr>
          <w:rFonts w:ascii="Times New Roman" w:hAnsi="Times New Roman" w:eastAsia="Times New Roman" w:cs="Times New Roman"/>
        </w:rPr>
        <w:t>Tamin’ny taona 2022 dia nanomboka ny fanentanana fahatelony i Donald Trump, ary tamin’ny 2023 dia nanomboka nandefa hafatra ho an’ny fiangonana ny “feo miantso any an-efitra.” Vao haingana dia nisy “vato” iray — izay faritako ho ireo any ivelan’ny “fahamarinana ankehitriny” izay niantso mafy — ka izy angamba no iray amin’ireo saina maranitra indrindra ao anatin’ny tontolo politika ankehitriny eo amin’ny sehatra ampahibemaso, nilaza fahamarinana sasany tena lalina fahitana. Victor Davis Hanson no anarany, ary raha manaraka ny zava-mitranga manodidina anao ianao ka mampitaha izany zava-mitranga izany amin’ny faminanian’ny Teniny, dia i Victor Davis Hanson no iray amin’ireo “vato” izay mamerina manakoako ilay hafatra izay antenaiko fa ianaranao ankehitriny.</w:t>
      </w:r>
    </w:p>
    <w:p>
      <w:pPr>
        <w:pStyle w:val="ArticleScripture"/>
        <w:jc w:val="left"/>
      </w:pPr>
      <w:r>
        <w:rPr>
          <w:rFonts w:ascii="Times New Roman" w:hAnsi="Times New Roman" w:eastAsia="Times New Roman" w:cs="Times New Roman"/>
        </w:rPr>
        <w:t>“Tian’Andriamanitra dia maniry antsika handinika ny zava-mitranga manodidina antsika, ka hampitaha izany amin’ny faminanian’ny teniny, mba hahatakarantsika fa miaina amin’ny andro farany isika. Mila ny Baibolintsika isika, ary mila mahalala izay voasoratra ao anatiny. Ny mpianatra mazoto ny faminaniana dia hahazo valisoa amin’ny fanambarana mazava ny fahamarinana, fa hoy Jesosy: ‘Ny teninao no fahamarinana.’” Signs of the Times, 1 Oktobra 1894.</w:t>
      </w:r>
    </w:p>
    <w:p>
      <w:pPr>
        <w:pStyle w:val="ArticleBody"/>
        <w:jc w:val="left"/>
      </w:pPr>
      <w:r>
        <w:rPr>
          <w:rFonts w:ascii="Times New Roman" w:hAnsi="Times New Roman" w:eastAsia="Times New Roman" w:cs="Times New Roman"/>
        </w:rPr>
        <w:t>Tamin’ny resadresaka iray navoakan’i @FreyjaTarte tao amin’ny X.com, Hanson dia nanomboka tamin’ny filazana hoe: “Izy ireo [ny Demokraty] dia mijery an’i Trump ho toy ny vampira.” Dia manohy izy amin’ny firesahana ny tahotry ny Demokraty sao voafidy indray i Donald Trump. Tsy manana antony aho hinoana fa takatr’i Hanson fa araka ny Apokalypsy toko faha-iraika ambin’ny folo, Trump dia atsangana amin’ny maty indray (toy ny vampira), ary fa rehefa nitranga izany, ireo izay efa nifaly tamin’ny fahafatesany teo aloha dia ho raiki-tahotra. Kanefa izany indrindra no ambarany manerana ny fanamarihany manontolo.</w:t>
      </w:r>
    </w:p>
    <w:p>
      <w:pPr>
        <w:pStyle w:val="ArticleScripture"/>
        <w:jc w:val="left"/>
      </w:pPr>
      <w:r>
        <w:rPr>
          <w:rFonts w:ascii="Times New Roman" w:hAnsi="Times New Roman" w:eastAsia="Times New Roman" w:cs="Times New Roman"/>
        </w:rPr>
        <w:t>Ary rehefa afaka hateloana sy tapany, dia niditra tao aminy ny Fanahin’aina avy amin’Andriamanitra, ka nijoro tamin’ny tongony izy; ary tahotra lehibe no nianjera tamin’izay nahita azy. Apokalypsy 11:11.</w:t>
      </w:r>
    </w:p>
    <w:p>
      <w:pPr>
        <w:pStyle w:val="ArticleBody"/>
        <w:jc w:val="left"/>
      </w:pPr>
      <w:r>
        <w:rPr>
          <w:rFonts w:ascii="Times New Roman" w:hAnsi="Times New Roman" w:eastAsia="Times New Roman" w:cs="Times New Roman"/>
        </w:rPr>
        <w:t>Hohizana ao amin’ny lahatsoratra manaraka ity fandalinana ity.</w:t>
      </w:r>
    </w:p>
    <w:p>
      <w:pPr>
        <w:pStyle w:val="ArticleScripture"/>
        <w:jc w:val="left"/>
      </w:pPr>
      <w:r>
        <w:rPr>
          <w:rFonts w:ascii="Times New Roman" w:hAnsi="Times New Roman" w:eastAsia="Times New Roman" w:cs="Times New Roman"/>
        </w:rPr>
        <w:t>“Tafapetraka amin’ilay vanim-potoana nambara mialoha ao amin’ireo Soratra ireo isika. Tonga ny andro farany, voasokatra ny fahitana nomena ny mpaminany, ary ny fampitandremana manetriketrika ataon’izy ireo dia manondro antsika ho amin’ny fahatongavan’ny Tompontsika amim-boninahitra, izay efa antomotra.”</w:t>
      </w:r>
    </w:p>
    <w:p>
      <w:pPr>
        <w:pStyle w:val="ArticleScripture"/>
        <w:jc w:val="left"/>
      </w:pPr>
      <w:r>
        <w:rPr>
          <w:rFonts w:ascii="Times New Roman" w:hAnsi="Times New Roman" w:eastAsia="Times New Roman" w:cs="Times New Roman"/>
        </w:rPr>
        <w:t>“Diso fandray sy nampihatra tamin’ny fomba diso ny tenin’Andriamanitra ny Jiosy, ary tsy nahalala ny andro namangian’Andriamanitra azy izy. Ny taona nanaovan’i Kristy sy ny apostoliny ny asany,—ireo taona farany sarobidy feno fahasoavana ho an’ilay vahoaka voafidy,—dia laniny tamin’ny fikasan-dratsy handringanana ny iraky ny Tompo. Nanjaka tamin’izy ireo ny fanirian-daza ara-nofo, ka tonga taminy foana ny fanatitra ny fanjakana ara-panahy. Dia tahaka izany koa ankehitriny: mibahana ny sain’ny olona ny fanjakan’izao tontolo izao, ka tsy tsikariny ny faminaniana izay tanteraka haingana sy ireo famantarana ny fanjakan’Andriamanitra izay ho avy faingana.</w:t>
      </w:r>
    </w:p>
    <w:p>
      <w:pPr>
        <w:pStyle w:val="ArticleScripture"/>
        <w:jc w:val="left"/>
      </w:pPr>
      <w:r>
        <w:rPr>
          <w:rFonts w:ascii="Times New Roman" w:hAnsi="Times New Roman" w:eastAsia="Times New Roman" w:cs="Times New Roman"/>
        </w:rPr>
        <w:t>“‘Fa ianareo kosa, ry rahalahy, tsy ao amin’ny maizina, mba hahatraran’izany andro izany anareo tahaka ny mpangalatra. Hianareo rehetra dia zanaky ny mazava sy zanaky ny andro; tsy an’ny alina isika, na an’ny maizina.’ Na dia tsy tokony hahalala ny ora hiverenan’ny Tompontsika aza isika, dia mahazo mahalala kosa rehefa antomotra izany. ‘Koa aoka isika tsy hatory tahaka ny sasany; fa aoka hiambina sy hahonon-tena isika.’ 1 Tesaloniana 5:4-6.’ Ilay Fitiavan’i Jesosy,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sivy-polo amby zato</dc:title>
  <dc:subject>Ny Lamba Voatenona Ara-paminaniana ao amin’i Daniela 11: Fampiharihariana ny Tsipiriany Sarotra ao amin’ny Vanim-potoanan’i Trump sy ny Sava Lalana ho amin’ny Lalàn’ny Alahady</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