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Faha-roanjato amby roa-polo amby sivifolo sy zato</w:t>
      </w:r>
    </w:p>
    <w:p>
      <w:pPr>
        <w:pStyle w:val="ArticleSubtitle"/>
        <w:jc w:val="left"/>
      </w:pPr>
      <w:r>
        <w:rPr>
          <w:rFonts w:ascii="Arial" w:hAnsi="Arial" w:eastAsia="Arial" w:cs="Arial"/>
        </w:rPr>
        <w:t>Famoahana ny Tantara Miafina: Fifanarahana ara-paminaniana avy ao amin’i Daniela 11 sy 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Isika dia mandinika ny “tantara miafina” ao amin’ny andininy faha-efapolo amin’ny Daniela toko faha iraika ambin’ny folo, rehefa mitsahatra ny fijoroany ho vavolombelona voasoratra eo amin’ny fotoanan’ny farany tamin’ny 1989, ka hatramin’ny lalàn’ny Alahady ao amin’ny andininy faha-iraika amby efapolo. Io tantara miafina io no maneho ny rafitra ialam-pandrindrana ny andalana faminaniana rehetra momba ny andro farany, satria ao anatin’izany tantara miafina izany no anatanterahana ny fanombohan-kase ny iray hetsy sy efatra arivo sy efatra alina. Io tantara io no isehoan’ny fitsapana mifandraika amin’ny fananganana ny sarin’ny bibidia. Koa izany no tantara anesorana tombo-kase ny nofy miafina nananan’i Nebokadnezara momba ny sarin’ny bibidia. Io tantara miafina io no toerana amarana ny tantara miafina avy amin’ny fe-potoana voalohan’i Donald Trump ao amin’ny Daniela 11 andininy faha-roa, ka mitohy ho amin’ny andininy faha-telo. Io tantara miafina io no ampahan’ny faminanian’i Daniela izay mifandray amin’ny andro farany, ary izany no Fanambaran’i Jesosy Kristy izay esorina tombo-kase mialoha kelin’ny hifaranan’ny fotoam-pahasoavana amin’ny lalàn’ny Alahady. Ireo andalana rehetra momba ny fahamarinana ireo dia aseho ho fanesorana ny tombo-kase fahafito sady farany.</w:t>
      </w:r>
    </w:p>
    <w:p>
      <w:pPr>
        <w:pStyle w:val="ArticleBody"/>
        <w:jc w:val="left"/>
      </w:pPr>
      <w:r>
        <w:rPr>
          <w:rFonts w:ascii="Times New Roman" w:hAnsi="Times New Roman" w:eastAsia="Times New Roman" w:cs="Times New Roman"/>
        </w:rPr>
        <w:t>Ny andininy folo ka hatramin’ny dimy ambin’ny folo ao amin’ny Daniela toko faha-iraika ambin’ny folo dia tsy maintsy ampifanarahana amin’izany tantara miafina izany, ary ny telo farany amin’ireo andininy ireo dia maneho tsipika ara-paminaniana telo. Ireo no manondro ny fotoana idiràn’ny fahefan’ny papasy indray an-tsehatra ao amin’ny tantara, tahaka ny nataony tamin’ny taona 200 talohan’i Kristy, fony Roma jentilisa niditra voalohany tao amin’ny tantara ara-paminaniana aseho ao amin’ny Daniela toko faha-iraika ambin’ny folo, andininy faha-efatra ambin’ny folo. Io andininy io, sy ny fahatanterahan’izany andininy izany teo amin’ny tantaran’i Roma jentilisa, no nanorina ny fahitana, satria Roma jentilisa no tandindon’ilay hery izay nanandra-tena, nandroba ny vahoakan’Andriamanitra, ary avy eo dia lavo. Ny Protestanta nihemotra dia nampihatra io andininy io tamin’i Antiochus Epiphanes, fa ny Millerita kosa nampihatra azy tamin’i Roma jentilisa, ka nanondro io andininy io ho fahamarinana fizahan-toetra teo amin’ny tantaran’ny Millerita. Ankehitriny, ny teolojian’ny Advantisma Laodiseana maoderina dia mampianatra indray fa i Antiochus Epiphanes izany, ka noho izany dia fahamarinana fizahan-toetra indray izy io.</w:t>
      </w:r>
    </w:p>
    <w:p>
      <w:pPr>
        <w:pStyle w:val="ArticleBody"/>
        <w:jc w:val="left"/>
      </w:pPr>
      <w:r>
        <w:rPr>
          <w:rFonts w:ascii="Times New Roman" w:hAnsi="Times New Roman" w:eastAsia="Times New Roman" w:cs="Times New Roman"/>
        </w:rPr>
        <w:t>Tsy fahamarinana mizaha toetra fotsiny izany, fa ny andininy sy ny fahatanterahany tamin’ny 200 BC dia manondro koa ny fotoana anombohan’ilay mpijangajanga avy any Tyro (Roma ankehitriny) mihira ny hirany satanika, ary manondro ny fidiran’ny fahefana papaly ao amin’ny tantaran’ny andro farany, ka noho izany dia maneho ny fahamarinana fototra indrindra mizaha toetra amin’ny andro farany, izay mifanaraka amin’ilay fahamarinana mizaha toetra asehon’ny adihevitra teo amin’ny tantaran’ny Millerita.</w:t>
      </w:r>
    </w:p>
    <w:p>
      <w:pPr>
        <w:pStyle w:val="ArticleBody"/>
        <w:jc w:val="left"/>
      </w:pPr>
      <w:r>
        <w:rPr>
          <w:rFonts w:ascii="Times New Roman" w:hAnsi="Times New Roman" w:eastAsia="Times New Roman" w:cs="Times New Roman"/>
        </w:rPr>
        <w:t>Ireo andininy telo ireto dia maneho koa ny tsipiky ny tandroka Repoblikana amin’ilay bibidia avy amin’ny tany, ary manondro ireo dingana ara-paminaniana an’i Donald Trump raha miditra amin’ny fotoam-piasany faharoa izy amin’ny maha-filoham-pirenena fahavalo azy, izay avy amin’ireo filoham-pirenena fito, ao amin’ny tsipiky ny filoham-pirenena izay nanomboka tamin’i Ronald Reagan tamin’ny fotoan’ny farany tamin’ny 1989. Aorian’ny Adin’i Raphia ao amin’ny andininy faharoa ambin’ny folo, “Antiochus” dia manindry voalohany fikomiana iray ao anatin’i Etazonia, avy eo miomana ho amin’ny ady hamelezana ny globalisma, izay asehon’i Egypta ao amin’ny Adin’i Panium. Mandresy amin’izany ady izany i Trump, nefa ilay ady no manomboka ny Ady Lehibe Fahatelo (Actium). Ireo asa ireo dia nasehon’i Antiochus III Magnus mialoha, izay efa resin’i Egypta tamin’ny Adin’i Raphia, nefa hamaly amim-pandresena kosa tamin’ny Adin’i Panium.</w:t>
      </w:r>
    </w:p>
    <w:p>
      <w:pPr>
        <w:pStyle w:val="ArticleBody"/>
        <w:jc w:val="left"/>
      </w:pPr>
      <w:r>
        <w:rPr>
          <w:rFonts w:ascii="Times New Roman" w:hAnsi="Times New Roman" w:eastAsia="Times New Roman" w:cs="Times New Roman"/>
        </w:rPr>
        <w:t>Ao amin’ny andininy faha-telo ambin’ny folo, “rehefa afaka taona maromaro,” Antiochus Magnus, araka ny ambaran’i Uriah Smith, dia “Antiochus, rehefa avy nampitsahatra ny fikomiana tao amin’ny fanjakany, sy nampandefitra ary nampiorina ny faritra atsinanana ho eo ambanin’ny fankatoavany, dia nanam-potoana malalaka hanaovana izay fandraharahana rehetra, tamin’ny fotoana niakaran’i Epiphanes tanora teo amin’ny seza fiandrianan’i Egypta; ary nihevitra izy fa fotoana tsara loatra izany hanitarana ny fanapahany ka tsy tokony havela handalo, dia nanangana tafika goavana, lehibe kokoa noho ilay teo aloha”. Hampangina fikomiana iray ao amin’ny fanjakany aloha i Trump, ary avy eo hanomana tafika lehibe kokoa noho izay nananany fony izy resin-dahy teo aloha. Resy i Trump tamin’ny taona 2020, ho fahatanterahan’ny Apokalypsy toko faha-iraika ambin’ny folo, tamin’ny fotoana nangalaran’ilay bibidia an’ny tsy finoana an’Andriamanitra, izay misolo tena ny fivondronambe maneran-tany eran’izao tontolo izao, sy ireo globalista ao amin’ny antoko Demokraty sy Repoblikana samy izy, ny fifidianana; ary, amin’ny maha-tafika mpisolo tena voalohany an’ilay vehivavy janga avy any Tyro azy, dia ho faharesena koa izany rehefa handresy an’i Okraina i Putin.</w:t>
      </w:r>
    </w:p>
    <w:p>
      <w:pPr>
        <w:pStyle w:val="ArticleBody"/>
        <w:jc w:val="left"/>
      </w:pPr>
      <w:r>
        <w:rPr>
          <w:rFonts w:ascii="Times New Roman" w:hAnsi="Times New Roman" w:eastAsia="Times New Roman" w:cs="Times New Roman"/>
        </w:rPr>
        <w:t>Ny laharana fahatelo ara-paminaniana ao amin’ireo andininy telo izay dinihintsika dia ny laharan’ny Protestantisma nihemotra tamin’ny finoana, araka ny asehon’ny laharan’ny Makabeo, sy ny fikomian’izy ireo nanohitra ny ezaka nataon’i Antiochus Epiphanes hanery ny fivavahan’i Gresy hiorina amin’ny Jiosy. Ny laharan’i Trump sy ny laharan’ny Protestantisma nihemotra tamin’ny finoana dia maneho ireo fahefana roa izay hifangaro amin’ny farany ho amin’ilay tandroka aseho ho sarin’ilay bibidia. Ny andininy fahatelo ambin’ny folo ka hatramin’ny fahadimy ambin’ny folo dia maneho ny tantara izay mitarika ho amin’ny lalàn’ny Alahady, ary ny laharana roan’ny Protestantisma nihemotra tamin’ny finoana sy ny Repoblikanisma nihemotra tamin’ny finoana dia mampiseho ny fifamenoan’asan’ireo fahefana roa rehefa miara-manatona sy mampiray ny Fiangonana sy ny Fanjakana mialoha ny lalàn’ny Alahady.</w:t>
      </w:r>
    </w:p>
    <w:p>
      <w:pPr>
        <w:pStyle w:val="ArticleBody"/>
        <w:jc w:val="left"/>
      </w:pPr>
      <w:r>
        <w:rPr>
          <w:rFonts w:ascii="Times New Roman" w:hAnsi="Times New Roman" w:eastAsia="Times New Roman" w:cs="Times New Roman"/>
        </w:rPr>
        <w:t>Tao amin’ireo lahatsoratra teo aloha dia efa nofaritantsika fa ireo zava-nitranga telo asehon’ny daty 1776, 1789 ary 1798—izay maneho ny Fanambaràna ny Fahaleovantena, ny Lalàm-panorenana, ary ny Alien and Sedition Acts—dia manondro vanim-potoana iray izay nitarika ho amin’ny fiandohan’ilay bibidia avy amin’ny tany amin’ny maha-fanjakana fahenina ao amin’ny faminanian’ny Baiboly azy. Noho izany antony izany, ireo mari-pamantarana telo ireo dia maneho mari-pamantarana telo izay mitondra ho amin’ny fiafaran’ny fanjakana fahenina ao amin’ny faminanian’ny Baiboly. Efa nofaritantsika fa ireo roa amby roapolo taona manomboka amin’ny 1776 ka hatramin’ny 1798 dia tandindon’ny fotoanan’ny fanisiana tombo-kase ny iray hetsy sy efatra amby efatra arivo, fa ny isa roa amby roapolo dia tandindon’ny firaisan’ny maha-Andriamanitra amin’ny maha-olombelona.</w:t>
      </w:r>
    </w:p>
    <w:p>
      <w:pPr>
        <w:pStyle w:val="ArticleBody"/>
        <w:jc w:val="left"/>
      </w:pPr>
      <w:r>
        <w:rPr>
          <w:rFonts w:ascii="Times New Roman" w:hAnsi="Times New Roman" w:eastAsia="Times New Roman" w:cs="Times New Roman"/>
        </w:rPr>
        <w:t>Voamaritsika fa mitondra ny sonian’ny “Fahamarinana” ity tantara ity, satria ny marika voalohany sy farany dia samy maneho ny fahaleovantena naorina sy ny fahaleovantena nesorina. Ireo marika telo rehetra dia samy maneho ny tandindona fototra momba ilay bibidia avy amin’ny tany, satria samy maneho ny fitenenan’i Etazonia avokoa izy rehetra, fa ny “fitenenan’ny firenena dia asan’ny manam-pahefana mpanao lalàna sy mpitsara.” Ny marika afovoany, dia ny 1789 sy ny Lalàm-panorenana izay nohamafisin’ny zanatany telo ambin’ny folo, ary ny litera afovoany ao amin’ny teny hebreo hoe “Fahamarinana” dia ny fahatelo ambin’ny folo. Ireo roa amby roapolo taona manomboka amin’ny 1776 ka hatramin’ny 1798 koa dia mifanaraka amin’ireo litera roa amby roapolo mandrafitra ny abidia hebreo.</w:t>
      </w:r>
    </w:p>
    <w:p>
      <w:pPr>
        <w:pStyle w:val="ArticleBody"/>
        <w:jc w:val="left"/>
      </w:pPr>
      <w:r>
        <w:rPr>
          <w:rFonts w:ascii="Times New Roman" w:hAnsi="Times New Roman" w:eastAsia="Times New Roman" w:cs="Times New Roman"/>
        </w:rPr>
        <w:t>Hitantsika koa fa ny Alien and Sedition Acts tamin’ny taona 1798 no maneho ilay teboka izay itenenan’i Etazonia toy ny dragona. Ny tantaran’ny fikambanan’ny Jiosy tamin’i Roma, izay isan’ny tsipika momba ny Protestanta mpivadi-pinoana ao amin’ny andininy telo ambin’ny folo ka hatramin’ny dimy ambin’ny folo ao amin’ny Daniela toko faha-iraika ambin’ny folo, dia maneho vanim-potoana izay amolavolana ny sarin’ilay bibidia; ary ny fananganana izany sary izany no fitsapana farany ho an’ireo efatra arivo amby efatra alina sy iray hetsy. Izany no fitsapana tsy maintsy lalovany alohan’ny hanisiana tombo-kase azy. Koa ny fikambanan’ny Jiosy nanomboka tamin’ny 161 BC ka hatramin’ny 158 BC dia singa lehibe sy matotra amin’ilay fitsapana izay anatanterahana ireo voaantso ho isan’ny efatra arivo amby efatra alina sy iray hetsy.</w:t>
      </w:r>
    </w:p>
    <w:p>
      <w:pPr>
        <w:pStyle w:val="ArticleBody"/>
        <w:jc w:val="left"/>
      </w:pPr>
      <w:r>
        <w:rPr>
          <w:rFonts w:ascii="Times New Roman" w:hAnsi="Times New Roman" w:eastAsia="Times New Roman" w:cs="Times New Roman"/>
        </w:rPr>
        <w:t>Ny fanekena fa ny 161 tal. J.K. ka hatramin’ny 158 tal. J.K. dia maneho fe-potoana iray voasary amin’ny alalan’ny fanekem-piraisan’ny Jiosy dia mifanohitra amin’ny fampianaran’ny tantara; satria ny mpahay tantara dia mampianatra fa tamin’ny 161 tal. J.K. no nisy io fanekem-piraisana io, kanefa ny Millerita kosa nampianatra fa tamin’ny 158 tal. J.K. izany, ary ny fahatokian’izy ireo momba izany zava-misy izany dia aseho eo amin’ireo tabilao masina roa tonta.</w:t>
      </w:r>
    </w:p>
    <w:p>
      <w:pPr>
        <w:pStyle w:val="ArticleBody"/>
        <w:jc w:val="left"/>
      </w:pPr>
      <w:r>
        <w:rPr>
          <w:rFonts w:ascii="Times New Roman" w:hAnsi="Times New Roman" w:eastAsia="Times New Roman" w:cs="Times New Roman"/>
        </w:rPr>
        <w:t>Ny fanontaniana dia tsy hoe fotsiny raha marina ny mpahay tantara amin’ny fametrahana ny taona 161 tal. J.K. ho an’ny fanekena nataon’ny Jiosy, na raha marina ny Millerita tamin’ny famantarana ny taona 158 tal. J.K. Amin’ireo safidy roa ireo, dia misy antokon’olona izay hifanaraka amin’ny safidinao. Ny fanontaniana dia hoe samy marina ve na ny mpahay tantara na ny Millerita, ka ny fahamarinana mikasika ilay fanekena tamin’ny Jiosy dia tena maneho fe-potoana iray, fa tsy iray amin’ireo teboka tokana roa mety ho eo amin’ny tantara.</w:t>
      </w:r>
    </w:p>
    <w:p>
      <w:pPr>
        <w:pStyle w:val="ArticleBody"/>
        <w:jc w:val="left"/>
      </w:pPr>
      <w:r>
        <w:rPr>
          <w:rFonts w:ascii="Times New Roman" w:hAnsi="Times New Roman" w:eastAsia="Times New Roman" w:cs="Times New Roman"/>
        </w:rPr>
        <w:t>Tamin’ireo lahatsoratra teo aloha dia efa nasehonay izay inoanay fa lojika nohamasinina sy manan-kery, fa ny fanekena natao tamin’i Roma sy ny Jiosy dia maneho fe-potoana manomboka amin’ny 161 tal. J.K. ka hatramin’ny 158 tal. J.K., ary io fe-potoana io dia tandindon’ny fananganana ny sarin’ilay bibidia. Koa raha izany no izy, dia na dia ny fanapahan-kevitra hanaiky aza fa ny fanekem-pihavanan’ny Jiosy tamin’i Roma dia fe-potoana iray, dia tonga fitsapana; ary amin’izany heviny ara-paminaniana izany dia mifanaraka amin’ny zava-misy fa ny fananganana ny sarin’ilay bibidia no “fitsapana lehibe ho an’ny vahoakan’Andriamanitra.”</w:t>
      </w:r>
    </w:p>
    <w:p>
      <w:pPr>
        <w:pStyle w:val="ArticleBody"/>
        <w:jc w:val="left"/>
      </w:pPr>
      <w:r>
        <w:rPr>
          <w:rFonts w:ascii="Times New Roman" w:hAnsi="Times New Roman" w:eastAsia="Times New Roman" w:cs="Times New Roman"/>
        </w:rPr>
        <w:t>Izany voalaza izany, ny taona 158 tal. J.K. no manondro ny fotoana izay nanorenana mafy ny firaisana teo amin’ireo Jiosy mpiodina fantatra amin’ny anarana hoe Makkabeo sy Roma, ka noho izany dia tandindon’ny lalàna alahady izany; fa ny Baiboly dia mametraka ity fanontaniana retorika ity hoe: “Moa va misy roa miara-mandeha, raha tsy efa nifanaiky?” Ny taona 158 tal. J.K. no manondro ny toerana sy ny fotoana izay iombonan’ny Protestantisma mpiodina tanana amin’ny fahefana papaly, ary ny fe-potoana izay nanomboka tamin’ny 161 tal. J.K. ka nitarika ho amin’ny 158 tal. J.K. no manondro ny fe-potoana izay misolo tena ny fiforonan’ny sarin’ilay bibidia. Zava-dehibe ny mahafantatra fa io fe-potoana io dia manondro ny fotoana izay hiarahan’ny Protestantisma mpiodina amin’ny Repoblikanisma mpiodina. Ireo hery mpiodina roa ireo dia samy aseho ao amin’ny andininy faha-telo ambin’ny folo ka hatramin’ny faha-dimy ambin’ny folo, koa mizara marika iombonana sasany izy ireo.</w:t>
      </w:r>
    </w:p>
    <w:p>
      <w:pPr>
        <w:pStyle w:val="ArticleBody"/>
        <w:jc w:val="left"/>
      </w:pPr>
      <w:r>
        <w:rPr>
          <w:rFonts w:ascii="Times New Roman" w:hAnsi="Times New Roman" w:eastAsia="Times New Roman" w:cs="Times New Roman"/>
        </w:rPr>
        <w:t>Marina ny mampihatra ny taona 1776 sy 1789 ary 1798 ho tandindona an’i Septambra 11, 2001, arahin’ny Fitsarana Pelosi momba ny hetsika false flag mifandray amin’ny Janoary 6, 2021, sy ny vanim-potoana fanokanana an’i Biden tamin’ny fifidianana nangalarina, izay mitarika ho amin’ny lalàn’ny Alahady. Ao amin’izany fampiharana izany, ny Patriot Act tamin’ny 2001, izay mifanaraka amin’ny Fanambarana ny Fahaleovantena, dia manolotra famantarana iray izay manondro ny fiandohan’ny fanesorana ny fahaleovantena. Avy eo ny famantarana faharoa, dia ny kangaroo court an’i Pelosi sy Schiff, izay mifanaraka amin’ny fankatoavana ny Lalàm-panorenana, ka izany dia tandindon’ny fiandohan’ny fanonganana ny Lalàm-panorenana, arahin’ny famantarana fahatelo, dia ny Alien and Sedition Acts, izay maneho an’i Etazonia miteny tahaka ny dragona. Ny mampihatra ireo famantarana ireo amin’izao fomba izao dia ny mamantatra ireo famantarana an’ny Protestantisma niodina, araka ny anehoan’ny Makkabeo azy.</w:t>
      </w:r>
    </w:p>
    <w:p>
      <w:pPr>
        <w:pStyle w:val="ArticleBody"/>
        <w:jc w:val="left"/>
      </w:pPr>
      <w:r>
        <w:rPr>
          <w:rFonts w:ascii="Times New Roman" w:hAnsi="Times New Roman" w:eastAsia="Times New Roman" w:cs="Times New Roman"/>
        </w:rPr>
        <w:t>Amin’ny sehatra iray hafa, ny famantarana ireo waymarks telo amin’ny fifandraisany amin’ny Repoblikanisma niodina dia mamoaka fampiharana somary hafa kely. Ny 11 Septambra 2001 dia mifanaraka amin’ny 1776, fa ny 1789 kosa, ho an’ny Repoblikanisma niodina, dia mifanaraka amin’ny Alien and Sedition Acts, ary mametraka fanavahana eo amin’ireo “acts” ireo sy ny fitenenan’ilay dragona, dia izay asehon’ny fampiharana ny lalàn’ny Alahady. Rehefa atambatra ireo tsipika roa ireo ao anatin’ny tontolon-kevitry ny fitsapana momba ny sarin’ny bibidia, dia mamorona ny firafitra ara-paminaniana momba ny fananganana ny sarin’ny bibidia izy ireo, ary ny fitsapana lehibe ho an’ny vahoakan’Andriamanitra dia ny fiforonan’ny sarin’ny bibidia. Ho an’ny vahoakan’Andriamanitra, ny fiforonan’ny sarin’ny bibidia dia tsy maintsy fantarina aloha araka izay anehoana azy (amoronana azy) ao amin’ny Tenin’Andriamanitra, mba hahafahan’ireo vahoaka amin’ny andro farany ireo mamantatra izany fiforonana izany eo amin’ny tontolo politika sy ara-pivavahana.</w:t>
      </w:r>
    </w:p>
    <w:p>
      <w:pPr>
        <w:pStyle w:val="ArticleBody"/>
        <w:jc w:val="left"/>
      </w:pPr>
      <w:r>
        <w:rPr>
          <w:rFonts w:ascii="Times New Roman" w:hAnsi="Times New Roman" w:eastAsia="Times New Roman" w:cs="Times New Roman"/>
        </w:rPr>
        <w:t>Koa ahoana no ahafahan’ireo Pelosi Trials tamin’ny 6 Janoary 2021 mifanaraka amin’ny Alien and Sedition Acts? Ny Pelosi Trials dia manamarika ny fankalazan’ilay bibidia avy ao amin’ny lavaka tsy hita noanoa, izay vao avy namono ilay filoha mpanankarena izay nampihetsika ny globalisma. Izany tantaran’ny fankalazana izany dia nanomboka tamin’ny vanim-potoanan’ny fanokanana an’i Biden, ary maneho fe-potoana iray izay mifarana amin’ny fanokanana fanindroany an’i Trump. Tokony homarihina fa nirotsaka hofidiana ho filoha intelo i Trump, ary tamin’ny voalohany sy ny farany dia nandresy izy, fa teo afovoany kosa ny fandreseny dia nangalarin’ilay fahefana izay ambaran’ny Soratra Masina ho rain’ny lainga. Ny Pelosi Trials izay nanomboka tamin’ilay fifidianana nangalarina dia manondro andiana Pelosi Trials faharoa, feno valifaty, izay manomboka rehefa voatokana ho filoha i Trump amin’ny 20 Janoary 2025.</w:t>
      </w:r>
    </w:p>
    <w:p>
      <w:pPr>
        <w:pStyle w:val="ArticleBody"/>
        <w:jc w:val="left"/>
      </w:pPr>
      <w:r>
        <w:rPr>
          <w:rFonts w:ascii="Times New Roman" w:hAnsi="Times New Roman" w:eastAsia="Times New Roman" w:cs="Times New Roman"/>
        </w:rPr>
        <w:t>Ny vanim-potoanan’ny fe-potoam-piasan’ny filoham-pirenena Joe Biden dia manomboka amin’ny andiana Pelosi Trials ary mifarana amin’ny andiana Pelosi Trials. Samy fitsarana ara-politika izy roa tonta, nefa ireo voampanga ao amin’ny andiana fitsarana faharoa dia ireo izay nitarika ny fitsarana voalohany. Amin’ny fanokanana fanindroany an’i Trump dia voamarika ny taona 164 tal. JK. Ny fanokanana fanindroany an’i Trump dia asehon’ny tandindon’ny taona 164 tal. JK, ary ny fanokanana indray ny tempoly jiosy dia maneho ny fanokanana indray ny tempoly ara-politika fanindroany.</w:t>
      </w:r>
    </w:p>
    <w:p>
      <w:pPr>
        <w:pStyle w:val="ArticleBody"/>
        <w:jc w:val="left"/>
      </w:pPr>
      <w:r>
        <w:rPr>
          <w:rFonts w:ascii="Times New Roman" w:hAnsi="Times New Roman" w:eastAsia="Times New Roman" w:cs="Times New Roman"/>
        </w:rPr>
        <w:t>Izany no tena taona nahafatesan’i Antiochus Epiphanes, ary izy no fahefana izay nanery ny fomba ara-pivavahan’i Gresy tamin’ny Jiosy, ka nahatonga ny fikomian’ny Makabeo tamin’ny 167 BC. Amin’ny fanokanana fanindroany an’i Trump amin’ny taona 2025, ny fivavahan’i Gresy (globalisma) dia ho voafehy tanteraka ao Etazonia, ary ny fahagagana satanika dia hanomboka hanome hery ny asa fampiraisana ny fiangonana sy ny fanjakana. Amin’izay fotoana izay dia hanao sonia didy mpanatanteraka izay mifanandrify amin’ny Alien and Sedition Acts i Trump, ka izany no hanamarika ny fiandohan’ny famoronana ny sarin’ny bibidia (161 BC), ary hanomboka ny andiany faharoa amin’ny Pelosi Trials izy. Ny Alien and Sedition Acts no manamarika ny fiandohan’ny vanim-potoanan’ny famoronana ny sarin’ny bibidia, ary izany vanim-potoana izany dia mifarana amin’ny lalàna Alahady, araka ny asehon’ny tandindona ao amin’ny 158 BC.</w:t>
      </w:r>
    </w:p>
    <w:p>
      <w:pPr>
        <w:pStyle w:val="ArticleBody"/>
        <w:jc w:val="left"/>
      </w:pPr>
      <w:r>
        <w:rPr>
          <w:rFonts w:ascii="Times New Roman" w:hAnsi="Times New Roman" w:eastAsia="Times New Roman" w:cs="Times New Roman"/>
        </w:rPr>
        <w:t>Noho izany, ny vanim-potoana izay maha-fananganana ny sarin’ilay bibidia dia manomboka amin’ireo “asa” izay mamela an’i Trump hanakatona ny fampitam-baovao mahazatra, handroaka ireo vahiny tsy ara-dalàna, ary hisambotra sy hitondra fitsarana ireo izay voarohirohy amin’ny tsikombakomba ataon’ny antoko Demokraty. Ny fiandohan’io vanim-potoana io dia manamarika ny fanenjehana ara-politika entin’i Trump, ary mifarana amin’ny fanenjehana ara-pivavahana izany.</w:t>
      </w:r>
    </w:p>
    <w:p>
      <w:pPr>
        <w:pStyle w:val="ArticleBody"/>
        <w:jc w:val="left"/>
      </w:pPr>
      <w:r>
        <w:rPr>
          <w:rFonts w:ascii="Times New Roman" w:hAnsi="Times New Roman" w:eastAsia="Times New Roman" w:cs="Times New Roman"/>
        </w:rPr>
        <w:t>Amin’io hevitra io, ny tsangambato afovoany amin’ny 1789 sy ny Lalàm-panorenana dia ny fitsarana Pelosi tamin’ny 2021, izay maneho vanim-potoana iray mifarana amin’ilay tantara mitovy amin’ny teo am-piandohana; nefa ny andiana fitsarana Pelosi farany dia fihodinana ara-politika manohitra ireo izay enjehina sy ampidirina am-ponja amin’izao fotoana izao. Ny tsangambato faharoa eo amin’ny tsipiky ny Protestantisma nihemotra dia ny fitsarana Pelosi izay mandrakotra ny fotoam-piasan’i Joe Biden amin’ny maha-filoha azy, ary mifarana amin’ny Janoary 2025 izany vanim-potoana izany, rehefa tonga amin’ny 20 Janoary 2025 ny tsangambaton’ny 1789 eo amin’ny tsipiky ny Repoblikanisma nihemotra, miaraka amin’ireo didy mpanatanteraka tonga avy hatrany aorian’ny fanokanana fanindroany an’i Trump. Izany no manomboka vanim-potoana iray izay itenenan’ny firenena tahaka ny dragona (Alien and Sedition Acts), ka mitarika ho amin’ny lalàna alahady izay itenenan’ny firenena tahaka ny dragona. Ao anatin’izany vanim-potoana izany, ny Lalàm-panorenana, izay asehon’ny 1789, dia ravana miandalana.</w:t>
      </w:r>
    </w:p>
    <w:p>
      <w:pPr>
        <w:pStyle w:val="ArticleBody"/>
        <w:jc w:val="left"/>
      </w:pPr>
      <w:r>
        <w:rPr>
          <w:rFonts w:ascii="Times New Roman" w:hAnsi="Times New Roman" w:eastAsia="Times New Roman" w:cs="Times New Roman"/>
        </w:rPr>
        <w:t>Amin’ny fanokanana faharoa an’i Trump dia tonga ilay filoha fahavalo, izay avy amin’ny fito izy; ary ny fananganana ny sarin’ny bibidia no mampahafantatra ny fomba hiarahan’ireo tandroka nihemotra amin’ny finoana, dia ny Protestantisma sy ny Repoblikanisma, ho tonga tandroka iray, ka ny Protestanta no mifehy izany fifandraisana izany. Ao amin’io tantara io ihany indrindra, ireo izay efa nantsoina ho isan’ny iray hetsy sy efatra amby efapolo arivo dia voaisy tombo-kase mialoha, alohan’ny hanandratana azy ho tandroky ny Protestantisma marina amin’ilay lalàn’ny Alahady izay ho avy tsy ho ela.</w:t>
      </w:r>
    </w:p>
    <w:p>
      <w:pPr>
        <w:pStyle w:val="ArticleBody"/>
        <w:jc w:val="left"/>
      </w:pPr>
      <w:r>
        <w:rPr>
          <w:rFonts w:ascii="Times New Roman" w:hAnsi="Times New Roman" w:eastAsia="Times New Roman" w:cs="Times New Roman"/>
        </w:rPr>
        <w:t>Ny hafatry ny fanisiana tombo-kase, izay dia ny Fanambaran’i Jesosy Kristy, ka voavaha tsy hikatona intsony mialoha indrindra ny hifaranan’ny fotoam-pitsarana, dia ilay ampahany ao amin’ny Daniela izay mifandray amin’ny andro farany. Ilay ampahany izay voavaha tsy hikatona intsony dia ny tantara miafina ao amin’ny Daniela 11 andininy faha-40, ary ny andininy faha-13 ka hatramin’ny faha-15 dia mifanaraka amin’izany tantara miafina izany. Koa noho izany, ilay hafatra voavaha tsy hikatona intsony mialoha indrindra ny hifaranan’ny fotoam-pitsarana, izay naseho mialoha tamin’ny hafatra ara-paminaniana miafina momba ny sarin’ny bibidia an’i Nebokadnezara, dia io hafatra io indrindra momba ny fanakambanan’ireo hazo roa, dia ny tandroka mpivadi-pinoana an’ny Protestantisma sy ny Repoblikanisma, izay asehon’ny Makabeo sy Antiokosy III ao amin’ny andininy faha-13 ka hatramin’ny faha-15.</w:t>
      </w:r>
    </w:p>
    <w:p>
      <w:pPr>
        <w:pStyle w:val="ArticleBody"/>
        <w:jc w:val="left"/>
      </w:pPr>
      <w:r>
        <w:rPr>
          <w:rFonts w:ascii="Times New Roman" w:hAnsi="Times New Roman" w:eastAsia="Times New Roman" w:cs="Times New Roman"/>
        </w:rPr>
        <w:t>Ny hafatra izay manondro ny fananganana ny sarin’ilay bibidia dia ny hafatra izay mampita ny fanamasinana izay manisy tombo-kase ny tandroka protestanta marina.</w:t>
      </w:r>
    </w:p>
    <w:p>
      <w:pPr>
        <w:pStyle w:val="ArticleBody"/>
        <w:jc w:val="left"/>
      </w:pPr>
      <w:r>
        <w:rPr>
          <w:rFonts w:ascii="Times New Roman" w:hAnsi="Times New Roman" w:eastAsia="Times New Roman" w:cs="Times New Roman"/>
        </w:rPr>
        <w:t>Ao amin’ny andininy faha-efatra ambin’ny folo, tamin’ny taona 200 talohan’i Kristy, i Roma jentilisa dia ampidirina voalohany ao amin’ny fitantarana ara-paminaniana, raha nitsangana hiaro ilay mpanjaka zaza vao teraka tao Egypta izy, amin’ny fikambanana nanohitra an’i Egypta izay noforonin’i Antiochus III sy Filipo avy any Masedonia. Tamin’izany taona izany no nanaovan’i Antiochus III ny Adin’i Panium hanohitra an’i Ptolemaios V. Ny fampidirana ireo mpandroba ny firenenao, izay mampiorina ny fahitana, ny firaisan-kina teo amin’i Antiochus sy Filipo, ary ny Adin’i Panium dia samy nitranga tamin’izany taona izany. Koa izany, io marika famantarana io dia manondro firaisan-kina eo amin’i Antiochus, izay tandindon’ilay tandroka repoblikana an’ilay bibidia avy amin’ny tany, sy Filipo avy any Masedonia, ilay anarana fahiny iantsoana an’i Gresy, izay tandindon’ny Firenena Mikambana.</w:t>
      </w:r>
    </w:p>
    <w:p>
      <w:pPr>
        <w:pStyle w:val="ArticleBody"/>
        <w:jc w:val="left"/>
      </w:pPr>
      <w:r>
        <w:rPr>
          <w:rFonts w:ascii="Times New Roman" w:hAnsi="Times New Roman" w:eastAsia="Times New Roman" w:cs="Times New Roman"/>
        </w:rPr>
        <w:t>Amin’ny sehatra ara-paminaniana, tamin’ny Adin’i Panium dia nisy fifanekena teo amin’ilay dragona (Makedonia) sy ilay mpaminany sandoka (Etazonia). Ny antony nanosika fototra an’io fifanekena io dia ny hizarazara ny fanapahan’i Egypta, izay haneho an’i Rosia iray eo am-pirodanana.</w:t>
      </w:r>
    </w:p>
    <w:p>
      <w:pPr>
        <w:pStyle w:val="ArticleBody"/>
        <w:jc w:val="left"/>
      </w:pPr>
      <w:r>
        <w:rPr>
          <w:rFonts w:ascii="Times New Roman" w:hAnsi="Times New Roman" w:eastAsia="Times New Roman" w:cs="Times New Roman"/>
        </w:rPr>
        <w:t>Rehefa nentin’i Jesosy tany Panium ny mpianany, dia nantsoina hoe Kaisaria Filipy izany tamin’izany andro izany. Heroda Lehibe zafikeliny, dia i Heroda Filipy, no nahavita ny fanarenana ilay tanàna ka nomeny anarana araka an’i Kaisara Aogosto sy ny tenany izany, ka tonga hoe Kaisaria Filipy. Ny fifandraisan’izy ireo dia maneho an’i Roma amin’i Roma; nefa Filipy dia Roma madinika kokoa eo amin’ny fifandraisany amin’i Kaisara, ary eo amin’ny sehatra ara-paminaniana dia i Heroda Filipy no misolo tena an’i Salome, zanakavavin’i Herodiasy. Koa amin’ny anarana hoe Kaisaria Filipy dia hitantsika fa i Heroda Filipy no misolo tena ny mpaminany sandoka, ary i Kaisara kosa no misolo tena ny fahefana papaly.</w:t>
      </w:r>
    </w:p>
    <w:p>
      <w:pPr>
        <w:pStyle w:val="ArticleBody"/>
        <w:jc w:val="left"/>
      </w:pPr>
      <w:r>
        <w:rPr>
          <w:rFonts w:ascii="Times New Roman" w:hAnsi="Times New Roman" w:eastAsia="Times New Roman" w:cs="Times New Roman"/>
        </w:rPr>
        <w:t>Koa ny tantara ara-paminaniana ao Panium dia mampiseho fiombonana roa: ny iray izay iombonan’ny mpaminany sandoka (Trump) tanana amin’ilay dragona (ny Firenena Mikambana), ary ny iray hafa izay iombonan’ny mpaminany sandoka (Trump) tanana amin’ny fahefana papaly (Kaisara). Ao amin’ny andininy faha-enina ambin’ny folo no anehoana ny lalàna alahady, ary eo no ampiharana ilay firaisana telo sosona; nefa ny fandaminana dia efa napetraka mialoha ny lalàna alahady, ao amin’ny andininy faha-dimy ambin’ny folo sy ny Adin’i Panium.</w:t>
      </w:r>
    </w:p>
    <w:p>
      <w:pPr>
        <w:pStyle w:val="ArticleScripture"/>
        <w:jc w:val="left"/>
      </w:pPr>
      <w:r>
        <w:rPr>
          <w:rFonts w:ascii="Times New Roman" w:hAnsi="Times New Roman" w:eastAsia="Times New Roman" w:cs="Times New Roman"/>
        </w:rPr>
        <w:t>“Amin’ny alalan’ilay didy mampihatra ny fanorenana ny Fahefana papaly ka mandika ny lalàn’Andriamanitra, ny firenentsika dia hanapaka tanteraka ny fifandraisany amin’ny fahamarinana. Rehefa haninjitra ny tanany hiampita ny hantsana ny Protestantisma mba hihazona ny tanan’ny fahefana romana, rehefa hihoatra ny lavaka mangitsokitsoka izy mba hifandray tanana amin’ny Spiritisma, rehefa, eo ambanin’ny herin’ity firaisana telo sosona ity, ny tanintsika dia handà ny foto-kevitra rehetra ao amin’ny Lalàm-panorenany amin’ny maha-fitondrana protestanta sy repoblikana azy, ary hametraka fepetra ho amin’ny fampielezana ny lainga sy ny fitaka papaly, dia amin’izay no ahafahantsika mahalala fa tonga ny fotoana hiasan’i Satana amin’ny fomba mahagaga, ary efa akaiky ny farany.” Testimonies, boky faha-5, 451.</w:t>
      </w:r>
    </w:p>
    <w:p>
      <w:pPr>
        <w:pStyle w:val="ArticleBody"/>
        <w:jc w:val="left"/>
      </w:pPr>
      <w:r>
        <w:rPr>
          <w:rFonts w:ascii="Times New Roman" w:hAnsi="Times New Roman" w:eastAsia="Times New Roman" w:cs="Times New Roman"/>
        </w:rPr>
        <w:t>Hohizontsika amin’ny lahatsoratra manaraka izao fandalinana izao.</w:t>
      </w:r>
    </w:p>
    <w:p>
      <w:pPr>
        <w:pStyle w:val="ArticleScripture"/>
        <w:jc w:val="left"/>
      </w:pPr>
      <w:r>
        <w:rPr>
          <w:rFonts w:ascii="Times New Roman" w:hAnsi="Times New Roman" w:eastAsia="Times New Roman" w:cs="Times New Roman"/>
        </w:rPr>
        <w:t>“Ny fanambarana dia tsy famoronana na fitadiavana zava-baovao, fa fisehoan’izay efa nisy nefa, mandra-paharihary azy, tsy fantatry ny olombelona. Ireo fahamarinana lehibe sy mandrakizay voarakitra ao amin’ny filazantsara dia aseho amin’ny alalan’ny fikarohana mazoto sy ny fanetren-tenantsika eo anatrehan’Andriamanitra. Ilay Mpampianatra masina no mitarika ny sain’ny mpitady fahamarinana manetry tena; ary amin’ny fitarihan’ny Fanahy Masina no ampahafantarana azy ny fahamarinan’ny Teny. Ary tsy misy lalana azo antoka kokoa sy mahomby kokoa hahazoana fahalalana noho ny fitarihana toy izany. Ny teny fikasan’ny Mpamonjy dia hoe: ‘Fa raha tonga Izy, dia ny Fanahin’ny fahamarinana, no hitari-dalana anareo ho amin’ny marina rehetra.’ Amin’ny alalan’ny fanomezana ny Fanahy Masina no ampahazoina antsika ny fahazoana ny Tenin’Andriamanitra.”</w:t>
      </w:r>
    </w:p>
    <w:p>
      <w:pPr>
        <w:pStyle w:val="ArticleScripture"/>
        <w:jc w:val="left"/>
      </w:pPr>
      <w:r>
        <w:rPr>
          <w:rFonts w:ascii="Times New Roman" w:hAnsi="Times New Roman" w:eastAsia="Times New Roman" w:cs="Times New Roman"/>
        </w:rPr>
        <w:t>Hoy ny mpanao Salamo hoe: “Ahoana no hanadiovan’ny zatovo ny lalany? Amin’ny fitandremana izany araka ny teninao. Tamin’ny foko rehetra no nitadiavako Anao; aza avela hivaona hiala amin’ny didinao aho.... Sokafy ny masoko, mba hahitako zava-mahagaga ao amin’ny lalànao.”</w:t>
      </w:r>
    </w:p>
    <w:p>
      <w:pPr>
        <w:pStyle w:val="ArticleScripture"/>
        <w:jc w:val="left"/>
      </w:pPr>
      <w:r>
        <w:rPr>
          <w:rFonts w:ascii="Times New Roman" w:hAnsi="Times New Roman" w:eastAsia="Times New Roman" w:cs="Times New Roman"/>
        </w:rPr>
        <w:t>“Ampitandremana isika mba hitady ny fahamarinana tahaka ny fitadiavana harena miafina. Sokafan’ny Tompo ny fahatakaran’izay tena mitady ny fahamarinana; ary ny Fanahy Masina no mampahafantatra azy hahatakatra ny fahamarinan’ny fanambarana. Izany no tian’ny mpanao salamo holazaina raha mangataka izy mba hovelarina ny masony hahitany zava-mahagaga ao amin’ny lalàna. Raha misento maniry ny hatsaran-toetra ambony ao amin’i Jesosy Kristy ny fanahy, dia omena hery ny saina hahatakatra ny voninahitr’ilay tontolo tsara kokoa. Amin’ny fanampian’ilay Mpampianatra avy amin’Andriamanitra irery ihany no ahafahantsika mahatakatra ny fahamarinan’ny Tenin’Andriamanitra. Ao amin’ny sekolin’i Kristy no ianarantsika ho malemy fanahy sy manetry tena, satria omena antsika ny fahatakarana ny zava-miafin’ny toe-panahy araka an’Andriamanitra.”</w:t>
      </w:r>
    </w:p>
    <w:p>
      <w:pPr>
        <w:pStyle w:val="ArticleScripture"/>
        <w:jc w:val="left"/>
      </w:pPr>
      <w:r>
        <w:rPr>
          <w:rFonts w:ascii="Times New Roman" w:hAnsi="Times New Roman" w:eastAsia="Times New Roman" w:cs="Times New Roman"/>
        </w:rPr>
        <w:t>“Ilay nanome aingam-panahy ny Teny no tena Mpanazava marina ny Teny. Naneho an-tsary ny fampianarany Kristy tamin’ny fampitodihana ny sain’ny mpihaino Azy ho amin’ny lalàna tsotra eo amin’ny zavaboary sy ho amin’ireo zavatra mahazatra izay hitany sy notanany isan’andro. Toy izany no nitondrany ny sainy hiala amin’ny zavatra ara-nofo ho amin’ny zavatra ara-panahy. Maro no tsy nahatakatra avy hatrany ny hevitry ny fanoharany; kanefa, raha nifandray isan’andro tamin’ireo zavatra izay nampifandraisin’ilay Mpampianatra Lehibe tamin’ny fahamarinana ara-panahy izy, dia nisy tamin’izy ireo nahita ny leson’ny fahamarinana avy amin’Andriamanitra izay nokatsahiny hampiorina tao am-pony, ary ireo no resy lahatra ny amin’ny fahamarinan’ny iraka nampanaovina Azy ka niova ho amin’ny filazantsara.” Sabbath School Worker, 1 Desambra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Faha-roanjato amby roa-polo amby sivifolo sy zato</dc:title>
  <dc:subject>Famoahana ny Tantara Miafina: Fifanarahana ara-paminaniana avy ao amin’i Daniela 11 sy ny Fanisiana Tombo-kase ny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