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Fahatelo amby sivifolo sy zato</w:t>
      </w:r>
    </w:p>
    <w:p>
      <w:pPr>
        <w:pStyle w:val="ArticleSubtitle"/>
        <w:jc w:val="left"/>
      </w:pPr>
      <w:r>
        <w:rPr>
          <w:rFonts w:ascii="Arial" w:hAnsi="Arial" w:eastAsia="Arial" w:cs="Arial"/>
        </w:rPr>
        <w:t>Ny Fampisehoana ny Andro Farany: Manomboka amin’ny Anjaran’i Rosia ka hatramin’ny Fiverenan’i Trump sy ny Fampiorenana ny Sarin’ny Bibidia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Ao amin’ny hoavy tsy ho ela, i Rosia dia hampitsahatra ny ady any Okraina amin’ny alalan’ny fandresena, ary izany fandresena izany no hiseho ho fiandohan’ny farany ho an’i Poutine sy Rosia. Tahaka ny nandaminan’i Gorbachev indray (perestroika) ny fanjakany ka avy eo nitsoaka nankany amin’ny Firenena Mikambana, dia hatao eo ambanin’ny fahefan’ny Firenena Mikambana i Rosia ara-politika, raha i Rosia ara-pivavahana kosa dia hapetraka eo ambanin’ny fifehezan’ny fitondram-papa. Hofidiana i Trump amin’ny 2024, ary handresy ireo Demokraty manerantany sy ireo Repoblikana manerantany milaza ho izy, ary hanangana fiaraha-miasa amin’ireo manerantany ao amin’ny Firenena Mikambana izy, mba hamahana ny vokatry ny faharavan’i Poutine sy Rosia. Avy eo dia hifona ho an’i Rosia ilay mpijangajanga avy any Tyro.</w:t>
      </w:r>
    </w:p>
    <w:p>
      <w:pPr>
        <w:pStyle w:val="ArticleBody"/>
        <w:jc w:val="left"/>
      </w:pPr>
      <w:r>
        <w:rPr>
          <w:rFonts w:ascii="Times New Roman" w:hAnsi="Times New Roman" w:eastAsia="Times New Roman" w:cs="Times New Roman"/>
        </w:rPr>
        <w:t>Ao amin’ny Ady tao Panium dia averina indray ny tantaran’ilay voalohany amin’ireo ady telo ao amin’ny andininy faha-efapolo. Tamin’ilay ady voalohany, izay asehon’ny firodanan’ny Firaisana Sovietika tamin’ny 1989, dia ny voalohany amin’ireo filoha valo farany no nanompo ho tafika solon-tenan’ny fahefana papaly. Repoblikana io filoha voalohany io, maneho fa Repoblikana koa ny filoha farany. Ilay filoha voalohany dia fantatra tamin’ny lahateniny momba ilay rindrin’ny ridao vy, izay, amin’ny maha-marika ara-paminaniana azy, dia nirodana tamin’ny nianjeran’ny Rindrin’i Berlin ny 9 Novambra 1989. Ilay filoha Repoblikana farany dia ho fantatra amin’ny lahateniny momba ny rindrina eo amin’ny sisintany atsimon’i Etazonia, ary ny marika izay hanamarika ny fijoroana ho vavolombelon’i Trump momba ny fananganana ilay rindrina dia ny lalàna alahady, izay anesorana ilay “rindrin’ny fisarahana eo amin’ny fiangonana sy ny fanjakana” ara-panoharana.</w:t>
      </w:r>
    </w:p>
    <w:p>
      <w:pPr>
        <w:pStyle w:val="ArticleBody"/>
        <w:jc w:val="left"/>
      </w:pPr>
      <w:r>
        <w:rPr>
          <w:rFonts w:ascii="Times New Roman" w:hAnsi="Times New Roman" w:eastAsia="Times New Roman" w:cs="Times New Roman"/>
        </w:rPr>
        <w:t>Io filoha io dia kintan’ny fampitam-baovao taloha, fantatra noho ny fahaizany miteny maranitra sy ny fahatsapany vazivazy. Ny filoha farany dia kintan’ny fampitam-baovao taloha, fantatra noho ny fahaizany miteny maranitra sy ny fahatsapany vazivazy. Ny taona 1989 no nanamarika ny firodanan’ilay fanjakam-be fantatra amin’ny anarana hoe Firaisana Sôvietika, ary ny ady farany amin’ireo ady telo ao amin’ny andininy faha-efapolo dia maneho ny firodanan’ilay fanjakam-be fantatra amin’ny anarana hoe Rosia.</w:t>
      </w:r>
    </w:p>
    <w:p>
      <w:pPr>
        <w:pStyle w:val="ArticleBody"/>
        <w:jc w:val="left"/>
      </w:pPr>
      <w:r>
        <w:rPr>
          <w:rFonts w:ascii="Times New Roman" w:hAnsi="Times New Roman" w:eastAsia="Times New Roman" w:cs="Times New Roman"/>
        </w:rPr>
        <w:t>Ny Adin’i Panium no ady fahatelo sady farany ao amin’ny andininy fahefapolo, ary naneho aloka mialoha azy ny ady voalohany. Rehefa tapitra ny ady voalohany, dia neken’izao tontolo izao manontolo fa i Etazonia no hany hery lehibe indrindra eto amin’izao tontolo izao. Haverina indray izany fanapahana izao tontolo izao izany amin’ny famaranana ny ady farany, satria eo no, na dia eo aza ny firaisana natao teo amin’i Antiochus III sy Filipo avy any Makedonia, (i Etazonia sy ny Firenena Mikambana), dia hatsangana i Etazonia (ilay mpaminany sandoka) ho mpanjaka voalohany amin’ireo mpanjaka folo (ilay dragona—ny Firenena Mikambana.)</w:t>
      </w:r>
    </w:p>
    <w:p>
      <w:pPr>
        <w:pStyle w:val="ArticleBody"/>
        <w:jc w:val="left"/>
      </w:pPr>
      <w:r>
        <w:rPr>
          <w:rFonts w:ascii="Times New Roman" w:hAnsi="Times New Roman" w:eastAsia="Times New Roman" w:cs="Times New Roman"/>
        </w:rPr>
        <w:t>Ny ady telo ao amin’ny andininy faha-efapolo dia mitondra ny mari-pamantarana hoe “Fahamarinana,” satria ny voalohany dia maneho ny farany, ary ny ady eo afovoany dia maneho fikomiana. Ny tafika mpisolo tena voalohany sy farany izay mandresy (Etazonia) no mahery, fa ny tafika mpisolo tena faharoa kosa resy, ary Nazisma io tafika mpisolo tena faharoa io, dia tandindon’izao tontolo izao momba ny fikomiana.</w:t>
      </w:r>
    </w:p>
    <w:p>
      <w:pPr>
        <w:pStyle w:val="ArticleBody"/>
        <w:jc w:val="left"/>
      </w:pPr>
      <w:r>
        <w:rPr>
          <w:rFonts w:ascii="Times New Roman" w:hAnsi="Times New Roman" w:eastAsia="Times New Roman" w:cs="Times New Roman"/>
        </w:rPr>
        <w:t>Ireo fampielezan-kevitra ara-politika telo nataon’i Donald Trump dia mitondra ny mari-pamantarana hoe “Fahamarinana,” satria mandresy amin’ny fifidianana izy amin’ny fampielezan-keviny voalohany sy farany, fa amin’ny fampielezan-kevitra eo afovoany kosa dia resy amin’ny alalan’ilay bibin’ny tsy finoana an’Andriamanitra izy, izay ilay herin’ny dragona, indray ny tandindon’ilay fikomiana asehon’ny litera fahatelo ambin’ny folo amin’ny abidy hebreo, izay rehefa atambatra amin’ny litera voalohany sy farany dia mamorona ny teny hebreo hoe “Fahamarinana.”</w:t>
      </w:r>
    </w:p>
    <w:p>
      <w:pPr>
        <w:pStyle w:val="ArticleBody"/>
        <w:jc w:val="left"/>
      </w:pPr>
      <w:r>
        <w:rPr>
          <w:rFonts w:ascii="Times New Roman" w:hAnsi="Times New Roman" w:eastAsia="Times New Roman" w:cs="Times New Roman"/>
        </w:rPr>
        <w:t>Ny andininy faha-folo ao amin’i Daniela toko faha-iraika ambin’ny folo dia manondro ny fotoanan’ny farany amin’ny taona 1989, ary ny andininy faha-enina ambin’ny folo dia manondro ny lalàn’ny Alahady izay ho avy tsy ho ela. Ny andininy faha-folo ka hatramin’ny faha-dimy ambin’ny folo dia maneho ny tantara miafina ao amin’ny andininy faha-efapolo, izay ampahany amin’ny bokin’i Daniela izay voaisy tombo-kase mandra-pahatongan’ny andro farany. Rehefa ampidirina (andininy mifanindran-dàlana amin’ny andininy) ao amin’ny tantara miafina ao amin’ny andininy faha-efapolo ny andininy faha-folo ka hatramin’ny faha-dimy ambin’ny folo, dia esorina ny tombo-kase amin’ilay ampahany amin’i Daniela izay mifandray amin’ny andro farany. Esorina izany tombo-kase izany mialoha indrindra ny hifaranan’ny fotoam-pahasoavana ho an’ireo mpitandrina ny Sabata amin’ilay lalàn’ny Alahady izay ho avy tsy ho ela. Koa izany no maneho ny tombo-kase farany, na ny fahafito.</w:t>
      </w:r>
    </w:p>
    <w:p>
      <w:pPr>
        <w:pStyle w:val="ArticleScripture"/>
        <w:jc w:val="left"/>
      </w:pPr>
      <w:r>
        <w:rPr>
          <w:rFonts w:ascii="Times New Roman" w:hAnsi="Times New Roman" w:eastAsia="Times New Roman" w:cs="Times New Roman"/>
        </w:rPr>
        <w:t>Ary rehefa nosokafany ny tombo-kase fahafito, dia nangina ny lanitra tokony ho antsasak’adiny. Ary nahita anjely fito aho, izay nitsangana teo anatrehan’Andriamanitra; ary nomena trompetra fito izy ireo. Ary nisy anjely iray koa tonga ka nitsangana teo amin’ny alitara, nitana lovia fandoroana emboka manitra volamena; ary nomena emboka manitra be dia be izy, mba hanaterany izany miaraka amin’ny vavaky ny olo-masina rehetra eo ambonin’ny alitara volamena izay teo anoloan’ny seza fiandrianana. Ary ny setroky ny emboka manitra, izay niaraka tamin’ny vavaky ny olo-masina, dia niakatra teo anatrehan’Andriamanitra avy tamin’ny tanan’ilay anjely. Ary nalain’ilay anjely ny lovia fandoroana emboka manitra ka nofenoiny afo avy teo amin’ny alitara, dia natsipiny tamin’ny tany izany; ary nisy feo sy kotrokorana sy helatra ary horohoron-tany. Ary ireo anjely fito izay nanana ny trompetra fito dia niomana hitsoka izany. Apokalypsy 8:1–6.</w:t>
      </w:r>
    </w:p>
    <w:p>
      <w:pPr>
        <w:pStyle w:val="ArticleBody"/>
        <w:jc w:val="left"/>
      </w:pPr>
      <w:r>
        <w:rPr>
          <w:rFonts w:ascii="Times New Roman" w:hAnsi="Times New Roman" w:eastAsia="Times New Roman" w:cs="Times New Roman"/>
        </w:rPr>
        <w:t>Ireo anjely fito mitondra ny trompetra fito dia maneho ny fitsarana mpanatanteraka izay manomboka amin’ny lalàn’ny Alahady any Etazonia, ary maneho koa ny fitsarana mpanatanteraka izay manomboka rehefa mitsangana Mikaela ka mifarana ny fotoam-pahasoavan’ny olombelona. Ao amin’ny fe-potoana voalohany, hatramin’ny lalàn’ny Alahady ka mandra-pitsangan’i Mikaela, ny fitsaran’Andriamanitra dia mifangaro amin’ny famindram-po; fa avy eo, ny loza fito farany dia fitsaran’Andriamanitra izay tsy mifangaro amin’ny famindram-po. Ny fanokafana ny tombo-kase fahafito dia rehefa omanina ny fitsarana mpanatanteraka, araka izay asehon’ireo anjely fito.</w:t>
      </w:r>
    </w:p>
    <w:p>
      <w:pPr>
        <w:pStyle w:val="ArticleBody"/>
        <w:jc w:val="left"/>
      </w:pPr>
      <w:r>
        <w:rPr>
          <w:rFonts w:ascii="Times New Roman" w:hAnsi="Times New Roman" w:eastAsia="Times New Roman" w:cs="Times New Roman"/>
        </w:rPr>
        <w:t>Ny toko faharoa sy fahasivy ao amin’ny Daniela dia manondro fa ny “vavaky ny olo-masina” dia vavaka mba hahazoana fahatakarana ny amin’ireo zava-mitranga mifandray amin’ny nofy miafina hitan’i Nebokadnezara momba ilay sariolona sy ny bibidia, ary ny fibebahana sy ny fiaiken-keloka mifandray amin’ny “impito,” ao amin’ny toko faha-enina amby roapolo ao amin’ny Levitikosy. Ny vavaka izay afangaro amin’ny ditin-kazo manitra ao amin’ilay “fitondrana volamena fandoroana ditin-kazo manitra” ka niakatra teo anatrehan’Andriamanitra, dia ataon’ireo izay antsoina ho isan’ny efatra arivo amby efatra alina amby iray hetsy sy iray hetsy, izay amin’izany andro izany no mandray ny tombo-kasen’Andriamanitra velona, raha araraka etỳ an-tany ny afo avy eo ambonin’ny alitara.</w:t>
      </w:r>
    </w:p>
    <w:p>
      <w:pPr>
        <w:pStyle w:val="ArticleBody"/>
        <w:jc w:val="left"/>
      </w:pPr>
      <w:r>
        <w:rPr>
          <w:rFonts w:ascii="Times New Roman" w:hAnsi="Times New Roman" w:eastAsia="Times New Roman" w:cs="Times New Roman"/>
        </w:rPr>
        <w:t>Ao amin’ny toko fahasivy ao amin’i Ezekiela, ireo olo-masina ireo ihany dia misento sy mitaraina noho ny fahavetavetana atao eo amin’ny tany sy ao amin’ny fiangonana; ary raha maneho ny alahelony lalina noho ny ota izy, dia asain’ilay anjely mpamehy tombo-kase marika eo amin’ny handriny. Tahaka ny ao amin’ny toko fahavalo ao amin’ny Apokalypsy, ireo fitsarana asehon’ny anjely mpandringana dia eo aoriana miandry ny didy fa efa vita ny famehezana.</w:t>
      </w:r>
    </w:p>
    <w:p>
      <w:pPr>
        <w:pStyle w:val="ArticleScripture"/>
        <w:jc w:val="left"/>
      </w:pPr>
      <w:r>
        <w:rPr>
          <w:rFonts w:ascii="Times New Roman" w:hAnsi="Times New Roman" w:eastAsia="Times New Roman" w:cs="Times New Roman"/>
        </w:rPr>
        <w:t>“Amin’ny fahamarinan-toetra tsy mety diso no mbola itanan’Ilay Tsy Manam-Petra kaonty amin’ny firenena rehetra. Raha mbola atolotra miaraka amin’ny antso ho amin’ny fibebahana ny famindram-pony, dia hitoetra misokatra io kaonty io; fa rehefa tonga amin’ny fetra iray izay efa voatendrin’Andriamanitra ireo tarehimarika, dia manomboka ny fanompoan’ny fahatezerany. Mihidy ny kaonty. Mitsahatra ny fahari-pon’Andriamanitra. Tsy misy intsony ny fifonana amin’ny famindram-po ho azy ireo.”</w:t>
      </w:r>
    </w:p>
    <w:p>
      <w:pPr>
        <w:pStyle w:val="ArticleScripture"/>
        <w:jc w:val="left"/>
      </w:pPr>
      <w:r>
        <w:rPr>
          <w:rFonts w:ascii="Times New Roman" w:hAnsi="Times New Roman" w:eastAsia="Times New Roman" w:cs="Times New Roman"/>
        </w:rPr>
        <w:t>“Ny mpaminany, raha nibanjina ireo taona mifandimby ho avy, dia nahita ity fotoana ity niseho teo anoloan’ny fahitany. Ny firenena amin’izao andro izao dia efa nandray famindram-po tsy mbola nisy toa azy. Ny tsara indrindra amin’ny fitahian’ny lanitra dia nomena azy; kanefa fiavonavonana mitombo, fitiavam-bola, fanompoan-tsampy, fanamavoana an’Andriamanitra, ary tsy fankasitrahana mahamenatra no voasoratra hiampangana azy. Faingan-dia mamarana ny kaontiny amin’Andriamanitra izy.”</w:t>
      </w:r>
    </w:p>
    <w:p>
      <w:pPr>
        <w:pStyle w:val="ArticleScripture"/>
        <w:jc w:val="left"/>
      </w:pPr>
      <w:r>
        <w:rPr>
          <w:rFonts w:ascii="Times New Roman" w:hAnsi="Times New Roman" w:eastAsia="Times New Roman" w:cs="Times New Roman"/>
        </w:rPr>
        <w:t>“Kanefa izay mampangovitra ahy dia izao: ireo izay nanana ny fahazavana sy ny tombontsoa lehibe indrindra dia voapentin’ny faharatsiana manjaka. Voataonan’ireo tsy marina manodidina azy, maro, eny, na dia amin’ireo izay milaza ho manana ny fahamarinana aza, no efa nangatsiaka ka entin’ny onjan-dratsy mahery. Ny fanamavoana manerana izao rehetra izao atao amin’ny toe-panahy araka an’Andriamanitra marina sy ny fahamasinana dia mitarika ireo izay tsy miraikitra akaiky amin’Andriamanitra ho very ny fanajany ny lalàny. Raha nanaraka ny fahazavana sy nankatò ny fahamarinana tamin’ny fo izy ireo, dia vao mainka ho sarobidy aminy izany lalàna masina izany, raha toy izao no anaovana tsinontsinona sy fanilihana azy. Arakaraka ny aharihary kokoa ny tsy fanajana ny lalàn’Andriamanitra no vao mainka miharihary kokoa ny tsipika manasaraka ireo mpitandrina azy sy izao tontolo izao. Ny fitiavana ny didy masina dia mitombo amin’ny antokon’olona iray, arakaraka ny itomboan’ny fanamavoana azy amin’ny antokon’olona iray hafa.</w:t>
      </w:r>
    </w:p>
    <w:p>
      <w:pPr>
        <w:pStyle w:val="ArticleScripture"/>
        <w:jc w:val="left"/>
      </w:pPr>
      <w:r>
        <w:rPr>
          <w:rFonts w:ascii="Times New Roman" w:hAnsi="Times New Roman" w:eastAsia="Times New Roman" w:cs="Times New Roman"/>
        </w:rPr>
        <w:t>“Tsy ho ela dia ho tonga ny krizy. Ny tarehimarika izay mitombo haingana dia mampiseho fa efa saika tonga ny fotoana hamangian’Andriamanitra. Na dia tsy te-hanasazy aza Izy, dia hanasazy ihany, ary haingana izany. Izay mandeha eo amin’ny mazava dia hahita famantarana ny loza manatona; nefa tsy tokony hipetraka mangina izy, tsy miraharaha, miandry ny fandringanana, ka mampionona ny tenany amin’ny finoana fa Andriamanitra hiaro ny olony amin’ny andro famangiana. Tsy izany velively. Tokony ho tsapany fa adidiny ny miasa amim-pahazotoana hamonjy ny hafa, ka mibanjina an’Andriamanitra amin’ny finoana mafy mba hahazoana fanampiana. ‘Ny fivavaky ny marina izay mazoto sy mafana dia mahery indrindra.’”</w:t>
      </w:r>
    </w:p>
    <w:p>
      <w:pPr>
        <w:pStyle w:val="ArticleScripture"/>
        <w:jc w:val="left"/>
      </w:pPr>
      <w:r>
        <w:rPr>
          <w:rFonts w:ascii="Times New Roman" w:hAnsi="Times New Roman" w:eastAsia="Times New Roman" w:cs="Times New Roman"/>
        </w:rPr>
        <w:t>Ny masirasiran’ny toe-panahy araka an’Andriamanitra dia tsy very tanteraka ny heriny. Amin’ny fotoana izay tena lehibe indrindra ny loza sy ny fahakivian’ny fiangonana, dia hisento sy hitomany noho ny fahavetavetana atao amin’ny tany ilay antokon’olona vitsy izay mijoro eo amin’ny mazava. Nefa indrindra kokoa no hiakaran’ny vavak’izy ireo ho an’ny fiangonana, satria ny mambrany dia manao araka ny fanaon’izao tontolo izao.</w:t>
      </w:r>
    </w:p>
    <w:p>
      <w:pPr>
        <w:pStyle w:val="ArticleScripture"/>
        <w:jc w:val="left"/>
      </w:pPr>
      <w:r>
        <w:rPr>
          <w:rFonts w:ascii="Times New Roman" w:hAnsi="Times New Roman" w:eastAsia="Times New Roman" w:cs="Times New Roman"/>
        </w:rPr>
        <w:t>Ny vavaka mafana ataon’ity vitsy mahatoky ity dia tsy ho zava-poana. Rehefa mivoaka ny Tompo ho mpamaly faty, dia ho tonga koa Izy ho mpiaro ny rehetra izay nitahiry ny finoana tamin’ny fahadiovany sy niaro ny tenany tsy ho voaloton’izao tontolo izao. Amin’izany fotoana izany no nampanantenain’Andriamanitra hamaly ny olom-boafidiny, izay mitaraina Aminy andro aman’alina, na dia mahari-po aminy ela aza Izy.</w:t>
      </w:r>
    </w:p>
    <w:p>
      <w:pPr>
        <w:pStyle w:val="ArticleScripture"/>
        <w:jc w:val="left"/>
      </w:pPr>
      <w:r>
        <w:rPr>
          <w:rFonts w:ascii="Times New Roman" w:hAnsi="Times New Roman" w:eastAsia="Times New Roman" w:cs="Times New Roman"/>
        </w:rPr>
        <w:t>Ny didy dia izao: “Mandehana mamaky ny afovoan’ny tanàna, dia mamaky ny afovoan’i Jerosalema, ka asio marika eo amin’ny handrin’ireo lehilahy izay misento sy mitaraina noho ny fahavetavetana rehetra atao eo afovoany.” Ireo olona nisento sy nitomany ireo dia efa nitory ny tenin’ny fiainana; nananatra sy nanolo-tsaina ary nifona tamin-kafanam-po izy. Ny sasany izay efa nanala baraka an’Andriamanitra dia nibebaka ka nanetry ny fony teo anatrehany. Kanefa ny voninahitry ny Tompo dia efa niala tamin’ny Isiraely; na dia mbola maro aza no nanohy ny endriky ny fivavahana, dia tsy teo ny heriny sy ny fanatrehany.” Testimonies, volume 5, 208–210.</w:t>
      </w:r>
    </w:p>
    <w:p>
      <w:pPr>
        <w:pStyle w:val="ArticleBody"/>
        <w:jc w:val="left"/>
      </w:pPr>
      <w:r>
        <w:rPr>
          <w:rFonts w:ascii="Times New Roman" w:hAnsi="Times New Roman" w:eastAsia="Times New Roman" w:cs="Times New Roman"/>
        </w:rPr>
        <w:t>Ny andininy folo ka hatramin’ny dimy ambin’ny folo dia manokatra ny tantara miafina ao amin’ny andininy faha-efapolo; ary amin’ny fanaovana izany dia mampahafantatra miaraka amin’izay koa fa ny fanisiana tombo-kase ny iray hetsy sy efatra alina sy efatra arivo dia tanterahina ankehitriny amin’ireo izay efa nahafeno ny fepetra takin’ny vavaka asehon’i Daniela sy ireo lehilahy mendrika telo ao amin’ny toko faharoa, ary i Daniela ao amin’ny toko fahasivy. Ny maha-samihafa ireo vavaka roa ireo dia azo fantarina ho toy ny vavaka iray hahazoana fahatakarana ny zava-miseho ivelany amin’ny faminaniana (Daniela 2), sy vavaka iray hahatanteraka ny fanandramana anatiny amin’ny faminaniana (Daniela 9). Ny fahasamihafana hafa koa dia izao: ny olomasina amin’ny maha-vondrona azy dia mikatsaka hahatakatra ny hafatry ny fizahan-toetra momba ny sarin’ilay bibidia (Daniela 2), nefa tsy maintsy tanterahiny tsirairay avy ny asan’ny fibebahana feno sy tanteraka (Daniela 9). Ny vavak’izy ireo dia tsy maintsy ao anatin’ny tontolon-kevitry ny Ezekiela 9, satria tsy maintsy malahelo mafy noho ny ota eo amin’ny tany sy ao amin’ny fiangonana izy ireo.</w:t>
      </w:r>
    </w:p>
    <w:p>
      <w:pPr>
        <w:pStyle w:val="ArticleScripture"/>
        <w:jc w:val="left"/>
      </w:pPr>
      <w:r>
        <w:rPr>
          <w:rFonts w:ascii="Times New Roman" w:hAnsi="Times New Roman" w:eastAsia="Times New Roman" w:cs="Times New Roman"/>
        </w:rPr>
        <w:t>“Ámin’ny andro hivoahan’ny fahatezerany amin’ny fitsarana, dia hisongadina amin’ny sisa amin’izao tontolo izao ireo mpanaraka an’i Kristy ireo, manetry tena sy mahafoy tena, noho ny fijalian’ny fanahiny, izay aseho amin’ny fitomaniana sy fisaonana, amin’ny fananarana sy fampitandremana. Raha ny hafa kosa miezaka manarona ny faharatsiana misy, sy manamarina ny faharatsiana lehibe miparitaka eny rehetra eny, ireo izay manana fahasaro-piaro ny voninahitr’Andriamanitra sy fitiavana fanahy dia tsy hangina mba hahazo sitraka amin’iza na iza. Ny fanahiny marina dia ampahorina isan’andro isan’andro noho ny asa tsy masina sy ny resaky ny tsy marina. Tsy manan-kery hampitsahatra ny riaka mandriaka mafy ataon’ny heloka izy ireo, ka noho izany dia feno alahelo sy horohoro. Misaona eo anatrehan’Andriamanitra izy ireo mahita ny fanamavoana ny fivavahana ao amin’ireo tokantrano mihitsy izay efa nahazo fahazavana lehibe. Mitomany sy mampahory ny fanahiny izy ireo satria ny fireharehana, ny fitiavam-bola, ny fitiavan-tena, ary ny fitaka saiky isan-karazany dia ao amin’ny fiangonana. Ny Fanahin’Andriamanitra, izay manosika ho amin’ny fananarana, dia voahitsakitsaka, raha ny mpanompon’i Satana kosa mifaly fandresena. Obarana baràka Andriamanitra, ary atao tsy manan-kery ny fahamarinana.</w:t>
      </w:r>
    </w:p>
    <w:p>
      <w:pPr>
        <w:pStyle w:val="ArticleScripture"/>
        <w:jc w:val="left"/>
      </w:pPr>
      <w:r>
        <w:rPr>
          <w:rFonts w:ascii="Times New Roman" w:hAnsi="Times New Roman" w:eastAsia="Times New Roman" w:cs="Times New Roman"/>
        </w:rPr>
        <w:t>“Ny antokon’olona izay tsy mahatsiaro alahelo noho ny fihemoran’ny fiainany ara-panahy, na tsy mitomany noho ny fahotan’ny hafa, dia havela tsy hanana ny tombo-kasen’Andriamanitra. Ny Tompo dia maniraka ny irany, dia ireo lehilahy mitondra fiadiana famonoana eny an-tànany hoe: ‘Mandehana manaraka azy mamaky ny tanàna, ka mamonoa; aoka ny masonareo tsy hitsitsy, ary aza miantra; vonoy tanteraka ny antitra sy ny tanora, na ny zazavavy sy ny ankizy madinika ary ny vehivavy; fa aza manakaiky na dia olona iray aza izay misy ny marika eo aminy; ary atomboy eo amin’ny fitoerako masina. Dia ny anti-panahy izay teo anoloan’ny trano no natombony.’”</w:t>
      </w:r>
    </w:p>
    <w:p>
      <w:pPr>
        <w:pStyle w:val="ArticleScripture"/>
        <w:jc w:val="left"/>
      </w:pPr>
      <w:r>
        <w:rPr>
          <w:rFonts w:ascii="Times New Roman" w:hAnsi="Times New Roman" w:eastAsia="Times New Roman" w:cs="Times New Roman"/>
        </w:rPr>
        <w:t>“Eto no hitantsika fa ny fiangonana—ny fitoeran-masin’ny Tompo—no voalohany nahatsapa ny kapoky ny fahatezeran’Andriamanitra. Ireo loholona, dia ireo izay nomen’Andriamanitra fahazavana lehibe sady nijoro ho mpiambina ny tombontsoa ara-panahin’ny vahoaka, dia namadika ny fitokisana napetraka taminy. Noraisiny ny toerana hoe tsy tokony hanantena fahagagana isika na ny fanehoana miavaka ny herin’Andriamanitra tahaka ny tamin’ny andro taloha. Niova ny andro. Ireo teny ireo no manamafy ny tsy finoany, ka hoy izy: Tsy hanao soa ny Tompo, ary tsy hanao ratsy Izy. Feno famindram-po loatra Izy ka tsy hamangy ny vahoakany amin’ny fitsarana. Koa ‘Fiadanana sy filaminana’ no antsoantso avy amin’ireo lehilahy izay tsy hanandratra ny feony intsony tahaka ny trompetra mba hampiseho amin’ny vahoakan’Andriamanitra ny fandikan-dalàny sy amin’ny taranak’i Jakoba ny fahotany. Ireo amboa moana izay tsy nety nivovo no ireo mahatsapa ny famalian-dia marina ataon’Andriamanitra voaheloka. Lehilahy, tovovavy ary zaza madinika dia samy ringana miaraka avokoa.” Testimonies, boky faha-5, 210, 211.</w:t>
      </w:r>
    </w:p>
    <w:p>
      <w:pPr>
        <w:pStyle w:val="ArticleBody"/>
        <w:jc w:val="left"/>
      </w:pPr>
      <w:r>
        <w:rPr>
          <w:rFonts w:ascii="Times New Roman" w:hAnsi="Times New Roman" w:eastAsia="Times New Roman" w:cs="Times New Roman"/>
        </w:rPr>
        <w:t>Ny andininy voalohany sy faharoa ao amin’ny Daniela toko faha-11 dia manomboka amin’ny fotoan’ny farany tamin’ny 1989, tahaka izany koa ny andininy faha-10. Ny andininy faha-2 dia mitondra ny tantara hatramin’ny fe-potoam-piasana voalohan’i Donald Trump, ary avy eo mamela tantara miafina manomboka amin’io filoha fahenina manankarena indrindra io ka hatramin’ny fanjakana fahafito (ny Firenena Mikambana), izay asehon’i Aleksandra Lehibe. Teo anelanelan’i Ksersesy, ilay mpanjaka manankarena ao amin’ny andininy faha-2, sy Aleksandra Lehibe, dia nisy mpanjaka persiana valo. Ny tantara miafina ao amin’ny andininy faha-2 mandra-pahatongan’ny andininy faha-3 dia maneho mpanjaka valo. Koa araka izany, manomboka amin’ny fiafaran’ny fe-potoam-piasana voalohan’i Trump ka hatramin’ny fanjakana fahafito ao amin’ny faminanian’ny Baiboly dia misy mpanjaka folo amin’ny fitambarany, izay mandrakotra ny tantara miafina ao amin’ny andininy faha-2 ka hatramin’ny faha-3 ao amin’ny Daniela toko faha-11.</w:t>
      </w:r>
    </w:p>
    <w:p>
      <w:pPr>
        <w:pStyle w:val="ArticleBody"/>
        <w:jc w:val="left"/>
      </w:pPr>
      <w:r>
        <w:rPr>
          <w:rFonts w:ascii="Times New Roman" w:hAnsi="Times New Roman" w:eastAsia="Times New Roman" w:cs="Times New Roman"/>
        </w:rPr>
        <w:t>Ny isa folo dia tandindon’ny fitsapana, ary ny fitsapana miseho ao anatin’izany tantara izany dia ny fananganana ny sarin’ilay bibidia. Ilay filoha fahenina manankarena indrindra no mampihetsi-po ny globalista, manomboka amin’ny fampielezan-keviny voalohany tamin’ny taona 2015, ary amin’izany no amaritany ny fiandohan’ny tolona eo amin’ireo vavolombelona roa ao amin’ny Apokalypsy toko faha iraika ambin’ny folo sy ilay bibidia dragona, dia ny tsy finoana an’Andriamanitra, izay tsy mitsahatra mandra-pahatongan’ny lalàn’ny Alahady ao amin’ny andininy faha enina ambin’ny folo sy faha iraika amby efapolo. Ao anatin’izany ady izany, i Donald Trump no filoha voalohany nampihetsi-po ilay dragona ary izy koa no farany. Trump no filoha farany an’ilay bibidia avy amin’ny tany, ary Trump no ho tonga mpitarika voalohany an’ilay fanjakana fahafito. Amin’ny fanaovany izany, Trump dia misolo tena ny voalohany sy ny farany amin’ireo mpanjaka folo, ary ny folo dia maneho fitsapana.</w:t>
      </w:r>
    </w:p>
    <w:p>
      <w:pPr>
        <w:pStyle w:val="ArticleBody"/>
        <w:jc w:val="left"/>
      </w:pPr>
      <w:r>
        <w:rPr>
          <w:rFonts w:ascii="Times New Roman" w:hAnsi="Times New Roman" w:eastAsia="Times New Roman" w:cs="Times New Roman"/>
        </w:rPr>
        <w:t>1776 sy 1789 ary 1798 dia maneho tantara telo izay manaporofo fa ilay filoha fahavalo dia avy amin’ny fito. Ny taona 1776 dia maneho ny famoahana ny Fanambaràna ny Fahaleovantena, sy ny tantaran’ny Kaongresy Kontinantaly Voalohany sy Faharoa. Ny taona 1789 dia maneho vanim-potoanan’ny tantara izay namoahana ny Articles of Confederation. Nanomboka tamin’ny 1781 izany vanim-potoana izany, ary nifarana tamin’ny famoahana ny Lalàm-panorenana tamin’ny 1789. Ny taona 1798 dia maneho ny famoahana ny Alien and Sedition Acts, sy ny fiandohan’ilay bibin’ny tany amin’ny maha-fanjakana fahenina azy ao amin’ny faminanian’ny Baiboly.</w:t>
      </w:r>
    </w:p>
    <w:p>
      <w:pPr>
        <w:pStyle w:val="ArticleBody"/>
        <w:jc w:val="left"/>
      </w:pPr>
      <w:r>
        <w:rPr>
          <w:rFonts w:ascii="Times New Roman" w:hAnsi="Times New Roman" w:eastAsia="Times New Roman" w:cs="Times New Roman"/>
        </w:rPr>
        <w:t>Ny Kongresy Kontinantaly dia mizara ho vanim-potoana ara-paminaniana roa: ny kongresy voalohany sy ny kongresy farany. Ny Kongresy Kontinantaly Voalohany dia nanana filoha roa, ary Peyton Randolph no filoha voalohany. Ny Kongresy Kontinantaly Faharoa kosa dia nanana filoha enina. Peyton Randolph no filoha voalohany tamin’ny Kongresy Kontinantaly Voalohany, ary koa tamin’ny Kongresy Kontinantaly Faharoa. Tamin’ny fitambaran’ny tantaran’ny Kongresy Kontinantaly Voalohany sy Faharoa dia nisy filoha valo. Peyton Randolph no filoha voalohany tamin’ny Kongresy Kontinantaly Voalohany sy Faharoa, tao anatin’ny vanim-potoana ara-paminaniana iray izay nisy filoha valo, nefa ny filoha voalohany tamin’ireo vanim-potoana roa ireo dia olona iray ihany. Koa, na dia nisy fe-potoam-piasan’ny filoha valo aza, dia filoha fito ihany no tena nisy. Ilay filoha voalohany dia indroa no filoha voalohany tamin’ireo olona fito izay filoha, ary noho izany i Randolph dia maneho ilay fahavalo, izay avy amin’ny fito, ary amin’ny vavolombelona roa dia tandindony ilay filoha tena voalohany, dia i George Washington.</w:t>
      </w:r>
    </w:p>
    <w:p>
      <w:pPr>
        <w:pStyle w:val="ArticleBody"/>
        <w:jc w:val="left"/>
      </w:pPr>
      <w:r>
        <w:rPr>
          <w:rFonts w:ascii="Times New Roman" w:hAnsi="Times New Roman" w:eastAsia="Times New Roman" w:cs="Times New Roman"/>
        </w:rPr>
        <w:t>Washington dia asehon’i Randolph, ka noho izany Randolph, amin’ny maha-tandindon’i Washington azy, dia mampita sady ny toetra ara-paminaniana an’i Randolph filoha voalohany, no koa fa i Randolph dia ilay fahavalo, izay avy amin’ny fito. Koa araka izany, George Washington, amin’ny maha-filoha voalohany azy sy Komandy Lehibe voalohany azy, dia ara-paminaniana koa ilay fahavalo, ary avy amin’ny fito; ary Trump kosa, amin’ny maha-filoha farany azy, dia ho ilay fahavalo koa, dia ilay avy amin’ny fito.</w:t>
      </w:r>
    </w:p>
    <w:p>
      <w:pPr>
        <w:pStyle w:val="ArticleBody"/>
        <w:jc w:val="left"/>
      </w:pPr>
      <w:r>
        <w:rPr>
          <w:rFonts w:ascii="Times New Roman" w:hAnsi="Times New Roman" w:eastAsia="Times New Roman" w:cs="Times New Roman"/>
        </w:rPr>
        <w:t>Ny filoha faharoa tamin’ny Kongresy Kaontinantaly Faharoa dia i John Hancock. Nifarana tamin’ny taona 1781 ny Kongresy Kaontinantaly Faharoa. Nanomboka tamin’ny 1781 ka hatramin’ny 1789 no amaritana ny tantaran’ny Articles of Confederation. Izany vanim-potoana izany dia tandindonin’ny taona 1789, tamin’ny namoahana ny Lalàm-panorenana. Nandritra izany fotoana izany dia nisy filoha valo koa. Ny Articles of Confederation no nisolo tena ny Lalàm-panorenana voalohany, kanefa ny fahalemen’ny Articles of Confederation no nitarika ny fanoloana azy, sy ny fankatoavan’ireo zanatany telo ambin’ny folo ny Lalàm-panorenana tamin’ny 1789.</w:t>
      </w:r>
    </w:p>
    <w:p>
      <w:pPr>
        <w:pStyle w:val="ArticleBody"/>
        <w:jc w:val="left"/>
      </w:pPr>
      <w:r>
        <w:rPr>
          <w:rFonts w:ascii="Times New Roman" w:hAnsi="Times New Roman" w:eastAsia="Times New Roman" w:cs="Times New Roman"/>
        </w:rPr>
        <w:t>Tamin’izany vanim-potoana izany, ireo filoha valo dia nahitana filoha fito izay tsy filoha tao amin’ny tantaran’ilay vanim-potoana nasehon’ireo Kongresy Kontinantaly roa teo aloha, ary iray izay efa filoha tao amin’io vanim-potoana ara-paminaniana voalohany io. John Hancock dia nanompo tao amin’ny Kongresy Kontinantaly faharoa, ary koa tao amin’ilay vanim-potoana nasehon’ny Articles of Confederation. Eo amin’ny sehatra ara-paminaniana, dia fito monja ireo lehilahy izay filoha nandritra ireo Kongresy Kontinantaly roa, koa ara-paminaniana i John Hancock dia anisan’ireo valo tao amin’ny vanim-potoanan’ny Articles of Confederation, nefa anisan’ireo lehilahy fito tamin’ilay vanim-potoana teo aloha koa izy. Noho izany dia izy no fahavalo, izay avy tamin’ny fito.</w:t>
      </w:r>
    </w:p>
    <w:p>
      <w:pPr>
        <w:pStyle w:val="ArticleBody"/>
        <w:jc w:val="left"/>
      </w:pPr>
      <w:r>
        <w:rPr>
          <w:rFonts w:ascii="Times New Roman" w:hAnsi="Times New Roman" w:eastAsia="Times New Roman" w:cs="Times New Roman"/>
        </w:rPr>
        <w:t>Ny vanim-potoana ara-paminaniana faharoa, izay asehon’ny taona 1781 ka hatramin’ny 1789, tahaka ny vanim-potoana voalohany, dia nanana filoha iray (Hancock) izay fahavalo, sady isan’ny fito, tahaka an’i Randolph tao amin’ny vanim-potoana ara-paminaniana voalohany izay asehon’ny taona 1776.</w:t>
      </w:r>
    </w:p>
    <w:p>
      <w:pPr>
        <w:pStyle w:val="ArticleBody"/>
        <w:jc w:val="left"/>
      </w:pPr>
      <w:r>
        <w:rPr>
          <w:rFonts w:ascii="Times New Roman" w:hAnsi="Times New Roman" w:eastAsia="Times New Roman" w:cs="Times New Roman"/>
        </w:rPr>
        <w:t>Amin’ireo fe-potoana roa ahitana filoha valo ireo, dia aseho ny zava-miafina ara-paminaniana momba ilay fahavalo izay isan’ny fito. Ireo fe-potoana roa ireo dia manome porofo fa ny filoha voalohany tena izy (Washington) dia nanana ihany koa ilay zava-miafina ara-paminaniana miraikitra amin’ny tandindony, ka tamin’ny alalan’ny fanoharana mialoha nasehon’i Randolph no nanehoana izany. Ireo vavolombelona telo ireo dia miresaka an’i Trump. I Trump, araka ny aseho ao amin’ny andininy voalohany sy faharoa ao amin’ny toko fahiraika ambin’ny folo, dia aseho amin’ny alalan’ny fotoam-piasany voalohany ihany, izay nifarana rehefa nangalarin’ilay bibidia niakatra avy tamin’ny lavaka tsy hita noanoa ny fifidianana faharoa.</w:t>
      </w:r>
    </w:p>
    <w:p>
      <w:pPr>
        <w:pStyle w:val="ArticleBody"/>
        <w:jc w:val="left"/>
      </w:pPr>
      <w:r>
        <w:rPr>
          <w:rFonts w:ascii="Times New Roman" w:hAnsi="Times New Roman" w:eastAsia="Times New Roman" w:cs="Times New Roman"/>
        </w:rPr>
        <w:t>Ny tantara izay nahatanteraka ireo andininy ireo dia ahitana tantara miafina eo anelanelan’ilay mpanjaka manankarena indrindra (Xerxes) sy ny fisehoan’i Aleksandra Lehibe, izay maneho ny lalàna alahady, rehefa vetivety ireo mpanjaka folo no tonga fanjakana fahafito. Eo anelanelan’ilay mpanjaka manankarena sy ireo mpanjaka folo izay manaiky hanolotra ny fanjakany fahafito ho an’ny fahefana papaly, dia nisy mpanjaka valo. Ireo mpanjaka valo izay mandrafitra ny tantara miafina manomboka amin’ny andininy faharoa ka hatramin’ny andininy fahatelo dia mahita vavolombelona roa, dia filoha valo, ao amin’ny tantaran’ny taona 1776, 1789 ary 1798.</w:t>
      </w:r>
    </w:p>
    <w:p>
      <w:pPr>
        <w:pStyle w:val="ArticleBody"/>
        <w:jc w:val="left"/>
      </w:pPr>
      <w:r>
        <w:rPr>
          <w:rFonts w:ascii="Times New Roman" w:hAnsi="Times New Roman" w:eastAsia="Times New Roman" w:cs="Times New Roman"/>
        </w:rPr>
        <w:t>Io tantara io dia mitondra ny tandindona ara-paminaniana momba ny roa amby roapolo taona, izay manondro azy ho tantaran’ny fanisiana tombo-kase ny iray hetsy sy efatra arivo amby efatra alina, rehefa ampiraisina amin’ny maha-olombelona ny maha-Andriamanitra. Mitondra ny fanambaran’ny “Fahamarinana” koa izany, fa ny fiandohana dia manamarika ny fahaleovantena ary ny fiafarana dia manamarika ny fanesorana ny fahaleovantena, raha telo ambin’ny folo taona taorian’ny 1776 kosa, zanatany telo ambin’ny folo no nankato ny Lalàm-panorenana. Manondro koa izany vanim-potoana roa misy mpanjaka valo (filoha), izay samy ahitana ilay zava-miafina fa ny fahavalo dia avy amin’ny fito.</w:t>
      </w:r>
    </w:p>
    <w:p>
      <w:pPr>
        <w:pStyle w:val="ArticleBody"/>
        <w:jc w:val="left"/>
      </w:pPr>
      <w:r>
        <w:rPr>
          <w:rFonts w:ascii="Times New Roman" w:hAnsi="Times New Roman" w:eastAsia="Times New Roman" w:cs="Times New Roman"/>
        </w:rPr>
        <w:t>Trump tamin’ny maha-filoham-pirenena fahenina azy tamin’ny 2016, ary tamin’ny maha-mpitarika farany ny fanjakana fahenina koa, dia maneho ny voalohany sy ny farany amin’ireo mpanjaka folo mifandimby. Ny isa folo no manondro ny fizotry ny fitsapana amin’izany tantara izany, ary ny fitsapana izay mialoha sy mifarana amin’ny lalàn’ny Alahady dia ny fananganana ny sarin’ny bibidia. Ny sarin’ny nofin’ny bibidian’i Nebokadnezara dia maneho fanjakana valo, ary amin’izany dia manome ny vavolombelona fa ny fitsapana ny sarin’ny bibidia dia asehon’ny isa “valo”.</w:t>
      </w:r>
    </w:p>
    <w:p>
      <w:pPr>
        <w:pStyle w:val="ArticleBody"/>
        <w:jc w:val="left"/>
      </w:pPr>
      <w:r>
        <w:rPr>
          <w:rFonts w:ascii="Times New Roman" w:hAnsi="Times New Roman" w:eastAsia="Times New Roman" w:cs="Times New Roman"/>
        </w:rPr>
        <w:t>Ao amin’ny tantaram-pitsapana ny taranak’i Makabeo, izay maneho ny taranaky ny tandrok’i Protestantisma nihemotra sy ny taranaky ny tandrok’i Repoblikanisma nihemotra izay asehon’i Antiokosa III, dia mivondrona ho tandroka iray ihany ireo taranaka sy tandroka ireo, dia sary an’ohatra ny amin’ny fahefana papaly. Ao anatin’io tantara io ihany, ny endrik’Andriamanitra dia averina amin’ny fahafenoany sy mandrakizay ao amin’ireo izay aseho ho ny iray hetsy sy efatra amby efatra alina.</w:t>
      </w:r>
    </w:p>
    <w:p>
      <w:pPr>
        <w:pStyle w:val="ArticleBody"/>
        <w:jc w:val="left"/>
      </w:pPr>
      <w:r>
        <w:rPr>
          <w:rFonts w:ascii="Times New Roman" w:hAnsi="Times New Roman" w:eastAsia="Times New Roman" w:cs="Times New Roman"/>
        </w:rPr>
        <w:t>Ny tantara miafina ao amin’ny andininy faha-efapolo dia voasokatra ao anatin’ny tantara miafina ao amin’ny andininy faha-roa ka hatramin’ny andininy faha-telo, sy ny tantaran’ny andininy faha-folo ka hatramin’ny faha-dimy ambin’ny folo. Rehefa lasa filoha fahavalo, izay avy amin’ny fito, i Trump amin’ny fanokanana azy amin’ny 20 Janoary 2025, ireo mpanjaka valo eo anelanelan’i Xerxes sy Aleksandra Lehibe dia manamarika ny fahatongavan’ny fananganana ny sarin’ny bibidia, ary i Trump no misolo tena ny voalohany sy ny farany amin’ireo mpanjaka folo mifandimby.</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Ary hitako teo an-tanana ankavanan’Ilay nipetraka teo ambonin’ny seza fiandrianana ny boky iray, voasoratra tao anatiny sy teo ivohony, ary voaisy tombo-kase fito. Ary hitako ny anjely mahery iray nitory tamin’ny feo mahery hoe: Iza no mendrika hanokatra ny boky sy hamaha ny tombo-kaseny? Ary tsy nisy olona tany an-danitra, na etỳ an-tany, na tao ambanin’ny tany, nahay nanokatra ny boky, na nijery azy akory aza. Dia nitomany mafy aho, satria tsy nisy hita mendrika hanokatra sy hamaky ny boky, na hijery azy akory aza. Ary hoy ny iray tamin’ireo loholona tamiko: Aza mitomany; indro, ny Liona avy amin’ny firenen’i Joda, dia ny Solofon’i Davida, no naharesy mba hanokatra ny boky sy hamaha ny tombo-kaseny fito. Ary nijery aho, ka, indro, teo afovoan’ny seza fiandrianana sy ny zava-manan’aina efatra, ary teo afovoan’ny loholona, dia nisy Zanak’ondry nitsangana toy ny efa novonoina, nanana tandroka fito sy maso fito, izay Fanahin’Andriamanitra fito nirahina ho any amin’ny tany rehetra. Ary tonga Izy ka nandray ny boky teo an-tanana ankavanan’Ilay nipetraka teo ambonin’ny seza fiandrianana. Ary rehefa nandray ny boky Izy, dia niankohoka teo anatrehan’ny Zanak’ondry ny zava-manan’aina efatra sy ny loholona efatra amby roa-polo, samy nanana harpa sy lovia volamena feno ditin-kazo manitra, izay vavaky ny olona masina. Ary nihira fihirana vaovao izy ireo ka nanao hoe: Mendrika Hianao handray ny boky sy hanokatra ny tombo-kaseny; fa novonoina Hianao, ary tamin’ny ranao no nanavotanao anay ho an’Andriamanitra, avy tamin’ny firenena rehetra sy ny samy hafa fiteny sy ny vahoaka ary ny jentilisa rehetra; ary nataonao mpanjaka sy mpisorona ho an’Andriamanitsika izahay; ary hanjaka ambonin’ny tany izahay. Apokalypsy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Fahatelo amby sivifolo sy zato</dc:title>
  <dc:subject>Ny Fampisehoana ny Andro Farany: Manomboka amin’ny Anjaran’i Rosia ka hatramin’ny Fiverenan’i Trump sy ny Fampiorenana ny Sarin’ny Bibidia</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