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Efatra amby sivifolo amby zato</w:t>
      </w:r>
    </w:p>
    <w:p>
      <w:pPr>
        <w:pStyle w:val="ArticleSubtitle"/>
        <w:jc w:val="left"/>
      </w:pPr>
      <w:r>
        <w:rPr>
          <w:rFonts w:ascii="Arial" w:hAnsi="Arial" w:eastAsia="Arial" w:cs="Arial"/>
        </w:rPr>
        <w:t>Ny Akon’ny Makabeo: Ny Fandresen’i Trump sy ny Làlana Ara-paminaniana mankany amin’ny Sary an’ny Bibidia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2024-04-24</w:t>
      </w:r>
    </w:p>
    <w:p>
      <w:pPr>
        <w:pStyle w:val="ArticleBody"/>
        <w:jc w:val="left"/>
      </w:pPr>
      <w:r>
        <w:rPr>
          <w:rFonts w:ascii="Times New Roman" w:hAnsi="Times New Roman" w:eastAsia="Times New Roman" w:cs="Times New Roman"/>
        </w:rPr>
        <w:t>Ny tsipika asehon’ny Makabeo (izay manondro ny Fivavahana Protestanta nihemotra tany Etazonia) dia nanomboka ny fikomiany hanohitra ny fivavahana grika tao Modein, tamin’ny 167 tal. J.K. Tany izy ireo no nandresy ny ezaka nataon’i Antiokosa Epifana hanery ny Jiosy hanaiky ny fivavahana grika, ary novonoiny koa ilay mpitarika teo amin’ny Jiosy izay niara-niasa tamin’i Antiokosa. Noho izany, resy i Biden amin’ny fifidianana 2024, amin’ny alalan’ilay vondrom-pifidianana fantatra amin’ny anarana hoe “Religious Right”. Ity tantara ity dia maneho ny fandresena tamin’ny fifidianana 2024, satria ny Fivavahana Protestanta nihemotra no mandresy, tsy amin’ireo Repoblikana maneran-tany antsoina hoe RINO ihany, fa amin’ny ezaka ataon’ireo Demôkraty tsy mino an’Andriamanitra koa hanery ny fivavahan’ny woke-ism amin’ny firenena.</w:t>
      </w:r>
    </w:p>
    <w:p>
      <w:pPr>
        <w:pStyle w:val="ArticleBody"/>
        <w:jc w:val="left"/>
      </w:pPr>
      <w:r>
        <w:rPr>
          <w:rFonts w:ascii="Times New Roman" w:hAnsi="Times New Roman" w:eastAsia="Times New Roman" w:cs="Times New Roman"/>
        </w:rPr>
        <w:t>Ny ady ara-panahy anatiny izay asehon’ny taranak’i Makkabeo dia nanomboka tamin’ny taona 2015, rehefa nampihetsika ireo herin’ny dragona an’ny fanatontoloana ilay filoha mpanankarena, ary ny asan’ny dragona tamin’ny famonoana ireo vavolombelona roa dia nahitana ny Fitsarana Pelosi momba ny 6 Janoary 2021. Modeina, sy ny fikomian’ny Makkabeo, dia manondro ny fandresena ho avy an’ny Protestanta nihemotra tamin’ny 5 Novambra 2024. Ny fanokanana tamin’ny 20 Janoary 2025 dia notondroin’ny taona 164 tal. J.K., izay naneho ny fanokanana indray ny tempoly faharoa, ary tamin’io taona io indrindra (164 tal. J.K.) dia maty i Antiokosy Epifana. Antiokosy dia maneho ny antoko Demokraty sy ireo mpiara-miombon’antoka aminy amin’ny fanatontoloana izay milaza ny tenany ho Repoblikana, nefa tsy mihoatra noho ny hoe “Repoblikana MAGA” izy ireo toy ny tsy maha-zazalahy ny zazavavy iray.</w:t>
      </w:r>
    </w:p>
    <w:p>
      <w:pPr>
        <w:pStyle w:val="ArticleBody"/>
        <w:jc w:val="left"/>
      </w:pPr>
      <w:r>
        <w:rPr>
          <w:rFonts w:ascii="Times New Roman" w:hAnsi="Times New Roman" w:eastAsia="Times New Roman" w:cs="Times New Roman"/>
        </w:rPr>
        <w:t>Ny ady ara-politika asehon’ny andininy fahatelo ambin’ny folo ka hatramin’ny fahadimy ambin’ny folo, izay mifarana amin’ny Adin’i Panium, dia mifanindran-dàlana amin’ny ady ara-pivavahana ao amin’izany tantara izany eo amin’ny woke-ism sy ny Protestanta nihemotra. Aorian’ny fanokanana an’i Trump tamin’ny taona 2025, izay asehon’ny fanokanana indray ny tempoly faharoa tamin’ny 164 tal. J.K., dia hanomboka ny tena fananganana ny sarin’ilay bibidia izy amin’ny alalan’ny fampiraisana ny fiangonana protestanta nihemotra amin’ny governemanta repoblikana nihemotra tarihin’izy tenany, izay asehon’ny fanekena nifanaovan’i Roma sy ny Makabeo nanomboka tamin’ny 161 tal. J.K. ka hatramin’ny 158 tal. J.K. Hampiray ny fiangonana sy ny fanjakana ho ao anatin’ny firaisana i Trump, ka ny singa ara-pivavahana no ho eo amin’ny fitondrana. Ao amin’ny tantara ara-paminaniana izay ananganan’ilay bibidian’ny tany ny sarin’ny bibidian’ny Katolisisma, ny tandroka repoblikana nihemotra sy ny tandroka protestanta nihemotra dia hameno ny kapoakan’ny fotoam-pitsapana omena azy amin’ny lafy ratsin’ny raharaha momba ny fiainana mandrakizay.</w:t>
      </w:r>
    </w:p>
    <w:p>
      <w:pPr>
        <w:pStyle w:val="ArticleBody"/>
        <w:jc w:val="left"/>
      </w:pPr>
      <w:r>
        <w:rPr>
          <w:rFonts w:ascii="Times New Roman" w:hAnsi="Times New Roman" w:eastAsia="Times New Roman" w:cs="Times New Roman"/>
        </w:rPr>
        <w:t>Hatramin’ny fanokanana, izay asehon’ny fanadiovana faharoa ny tempoly tamin’ny 164 BC, dia manomboka ny asan’ny famolavolana ny sarin’ilay bibidia, araka ny asehon’ny fanekena nifanaovan’ny Jiosy sy Roma nanomboka tamin’ny 161 BC ka hatramin’ny 158 BC. Hifidy an’i Trump indray amin’ny 5 Novambra 2024 (167 BC), ary amin’ny fanokanana azy (164 BC) dia ho tonga filoha fahavalo izy hatramin’ny fotoanan’ny farany tamin’ny 1989. Amin’ny fanaovana izany dia ho tonga ilay fahavalo izy, dia ilay avy amin’ny fito, ka haneho taratra ny bibidia papaly izay tonga fanjakana fahavalo ao amin’ny faminanian’ny Baiboly rehefa sitrana ny feriny mahafaty amin’ny lalàn’ny Alahady. Ny fanokanana azy dia nasehon’ny fanokanana indray ny tempoly faharoa nataon’ny Makabeo tamin’ny 164 BC. Ny fikomian’ny Makabeo dia nanomboka telo taona talohan’izany tao an-tanànan’i Modein, izay midika hoe “fanoherana” ary manamarika ny fandreseny tamin’ny fifidianana ny 5 Novambra 2024.</w:t>
      </w:r>
    </w:p>
    <w:p>
      <w:pPr>
        <w:pStyle w:val="ArticleBody"/>
        <w:jc w:val="left"/>
      </w:pPr>
      <w:r>
        <w:rPr>
          <w:rFonts w:ascii="Times New Roman" w:hAnsi="Times New Roman" w:eastAsia="Times New Roman" w:cs="Times New Roman"/>
        </w:rPr>
        <w:t>Tamin’ny taona 164 talohan’i Kristy no nisehoan’ny fanokanana fanindroany ny tempoly faharoa, ka izany no mampiseho mialoha ny fanokanana fanindroany an’i Trump amin’ny 20 Janoary 2025. Amin’izay fotoana izay dia ho tonga amin’ny fomba ofisialy ho filoha fahavalo izy, izay avy amin’ireo filoha fito teo alohany. Ny taona 164 talohan’i Kristy dia tsaroan’ny Jodaisma ho marika ny fanokanana fanindroany ny tempoly faharoa.</w:t>
      </w:r>
    </w:p>
    <w:p>
      <w:pPr>
        <w:pStyle w:val="ArticleBody"/>
        <w:jc w:val="left"/>
      </w:pPr>
      <w:r>
        <w:rPr>
          <w:rFonts w:ascii="Times New Roman" w:hAnsi="Times New Roman" w:eastAsia="Times New Roman" w:cs="Times New Roman"/>
        </w:rPr>
        <w:t>Ny fanokanana no fotoana ahatongavan’i Trump ho ilay fahavalo, dia ilay avy amin’ny fito, ary manomboka eo dia hisy fahagagana satanika hitranga hanohana ny asa fananganana sary ho an’ilay bibidia. Ny valo dia tandindon’ny sarin’ilay bibidia natsangana tamin’ny maty, ary amin’izany fotoana izany no anombohan’ny fananganana ilay sary, araka izay asehon’ny 161 tal. J.K.</w:t>
      </w:r>
    </w:p>
    <w:p>
      <w:pPr>
        <w:pStyle w:val="ArticleBody"/>
        <w:jc w:val="left"/>
      </w:pPr>
      <w:r>
        <w:rPr>
          <w:rFonts w:ascii="Times New Roman" w:hAnsi="Times New Roman" w:eastAsia="Times New Roman" w:cs="Times New Roman"/>
        </w:rPr>
        <w:t>Ny fananganana ny sarin’ny bibidia dia tanterahina voalohany any Etazonia, ary avy eo ny sarin’ny bibidia dia terena amin’izao tontolo izao manontolo. Eo am-piandohan’ny faneren’i Etazonia an’izao tontolo izao handray sarina bibidia, izay samy hiteny sy hampamono izay rehetra tsy hiankohoka amin’ny sarin’ny bibidia, dia vao avy handany lalàna alahady i Etazonia, sady efa nanangana firaisana telo sosona. Amin’ny fotoana hananganana ny lalàna alahady dia efa mijoro io firaisana telo sosona io, ary tonga ny fotoana hanaovan’i Satana asa mahagaga lehibe, satria maka tahaka an’i Kristy i Satana ka manao fahagagana mba hitarihana izao tontolo izao handray ny sarin’ny bibidia eran-tany sy ny fivavahana amin’ny alahady. Amin’izay fotoana izay dia lasa mpitarika ireo mpanjaka folo i Trump.</w:t>
      </w:r>
    </w:p>
    <w:p>
      <w:pPr>
        <w:pStyle w:val="ArticleBody"/>
        <w:jc w:val="left"/>
      </w:pPr>
      <w:r>
        <w:rPr>
          <w:rFonts w:ascii="Times New Roman" w:hAnsi="Times New Roman" w:eastAsia="Times New Roman" w:cs="Times New Roman"/>
        </w:rPr>
        <w:t>Noho izany, ny fanokanana an’i Trump ho mpanjaka lehibe ambonin’ireo mpanjaka folo, izay tanteraka amin’ilay firaisana telo sosona amin’ny lalàn’ny Alahady ho avy tsy ho ela, dia efa voasoritra mialoha tamin’ny fanokanana an’i Trump ho filoha fahavalo, dia ilay avy amin’ny fito, tamin’ny 20 Janoary 2025. Amin’ny lalàn’ny Alahady izay mamarana ny fananganana ny sarin’ilay bibidia any Etazonia, dia tonga fahavalo koa ilay bibidia papaly, dia ilay avy amin’ny fito. Noho izany, ny fotoam-pitsapana momba ny sarin’ilay bibidia dia manomboka amin’ny nahatongavan’i Trump ho ilay fahavalo izay avy amin’ny fito, ary rehefa mifarana izany vanim-potoana izany, dia tonga ilay fahavalo izay avy amin’ny fito koa ny fitondrana papaly, fa ny Alpha sy Omega dia maneho ny fiafarana amin’ny alalan’ny fiandohana.</w:t>
      </w:r>
    </w:p>
    <w:p>
      <w:pPr>
        <w:pStyle w:val="ArticleBody"/>
        <w:jc w:val="left"/>
      </w:pPr>
      <w:r>
        <w:rPr>
          <w:rFonts w:ascii="Times New Roman" w:hAnsi="Times New Roman" w:eastAsia="Times New Roman" w:cs="Times New Roman"/>
        </w:rPr>
        <w:t>Ny fahagagana satanika dia manomboka amin’ny fanokanana an’i Trump, rehefa manomboka ny vanim-potoanan’ny fananganana ny sarin’ilay bibidia, ary izany no manamarika ny asa mahagaga ataon’i Satana izay manomboka amin’ny faran’ny vanim-potoanan’ny fananganana ny sarin’ilay bibidia any Etazonia. Ny fanokanana an’i Trump no manamarika ny fiandohan’izany vanim-potoana izany, ary ny fanokanana azy ho mpanjaka voalohany amin’ireo mpanjaka folo ao amin’ny Firenena Mikambana no manamarika ny fiafaran’izany vanim-potoana izany. Ao amin’ireo fanokanana amin’ny fiandohana sy amin’ny fiafarana, izay samy manomboka ny fananganana ny sarin’ilay bibidia, dia voalohany any Etazonia izany, ary avy eo manerana izao tontolo izao.</w:t>
      </w:r>
    </w:p>
    <w:p>
      <w:pPr>
        <w:pStyle w:val="ArticleBody"/>
        <w:jc w:val="left"/>
      </w:pPr>
      <w:r>
        <w:rPr>
          <w:rFonts w:ascii="Times New Roman" w:hAnsi="Times New Roman" w:eastAsia="Times New Roman" w:cs="Times New Roman"/>
        </w:rPr>
        <w:t>Ny asan’ilay fanekena, na ny fiarahana tamin’i Roma izay nitranga tamin’ny 161 talohan’i K. ka hatramin’ny 158 talohan’i K., no mamaritra ity tantara ity, ary mifarana amin’ny lalàn’ny Alahady ao amin’ny andininy fahenina ambin’ny folo izany. Ny asa farany amin’ny fananganana fitondram-panjakana izay sarin’ny rafitra papaly dia manomboka amin’ny fananganana ny sarin’ilay bibidia, ary atosik’i Trump izany eo am-pamerenany ny valim-pitondrana ara-politika ho an’ireo Protestanta nihemotra tamin’ny finoana, izay nanome azy tamin’ny fandreseny ara-politika.</w:t>
      </w:r>
    </w:p>
    <w:p>
      <w:pPr>
        <w:pStyle w:val="ArticleBody"/>
        <w:jc w:val="left"/>
      </w:pPr>
      <w:r>
        <w:rPr>
          <w:rFonts w:ascii="Times New Roman" w:hAnsi="Times New Roman" w:eastAsia="Times New Roman" w:cs="Times New Roman"/>
        </w:rPr>
        <w:t>Ity rafitra ara-paminaniana ity dia apetraka ao anatin’ny tantara miafina ao amin’ny andininy faha-efapolo. Ny tantara miafina ao amin’ny andininy faha-roa ka hatramin’ny andininy faha-telo ao amin’ny Daniela iraika ambin’ny folo dia tsy maintsy apetraka eo ambonin’io rafitra io koa. Ny tantara ara-paminanian’ny vavolombelona roa ao amin’ny Apokalypsy toko faha-iraika ambin’ny folo dia tsy maintsy apetraka eo ambonin’io rafitra io koa. Amin’ny fampiarahana ireo tsipika telo ireo ao anatin’ny tantara miafina ao amin’ny andininy faha-efapolo, ny Liona avy amin’ny firenen’i Joda dia manokatra ny tombo-kasen’ilay ampahan’ny faminanian’i Daniela izay voaisy tombo-kase hatramin’ny andro farany.</w:t>
      </w:r>
    </w:p>
    <w:p>
      <w:pPr>
        <w:pStyle w:val="ArticleScripture"/>
        <w:jc w:val="left"/>
      </w:pPr>
      <w:r>
        <w:rPr>
          <w:rFonts w:ascii="Times New Roman" w:hAnsi="Times New Roman" w:eastAsia="Times New Roman" w:cs="Times New Roman"/>
        </w:rPr>
        <w:t>Moa ve hisy trompetra ao an-tanàna, ka tsy hatahotra va ny olona? Moa va hisy loza ao an-tanàna, ka tsy Jehovah no nanao izany? Fa Jehovah Tompo tsy manao na inona na inona, raha tsy efa nambarany tamin’ny mpanompony mpaminany ny zava-miafiny. Nierona ny liona, ka iza no tsy hatahotra? Jehovah Tompo no niteny, ka iza no tsy haminany? Ambarao any an-dapan’i Asdoda sy any an-dapa eo amin’ny tany Egypta, ka lazao hoe: Miangòna eo an-tendrombohitr’i Samaria hianareo, ka jereo ny savorovoro lehibe eo afovoany sy ny ampahorina eo afovoany. Amosa 3:6–9.</w:t>
      </w:r>
    </w:p>
    <w:p>
      <w:pPr>
        <w:pStyle w:val="ArticleBody"/>
        <w:jc w:val="left"/>
      </w:pPr>
      <w:r>
        <w:rPr>
          <w:rFonts w:ascii="Times New Roman" w:hAnsi="Times New Roman" w:eastAsia="Times New Roman" w:cs="Times New Roman"/>
        </w:rPr>
        <w:t>Ny hafatra izay voavaha ny tombo-kaseny, sady aseho ao anatin’ny tantara miafina ao amin’ny andininy faha-efapolo amin’ny Daniela 11, dia ny hafatry ny famehezana; ary i Amosa dia mametraka fanontaniana an-kolaka momba ny fitsofana trompetra ao an-tanàna sy ny fieronan’ny liona; ary i Amosa no manome ny valiny rehefa milaza izy fa Andriamanitra dia tsy hanao na inona na inona raha tsy efa nambarany tamin’ny mpaminany mpanompony aloha izany. Ampidiriny ao koa fa ny hafatry ny trompetra izay natao hampiteraka tahotra araka an’Andriamanitra dia hampahafantatra koa ny ratsy ao an-tanàna, ary tokony havoaka any Asdoda sy Egypta ary Samaria izany, izay maneho ny firafitra telo sosona an’i Babylona maoderina. Ny hafatry ny trompetra famehezana dia tokony hotorina amin’izao tontolo izao manontolo mialoha ny fisehoan-javatra asehon’ilay hafatry ny famehezana. Ny hafatry ny trompetra izay hafatry ny famehezana dia mitondra ny sonian’ny “Fahamarinana”, satria ny fotoan’ny famehezana dia miorina amin’ny fitsofana trompetra intelo an’ilay loza fahatelo.</w:t>
      </w:r>
    </w:p>
    <w:p>
      <w:pPr>
        <w:pStyle w:val="ArticleBody"/>
        <w:jc w:val="left"/>
      </w:pPr>
      <w:r>
        <w:rPr>
          <w:rFonts w:ascii="Times New Roman" w:hAnsi="Times New Roman" w:eastAsia="Times New Roman" w:cs="Times New Roman"/>
        </w:rPr>
        <w:t>Ny trompetra no nanamarika voalohany ny fiandohan’ny fanisiana tombo-kase tamin’ny 11 Septambra 2001, ary ny farany kosa no maneho ny fiafaran’ny fanisiana tombo-kase amin’ilay lalàn’ny Alahady ho avy tsy ho ela, amin’izay, amin’ny horohorontany lehibe, no ihavian’ny loza fahatelo tampoka. Ny fitsofana afovoany dia nitranga tamin’ny 7 Oktobra 2023, rehefa namely tamin’ny fanafihana tampoka avy amin’ny silamo amin’ilay loza fahatelo ny tany be voninahitra fahiny, tahaka ny namely ny tany be voninahitra ankehitriny tamin’ny fanafihana tampoka avy amin’ny silamo amin’ilay loza fahatelo tamin’ny 2001, ary tahaka izay hitranga amin’ny faran’ireo fitsofana telo ireo amin’ilay lalàn’ny Alahady ho avy tsy ho ela. Ilay fanafihana tampoka afovoany tamin’ny tany be voninahitra fahiny dia namely an’i Isiraely ara-bakiteny, tandindon’ny fikomiana izay nanombo ny Mesia tamin’ny hazo fijaliana.</w:t>
      </w:r>
    </w:p>
    <w:p>
      <w:pPr>
        <w:pStyle w:val="ArticleBody"/>
        <w:jc w:val="left"/>
      </w:pPr>
      <w:r>
        <w:rPr>
          <w:rFonts w:ascii="Times New Roman" w:hAnsi="Times New Roman" w:eastAsia="Times New Roman" w:cs="Times New Roman"/>
        </w:rPr>
        <w:t>Ny hafatry ny trompetra nataon’i Amosa dia haely manerana izao tontolo izao, ary ny asa famoahana izany hafatra izany dia nanomboka tamin’ny faran’ny volana Jolay 2023. Ary avy eo nierona ny Liona avy amin’ny firenen’i Joda, ka iza no tsy hatahotra, ary iza no ho sahy handà fa ny zava-nitranga mifandray amin’ny fotoan’ny fanisiana tombo-kase ny efatra arivo sy iray alina sy efatra arivo sy iray hetsy dia efa esorina amin’ny tombo-kaseny ankehitriny manerana ny tany? Ireo lahatsoratra ireo dia efa miparitaka any amin’ny firenena mihoatra ny roapolo amby zato, amin’ny fiteny mihoatra ny enimpolo, ary azo vakina na henoina.</w:t>
      </w:r>
    </w:p>
    <w:p>
      <w:pPr>
        <w:pStyle w:val="ArticleScripture"/>
        <w:jc w:val="left"/>
      </w:pPr>
      <w:r>
        <w:rPr>
          <w:rFonts w:ascii="Times New Roman" w:hAnsi="Times New Roman" w:eastAsia="Times New Roman" w:cs="Times New Roman"/>
        </w:rPr>
        <w:t>Sambatra izay mamaky, ary izay mihaino ny tenin’ity faminaniana ity ka mitandrina izay zavatra voasoratra ao anatiny; fa efa akaiky ny fotoana. Apokalypsy 1:3.</w:t>
      </w:r>
    </w:p>
    <w:p>
      <w:pPr>
        <w:pStyle w:val="ArticleBody"/>
        <w:jc w:val="left"/>
      </w:pPr>
      <w:r>
        <w:rPr>
          <w:rFonts w:ascii="Times New Roman" w:hAnsi="Times New Roman" w:eastAsia="Times New Roman" w:cs="Times New Roman"/>
        </w:rPr>
        <w:t>Rehefa esorina ny tombo-kase fahafito sy farany, ka ny afo avy teo amin’ny alitara izay nafangaro tamin’ny vavaka sy ny ditin-kazo manitra dia atsipy etỳ an-tany, dia nisy feo, kotrokorana, helatra ary horohoron-tany lehibe. Io horohoron-tany lehibe io dia ateraky ny hafatry ny Antso Amin’ny Misasakalina izay araraka tahaka ny afo eo amin’ireo olona masina izay misento sy mitaraina ao amin’ny Ezekiela toko fahasivy, tahaka ilay nidinan’ny afo tamin’ny Pentekosta. Io afo io dia naneho hafatra izay nentina tamin’izany fotoana izany ho any amin’ny firenena sy ny fokom-pirenena sy ny samihafa fiteny ary ny olona rehetra, tahaka ireo lahatsoratra ireo. Io afo io dia naneho ny fahaizana mampita izany hafatra izany amin’ny fiteny maro, tahaka ireo lahatsoratra ireo. Ireo lahatsoratra ireo dia mampahafantatra mialoha izay efa ho tanteraka, fa tsy manao na inona na inona ny Tompo raha tsy ambarany aloha amin’ny alalan’ny Teniny ara-paminaniana ny asany.</w:t>
      </w:r>
    </w:p>
    <w:p>
      <w:pPr>
        <w:pStyle w:val="ArticleScripture"/>
        <w:jc w:val="left"/>
      </w:pPr>
      <w:r>
        <w:rPr>
          <w:rFonts w:ascii="Times New Roman" w:hAnsi="Times New Roman" w:eastAsia="Times New Roman" w:cs="Times New Roman"/>
        </w:rPr>
        <w:t>Mihainoa, ry lanitra, fa hiteny aho; ary mihainoa, ry tany, ny tenin’ny vavako. Hitete tahaka ny ranonorana ny fampianarako, ary hilatsaka tahaka ny ando ny teniko, tahaka ny ranonoram-pahavaratra amin’ny ahitra tanora, ary tahaka ny ranonoram-be amin’ny bozaka; fa hamoaka ny anaran’i Jehovah aho; omeo ny fahalehibiazana ho an’Andriamanitsika. Izy no Vatolampy, tanteraka ny asany; fa ny lalany rehetra dia fitsarana; Andriamanitry ny fahamarinana Izy ka tsy misy tsi-fahamarinana ao aminy; marina sy mahitsy Izy. Efa nandoto ny tenany izy ireo; ny pentiny tsy mba pentin’ny zanany; taranaka maditra sy mivilana izy. Deoteronomia 32:1–5.</w:t>
      </w:r>
    </w:p>
    <w:p>
      <w:pPr>
        <w:pStyle w:val="ArticleBody"/>
        <w:jc w:val="left"/>
      </w:pPr>
      <w:r>
        <w:rPr>
          <w:rFonts w:ascii="Times New Roman" w:hAnsi="Times New Roman" w:eastAsia="Times New Roman" w:cs="Times New Roman"/>
        </w:rPr>
        <w:t>Ny “fotopampianaran’ny” ranonorana farany dia avoakan’ny Tompo ankehitriny, ary ny fotopampianarana mandrafitra ny hafatry ny Antso Mamatonalina–hafatry ny Ranonorana Farany dia miorina amin’ny “anaran’i Jehovah.” Ny anarany dia “Fahamarinana,” Izy no Palmoni, Ilay Mpanisa Mahagaga, ary Izy no Mpandinika Fiteny Mahagaga, Izy no Alfa sy Omega, Izy no Zanak’Andriamanitra sy Zanak’olona, Izy no Mpisoronabe, Izy no Liona avy amin’ny fokon’i Joda, ary Izy no Mikaela arkanjely. Ireo anaran’i Kristy rehetra ireo dia ampahany tsy azo sarahina amin’ny Fanambaran’i Jesosy Kristy izay voasokatra just alohan’ny hifaranan’ny fotoam-pahasoavana, ary ampahany tsy azo sarahina amin’ireo lahatsoratra izay efa navoaka manerana ny planeta nanomboka tamin’ny faran’ny volana Jolay 2023. “Izay manan-tsofina, aoka izy hihaino izay lazain’ny Fanahy amin’ny fiangonana.”</w:t>
      </w:r>
    </w:p>
    <w:p>
      <w:pPr>
        <w:pStyle w:val="ArticleBody"/>
        <w:jc w:val="left"/>
      </w:pPr>
      <w:r>
        <w:rPr>
          <w:rFonts w:ascii="Times New Roman" w:hAnsi="Times New Roman" w:eastAsia="Times New Roman" w:cs="Times New Roman"/>
        </w:rPr>
        <w:t>Ang Liona sa banay ni Juda, nga mao ang nakadaug ug nakabaton sa katungod sa pag-abli sa basahon nga tinimbrihan sa pito ka mga timri, nagasinggit karon, maingon sa Iyang gibuhat niadtong Oktubre 22, 1844, kinsa bay dili mahadlok?</w:t>
      </w:r>
    </w:p>
    <w:p>
      <w:pPr>
        <w:pStyle w:val="ArticleScripture"/>
        <w:jc w:val="left"/>
      </w:pPr>
      <w:r>
        <w:rPr>
          <w:rFonts w:ascii="Times New Roman" w:hAnsi="Times New Roman" w:eastAsia="Times New Roman" w:cs="Times New Roman"/>
        </w:rPr>
        <w:t>Ary niantso tamin’ny feo mahery izy, tahaka ny fieron’ny liona; ary rehefa niantso izy, dia niteny tamin’ny feony ny kotrokorana fito. Ary rehefa niteny tamin’ny feony ny kotrokorana fito, dia efa saiky hanoratra aho; ary nandre feo avy tany an-danitra aho nanao tamiko hoe: Asio tombo-kase izay zavatra nolazain’ny kotrokorana fito, ary aza soratana. Apokalypsy 10:3, 4.</w:t>
      </w:r>
    </w:p>
    <w:p>
      <w:pPr>
        <w:pStyle w:val="ArticleBody"/>
        <w:jc w:val="left"/>
      </w:pPr>
      <w:r>
        <w:rPr>
          <w:rFonts w:ascii="Times New Roman" w:hAnsi="Times New Roman" w:eastAsia="Times New Roman" w:cs="Times New Roman"/>
        </w:rPr>
        <w:t>Ny tantara masina iray izay mifanaraka amin’ilay tantara miafina ao amin’ny Daniela iraika ambin’ny folo andininy faha-efapolo dia ny tantaran’ny Millerites, ho fahatanterahan’ny fanoharana momba ny virijina folo ao amin’ny Matio dimy amby roapolo, ny kotrokorana fito ao amin’ny Apokalypsy folo, ny Habakoka toko faharoa, ary ny Ezekiela toko faharoa ambin’ny folo, andininy iraika amby roapolo ka hatramin’ny valo amby roapolo. Nanomboka tamin’ny fotoan’ny farany tamin’ny 1798 ny tantaran’izy ireo, izay mifanaraka amin’ny fotoan’ny farany tamin’ny 1989. Ao amin’ny Apokalypsy toko fahafolo, ny kotrokorana fito dia nanao ny feony, nefa nosakanana tsy hanoratra izay nolazain’ny kotrokorana fito i Jaona. Ny apostoly Paoly dia nahita sy nandre zavatra tany amin’ny lanitra fahatelo izay tsy nahazoan-dalana ny olona hosoratana.</w:t>
      </w:r>
    </w:p>
    <w:p>
      <w:pPr>
        <w:pStyle w:val="ArticleScripture"/>
        <w:jc w:val="left"/>
      </w:pPr>
      <w:r>
        <w:rPr>
          <w:rFonts w:ascii="Times New Roman" w:hAnsi="Times New Roman" w:eastAsia="Times New Roman" w:cs="Times New Roman"/>
        </w:rPr>
        <w:t>Tany am-piandohan’ny fanandramany kristiana dia nomena tombontsoa manokana ny apostoly Paoly hianatra ny sitrapon’Andriamanitra momba ireo mpanaraka an’i Jesosy. “Nakarina ho any amin’ny lanitra fahatelo” izy, “ho any Paradisa, ka nandre teny tsy azo ambara, izay tsy mety hovolenin’olona.” Izy tenany no niaiky fa “fahitana sy fanambarana” maro no nomena azy “avy tamin’ny Tompo.” Ny fahalalany ny foto-kevitry ny fahamarinan’ny filazantsara dia nitovy tamin’ny an’“ireo apostoly ambony indrindra aza.” 2 Korintiana 12:2, 4, 1, 11. Nanana fahatakarana mazava sy feno izy ny amin’ny “sakany sy halavany ary halaliny sy hahavony” amin’ny “fitiavan’i Kristy, izay mihoatra noho ny fahalalana.” Efesiana 3:18, 19. Asan’ny Apostoly, 469.</w:t>
      </w:r>
    </w:p>
    <w:p>
      <w:pPr>
        <w:pStyle w:val="ArticleBody"/>
        <w:jc w:val="left"/>
      </w:pPr>
      <w:r>
        <w:rPr>
          <w:rFonts w:ascii="Times New Roman" w:hAnsi="Times New Roman" w:eastAsia="Times New Roman" w:cs="Times New Roman"/>
        </w:rPr>
        <w:t>Ny mpaminany rehetra dia manondro ny andro farany, ary izay ren’i Jaona raha “nanonona” ny feony ny kotrokorana fito dia norarana tsy hosoratany. Izay hitan’i Paoly fony izy tany amin’ny lanitra fahatelo dia tsy navela ho an’olona iray “hanonona.” Ny fahamarinana asehon’ny kotrokorana fito dia natao hamehezina mandra-pifidian’ny Liona avy amin’ny fokon’i Joda hanokatra izany fahamarinana izany.</w:t>
      </w:r>
    </w:p>
    <w:p>
      <w:pPr>
        <w:pStyle w:val="ArticleBody"/>
        <w:jc w:val="left"/>
      </w:pPr>
      <w:r>
        <w:rPr>
          <w:rFonts w:ascii="Times New Roman" w:hAnsi="Times New Roman" w:eastAsia="Times New Roman" w:cs="Times New Roman"/>
        </w:rPr>
        <w:t>Naseho tamin’i Sister White izany tamin’ny ampahany, satria nofaritany fa maneho ny “zava-nitranga izay hiseho” eo amin’ny tantaran’ny hafatry ny anjely voalohany sy faharoa izany, ary koa fa maneho ny “zava-mitranga ho avy izay haseho araka ny filaharany” izany. Koa izay nambara tamin’izany fotoana izany dia faminaniana mifandray amin’ny “zava-mitranga ho avy.” Nampianarina azy koa fa ny fanakatonana ny kotro-baratra fito tamin’ny tombo-kase dia naneho mialoha ny fanakatonana ny bokin’i Daniela tamin’ny tombo-kase.</w:t>
      </w:r>
    </w:p>
    <w:p>
      <w:pPr>
        <w:pStyle w:val="ArticleScripture"/>
        <w:jc w:val="left"/>
      </w:pPr>
      <w:r>
        <w:rPr>
          <w:rFonts w:ascii="Times New Roman" w:hAnsi="Times New Roman" w:eastAsia="Times New Roman" w:cs="Times New Roman"/>
        </w:rPr>
        <w:t>“Ny fahazavana manokana nomena an’i Jaona, izay naseho tamin’ny alalan’ny kotro-baratra fito, dia fanoritsoritana ireo zava-nitranga izay hiseho eo ambanin’ny hafatry ny anjely voalohany sy faharoa....”</w:t>
      </w:r>
    </w:p>
    <w:p>
      <w:pPr>
        <w:pStyle w:val="ArticleScripture"/>
        <w:jc w:val="left"/>
      </w:pPr>
      <w:r>
        <w:rPr>
          <w:rFonts w:ascii="Times New Roman" w:hAnsi="Times New Roman" w:eastAsia="Times New Roman" w:cs="Times New Roman"/>
        </w:rPr>
        <w:t>“Taorian’ny nandrenesan’ireo kotrokorana fito ireo ny feony, dia tonga tamin’i Jaona ny baiko, tahaka izay nomena an’i Daniela ny amin’ilay boky kely hoe: ‘Asio tombo-kase izay nolazain’ireo kotrokorana fito ireo.’ Mikasika ny zava-mitranga amin’ny ho avy izany, izay haseho araka ny filaharany.” The Seventh-day Adventist Bible Commentary, volume 7, 971.</w:t>
      </w:r>
    </w:p>
    <w:p>
      <w:pPr>
        <w:pStyle w:val="ArticleBody"/>
        <w:jc w:val="left"/>
      </w:pPr>
      <w:r>
        <w:rPr>
          <w:rFonts w:ascii="Times New Roman" w:hAnsi="Times New Roman" w:eastAsia="Times New Roman" w:cs="Times New Roman"/>
        </w:rPr>
        <w:t>Ny fahatakarana fa ny kotrokorana fito dia tandindona manaporofo sy manohana ny metodolojia, ary nekena izany tamin’ny fotoanan’ny farany izay nanomboka tamin’ny taona 1989. Taorian’ny 11 Septambra 2001, ny maha-zava-dehibe ny famerimberenana ireo fihetsiketsehana roa dia tonga fahamarinana fitsapana ankehitriny.</w:t>
      </w:r>
    </w:p>
    <w:p>
      <w:pPr>
        <w:pStyle w:val="ArticleBody"/>
        <w:jc w:val="left"/>
      </w:pPr>
      <w:r>
        <w:rPr>
          <w:rFonts w:ascii="Times New Roman" w:hAnsi="Times New Roman" w:eastAsia="Times New Roman" w:cs="Times New Roman"/>
        </w:rPr>
        <w:t>Ny famerimberenana ny tantaran’ny Millerita ao amin’ny tantaran’ireo iray hetsy sy efatra alina sy efatra arivo no fitsipika voalohany izay nohamafisina tamin’izany daty izany, tahaka ny nanamafisana ny fitsipika voalohan’ny Millerita tamin’ny 11 Aogositra 1840. Ho an’ny Millerita, ny fitsipika voalohany hoe ny andro iray dia maneho taona iray dia nohamafisina tamin’ny 11 Aogositra 1840, ary ny fitsipika voalohany izay manondro fa ny hetsika fanavaozana rehetra dia mifanahaka, “andalana manaraka andalana,” dia nohamafisina tamin’ny 11 Septambra 2001. Ny kotrokorana fito, ho vavolombelon’izany fahamarinana izany, dia novahana tamin’izany fotoana izany.</w:t>
      </w:r>
    </w:p>
    <w:p>
      <w:pPr>
        <w:pStyle w:val="ArticleBody"/>
        <w:jc w:val="left"/>
      </w:pPr>
      <w:r>
        <w:rPr>
          <w:rFonts w:ascii="Times New Roman" w:hAnsi="Times New Roman" w:eastAsia="Times New Roman" w:cs="Times New Roman"/>
        </w:rPr>
        <w:t>Mampiseho mandrakariva ny fiafaran’ny zavatra iray amin’ny alalan’ny fiandohany i Jesosy, ary ny 11 Septambra 2001, izay fiandohan’ny fizotry ny fanombohana tombo-kase, no manondro ny fiafaran’ny fizotry ny fanombohana tombo-kase. Ny Liona avy amin’ny firenen’i Joda dia nanokatra lafiny iray hafa amin’ireo kotrokorana fito rehefa nanomboka nanangana ireo taolana maina maty Izy tamin’ny Jolay 2023, satria tamin’izany no nanambarany fa, mifanaraka amin’ny “Fahamarinana,” ireo kotrokorana fito dia maneho an’ohatra ihany koa ny tantara Millerita momba ny fahadisoam-panantenana voalohany sy farany, ka ny fikomian’ny Antso Mamatonalina no mari-dalana afovoany.</w:t>
      </w:r>
    </w:p>
    <w:p>
      <w:pPr>
        <w:pStyle w:val="ArticleBody"/>
        <w:jc w:val="left"/>
      </w:pPr>
      <w:r>
        <w:rPr>
          <w:rFonts w:ascii="Times New Roman" w:hAnsi="Times New Roman" w:eastAsia="Times New Roman" w:cs="Times New Roman"/>
        </w:rPr>
        <w:t>Amin’ny fanaovana izany, dia nambarany fa ny kotro-baratra fito dia miverimberina ao amin’ny tantaran’ny 18 Jolay 2020 ka hatramin’ny lalàna Alahady izay ho avy tsy ho ela. Ny fahadisoam-panantenana tamin’ny 18 Jolay 2020, izay famantarana voalohany, ary ny fahadisoam-panantenana amin’ilay lalàna Alahady izay ho avy tsy ho ela, izay farany amin’ireo famantarana telo an’ny “Fahamarinana,” izay manondro ny kotro-baratra fito amin’ny faran’ny fotoanan’ny fanisiana tombo-kase, dia asehon’ny fikomiana mifandray amin’ireo virijina adala izay mandà ny hafatry ny Liona avy amin’ny firenen’i Joda izay mierona ankehitriny, eo am-panokafana ny tombo-kaseny sy am-pamoahana ny hafany manerana ny tany tontolo, fa izany hafatra izany no hafatry ny Antso amin’ny Misasakalina amin’ny andro farany.</w:t>
      </w:r>
    </w:p>
    <w:p>
      <w:pPr>
        <w:pStyle w:val="ArticleBody"/>
        <w:jc w:val="left"/>
      </w:pPr>
      <w:r>
        <w:rPr>
          <w:rFonts w:ascii="Times New Roman" w:hAnsi="Times New Roman" w:eastAsia="Times New Roman" w:cs="Times New Roman"/>
        </w:rPr>
        <w:t>Tamin’ny fiandohan’ny fotoan’ny fanombohan-kase, ny 11 Septambra 2001, dia nidina ilay anjelin’ny Apokalypsy toko fahavalo ambin’ny folo ary, anisan’ny zavatra maro, dia nanokatra fahatakarana feno kokoa ny hevitry ny kotrokorana fito Izy. Ny fahatakarana tamin’izany momba ny kotrokorana fito dia tsy hoe fotsiny fa mifanindran-dalana ny hetsika fanavaozana, fa koa hoe rehefa midina amin’io mariky ny lalana io ao anatin’ny hetsika fanavaozana ilay anjely, dia manamafy ny fitsipika ara-paminaniana fototra amin’ny tantarany avy avy izany.</w:t>
      </w:r>
    </w:p>
    <w:p>
      <w:pPr>
        <w:pStyle w:val="ArticleBody"/>
        <w:jc w:val="left"/>
      </w:pPr>
      <w:r>
        <w:rPr>
          <w:rFonts w:ascii="Times New Roman" w:hAnsi="Times New Roman" w:eastAsia="Times New Roman" w:cs="Times New Roman"/>
        </w:rPr>
        <w:t>Ny fidinan’ilay anjely ao amin’ny Apokalypsy toko faha-valo ambin’ny folo tamin’ny 11 Septambra 2001 dia nanamafy ny fomba fiasan’ny ranonorana farany amin’ny hoe “tsipika eo ambonin’ny tsipika”, tamin’ny fanondroana fa ny fihetsiketsehana tany am-piandohana (na Alfa) no naneho mialoha ny fihetsiketsehana amin’ny farany (na Omega). Tamin’ny faran’ny andron’ny fanombohana tombo-kase, Mikaela dia nidina mba hanangana amin’ny maty ireo taolana maina, izay asehon’ireo vavolombelona roa izay maty teo amin’ny làlan’ilay tanàna lehibe, dia Sodoma sy Egypta, izay nohomboana tamin’ny hazo fijaliana koa ny Tompontsika. Rehefa niantso ny maty hiverina ho amin’ny fiainana Mikaela, Izy, amin’ny maha-Lionan’ny firenen’i Joda Azy, dia nanokatra ny voaisy tombo-kase ka nampiseho fa ny kotrokorana fito dia nanana tantara miafina nihoatra ny fahamarinana momba ny kotrokorana fito izay efa nambara teo aloha.</w:t>
      </w:r>
    </w:p>
    <w:p>
      <w:pPr>
        <w:pStyle w:val="ArticleBody"/>
        <w:jc w:val="left"/>
      </w:pPr>
      <w:r>
        <w:rPr>
          <w:rFonts w:ascii="Times New Roman" w:hAnsi="Times New Roman" w:eastAsia="Times New Roman" w:cs="Times New Roman"/>
        </w:rPr>
        <w:t>Ary rehefa novahan’ny Liona avy amin’ny firenen’i Joda io fahamarinana io tombo-kase, dia napetrany tao anatin’ny rafitry ny “Fahamarinana” izany. Tamin’izay no naseho fa ny 18 Jolay 2020 dia mifanitsy amin’ny 19 Aprily 1844, ary fa ny tsirairay amin’ireo mari-pamantaran-dalana ireo dia harahin’ny famahana ny tombo-kasen’ny hafatry ny Antso amin’ny Mamatonalina, izay haneho ny fikomian’ireo virijina adala ao amin’ny tantara tsirairay avy. Novahany tombo-kase koa ny zava-misy fa handeha manerana izao tontolo izao tahaka ny tsunami ilay hafatra mandra-pampiharana ny lalàn’ny Alahady, dia ilay fahadisoam-panantenana lehibe.</w:t>
      </w:r>
    </w:p>
    <w:p>
      <w:pPr>
        <w:pStyle w:val="ArticleBody"/>
        <w:jc w:val="left"/>
      </w:pPr>
      <w:r>
        <w:rPr>
          <w:rFonts w:ascii="Times New Roman" w:hAnsi="Times New Roman" w:eastAsia="Times New Roman" w:cs="Times New Roman"/>
        </w:rPr>
        <w:t>Hanohy ity fianarana ity isika ao amin’ny lahatsoratra manaraka.</w:t>
      </w:r>
    </w:p>
    <w:p>
      <w:pPr>
        <w:pStyle w:val="ArticleScripture"/>
        <w:jc w:val="left"/>
      </w:pPr>
      <w:r>
        <w:rPr>
          <w:rFonts w:ascii="Times New Roman" w:hAnsi="Times New Roman" w:eastAsia="Times New Roman" w:cs="Times New Roman"/>
        </w:rPr>
        <w:t>Ary hoy Izy tamiko hoe: Aza asiana tombo-kase ny tenin’ny faminanian’ity boky ity; fa akaiky ny andro. Izay tsy marina, aoka mbola hanao ny tsy marina ihany izy; ary izay maloto, aoka mbola ho maloto ihany izy; ary izay marina, aoka mbola hanao ny marina ihany izy; ary izay masina, aoka mbola ho masina ihany izy. Ary, indro, avy faingana Aho; ary eto amiko ny valim-pitia homeko, hamaliako ny olona rehetra araka ny asany. Izaho no Alfa sy Omega, ny fiandohana sy ny fiafarana, ny voalohany sy ny farany. Apokalypsy 22:10–13.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Efatra amby sivifolo amby zato</dc:title>
  <dc:subject>Ny Akon’ny Makabeo: Ny Fandresen’i Trump sy ny Làlana Ara-paminaniana mankany amin’ny Sary an’ny Bibidia</dc:subject>
  <dc:creator>Jeff Pippenger</dc:creator>
  <cp:keywords/>
  <dc:description>Generated by ArticleDigger from daniel\194_daniel.json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