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Dimy amby sivifolo sy zato##</w:t>
      </w:r>
    </w:p>
    <w:p>
      <w:pPr>
        <w:pStyle w:val="ArticleSubtitle"/>
        <w:jc w:val="left"/>
      </w:pPr>
      <w:r>
        <w:rPr>
          <w:rFonts w:ascii="Arial" w:hAnsi="Arial" w:eastAsia="Arial" w:cs="Arial"/>
        </w:rPr>
        <w:t>Ny Làlana mankany amin’ny Lalàna Alahady: Ny Anjara Toeran’i Trump sy ny Fisehoan’ny Faminaniana ao amin’i Daniela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Ny tantara miafina ao amin’ny andininy faha-efapolo dia ahitana ny andiana filoha enina hatramin’ny fotoanan’ny farany tamin’ny 1989 ka hatramin’ny 2020, rehefa i Biden, ilay filoha fahafito, no nangalatra ny fitondram-panjakana. Ny taona 2020 no manamarika ny fiandohan’ny tantara miafina iray, manomboka amin’izany teboka izany ka hatrany amin’i “Aleksandra Lehibe”, izay maneho ny fotoana hananganana ny fanjakana fahafito ao amin’ny faminanian’ny Baiboly amin’ilay lalàn’ny Alahady izay ho avy tsy ho ela. Ireo mpanjaka folo ireo dia manaiky avy hatrany hanome ny fanjakany fahafito ho an’ilay fanjakana fahavalo, izay avy amin’ny fito—dia ny fahefana papa. Izany tantara miafina izany dia manomboka amin’ilay filoha fahafito ary mifarana amin’ilay fanjakana fahafito.</w:t>
      </w:r>
    </w:p>
    <w:p>
      <w:pPr>
        <w:pStyle w:val="ArticleBody"/>
        <w:jc w:val="left"/>
      </w:pPr>
      <w:r>
        <w:rPr>
          <w:rFonts w:ascii="Times New Roman" w:hAnsi="Times New Roman" w:eastAsia="Times New Roman" w:cs="Times New Roman"/>
        </w:rPr>
        <w:t>Rehefa mampahafantatra ny tantara fa teo anelanelan’i Xerxes, izay misolo tena ilay mpanjaka manankarena izay manetsika an’i Grisia, ka hatramin’i Aleksandra Lehibe, dia nisy mpanjaka persiana valo, dia hitantsika fa ny tantara miafina eo anelanelan’ny faran’ny andininy faharoa sy ny andininy fahatelo dia maneho ny sarin’ny bibidia amin’ny fotoam-pitsapana voamariky ny isa valo. Ny sarin’ny bibidia any Etazonia dia tafapetraka tanteraka rehefa ampiharina ny lalàn’ny Alahady, ary amin’izany fotoana izany dia tonga ny fanjakana fahafito ary avy eo ny fahavalo. Miafara amin’i Aleksandra Lehibe ireo mpanjaka persiana valo, koa ny isa valo no manamarika ny fotoam-pitsapana momba ny sarin’ny bibidia izay mifarana amin’ny lalàn’ny Alahady.</w:t>
      </w:r>
    </w:p>
    <w:p>
      <w:pPr>
        <w:pStyle w:val="ArticleBody"/>
        <w:jc w:val="left"/>
      </w:pPr>
      <w:r>
        <w:rPr>
          <w:rFonts w:ascii="Times New Roman" w:hAnsi="Times New Roman" w:eastAsia="Times New Roman" w:cs="Times New Roman"/>
        </w:rPr>
        <w:t>Ny andininy folo ka hatramin’ny dimy ambin’ny folo dia mampahafantatra antsika fa ny sarin’ilay bibidia amin’ny fotoam-pitsapana dia ilay mari-pamantarana fahatelo amin’ireo mari-pamantarana telo asehon’ny tantaran’ny Makabeo, ary io mari-pamantarana fahatelo io dia fe-potoana nanomboka tamin’ny 161 T.K. ka nifarana tamin’ny 158 T.K. Izany fe-potoana izany dia nanaraka ilay mari-pamantarana voalohany tamin’ny 167 T.K., izay nanondro ny fiandohan’ny Fikomian’ny Makabeo tao Modein, tanàna iray izay midika hoe “hanao fanoherana” ny anarany. Ny 164 T.K. dia nanaraka izany fanoherana tao Modein izany, ary nanondro ny fanokanana faharoa ny tempoly faharoa. Ny 164 T.K. dia manondro ny fanokanana fanindroany an’i Donald Trump ho filoha fahavalo hatramin’i Reagan tamin’ny 1989, izay avy amin’ny fito. Ny fanokanana azy tamin’ny 20 Janoary 2025 dia nasehon’ny 164 T.K., sy ny lanonana fanokanana indray, izay namokatra ilay fahagagana satanika izay ahitana filazana roa momba ilay fahavalo izay avy amin’ny fito.</w:t>
      </w:r>
    </w:p>
    <w:p>
      <w:pPr>
        <w:pStyle w:val="ArticleBody"/>
        <w:jc w:val="left"/>
      </w:pPr>
      <w:r>
        <w:rPr>
          <w:rFonts w:ascii="Times New Roman" w:hAnsi="Times New Roman" w:eastAsia="Times New Roman" w:cs="Times New Roman"/>
        </w:rPr>
        <w:t>Koa ireo mpanjaka persiana valo dia maneho ny tantaran’ny firaisan’ny Jiosy tamin’i Roma hatramin’ny 161 tal. J.K. ka hatramin’ny 158 tal. J.K., ary amin’ny fanaovana izany dia manome vavolombelona faharoa ho an’ny fotoam-pitsapana ny sarin’ny bibidia izay manaraka ny fanokanana an’i Trump amin’ny taona 2025. Ny andininy faharoa dia mandroso hatrany amin’ilay fifidianana nangalarina tamin’ny 2020, izay iafarany mandra-pampiharana ny vavolombelona ara-tantara momba ireo mpanjaka persiana valo, ary mahita ny fampiharana azy ireo aorian’ny fanokanana faharoa an’i Trump. Rehefa apetraka eo ambonin’ny tantara eo anelanelan’ny andininy faharoa sy fahatelo ireo mpanjaka persiana valo, dia mbola misy vanim-potoana miafina hatramin’ny fanokanana an’i Biden ka hatramin’ny fanokanana faharoa an’i Trump.</w:t>
      </w:r>
    </w:p>
    <w:p>
      <w:pPr>
        <w:pStyle w:val="ArticleBody"/>
        <w:jc w:val="left"/>
      </w:pPr>
      <w:r>
        <w:rPr>
          <w:rFonts w:ascii="Times New Roman" w:hAnsi="Times New Roman" w:eastAsia="Times New Roman" w:cs="Times New Roman"/>
        </w:rPr>
        <w:t>Izany tantara miafina izany dia aseho ao amin’ny Apokalypsy toko faha-iraika ambin’ny folo, izay mamono ny vavolombelona roa amin’ny taona 2020 ny bibin’ny tsy finoana an’Andriamanitra. Avy eo, rehefa afaka telo andro sy tapany ara-panoharana, dia midina i Mikaela mba hanangana amin’ny maty ny vavolombelona roa. Trump “natsangana tamin’ny maty” dia nanomboka ny fampielezan-keviny fahatelo ho filoham-pirenena tamin’ny 15 Novambra 2022, ary “feo miantso any an’efitra” natsangana tamin’ny maty dia nanomboka niantso ny iray hetsy sy efatra alina sy efatra arivo tamin’ny faran’ny volana Jolay 2023.</w:t>
      </w:r>
    </w:p>
    <w:p>
      <w:pPr>
        <w:pStyle w:val="ArticleBody"/>
        <w:jc w:val="left"/>
      </w:pPr>
      <w:r>
        <w:rPr>
          <w:rFonts w:ascii="Times New Roman" w:hAnsi="Times New Roman" w:eastAsia="Times New Roman" w:cs="Times New Roman"/>
        </w:rPr>
        <w:t>Ny andininy faha-folo sy faha-iraika ambin’ny folo ary faha-roa ambin’ny folo ao amin’ny Daniela toko faha-iraika ambin’ny folo dia manondro ny Ady Okrainiana izay nanomboka tamin’ny 2014, ary hifarana amin’ny fandresen’i Rosia, arahina ny firodanan’ny konfederasiona Rosiana ankehitriny, araka ny tandindon’ny firodanan’ny Firaisana Sôvietika tamin’ny 1989.</w:t>
      </w:r>
    </w:p>
    <w:p>
      <w:pPr>
        <w:pStyle w:val="ArticleBody"/>
        <w:jc w:val="left"/>
      </w:pPr>
      <w:r>
        <w:rPr>
          <w:rFonts w:ascii="Times New Roman" w:hAnsi="Times New Roman" w:eastAsia="Times New Roman" w:cs="Times New Roman"/>
        </w:rPr>
        <w:t>Ny andininy fahatelo ambin’ny folo ka hatramin’ny fahadimy ambin’ny folo dia manondro tsipika ara-paminaniana telo. Ny tsipika momba ny fanasitranana ny fahefan’ny papa, izay manomboka rehefa mivoaka avy ao amin’ny fiafenany ilay vehivavy janga avy any Tyro, dia asehon’ny andininy fahadimy ambin’ny folo; ary ny fahatanterahany ara-tantara dia tamin’ny 200 talohan’i Kristy, rehefa niditra tao amin’ny tantara ara-paminaniana i Roma jentilisa amin’ny maha-mpandroba ny olonao azy, izay manandratra ny tenany, nefa lavo.</w:t>
      </w:r>
    </w:p>
    <w:p>
      <w:pPr>
        <w:pStyle w:val="ArticleBody"/>
        <w:jc w:val="left"/>
      </w:pPr>
      <w:r>
        <w:rPr>
          <w:rFonts w:ascii="Times New Roman" w:hAnsi="Times New Roman" w:eastAsia="Times New Roman" w:cs="Times New Roman"/>
        </w:rPr>
        <w:t>Ao anatin’ireo andininy telo ireo, ny tsipika ara-paminaniana momba ny Repoblikanisma nihemotra tamin’ny finoana dia asehon’ny tantaran’i Antiokosy III, izay maneho mialoha ny anjara asan’i Trump amin’ny maha filoha fahavalo azy, dia ilay avy amin’ny fito. Ireo andininy ireo koa dia mamantatra ny tsipika ara-paminaniana momba ny Protestantisma nihemotra tamin’ny finoana araka ny asehon’ny tantaran’ny Makabeo.</w:t>
      </w:r>
    </w:p>
    <w:p>
      <w:pPr>
        <w:pStyle w:val="ArticleBody"/>
        <w:jc w:val="left"/>
      </w:pPr>
      <w:r>
        <w:rPr>
          <w:rFonts w:ascii="Times New Roman" w:hAnsi="Times New Roman" w:eastAsia="Times New Roman" w:cs="Times New Roman"/>
        </w:rPr>
        <w:t>Ny tsipika ara-paminaniana momba ilay tandroka protestanta marina izay nanomboka tamin’ny hetsika Filadelfiana an’ny Millerita, ary mifarana amin’ny hetsika Filadelfiana an’ireo iray hetsy sy efatra alina sy efatra arivo, dia tsy maintsy apetaka eo ambonin’ny tantara miafina ao amin’ny andininy faha-efapolo koa. Ny kotro-baratra fito ao amin’ny Apokalypsy toko faha-folo dia tandindon’ny hetsika Filadelfiana an’ny Millerita sy an’ireo iray hetsy sy efatra alina sy efatra arivo. Ny fanakatonana voaisy tombo-kase ny faminaniana, sy ny fanokafana azy, dia tanterahin’i Kristy, ary rehefa manao izany Izy, dia maneho ny Tenany ho Ilay Liona avy amin’ny fokon’i Joda. Ao amin’ny toko faha-folo, ilay anjely izay lazain-dRahavavy White fa “tsy iza fa Jesosy Kristy mihitsy” dia “niantso tamin’ny feo mahery, tahaka ny fieron’ny liona; ary rehefa niantso Izy, dia niteny tamin’ny feony ny kotro-baratra fito.”</w:t>
      </w:r>
    </w:p>
    <w:p>
      <w:pPr>
        <w:pStyle w:val="ArticleBody"/>
        <w:jc w:val="left"/>
      </w:pPr>
      <w:r>
        <w:rPr>
          <w:rFonts w:ascii="Times New Roman" w:hAnsi="Times New Roman" w:eastAsia="Times New Roman" w:cs="Times New Roman"/>
        </w:rPr>
        <w:t>Kraisty, amin’ny maha-Liona avy amin’ny firenen’i Joda Azy, dia nametraka ny kotroka fito tao anatin’ny tantara ara-paminaniana manodidina ny taona 100, ary nofeheziny tombo-kase avy hatrany izany; fa “raha vao niteny ny feony ny kotroka fito,” i Jaona “dia saiky hanoratra; ary” izy “nahare feo avy any an-danitra nanao hoe,” “Asio tombo-kase izay zavatra nolazain’ny kotroka fito, ary aza soratana izany.”</w:t>
      </w:r>
    </w:p>
    <w:p>
      <w:pPr>
        <w:pStyle w:val="ArticleBody"/>
        <w:jc w:val="left"/>
      </w:pPr>
      <w:r>
        <w:rPr>
          <w:rFonts w:ascii="Times New Roman" w:hAnsi="Times New Roman" w:eastAsia="Times New Roman" w:cs="Times New Roman"/>
        </w:rPr>
        <w:t>Ny tantara miafina ao amin’ny andininy faha-efapolo dia esorin’ny Liona avy amin’ny firenen’i Joda amin’izao fotoana izao ny tombo-kaseny; ary ao anatin’izany tantara izany, ny tsipiky ny tandroka protestanta marina dia asehon’ireo kotrokorana fito. Rehefa nanomboka niantso mafy tany an-efitra ilay feo tamin’ny volana Jolay 2023, dia nesorin’ny Liona avy amin’ny firenen’i Joda ny tombo-kasen’ny fanambarana iray hafa momba izay asehon’ny “Kotrokorana Fito”.</w:t>
      </w:r>
    </w:p>
    <w:p>
      <w:pPr>
        <w:pStyle w:val="ArticleBody"/>
        <w:jc w:val="left"/>
      </w:pPr>
      <w:r>
        <w:rPr>
          <w:rFonts w:ascii="Times New Roman" w:hAnsi="Times New Roman" w:eastAsia="Times New Roman" w:cs="Times New Roman"/>
        </w:rPr>
        <w:t>Ny kotrokorana fito dia maneho ny tantara hatramin’ny 18 Jolay 2020, rehefa novonoina teny an-dalambe ny fihetsiky ny iray hetsy sy efatra arivo amby efatra alina, ka hatramin’ny lalàna Alahady izay ho avy tsy ho ela. Ny tsipiky ny kotrokorana fito dia mamaritra ireo “zava-mitranga” izay miseho ao amin’izany tantara izany. Ny fahadisoam-panantenana voalohany dia arahina ny hafatry ny Antso Amin’ny Mamatonalina, ary arahin’ny lalàna Alahady. Rehefa nofaritan-dRahavavy White ny kotrokorana fito, na ho toy ny tantaran’ny anjely voalohany sy faharoa, na ho toy ny zava-mitranga amin’ny ho avy, dia samy nofaritany tamin’ireo fanehoana roa ireo fa maneho “zava-mitranga” izy ireo.</w:t>
      </w:r>
    </w:p>
    <w:p>
      <w:pPr>
        <w:pStyle w:val="ArticleBody"/>
        <w:jc w:val="left"/>
      </w:pPr>
      <w:r>
        <w:rPr>
          <w:rFonts w:ascii="Times New Roman" w:hAnsi="Times New Roman" w:eastAsia="Times New Roman" w:cs="Times New Roman"/>
        </w:rPr>
        <w:t>Ny hafatry ny Antso Amin’ny Misasakalina dia mety ho toy ny zavatra tsy “zava-nitranga”, nefa tao amin’ny tantara Millerita ny fivoriana an-toby tao Exeter tamin’ny 12 ka hatramin’ny 17 Aogositra 1844 dia “zava-nitranga”, niaraka tamin’ny antsipiriany maro mifandray amin’izany zava-nitranga izany. Kanefa ny fahatongavan’ny hafatry ny Antso Amin’ny Misasakalina tao amin’ilay fivoriana an-toby dia fahatanterahan’ny fanoharana momba ireo virijina folo ao amin’ny Matio toko faha-roapolo amby dimy koa. Ny “zava-nitranga” tamin’ny fivoriana an-toby tao Exeter dia fahatanterahan’ireo kotrokorana fito, fa ny fanoharana momba ireo virijina folo kosa tsy miresaka ireo zava-nitranga ireo, fa miresaka ny “fanandraman” ireo virijina,</w:t>
      </w:r>
    </w:p>
    <w:p>
      <w:pPr>
        <w:pStyle w:val="ArticleScripture"/>
        <w:jc w:val="left"/>
      </w:pPr>
      <w:r>
        <w:rPr>
          <w:rFonts w:ascii="Times New Roman" w:hAnsi="Times New Roman" w:eastAsia="Times New Roman" w:cs="Times New Roman"/>
        </w:rPr>
        <w:t>“Ny fanoharan’ireo virijina folo ao amin’i Matio 25 dia manazava koa ny fanandraman’ny vahoaka Advantista.” The Great Controversy, 393.</w:t>
      </w:r>
    </w:p>
    <w:p>
      <w:pPr>
        <w:pStyle w:val="ArticleBody"/>
        <w:jc w:val="left"/>
      </w:pPr>
      <w:r>
        <w:rPr>
          <w:rFonts w:ascii="Times New Roman" w:hAnsi="Times New Roman" w:eastAsia="Times New Roman" w:cs="Times New Roman"/>
        </w:rPr>
        <w:t>Tahaka ny amaritan’ny kotrokorana fito ny tantara mifanindran-dàlana momba ny fihetsiketsehan’ny anjely voalohany sy fahatelo, dia toy izany koa no amaritan’ny fanoharana ny amin’ny virijina folo ireo tantara roa mifanindran-dàlana.</w:t>
      </w:r>
    </w:p>
    <w:p>
      <w:pPr>
        <w:pStyle w:val="ArticleScripture"/>
        <w:jc w:val="left"/>
      </w:pPr>
      <w:r>
        <w:rPr>
          <w:rFonts w:ascii="Times New Roman" w:hAnsi="Times New Roman" w:eastAsia="Times New Roman" w:cs="Times New Roman"/>
        </w:rPr>
        <w:t>“Matetika aho no entina mankany amin’ilay fanoharana momba ireo virijiny folo, izay dimy tamin’izy ireo no hendry, ary dimy no adala. Io fanoharana io dia efa tanteraka ary mbola ho tanteraka hatramin’ny antsipiriany indrindra, satria manana fampiharana manokana amin’izao andro izao izy, ary, tahaka ny hafatry ny anjely fahatelo, dia efa tanteraka ary mbola hitohy ho fahamarinana ankehitriny mandra-pahatapitry ny fotoana.” Review and Herald, 19 Aogositra 1890.</w:t>
      </w:r>
    </w:p>
    <w:p>
      <w:pPr>
        <w:pStyle w:val="ArticleBody"/>
        <w:jc w:val="left"/>
      </w:pPr>
      <w:r>
        <w:rPr>
          <w:rFonts w:ascii="Times New Roman" w:hAnsi="Times New Roman" w:eastAsia="Times New Roman" w:cs="Times New Roman"/>
        </w:rPr>
        <w:t>Ny tandindon’ny kotrokorana fito dia maneho ny “zava-mitranga” ao amin’ireo tantara mitovy lalana, ary ny virijina folo dia maneho ny “fanandramana” niainan’ny virijina hendry sy adala ao anatin’ireo tantara roa mitovy lalana ireo. Ny fanandramana Millerite, hatramin’ny taona 1856, dia ny fanandraman’i Filadelfia, ary ny fanandraman’ny hetsiky ny iray hetsy sy efatra arivo amby efatra alina dia ny fanandraman’i Laodikia, hatramin’ny fotoana fohy taorian’ny volana Jolay 2023. Ao amin’ireo tantara roa ireo, dia haseho amin’ny fisehoan’ny hafatry ny Antso Amin’ny Misasakalina ny virijina hendry sy ny virijina adala; fa amin’izay no hiseho izay nanana ny menaky ny fiomanana.</w:t>
      </w:r>
    </w:p>
    <w:p>
      <w:pPr>
        <w:pStyle w:val="ArticleScripture"/>
        <w:jc w:val="left"/>
      </w:pPr>
      <w:r>
        <w:rPr>
          <w:rFonts w:ascii="Times New Roman" w:hAnsi="Times New Roman" w:eastAsia="Times New Roman" w:cs="Times New Roman"/>
        </w:rPr>
        <w:t>“Ny toetry ny Fiangonana asehon’ireo virijina adala dia resahina koa ho toy ny toetry ny Laodiseana.” Review and Herald, 19 Aogositra 1890.</w:t>
      </w:r>
    </w:p>
    <w:p>
      <w:pPr>
        <w:pStyle w:val="ArticleBody"/>
        <w:jc w:val="left"/>
      </w:pPr>
      <w:r>
        <w:rPr>
          <w:rFonts w:ascii="Times New Roman" w:hAnsi="Times New Roman" w:eastAsia="Times New Roman" w:cs="Times New Roman"/>
        </w:rPr>
        <w:t>Ireo izay mandà tsy hihinana ny hafatra izay eo an-tanan’i Mikaela arkanjely, izay nidina tamin’ny faran’ny volana Jolay 2023, dia hitoetra ao amin’ny toetry Laodikia; ary ireo izay mandray ilay bokikely ka mihinana azy dia hifindra ho ao amin’ny toetry Filadelfia. Ny toetry Laodikia dia maneho vahoaka iray, na olona iray, izay i Kristy dia eo ivelany aminy, nefa mitady hidirana; ary ny toetry Filadelfia kosa dia aseho ho fitambaran’ny maha-Andriamanitra sy ny maha-olombelona. Ny kotro-baratra fito no mamantatra ireo “zava-mitranga” amin’ny tsipiky ny tandroka protestanta marina, izay apetraka ao amin’ny tantara miafina ao amin’ny andininy faha-efapolo, manomboka ny 18 Jolay 2020 ka mifarana amin’ny lalàn’ny Alahady.</w:t>
      </w:r>
    </w:p>
    <w:p>
      <w:pPr>
        <w:pStyle w:val="ArticleBody"/>
        <w:jc w:val="left"/>
      </w:pPr>
      <w:r>
        <w:rPr>
          <w:rFonts w:ascii="Times New Roman" w:hAnsi="Times New Roman" w:eastAsia="Times New Roman" w:cs="Times New Roman"/>
        </w:rPr>
        <w:t>Ny fanoharana ny amin’ny virijina folo dia mamantatra ny “fanandramana” iainan’ireo izay voantso ho isan’ny iray hetsy sy efatra alina amby efatra arivo mandritra io fe-potoana io ihany. Ny “zava-mitranga” izay mamantatra ny tantaran’ny iray hetsy sy efatra alina amby efatra arivo manomboka ny 18 Jolay 2020 ka hatramin’ny lalàn’ny Alahady, ary ny “fanandramana” an’ireo sokajy roa mandritra izany tantara izany, dia arahina koa amin’ny famantarana ny asa izay voatendry taloha sy mbola voatendry ao anatin’ireo tantara roa mifanitsy ireo. Ny asa dia asehon’ireo anjely ao amin’ny Apokalypsy 14, ary ny asan’ny Millerita dia nasehon’ny anjely voalohany sy faharoa, ary ny asan’ny iray hetsy sy efatra alina amby efatra arivo kosa dia asehon’ny anjely fahatelo.</w:t>
      </w:r>
    </w:p>
    <w:p>
      <w:pPr>
        <w:pStyle w:val="ArticleScripture"/>
        <w:jc w:val="left"/>
      </w:pPr>
      <w:r>
        <w:rPr>
          <w:rFonts w:ascii="Times New Roman" w:hAnsi="Times New Roman" w:eastAsia="Times New Roman" w:cs="Times New Roman"/>
        </w:rPr>
        <w:t>“Nahazo tombontsoa sarobidy aho mba hahazoana fanandramana. Nanana fanandramana aho tao amin’ny hafatry ny anjely voalohany sy faharoa ary fahatelo. Aseho ho manidina eo afovoan’ny lanitra ireo anjely, mitory amin’izao tontolo izao hafatra fampitandremana, sady misy fiantraikany mivantana amin’ny olona velona amin’ny andro farany amin’ny tantaran’ity tany ity. Tsy misy olona mandre ny feon’ireo anjely ireo, satria tandindona izy ireo hanehoana ny vahoakan’Andriamanitra izay miasa mifanaraka amin’ny tontolon’ny lanitra. Ny lehilahy sy ny vehivavy, izay nohazavain’ny Fanahin’Andriamanitra sy nohamasinina tamin’ny alalan’ny fahamarinana, no mitory ireo hafatra telo araka ny filaharany.” Life Sketches, 429.</w:t>
      </w:r>
    </w:p>
    <w:p>
      <w:pPr>
        <w:pStyle w:val="ArticleBody"/>
        <w:jc w:val="left"/>
      </w:pPr>
      <w:r>
        <w:rPr>
          <w:rFonts w:ascii="Times New Roman" w:hAnsi="Times New Roman" w:eastAsia="Times New Roman" w:cs="Times New Roman"/>
        </w:rPr>
        <w:t>Ny asa nomena ny vahoakan’Andriamanitra amin’ny andro farany tamin’ny 11 Septambra 2001, teo am-piandohan’ny fotoana fanisiana tombo-kase, dia omena indray ny vahoakan’Andriamanitra amin’ny andro farany amin’ny faran’ny fotoana fanisiana tombo-kase, rehefa nidina i Mikaela tamin’ny Jolay 2023.</w:t>
      </w:r>
    </w:p>
    <w:p>
      <w:pPr>
        <w:pStyle w:val="ArticleScripture"/>
        <w:jc w:val="left"/>
      </w:pPr>
      <w:r>
        <w:rPr>
          <w:rFonts w:ascii="Times New Roman" w:hAnsi="Times New Roman" w:eastAsia="Times New Roman" w:cs="Times New Roman"/>
        </w:rPr>
        <w:t>“I Jaona dia nahita ‘anjely iray hafa nidina avy tany an-danitra, nanana hery lehibe; ary ny tany rehetra dia nazava tamin’ny voninahiny.’ Apokalypsy 18:1. Izany asa izany no feon’ny vahoakan’Andriamanitra manambara hafatra fampitandremana ho an’izao tontolo izao.” The 1888 Materials, 926.</w:t>
      </w:r>
    </w:p>
    <w:p>
      <w:pPr>
        <w:pStyle w:val="ArticleBody"/>
        <w:jc w:val="left"/>
      </w:pPr>
      <w:r>
        <w:rPr>
          <w:rFonts w:ascii="Times New Roman" w:hAnsi="Times New Roman" w:eastAsia="Times New Roman" w:cs="Times New Roman"/>
        </w:rPr>
        <w:t>Tahaka ny amin’ireo “zava-nitranga” asehon’ireo kotro-baratra fito, sy ny “fanandramana” asehon’ireo virijina folo, ny asan’ireo anjely telo dia maneho tantara roa mifanindran-dalana.</w:t>
      </w:r>
    </w:p>
    <w:p>
      <w:pPr>
        <w:pStyle w:val="ArticleScripture"/>
        <w:jc w:val="left"/>
      </w:pPr>
      <w:r>
        <w:rPr>
          <w:rFonts w:ascii="Times New Roman" w:hAnsi="Times New Roman" w:eastAsia="Times New Roman" w:cs="Times New Roman"/>
        </w:rPr>
        <w:t>«Andriamanitra dia nametraka ny hafatry ny Apokalypsy 14 eo amin’ny filaharan’ny faminaniana, ary ny asany dia tsy hitsahatra mandra-pahatongan’ny fiafaran’ny tantaran’ity tany ity. Ny hafatry ny anjely voalohany sy faharoa dia mbola fahamarinana ho an’izao andro izao, ary tokony hifanaraka sy hihazakazaka mifanitsy amin’ity manaraka ity. Ny anjely fahatelo dia manambara ny fampitandremany amin’ny feo mahery. “Rehefa afaka izany zavatra izany,” hoy Jaona, “dia nahita anjely hafa nidina avy tany an-danitra aho, nanana hery lehibe, ary ny tany dia nohazavain’ny voninahiny.” Ao anatin’izany fahazavana izany dia mitambatra ny hazavan’ireo hafatra telo ireo rehetra ireo.» The 1888 Materials, 804.</w:t>
      </w:r>
    </w:p>
    <w:p>
      <w:pPr>
        <w:pStyle w:val="ArticleBody"/>
        <w:jc w:val="left"/>
      </w:pPr>
      <w:r>
        <w:rPr>
          <w:rFonts w:ascii="Times New Roman" w:hAnsi="Times New Roman" w:eastAsia="Times New Roman" w:cs="Times New Roman"/>
        </w:rPr>
        <w:t>Ao amin’ny andininy fahatelo ambin’ny folo ka hatramin’ny fahadimy ambin’ny folo ao amin’ny Daniela 11 no ahafantarana ny asan’ny faminaniana ataon’ny tsipik’i protestantisma niodina (ny Makkabeo), ny repoblikanisma niodina (Antiochus III), ary ilay vehivavy janga avy any Tyro (ireo mpandroba ny vahoakanao). Ao anatin’izany tantara izany indrindra no anondroan’ny tsipiky ny tandroka protestanta marina an’ireo efatra amby efapolo arivo sy iray alina ny asany, ny “fanandramany”, ary ny “zava-mitranga” miseho eo amin’ny vahoakan’Andriamanitra amin’ny andro farany. Ny tsipiky ny tandroka protestanta marina dia aseho ho toy ny kotrokorana fito, izay hany faminaniana ao amin’ny bokin’ny Apokalypsy lazaina fa voaisy tombo-kase. Kely mialoha ny hifaranan’ny fotoam-pahasoavana dia avy amin’ny Liona avy amin’ny firenen’i Joda—Ilay nametraka tombo-kase tamin’ny faminanian’ny kotrokorana fito—ny didy hanesorana ny tombo-kase amin’ny faminanian’ity boky ity.</w:t>
      </w:r>
    </w:p>
    <w:p>
      <w:pPr>
        <w:pStyle w:val="ArticleBody"/>
        <w:jc w:val="left"/>
      </w:pPr>
      <w:r>
        <w:rPr>
          <w:rFonts w:ascii="Times New Roman" w:hAnsi="Times New Roman" w:eastAsia="Times New Roman" w:cs="Times New Roman"/>
        </w:rPr>
        <w:t>Ny famahana ny tombo-kasen’ny kotrokorana fito amin’ny faran’ny fotoana fanisiana tombo-kase ny iray hetsy sy efatra amby efapolo arivo, izay nanehoana mialoha tamin’ny famahana ny tombo-kasen’ny kotrokorana fito teo am-piandohan’ny fotoana fanisiana tombo-kase, dia tokony hampiharina (andalana manaraka andalana) amin’ilay ampahan’ny bokin’i Daniela izay mifandray amin’ny andro farany, ary io ampahany io no tantara miafin’ny andininy faha-efapolo. Rehefa tanteraka tanteraka izany famahana izany, araka ny asehon’ny fanokafana ny tombo-kase fahafito, dia handatsaka ny afon’ny Fanahiny Masina amin’ilay iray hetsy sy efatra amby efapolo arivo Andriamanitra, tahaka ny nataony tamin’ny mpianatra tamin’ny Pentekosta. Ny Pentekosta dia mifanaraka amin’ny lalàna Alahady izay ho avy tsy ho ela.</w:t>
      </w:r>
    </w:p>
    <w:p>
      <w:pPr>
        <w:pStyle w:val="ArticleScripture"/>
        <w:jc w:val="left"/>
      </w:pPr>
      <w:r>
        <w:rPr>
          <w:rFonts w:ascii="Times New Roman" w:hAnsi="Times New Roman" w:eastAsia="Times New Roman" w:cs="Times New Roman"/>
        </w:rPr>
        <w:t>“Maniry fatratra aho ny hahita mialoha ny fotoana izay haverina indray ny zava-nitranga tamin’ny andron’ny Pentekosta, amin-kery lehibe kokoa noho izay tamin’izany fotoana izany. Hoy Jaona: ‘Ary nahita anjely iray hafa nidina avy tany an-danitra aho, nanana hery lehibe; ary nazava tamin’ny voninahiny ny tany.’ Ary amin’izany, tahaka ny tamin’ny andro Pentekosta, dia handre ny fahamarinana tenenina aminy ny olona, samy amin’ny fiteniny avy.”</w:t>
      </w:r>
    </w:p>
    <w:p>
      <w:pPr>
        <w:pStyle w:val="ArticleScripture"/>
        <w:jc w:val="left"/>
      </w:pPr>
      <w:r>
        <w:rPr>
          <w:rFonts w:ascii="Times New Roman" w:hAnsi="Times New Roman" w:eastAsia="Times New Roman" w:cs="Times New Roman"/>
        </w:rPr>
        <w:t>“Andriamanitra dia mahavita manome aina vaovao ho an’ny fanahy rehetra izay maniry amim-pahatsorana hanompo Azy, ary mahavita mikasika ny molotra amin’ny vainafo velona nalaina teo amin’ny alitara, ka mahatonga azy ireny hahay hiteny tsara amin’ny fiderana Azy. Feo an’arivony maro no hofenoina ny hery hamoaka ampahibemaso ny fahamarinana mahagaga ao amin’ny Tenin’Andriamanitra. Ny lela mikainkonkona dia hovahana, ary ny saro-kenatra dia hampahatanjahina hitondra fanambarana feno fahasahiana ny amin’ny fahamarinana. Enga anie ny Tompo hanampy ny olony hanadio ny tempolin’ny fanahy ho afaka amin’ny fahalotoana rehetra, ary hihazona fifandraisana akaiky toy izany Aminy ka hahatonga azy ho mpiombona amin’ny ranonorana fara mandimby rehefa harotsaka izany.” Review and Herald, 20 Jolay 1886.</w:t>
      </w:r>
    </w:p>
    <w:p>
      <w:pPr>
        <w:pStyle w:val="ArticleBody"/>
        <w:jc w:val="left"/>
      </w:pPr>
      <w:r>
        <w:rPr>
          <w:rFonts w:ascii="Times New Roman" w:hAnsi="Times New Roman" w:eastAsia="Times New Roman" w:cs="Times New Roman"/>
        </w:rPr>
        <w:t>Ny fiandohan’ny fotoanan’ny fanombohan-kase dia maneho ny fiafaran’ny fotoanan’ny fanombohan-kase. Tamin’ny fiandohana dia naidina araka ny fatra ny ranonorana farany, ary amin’ny farany kosa dia aidina tsy misy fetra izany. Ilay anjely izay nidina tamin’ny 11 Septambra 2001 dia io ihany no anjely nidina tamin’ny faran’ny volana Jolay 2023. Ny tantaran’ny Pentekosta dia nanomboka tamin’ny fitsanganan’i Kristy tamin’ny maty, ary ny fiafaran’ny fahatanterahana lavorary ny Pentekosta dia eo amin’ny fitsanganan’ny iray hetsy sy efatra arivo amby efatra alina.</w:t>
      </w:r>
    </w:p>
    <w:p>
      <w:pPr>
        <w:pStyle w:val="ArticleScripture"/>
        <w:jc w:val="left"/>
      </w:pPr>
      <w:r>
        <w:rPr>
          <w:rFonts w:ascii="Times New Roman" w:hAnsi="Times New Roman" w:eastAsia="Times New Roman" w:cs="Times New Roman"/>
        </w:rPr>
        <w:t>“Ny asa nataon’i Kristy tamin’ny nifofony tamin’ny mpianany ny Fanahy Masina, sy tamin’ny nanomezany ny fiadanany azy ireo, dia tahaka ny ranon’orana mitete vitsivitsy mialoha ny orambe be dia be izay homena tamin’ny andron’ny Pentekosta.” Spirit of Prophecy, volume 3, 243.</w:t>
      </w:r>
    </w:p>
    <w:p>
      <w:pPr>
        <w:pStyle w:val="ArticleBody"/>
        <w:jc w:val="left"/>
      </w:pPr>
      <w:r>
        <w:rPr>
          <w:rFonts w:ascii="Times New Roman" w:hAnsi="Times New Roman" w:eastAsia="Times New Roman" w:cs="Times New Roman"/>
        </w:rPr>
        <w:t>Nitsoka tamin’ny mpianany Kristy taorian’ny nitsanganany tamin’ny maty, fotoana fohy taorian’ny niakarany tany amin’ny Rainy. Rehefa nidina avy nihaona tamin’ny Rainy Izy, dia niseho tamin’ny mpianatra ka nitsoka tamin’izy ireo “tete vitsy” izay nialoha ny “oran-be tamin’ny Pentekosta.” Ireo tete vitsy ireo dia maneho ny fiandohan’ny fotoan’ny fanisiana tombo-kase, ary ny oram-be dia maneho ny fiafarany. Ny fiandohan’ny fotoan’ny fanisiana tombo-kase dia averina indray amin’ny farany, ary tahaka ny nitsokan’i Kristy tamin’ny mpianany tamin’ny fiandohan’ny vanim-potoanan’ny Pentekosta, no itsokafany amin’ny olony amin’ny andro farany amin’ny fiafaran’izany vanim-potoana izany.</w:t>
      </w:r>
    </w:p>
    <w:p>
      <w:pPr>
        <w:pStyle w:val="ArticleScripture"/>
        <w:jc w:val="left"/>
      </w:pPr>
      <w:r>
        <w:rPr>
          <w:rFonts w:ascii="Times New Roman" w:hAnsi="Times New Roman" w:eastAsia="Times New Roman" w:cs="Times New Roman"/>
        </w:rPr>
        <w:t>“Ny taolana maina dia mila tsofin’ny Fanahy Masin’Andriamanitra aina, mba hirosoany ho amin’ny asa, tahaka ny amin’ny fitsanganana amin’ny maty.” Bible Training School, 1 Desambra 1903.</w:t>
      </w:r>
    </w:p>
    <w:p>
      <w:pPr>
        <w:pStyle w:val="ArticleBody"/>
        <w:jc w:val="left"/>
      </w:pPr>
      <w:r>
        <w:rPr>
          <w:rFonts w:ascii="Times New Roman" w:hAnsi="Times New Roman" w:eastAsia="Times New Roman" w:cs="Times New Roman"/>
        </w:rPr>
        <w:t>Ny fahafatesan’ireo vavolombelona roa dia ahitana koa ny zava-misy fa ireo izay nitory ny hafatra dison’i Nashville sy ny 18 Jolay 2020 dia nanao izany tamin’ny maha-Laodikeana azy. Ny fitsanganan’ireo taolana maina maty amin’ny maty dia maneho fifindrana avy amin’ny toe-pahasalaman’i Laodikea, izay toe-pahafatesana, ho amin’ny toe-pahasalaman’i Filadelfia, izay fiainana. Ny fofonaina izay miteraka ny fitsanganana amin’ny maty sy izany fifindrana izany dia hafatra ara-paminaniana.</w:t>
      </w:r>
    </w:p>
    <w:p>
      <w:pPr>
        <w:pStyle w:val="ArticleScripture"/>
        <w:jc w:val="left"/>
      </w:pPr>
      <w:r>
        <w:rPr>
          <w:rFonts w:ascii="Times New Roman" w:hAnsi="Times New Roman" w:eastAsia="Times New Roman" w:cs="Times New Roman"/>
        </w:rPr>
        <w:t>“Թե ինչպիսի՜ զորություն պիտի ունենանք Աստծուց, որպեսզի սառցե սրտեր ունեցողները, որոնք ունեն միայն օրինական կրոն, տեսնեն իրենց համար պատրաստված առավել բարի բաները՝ Քրիստոսին և Նրա արդարությունը։ Կենսատու պատգամ էր անհրաժեշտ՝ կյանք տալու համար չոր ոսկորներին”։ Manuscript Releases, հատոր 12, 205.</w:t>
      </w:r>
    </w:p>
    <w:p>
      <w:pPr>
        <w:pStyle w:val="ArticleBody"/>
        <w:jc w:val="left"/>
      </w:pPr>
      <w:r>
        <w:rPr>
          <w:rFonts w:ascii="Times New Roman" w:hAnsi="Times New Roman" w:eastAsia="Times New Roman" w:cs="Times New Roman"/>
        </w:rPr>
        <w:t>Ang pagitan mula sa muling pagkabuhay ni Cristo ay nahati sa dalawang yugto: ang una ay apatnapung araw, nang Siya’y saka umakyat sa langit, na sinundan ng sampung araw bago ang Pentecostes. Ang apatnapu ay sagisag ng ilang, gaya rin ng tatlo at kalahating araw o isang libo at dalawang daan at animnapung taon o mga araw.</w:t>
      </w:r>
    </w:p>
    <w:p>
      <w:pPr>
        <w:pStyle w:val="ArticleBody"/>
        <w:jc w:val="left"/>
      </w:pPr>
      <w:r>
        <w:rPr>
          <w:rFonts w:ascii="Times New Roman" w:hAnsi="Times New Roman" w:eastAsia="Times New Roman" w:cs="Times New Roman"/>
        </w:rPr>
        <w:t>Rehefa nidina i Mikaela tamin’ny volana Jolay 2023, dia nifarana ny telo andro sy tapany nisian’ny fahafatesana teny an-dalambe, raha nanomboka ny asan’i Kristy hampifangaro ny maha-Andriamanitra Azy amin’ny maha-olombelona teo anivon’ireo iray hetsy sy efatra alina amby efatra arivo. Izany asa izany dia nasehon’ny folo andro talohan’ny Pentekosta, izay nanesorana ny ota sy nanorenana ny firaisan-tsaina teo amin’ny rahalahy. Ny isa folo dia maneho fizahan-toetra, ary nifarana tamin’ny Pentekosta izany fizahan-toetra izany, izay maneho ny lalàn’ny Alahady.</w:t>
      </w:r>
    </w:p>
    <w:p>
      <w:pPr>
        <w:pStyle w:val="ArticleBody"/>
        <w:jc w:val="left"/>
      </w:pPr>
      <w:r>
        <w:rPr>
          <w:rFonts w:ascii="Times New Roman" w:hAnsi="Times New Roman" w:eastAsia="Times New Roman" w:cs="Times New Roman"/>
        </w:rPr>
        <w:t>Ao anatin’io tantara io ihany ao amin’ny andininy faha-efapolo, izay ahitana ireo mpanjaka persiana valo sy ny tantaran’ny fifanekena teo amin’ny Jiosy sy Roma ho tandindon’ny fizotry ny fitsapana ny sarin’ilay bibidia, dia aseho ao anatin’ny folo andro mialoha ny Pentekosta kosa ny fizotry ny fitsapana ny virijiny. Ny tandroka mpivadi-pinoana avy amin’ny protestantisma sy ny repoblikanisma dia miray ao anatin’izany tantara izany mba hamorona ny sarin’ilay bibidia; fa ny tena tandroka protestanta kosa mampiray ny maha-olombelona azy amin’ny maha-Andriamanitra an’i Kristy, ka izany no anamolavolana ny endrik’i Kristy ao anatin’ny fizotry ny fisarahana eo amin’ny sokajin’ny mpivavaka roa.</w:t>
      </w:r>
    </w:p>
    <w:p>
      <w:pPr>
        <w:pStyle w:val="ArticleBody"/>
        <w:jc w:val="left"/>
      </w:pPr>
      <w:r>
        <w:rPr>
          <w:rFonts w:ascii="Times New Roman" w:hAnsi="Times New Roman" w:eastAsia="Times New Roman" w:cs="Times New Roman"/>
        </w:rPr>
        <w:t>Ny zava-nitranga ara-tantara aseho ho kotrokorana fito dia voavaha tombo-kase ao amin’ny tantara asehon’ny andininy fahatelo ambin’ny folo ka hatramin’ny fahadimy ambin’ny folo ao amin’ny Daniela iraika ambin’ny folo, ary miaraka amin’izany dia ampifanarahana amin’ny tantara miafina ao amin’ny andininy faha-efapolo izy ireo, izay mifarana amin’ilay lalàn’ny Alahady ho avy tsy ho ela, izay hifaranan’ny fotoam-pahasoavana ho an’ireo mpitandrina ny Sabata.</w:t>
      </w:r>
    </w:p>
    <w:p>
      <w:pPr>
        <w:pStyle w:val="ArticleScripture"/>
        <w:jc w:val="left"/>
      </w:pPr>
      <w:r>
        <w:rPr>
          <w:rFonts w:ascii="Times New Roman" w:hAnsi="Times New Roman" w:eastAsia="Times New Roman" w:cs="Times New Roman"/>
        </w:rPr>
        <w:t>“Ankoatra izany, ireo fanoharana ireo dia mampianatra fa tsy hisy fotoam-pitsapana intsony aorian’ny fitsarana. Rehefa vita ny asan’ny filazantsara, dia manaraka avy hatrany ny fisarahana eo amin’ny tsara sy ny ratsy, ary ny anjaran’ny sokajin’olona tsirairay dia voafaritra mandrakizay.” Christ’s Object Lessons, 123.</w:t>
      </w:r>
    </w:p>
    <w:p>
      <w:pPr>
        <w:pStyle w:val="ArticleBody"/>
        <w:jc w:val="left"/>
      </w:pPr>
      <w:r>
        <w:rPr>
          <w:rFonts w:ascii="Times New Roman" w:hAnsi="Times New Roman" w:eastAsia="Times New Roman" w:cs="Times New Roman"/>
        </w:rPr>
        <w:t>Ny fisarahana ny hendry sy ny adala, ny Laodiseana sy ny Filadelfiana, na ny vary sy ny tsimparifary, dia tanterahin’ny anjely.</w:t>
      </w:r>
    </w:p>
    <w:p>
      <w:pPr>
        <w:pStyle w:val="ArticleScripture"/>
        <w:jc w:val="left"/>
      </w:pPr>
      <w:r>
        <w:rPr>
          <w:rFonts w:ascii="Times New Roman" w:hAnsi="Times New Roman" w:eastAsia="Times New Roman" w:cs="Times New Roman"/>
        </w:rPr>
        <w:t>“Aoka hiara-maniry mandra-pahatongan’ny fijinjana ny tsimparifary sy ny varimbazaha. Avy eo dia ny anjely no manao ny asan’ny fanavahana.” Selected Messages, boky 2, 69.</w:t>
      </w:r>
    </w:p>
    <w:p>
      <w:pPr>
        <w:pStyle w:val="ArticleBody"/>
        <w:jc w:val="left"/>
      </w:pPr>
      <w:r>
        <w:rPr>
          <w:rFonts w:ascii="Times New Roman" w:hAnsi="Times New Roman" w:eastAsia="Times New Roman" w:cs="Times New Roman"/>
        </w:rPr>
        <w:t>Ny hafatra izay voasokatra alohan’ny hifaranan’ny fotoam-pahasoavana no manondro ny asan’ny olon’Andriamanitra, araka ny anehoan’ireo anjely izany. Ny hafatra voarakitra ao amin’ireto lahatsoratra ireto dia avoaka manerana izao tontolo izao ankehitriny amin’ny fiteny (lela) mihoatra ny enimpolo. Tanterahina ankehitriny izany, mialoha indrindra ny hifaranan’ny fotoam-pahasoavana, ary asan’ny vahoakan’Andriamanitra amin’ny andro farany ny mampita ity hafatra ity. Io hafatra io no manondro ireo toe-javatra aseho ho kotrokorana fito, ary ny asa fahatakarana sy fampitana ny hafatra dia miteraka ny fanandraman’ny virijina hendry.</w:t>
      </w:r>
    </w:p>
    <w:p>
      <w:pPr>
        <w:pStyle w:val="ArticleBody"/>
        <w:jc w:val="left"/>
      </w:pPr>
      <w:r>
        <w:rPr>
          <w:rFonts w:ascii="Times New Roman" w:hAnsi="Times New Roman" w:eastAsia="Times New Roman" w:cs="Times New Roman"/>
        </w:rPr>
        <w:t>Ho tohizantsika ao amin’ny lahatsoratra manaraka ity fianarana ity.</w:t>
      </w:r>
    </w:p>
    <w:p>
      <w:pPr>
        <w:pStyle w:val="ArticleScripture"/>
        <w:jc w:val="left"/>
      </w:pPr>
      <w:r>
        <w:rPr>
          <w:rFonts w:ascii="Times New Roman" w:hAnsi="Times New Roman" w:eastAsia="Times New Roman" w:cs="Times New Roman"/>
        </w:rPr>
        <w:t>“Tao amin’ireo fahitana tamin’ny alina dia nisy toe-javatra iray tena manaitra tokoa nandalo teo anoloako. Hitako ny baolina afo goavambe iray latsaka teo afovoan’ireo trano bongo tsara tarehy sasany, ka nahatonga ny faharavany teo no ho eo. Reko ny olona iray nilaza hoe: ‘Fantatray fa ho avy eto ambonin’ny tany ny fitsaran’Andriamanitra, nefa tsy fantatray fa ho avy haingana toy izao izany.’ Ny hafa kosa, tamin’ny feo feno fijaliana, nanao hoe: ‘Fantatrareo izany! Koa nahoana no tsy nolazainareo taminay? Izahay tsy nahalala.’ Avy tamin’ny lafiny rehetra no nandrenesako teny fanomezan-tsiny mitovy amin’izany notononina.”</w:t>
      </w:r>
    </w:p>
    <w:p>
      <w:pPr>
        <w:pStyle w:val="ArticleScripture"/>
        <w:jc w:val="left"/>
      </w:pPr>
      <w:r>
        <w:rPr>
          <w:rFonts w:ascii="Times New Roman" w:hAnsi="Times New Roman" w:eastAsia="Times New Roman" w:cs="Times New Roman"/>
        </w:rPr>
        <w:t>“Том их зовнил дунд би сэрэв. Би дахин унтсан бөгөөд өөрийгөө нэгэн их цуглаанд байгаа мэт санагдав. Эрх мэдэл бүхий Нэгэн тэнд байсан олонд хандан айлдаж байв; Түүний өмнө дэлхийн газрын зураг дэлгэн тавигдсан байлаа. Тэрээр, уг газрын зураг нь Бурханы усан үзмийн талбайг дүрсэлж байна, тэр нь тариалан арчилгаанд орох учиртай гэж айлдав. Тэнгэрээс ирэх гэрэл хэний дээр тусна, тэр хүн уг гэрлийг бусдад ойлгон тусгах ёстой байв. Олон газарт гэрлүүд асаагдах ёстой байсан бөгөөд тэдгээр гэрлүүдээс цааш бас бусад гэрлүүд асаагдах ёстой байв.”</w:t>
      </w:r>
    </w:p>
    <w:p>
      <w:pPr>
        <w:pStyle w:val="ArticleScripture"/>
        <w:jc w:val="left"/>
      </w:pPr>
      <w:r>
        <w:rPr>
          <w:rFonts w:ascii="Times New Roman" w:hAnsi="Times New Roman" w:eastAsia="Times New Roman" w:cs="Times New Roman"/>
        </w:rPr>
        <w:t>Naverina indray ny teny hoe: “Hianareo no fanasin’ny tany; fa raha very ny tsirony ny fanasina, inona no hampisira azy? Tsy mahasoa na inona na inona intsony izany, afa-tsy ny hariana any ivelany sy hohitsahin’ny olona. Hianareo no fahazavan’izao tontolo izao. Tsy azo afenina ny tanàna miorina eo an-tampon-kavoana. Ary tsy misy olona mandrehitra jiro ka mametraka azy ao ambanin’ny vata famarana, fa eo amin’ny fanaovan-jiro; dia manazava izay rehetra ao an-trano izany. Aoka hazava eo imason’ny olona toy izany koa ny fahazavanareo, mba ho hitany ny asa soa ataonareo ka hanomezany voninahitra ny Rainareo, Izay any an-danitra.” Matio 5:13–16.</w:t>
      </w:r>
    </w:p>
    <w:p>
      <w:pPr>
        <w:pStyle w:val="ArticleScripture"/>
        <w:jc w:val="left"/>
      </w:pPr>
      <w:r>
        <w:rPr>
          <w:rFonts w:ascii="Times New Roman" w:hAnsi="Times New Roman" w:eastAsia="Times New Roman" w:cs="Times New Roman"/>
        </w:rPr>
        <w:t>“Nahita fihezan-kazavana namirapiratra avy tamin’ny tanàna sy ny vohitra aho, ary avy tamin’ny toerana avo sy ny toerana iva amin’ny tany. Nankatoavina ny tenin’Andriamanitra, ary vokatr’izany dia nisy fahatsiarovana ho Azy tao amin’ny tanàna sy vohitra rehetra. Nambara eran’izao tontolo izao ny fahamarinany.</w:t>
      </w:r>
    </w:p>
    <w:p>
      <w:pPr>
        <w:pStyle w:val="ArticleScripture"/>
        <w:jc w:val="left"/>
      </w:pPr>
      <w:r>
        <w:rPr>
          <w:rFonts w:ascii="Times New Roman" w:hAnsi="Times New Roman" w:eastAsia="Times New Roman" w:cs="Times New Roman"/>
        </w:rPr>
        <w:t>“Dia nesorina io sarintany io, ary nisy iray hafa napetraka teo amin’ny toerany. Teo aminy dia nisy hazavana namirapiratra avy amin’ny toerana vitsivitsy monja. Ny sisa amin’izao tontolo izao dia tao anatin’ny haizina, ary tsy nisy afa-tsy taratry ny hazavana etỳ sy erỳ. Hoy ny Mpampianatra antsika: ‘Vokatry ny fanarahan’ny olona ny làlany manokana izao haizina izao. Nokolokoloiny ny fironana ho amin’ny ratsy izay nolovaina sy novolavolaina. Nataony ho asa lehibe indrindra eo amin’ny fiainany ny fametraham-panontaniana sy ny fitadiavam-pahadisoana ary ny fiampangana. Tsy marina eo anatrehan’Andriamanitra ny fony. Nafeniny tao ambanin’ny vata famarana ny fahazavany.’”</w:t>
      </w:r>
    </w:p>
    <w:p>
      <w:pPr>
        <w:pStyle w:val="ArticleScripture"/>
        <w:jc w:val="left"/>
      </w:pPr>
      <w:r>
        <w:rPr>
          <w:rFonts w:ascii="Times New Roman" w:hAnsi="Times New Roman" w:eastAsia="Times New Roman" w:cs="Times New Roman"/>
        </w:rPr>
        <w:t>“Raha ny miaramila rehetra an’i Kristy no nahavita ny adidiny, raha ny mpiambina rehetra teo ambonin’ny mandan’i Ziona no nanome feon-trômpetra mazava, dia ho efa nandre ny hafatry ny fampitandremana izao tontolo izao. Kanefa tara taona maro ny asa. Raha mbola natory ny olona, dia nanararaotra nialoha lalana antsika Satana.”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Dimy amby sivifolo sy zato##</dc:title>
  <dc:subject>Ny Làlana mankany amin’ny Lalàna Alahady: Ny Anjara Toeran’i Trump sy ny Fisehoan’ny Faminaniana ao amin’i Daniela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