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Valo amby sivifolo amby zato sy iray</w:t>
      </w:r>
    </w:p>
    <w:p>
      <w:pPr>
        <w:pStyle w:val="ArticleSubtitle"/>
        <w:jc w:val="left"/>
      </w:pPr>
      <w:r>
        <w:rPr>
          <w:rFonts w:ascii="Arial" w:hAnsi="Arial" w:eastAsia="Arial" w:cs="Arial"/>
        </w:rPr>
        <w:t>Fiangonana Masina sy Fifandrindrana Ara-paminaniana: Ny Anjara Asan’ny 144,000 ao amin’ny Rafitra Eskaolojikan’i Daniela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2024-05-01</w:t>
      </w:r>
    </w:p>
    <w:p>
      <w:pPr>
        <w:pStyle w:val="ArticleBody"/>
        <w:jc w:val="left"/>
      </w:pPr>
      <w:r>
        <w:rPr>
          <w:rFonts w:ascii="Times New Roman" w:hAnsi="Times New Roman" w:eastAsia="Times New Roman" w:cs="Times New Roman"/>
        </w:rPr>
        <w:t>Apetratsika ao anatin’ny tantara miafina ao amin’ny andininy faha-40 amin’ny Daniela toko faha-11 ny tsipik’ny fitondrana papaly, ny tsipik’ny Repoblikanisma nihemotra tamin’ny finoana, ny tsipik’ny Protestantisma nihemotra tamin’ny finoana, ary ny tsipik’ireo iray hetsy sy efatra amby efatra alina. Amin’izao fotoana izao dia dinihintsika fa manangona ny olony indroa i Kristy, ary ny sary rehetra maneho ny fanangonany ny olony fanindroany dia misolo tena ny fizotry ny fanisiana tombo-kase farany ho an’ireo iray hetsy sy efatra amby efatra alina.</w:t>
      </w:r>
    </w:p>
    <w:p>
      <w:pPr>
        <w:pStyle w:val="ArticleBody"/>
        <w:jc w:val="left"/>
      </w:pPr>
      <w:r>
        <w:rPr>
          <w:rFonts w:ascii="Times New Roman" w:hAnsi="Times New Roman" w:eastAsia="Times New Roman" w:cs="Times New Roman"/>
        </w:rPr>
        <w:t>Rehefa midina eo amin’ny tsipika fanavaozana ny tandindona masina, dia angonin’ny Tompo ny vahoaka voafidy, izay sedraina aorian’izany. Amin’ny famaranana ny fizotry ny fizahan-toetra dia misy fanaparitahana, ka arahin’ny fanangonany fanindroany ireo vahoaka voafidy ireo, na dia maro aza no avela any aoriana noho ny tsy fahatafavoahany tamin’ny fizotry ny fizahan-toetra. Nanomboka nanangona ny mpianany Kristy tamin’ny batisany, ary teo amin’ny hazo fijaliana dia niparitaka ny mpianatra. Taorian’ny nitsanganany tamin’ny maty dia nangoniny fanindroany ny mpianany mialoha ny Pentekosta. Ity tsipika ity dia mampiseho fa tanterahina amin’ireo efatra arivo amby efatra alina sy iray hetsy ny fanangonana fanindroany, mialoha indrindra ny lalàn’ny Alahady, izay tandindonin’ny Pentekosta. Ny hazo fijaliana dia manondro fahadisoam-panantenana, arahin’ny fanangonana fanindroany.</w:t>
      </w:r>
    </w:p>
    <w:p>
      <w:pPr>
        <w:pStyle w:val="ArticleBody"/>
        <w:jc w:val="left"/>
      </w:pPr>
      <w:r>
        <w:rPr>
          <w:rFonts w:ascii="Times New Roman" w:hAnsi="Times New Roman" w:eastAsia="Times New Roman" w:cs="Times New Roman"/>
        </w:rPr>
        <w:t>Ny fanangonana faharoa taorian’ny hazo fijaliana dia nanomboka rehefa nidina i Kristy avy nihaona tamin’ny Rainy taorian’ny nitsanganany tamin’ny maty. Rehefa midina ny tandindona avy amin’Andriamanitra dia tokony hihinana ny hafatra ny olon’Andriamanitra, ary rehefa nidina i Kristy dia niara-nihinana tamin’ny mpianatra Izy.</w:t>
      </w:r>
    </w:p>
    <w:p>
      <w:pPr>
        <w:pStyle w:val="ArticleScripture"/>
        <w:jc w:val="left"/>
      </w:pPr>
      <w:r>
        <w:rPr>
          <w:rFonts w:ascii="Times New Roman" w:hAnsi="Times New Roman" w:eastAsia="Times New Roman" w:cs="Times New Roman"/>
        </w:rPr>
        <w:t>Ary raha, raha niara-nihinana tamin’izy ireo Izy, dia nandray mofo, ka nisaotra sy namaky izany, ary nanome azy. Dia nisokatra ny masony, ka nahafantatra Azy izy; ary Izy nanjavona tsy hitan’ny masony. Lioka 24:30, 31.</w:t>
      </w:r>
    </w:p>
    <w:p>
      <w:pPr>
        <w:pStyle w:val="ArticleBody"/>
        <w:jc w:val="left"/>
      </w:pPr>
      <w:r>
        <w:rPr>
          <w:rFonts w:ascii="Times New Roman" w:hAnsi="Times New Roman" w:eastAsia="Times New Roman" w:cs="Times New Roman"/>
        </w:rPr>
        <w:t>Tamin’ilay fihaonana faharoa taorian’ny hazo fijaliana dia “nitsoka” ny Fanahy Masina tamin’ny mpianany Kristy.</w:t>
      </w:r>
    </w:p>
    <w:p>
      <w:pPr>
        <w:pStyle w:val="ArticleScripture"/>
        <w:jc w:val="left"/>
      </w:pPr>
      <w:r>
        <w:rPr>
          <w:rFonts w:ascii="Times New Roman" w:hAnsi="Times New Roman" w:eastAsia="Times New Roman" w:cs="Times New Roman"/>
        </w:rPr>
        <w:t>“Ny asa nataon’i Kristy tamin’ny nitsokafany ny Fanahy Masina tamin’ny mpianany sy tamin’ny nampitondrany ny fiadanany taminy dia tahaka ny ranonorana mitete vitsivitsy mialoha ny ranon’orana be hotolorana amin’ny andro Pentekosta.” Spirit of Prophecy, boky faha-3, 243.</w:t>
      </w:r>
    </w:p>
    <w:p>
      <w:pPr>
        <w:pStyle w:val="ArticleBody"/>
        <w:jc w:val="left"/>
      </w:pPr>
      <w:r>
        <w:rPr>
          <w:rFonts w:ascii="Times New Roman" w:hAnsi="Times New Roman" w:eastAsia="Times New Roman" w:cs="Times New Roman"/>
        </w:rPr>
        <w:t>Tamin’ny fivoriana faharoa taorian’ny fahadisoam-panantenana tamin’ny 19 Aprily 1844, dia nesorin’i Kristy ny tanany tamin’ilay fahadisoana tamin’ny 1843.</w:t>
      </w:r>
    </w:p>
    <w:p>
      <w:pPr>
        <w:pStyle w:val="ArticleScripture"/>
        <w:jc w:val="left"/>
      </w:pPr>
      <w:r>
        <w:rPr>
          <w:rFonts w:ascii="Times New Roman" w:hAnsi="Times New Roman" w:eastAsia="Times New Roman" w:cs="Times New Roman"/>
        </w:rPr>
        <w:t>“Ireo mahatoky nefa diso fanantenana, izay tsy nahazo hoe nahoana no tsy tonga ny Tompony, dia tsy navela tao amin’ny haizina. Naverina indray izy ireo ho amin’ny Baiboliny mba handinika ny fotoana ara-paminaniana. Nesorina tamin’ireo tarehimarika ny tanan’ny Tompo, ary nohazavaina ny fahadisoana. Hitan’izy ireo fa tonga hatramin’ny 1844 ireo fotoana ara-paminaniana, ary fa ilay porofo ihany izay nasehon’izy ireo mba hanaporofoana fa nifarana tamin’ny 1843 ireo fotoana ara-paminaniana, dia nanaporofo fa hifarana amin’ny 1844 izany.” Early Writings, 237.</w:t>
      </w:r>
    </w:p>
    <w:p>
      <w:pPr>
        <w:pStyle w:val="ArticleBody"/>
        <w:jc w:val="left"/>
      </w:pPr>
      <w:r>
        <w:rPr>
          <w:rFonts w:ascii="Times New Roman" w:hAnsi="Times New Roman" w:eastAsia="Times New Roman" w:cs="Times New Roman"/>
        </w:rPr>
        <w:t>Tamin’ny fotoana nahadiso fanantenana no nidinan’ilay anjely faharoa nitondra “soratra teny an-tànany.”</w:t>
      </w:r>
    </w:p>
    <w:p>
      <w:pPr>
        <w:pStyle w:val="ArticleScripture"/>
        <w:jc w:val="left"/>
      </w:pPr>
      <w:r>
        <w:rPr>
          <w:rFonts w:ascii="Times New Roman" w:hAnsi="Times New Roman" w:eastAsia="Times New Roman" w:cs="Times New Roman"/>
        </w:rPr>
        <w:t>“Anjely mahery iray hafa dia nirahina hidina etỳ an-tany. Napetrak’i Jesosy teo an-tànany ny soratra iray, ary raha nidina etỳ an-tany izy, dia niantso mafy hoe: ‘Rava Babylona, rava izy.’” Early Writings, 247.</w:t>
      </w:r>
    </w:p>
    <w:p>
      <w:pPr>
        <w:pStyle w:val="ArticleBody"/>
        <w:jc w:val="left"/>
      </w:pPr>
      <w:r>
        <w:rPr>
          <w:rFonts w:ascii="Times New Roman" w:hAnsi="Times New Roman" w:eastAsia="Times New Roman" w:cs="Times New Roman"/>
        </w:rPr>
        <w:t>Ny fizahan-toetra izay nanomboka tamin’ny fahatongavan’ny anjely faharoa dia nifarana tamin’ny fivoriambe tany Exeter, rehefa naidina ny Fanahy Masina ary nandeha toy ny onjan-dranomasina misondrotra ny hafatra. Io fizahan-toetra io dia nofaritana mazava tsara taorian’ny hazo fijaliana, raha ny vanim-potoana hatramin’ny fidinan’ny Fanahy Masina tamin’ny Pentekosta dia nialohavan’ny fe-potoana dimampolo andro, izay indray dia voaforon’ny fe-potoana efapolo andro, narahin’ny fe-potoana folo andro izay nifarana tamin’ny Pentekosta.</w:t>
      </w:r>
    </w:p>
    <w:p>
      <w:pPr>
        <w:pStyle w:val="ArticleScripture"/>
        <w:jc w:val="left"/>
      </w:pPr>
      <w:r>
        <w:rPr>
          <w:rFonts w:ascii="Times New Roman" w:hAnsi="Times New Roman" w:eastAsia="Times New Roman" w:cs="Times New Roman"/>
        </w:rPr>
        <w:t>“Ny olon’Andriamanitra dia tokony hanandratra tsy tapaka ny fony ho any aminy amin’ny vavaka. Rehefa afaka folo andro nivavaka sy nifona ny mpianatra voalohany, rehefa efa nesorina ny tsy fitovian-kevitra rehetra, ary niray saina izy ireo tamin’ny fandinihana lalina ny tao am-po, sy tamin’ny fiaiken-keloka ary ny fanesorana ny ota, ary tamin’ny fifanatonana tao anatin’ny firaisana masina, dia tamin’izay no nilatsahan’ny Fanahy Masina taminy, ary tanteraka ny fampanantenan’i Kristy. Nisy firotsahan’ny Fanahy Masina mahagaga tokoa. Tampoka teo dia nisy feo avy tany an-danitra, tahaka ny rivotra mahery mifofofofo, ary nameno ny trano manontolo izay nipetrahan’izy ireo izany. ‘Ary tamin’izany andro izany dia nisy nanampy ho isan’izy ireo tokony ho telo arivo.’” Review and Herald, 11 Martsa 1909.</w:t>
      </w:r>
    </w:p>
    <w:p>
      <w:pPr>
        <w:pStyle w:val="ArticleBody"/>
        <w:jc w:val="left"/>
      </w:pPr>
      <w:r>
        <w:rPr>
          <w:rFonts w:ascii="Times New Roman" w:hAnsi="Times New Roman" w:eastAsia="Times New Roman" w:cs="Times New Roman"/>
        </w:rPr>
        <w:t>Nandritra ny efapolo andro, Kristy dia teo nanatrika sy nampianatra ny mpianatra, ary avy eo dia niakatra. Ny folo andro izay nanaraka izany dia vanim-potoam-panomanana mialoha ny firotsahan’ny Fanahy Masina tamin’ny Pentekosta. Ny efapolo andro fampianarana izay nanaraka ny hazo fijaliana dia mifanaraka amin’ny 19 Aprily 1844 ka hatramin’ny fiandohan’ny fivorian’ny lasy tao Exeter tamin’ny 12 Aogositra 1844. Ny folo andro izay nialoha ny Pentekosta dia naneho ny 12 ka hatramin’ny 17 Aogositra 1844, tamin’izay nivondronan’ny Millerita teo amin’ny hafatry ny Antso Amin’ny Misasakalina izay nentin’i Samuel Snow. Tamin’izany fivorian’ny lasy izany dia niseho ny sokajy roa, ary sokajy iray ihany no nandray ny firotsahan’ny Pentekosta tamin’ny famaranana ny fivoriana. Tao anatin’izany vanim-potoana izay asehon’ny efapolo andro izany dia sokajy iray no nandray ny fampianarana, fa ny sokajy iray kosa nandà ny fampianarana. Rehefa tonga ny Antso Amin’ny Misasakalina dia nanana ny diloilo ny sokajy iray, fa ny iray kosa tsy nanana.</w:t>
      </w:r>
    </w:p>
    <w:p>
      <w:pPr>
        <w:pStyle w:val="ArticleScripture"/>
        <w:jc w:val="left"/>
      </w:pPr>
      <w:r>
        <w:rPr>
          <w:rFonts w:ascii="Times New Roman" w:hAnsi="Times New Roman" w:eastAsia="Times New Roman" w:cs="Times New Roman"/>
        </w:rPr>
        <w:t>“‘Raha niandry ela ny mpampakatra, dia samy rendrehana izy rehetra ka natory.’ Ny fiandrasana ela nataon’ny mpampakatra dia maneho ny fandalovan’ny fotoana izay niandrasana ny Tompo, ny fahadisoam-panantenana, ary ny fahatarana izay toa nisy. Tao anatin’izany fotoan’ny tsy fahazoana antoka izany, dia nanomboka nihozongozona vetivety ny fahalianan’ireo olona ivelambelany sy tsy tena nanolo-tena tamin’ny fo manontolo, ary nihamalemy ny ezaka nataony; fa ireo izay niorina tamin’ny fahalalana manokana ny Baiboly ny finoany kosa dia nanana vatolampy teo ambanin’ny tongony, izay tsy hain’ny onjan’ny fahadisoam-panantenana nosasan-ko levona. ‘Samy rendrehana izy rehetra ka natory;’ ny antoky ny iray dia tao amin’ny tsy firaharahiana sy ny fandaozana ny finoany, fa ny antoky ny iray kosa niandry tamim-paharetana mandra-panomezana mazava kokoa. Nefa tamin’ny alin’ny fitsapana dia toa very, tamin’ny ampahany, ny hafanam-pony sy ny fanoloran-tenany ireto farany. Ireo tsy tena nanolo-tena sy ivelambelany dia tsy afaka niantehitra intsony tamin’ny finoan’ny rahalahiny. Tsy maintsy mijoro na lavo ho an’ny tenany avy ny tsirairay.” The Great Controversy, 395.</w:t>
      </w:r>
    </w:p>
    <w:p>
      <w:pPr>
        <w:pStyle w:val="ArticleBody"/>
        <w:jc w:val="left"/>
      </w:pPr>
      <w:r>
        <w:rPr>
          <w:rFonts w:ascii="Times New Roman" w:hAnsi="Times New Roman" w:eastAsia="Times New Roman" w:cs="Times New Roman"/>
        </w:rPr>
        <w:t>Nandritra ireo folo andro nialoha ny Pentekosta, sy ny vanim-potoanan’ny fivorian’ny toby tao Exeter, dia nanangona ny vahoakany fanindroany Kristy mialoha ny hitondran’izany vahoaka izany ny hafany ho amin’izao tontolo izao. Rehefa nidina ny anjely fahatelo tamin’ny 22 Oktobra 1844, dia diso fanantenana indray sy niparitaka ny andiany kely; nefa nanomboka tamin’ny 22 Oktobra 1844 ny fotoana fanabeazana, raha nitarika ny vahoakany ho ao amin’ny Efitra Masina Indrindra Kristy. Tamin’ny 1849, dia naninjitra ny tanany fanindroany ny Tompo mba hanangona indray ireo izay efa nangoniny hiala tamin’ireo fahadisoam-panantenana tamin’ny 19 Aprily sy 22 Oktobra 1844.</w:t>
      </w:r>
    </w:p>
    <w:p>
      <w:pPr>
        <w:pStyle w:val="ArticleBody"/>
        <w:jc w:val="left"/>
      </w:pPr>
      <w:r>
        <w:rPr>
          <w:rFonts w:ascii="Times New Roman" w:hAnsi="Times New Roman" w:eastAsia="Times New Roman" w:cs="Times New Roman"/>
        </w:rPr>
        <w:t>Tamin’ny taona 1844, ny toromarika dia mikasika ny hafatra izay teny an-tanan’ilay anjely fahatelo tamin’ny fotoana nidinany; nefa tao anatin’ilay “fotoanan’ny fisalasalana sy tsy fahazoana antoka” izay nanaraka ny fahadisoam-panantenana lehibe, dia maro no very lalana. Tamin’ny 1849 dia natomboka ny asa fanangonana ilay ondry vitsy niparitaka, nefa izay nasehon’izany tantara izany dia ny faharesena tamin’ny 1863 sy ilay Kadesy voalohany ho an’ny Isiraely maoderina. Nahemotra ny fandresena ho avy an’ireo iray hetsy sy efatra arivo amby efatra alina sy ny asan’izy ireo tao amin’ny Kadesy faharoa.</w:t>
      </w:r>
    </w:p>
    <w:p>
      <w:pPr>
        <w:pStyle w:val="ArticleBody"/>
        <w:jc w:val="left"/>
      </w:pPr>
      <w:r>
        <w:rPr>
          <w:rFonts w:ascii="Times New Roman" w:hAnsi="Times New Roman" w:eastAsia="Times New Roman" w:cs="Times New Roman"/>
        </w:rPr>
        <w:t>Rehefa nidina tamin’ny 11 Septambra 2001 ny Tompo, dia namory ny olony amin’ny andro farany Izy, nomeny azy ny sakafony ara-panahy hohaniny, nofofoniny taminy ny Fanahiny raha nanomboka namafy ny ranonorana farany Izy, ary natombony koa ny fizahan-toetra izay nitarika ho amin’ny 18 Jolay 2020, fotoana izay nahadiso fanantenana sy nampiparitaka ny olony amin’ny andro farany. Nandritra ny telo andro sy tapany dia maty teo amin’ny arabe izy ireo. Na ny telo andro sy tapany, na ny fe-potoana efapolo andro tamin’ny andron’i Kristy, dia samy maneho efitra. Izany koa dia asehon’ny fe-potoana hatramin’ny 19 Aprily 1844 ka hatramin’ny 12 Aogositra 1844, ary koa ny fe-potoana hatramin’ny 22 Oktobra 1844 ka hatramin’ny 1849.</w:t>
      </w:r>
    </w:p>
    <w:p>
      <w:pPr>
        <w:pStyle w:val="ArticleBody"/>
        <w:jc w:val="left"/>
      </w:pPr>
      <w:r>
        <w:rPr>
          <w:rFonts w:ascii="Times New Roman" w:hAnsi="Times New Roman" w:eastAsia="Times New Roman" w:cs="Times New Roman"/>
        </w:rPr>
        <w:t>Nanomboka tamin’ny Jolay 2023 ka hatramin’ny lalàna alahady, izay ireo folo andro nialoha ny Pentekosta, ny fivoriana an-toby tao Exeter nanomboka ny 12 Aogositra ka hatramin’ny 17 Aogositra, ary ny vanim-potoana nanomboka tamin’ny 1849 ka hatramin’ny 1863, dia mifanaraka samy izy rehetra. Ireo dia maneho ny vanim-potoanan’ny fanangonana faharoa ny vahoakan’Andriamanitra amin’ny andro farany. Ny vanim-potoana manomboka amin’ny fahadisoam-panantenana ka hatramin’ny firotsahan’ny Fanahy Masina dia mizara ho vanim-potoana roa miavaka.</w:t>
      </w:r>
    </w:p>
    <w:p>
      <w:pPr>
        <w:pStyle w:val="ArticleBody"/>
        <w:jc w:val="left"/>
      </w:pPr>
      <w:r>
        <w:rPr>
          <w:rFonts w:ascii="Times New Roman" w:hAnsi="Times New Roman" w:eastAsia="Times New Roman" w:cs="Times New Roman"/>
        </w:rPr>
        <w:t>Ao anatin’ny tantara miafina ao amin’ny andininy faha-efapolo amin’ny Daniela toko faha-iraika ambin’ny folo, dia aseho ao avokoa ny tsipika misy ny Protestanta niodina tamin’ny finoana (ny fiangonana ara-anarana), ny tsipika misy ny Advantista Mitandrina ny Andro Fahafito Laodikia (Advantisma ara-anarana), ny tsipika misy ny Katôlika, ary ny tsipika misy ny Protestanta marina. Ireo tsipika efatra ireo dia maneho ny Protestanta marina ao anatin’ny ady hevitra amin’ny firaisana telo sosona misy ny dragona (Jodasy), ny bibidia (Katôlika), ary ny mpaminany sandoka (Protestanta niodina tamin’ny finoana).</w:t>
      </w:r>
    </w:p>
    <w:p>
      <w:pPr>
        <w:pStyle w:val="ArticleBody"/>
        <w:jc w:val="left"/>
      </w:pPr>
      <w:r>
        <w:rPr>
          <w:rFonts w:ascii="Times New Roman" w:hAnsi="Times New Roman" w:eastAsia="Times New Roman" w:cs="Times New Roman"/>
        </w:rPr>
        <w:t>Ao anatin’io tantara miafina io ihany dia aseho koa ny tsipika momba ny Repoblikanisma nihemotra tamin’ny finoana. Ao anatin’izany tsipika izany dia aseho ny fifanolanana eo amin’ny antoko Demôkraty (ilay dragona) sy ny antoko Repoblikana (ilay sarin’ny bibidia). Ny antoko Repoblikana no hitarika amin’ny fananganana ny sarin’ilay bibidia, ary amin’ny fanaovana izany dia maneho ny toetra ara-paminaniana an’ilay bibidia izy (ny fahefana papaly). Ao amin’ny Tenin’Andriamanitra, ny fahefana papaly, izay mpanjakan’ny avaratra sady ilay bibidia koa, dia omena an’i Egypta, (ilay dragona) ho tambin’ny fanompoana nataony, satria nampiasain’Andriamanitra ho fitaovam-pitsarana izy.</w:t>
      </w:r>
    </w:p>
    <w:p>
      <w:pPr>
        <w:pStyle w:val="ArticleScripture"/>
        <w:jc w:val="left"/>
      </w:pPr>
      <w:r>
        <w:rPr>
          <w:rFonts w:ascii="Times New Roman" w:hAnsi="Times New Roman" w:eastAsia="Times New Roman" w:cs="Times New Roman"/>
        </w:rPr>
        <w:t>Ry zanak’olona, Nebokadrezara, mpanjakan’i Babylona, dia nampanompo ny miaramilany tamin’ny fanompoana lehibe hanohitra an’i Tyro; sola ny loha rehetra, ary voahodi-koditra ny soroka rehetra; nefa tsy nahazo karama ho azy na ho an’ny miaramilany avy tamin’i Tyro izy noho ny fanompoana izay nataony nanohitra azy. Koa izao no lazain’i Jehovah Tompo: Indro, homeko an’i Nebokadrezara, mpanjakan’i Babylona, ny tany Egypta; ary halainy ny hamaroany, ary halainy ny babo aminy, ary halainy ny rembiny; ary izany no ho karaman’ny miaramilany. Nomeko azy ny tany Egypta ho valin’ny fisasarany izay nanompoany nanohitra azy, satria niasa ho Ahy izy, hoy Jehovah Tompo. Amin’izany andro izany no hampaniry ny tandrokon’ny taranak’Isiraely Aho, ary homeko anao ny fisokafan’ny vava eo afovoan’izy ireo; ary ho fantatr’izy ireo fa Izaho no Jehovah. Ezekiela 29:18–21.</w:t>
      </w:r>
    </w:p>
    <w:p>
      <w:pPr>
        <w:pStyle w:val="ArticleBody"/>
        <w:jc w:val="left"/>
      </w:pPr>
      <w:r>
        <w:rPr>
          <w:rFonts w:ascii="Times New Roman" w:hAnsi="Times New Roman" w:eastAsia="Times New Roman" w:cs="Times New Roman"/>
        </w:rPr>
        <w:t>Nebukadnezara, izay mpanjakan’ny avaratra ao amin’ilay andalan-teny, dia omena ny tany Egypta ho tambin’asany, ka izany no tandindona fa amin’ny andro farany dia homena ny papasia i Egypta, izay ilay dragona, izay ireo mpanjaka folo, dia ny Firenena Mikambana, izay manaiky hanolotra ny fanjakany fahafito ho an’ilay bibidia mandritra ny fotoana fohy.</w:t>
      </w:r>
    </w:p>
    <w:p>
      <w:pPr>
        <w:pStyle w:val="ArticleScripture"/>
        <w:jc w:val="left"/>
      </w:pPr>
      <w:r>
        <w:rPr>
          <w:rFonts w:ascii="Times New Roman" w:hAnsi="Times New Roman" w:eastAsia="Times New Roman" w:cs="Times New Roman"/>
        </w:rPr>
        <w:t>Ary ny tandroka folo izay hitanao teo amin’ilay biby dia hankahala ilay vehivavy janga ka hahatonga azy ho lao sy mitanjaka, ary hihinana ny nofony izy ary handoro azy amin’ny afo. Fa Andriamanitra no nametraka tao am-pony ny hanatanteraka ny sitrapony sy hifanaraka, ary hanolotra ny fanjakany ho an’ilay biby, mandra-pahatanteraky ny tenin’Andriamanitra. Apokalypsy 17:16, 17.</w:t>
      </w:r>
    </w:p>
    <w:p>
      <w:pPr>
        <w:pStyle w:val="ArticleBody"/>
        <w:jc w:val="left"/>
      </w:pPr>
      <w:r>
        <w:rPr>
          <w:rFonts w:ascii="Times New Roman" w:hAnsi="Times New Roman" w:eastAsia="Times New Roman" w:cs="Times New Roman"/>
        </w:rPr>
        <w:t>Io fandoavam-paminaniana io dia aseho koa ao amin’i Daniela toko faha-11 andininy faha-42.</w:t>
      </w:r>
    </w:p>
    <w:p>
      <w:pPr>
        <w:pStyle w:val="ArticleScripture"/>
        <w:jc w:val="left"/>
      </w:pPr>
      <w:r>
        <w:rPr>
          <w:rFonts w:ascii="Times New Roman" w:hAnsi="Times New Roman" w:eastAsia="Times New Roman" w:cs="Times New Roman"/>
        </w:rPr>
        <w:t>Ary haninjitra ny tanany hamely ny tany samy hafa koa izy; ary ny tanin’i Egypta tsy ho afa-mandositra. Daniela 11:42.</w:t>
      </w:r>
    </w:p>
    <w:p>
      <w:pPr>
        <w:pStyle w:val="ArticleBody"/>
        <w:jc w:val="left"/>
      </w:pPr>
      <w:r>
        <w:rPr>
          <w:rFonts w:ascii="Times New Roman" w:hAnsi="Times New Roman" w:eastAsia="Times New Roman" w:cs="Times New Roman"/>
        </w:rPr>
        <w:t>Ny fahefana papaly dia mandresy ny herin’ny dragona amin’ny fotoanan’ny ranonorana farany, satria io fandoavana io dia tanterahina “amin’ny” “andro” izay “ampanirian’Andriamanitra ny tandrok’ny taranak’Isiraely.” Ny ranonorana no mampaniry ny Isiraelin’Andriamanitra, ary io andro io dia nanomboka tamin’ny 11 Septambra 2001, izay andro nisy ny rivotra avy any atsinanana.</w:t>
      </w:r>
    </w:p>
    <w:p>
      <w:pPr>
        <w:pStyle w:val="ArticleScripture"/>
        <w:jc w:val="left"/>
      </w:pPr>
      <w:r>
        <w:rPr>
          <w:rFonts w:ascii="Times New Roman" w:hAnsi="Times New Roman" w:eastAsia="Times New Roman" w:cs="Times New Roman"/>
        </w:rPr>
        <w:t>Izay hivoaka avy amin’i Jakoba dia hampaka faka; Israely hamony sy hitsimoka ary hameno voa ny tavin’izao tontolo izao. Efa namely azy va Izy tahaka ny namelany an’ireo namely azy? Sa novonoina araka ny famonoana an’ireo novonoiny va izy? Amin’ny fatra no itsaranao azy, raha vao mitsimoka izy; ampitsahariny ny rivotra mahery avy aminy amin’ny andro isefoan’ny rivotra avy any atsinanana. Koa amin’izany no hanadiovana ny helok’i Jakoba; ary izao no vokatra rehetra amin’ny fanesorana ny fahotany: raha ataony ho tahaka ny vato sokay voatoto sy vakivaky ny vaton’ny alitara rehetra, dia tsy haharitra intsony ny ala masina sy ny sarin-javatra voasokitra. Isaia 27:6–9.</w:t>
      </w:r>
    </w:p>
    <w:p>
      <w:pPr>
        <w:pStyle w:val="ArticleBody"/>
        <w:jc w:val="left"/>
      </w:pPr>
      <w:r>
        <w:rPr>
          <w:rFonts w:ascii="Times New Roman" w:hAnsi="Times New Roman" w:eastAsia="Times New Roman" w:cs="Times New Roman"/>
        </w:rPr>
        <w:t>I Ejipta dia omena ho an’ilay bibidia papaly amin’ny fotoana handrotsahana ny ranonorana farany. Nanomboka nitete ny ranonorana farany tamin’ny fotoana “najanona”, na noferana, ny rivotra avy any atsinanana, izay misolo tena ny silamo amin’ny loza fahatelo, tamin’ny 11 Septambra 2001. Avy eo dia nanomboka nofrefesina, (nafafy) teo amin’ny Isiraely ny ranonorana, raha nanomboka nitsimoka izy. Amin’ny lalàn’ny Alahady, rehefa tonga indray ny loza fahatelo, dia arotsaka tsy amin’antony ny ranonorana farany. Eo anelanelan’ny 11 Septambra 2001 sy ilay lalàn’ny Alahady izay ho avy tsy ho ela dia voadio ny “helok’i Jakoba”, ary ny teny hebreo adika hoe “voadio” dia midika hoe “voavela tamin’ny fanavotana”. Amin’ny lalàn’ny Alahady dia omena an’ilay bibidia papaly i Ejipta (ny dragona), raha ireo mpanjaka folo ireo mijangajanga amin’ny fahefana papaly amin’ny fananganana sarin’ilay bibidia maneran-tany.</w:t>
      </w:r>
    </w:p>
    <w:p>
      <w:pPr>
        <w:pStyle w:val="ArticleBody"/>
        <w:jc w:val="left"/>
      </w:pPr>
      <w:r>
        <w:rPr>
          <w:rFonts w:ascii="Times New Roman" w:hAnsi="Times New Roman" w:eastAsia="Times New Roman" w:cs="Times New Roman"/>
        </w:rPr>
        <w:t>Alohan’ny lalàn’ny Alahady, mandritra ny fotoan’ny fanisiana tombo-kase ny iray hetsy sy efatra alina amby efa-polo sy efatra arivo, ny tandroka Repoblikana nihemotra dia manangana sary ho an’ilay bibidia miaraka amin’ny tandroka Protestanta nihemotra; ary amin’izany tsipika ara-paminaniana izany dia mandresy ny antoko Demokraty ny antoko Repoblikana, satria ny antoko Demokraty dia fahefan’ny dragona ary ny antoko Repoblikana no fahefana izay manangana ny sarin’ny fahefan’ny papa.</w:t>
      </w:r>
    </w:p>
    <w:p>
      <w:pPr>
        <w:pStyle w:val="ArticleBody"/>
        <w:jc w:val="left"/>
      </w:pPr>
      <w:r>
        <w:rPr>
          <w:rFonts w:ascii="Times New Roman" w:hAnsi="Times New Roman" w:eastAsia="Times New Roman" w:cs="Times New Roman"/>
        </w:rPr>
        <w:t>Ao anatin’ny tantara ara-paminaniana momba ny bibidia avy amin’ny tany dia voafaritra ny fiafaran’ny antoko Demokraty sy ny fiafaran’ny antoko Repoblikana. Ireo antoko roa ireo no mandrafitra ny tandrokan’ny Repoblikanisma, nefa kosa maneho ady anatiny izay mandalo manerana ny tantara manontolon’ilay bibidia avy amin’ny tany. Io tandroka io (Repoblikana) dia mitahiry ao anatiny mikrôkôzima anatiny iray amin’ireo tandroka roa an’ilay bibidia avy amin’ny tany.</w:t>
      </w:r>
    </w:p>
    <w:p>
      <w:pPr>
        <w:pStyle w:val="ArticleBody"/>
        <w:jc w:val="left"/>
      </w:pPr>
      <w:r>
        <w:rPr>
          <w:rFonts w:ascii="Times New Roman" w:hAnsi="Times New Roman" w:eastAsia="Times New Roman" w:cs="Times New Roman"/>
        </w:rPr>
        <w:t>Ao amin’ny fijoroana vavolombelon’ny fanjakan’ny Mediana sy ny Persiana, dia ilay tandroka farany no niakatra ka nanjary avo kokoa; ary ny antoko Demaokraty no nanomboka voalohany teo amin’ny tantaran’i Amerika, nefa amin’ny farany dia ny antoko Repoblikana no miakatra ka manjary avo kokoa ary mandresy ny Demaokraty. Ao amin’ny tantaran’ny ranonorana aoriana, izay nanomboka tamin’ny 11 Septambra 2001, dia niakatra avy tao amin’ny lavaka tsy hita noanoa ao amin’ny Apokalypsy toko faha-11 ireo Demaokraty globalista, nentin’ny aingam-panahin’ny dragona, ka namono ny Repoblikana tamin’ny fangalarana ny fifidianana tamin’ny 2020. Ny adin’izy ireo tamin’i Trump (sy ny Repoblikana) dia nanomboka fony izy nanambara ny firotsahany hofidiana tamin’ny 2015, ary vao mainka nitombo hery hatrany izany nanomboka teo.</w:t>
      </w:r>
    </w:p>
    <w:p>
      <w:pPr>
        <w:pStyle w:val="ArticleBody"/>
        <w:jc w:val="left"/>
      </w:pPr>
      <w:r>
        <w:rPr>
          <w:rFonts w:ascii="Times New Roman" w:hAnsi="Times New Roman" w:eastAsia="Times New Roman" w:cs="Times New Roman"/>
        </w:rPr>
        <w:t>Rehefa nangalarin’ny Demokraty ny fifidianana tamin’ny taona 2020, dia nanorina ny Fitsarana Pelosi izy ireo avy eo; kanefa, raha nanambara ny fampielezan-keviny fahatelo i Trump tamin’ny 2022, dia tonga tamin’ny Demokraty ny tahotra, ary vao mainka nitombo ihany ny fahatezerany; ka dia nitsangana hanohitra an’i Trump sy ireo mpomba azy tamin’ny fahavinirana lehibe izy ireo, satria fantany fa fohy ny androny. Nankalaza ny fahafatesany izy ireo; nefa rehefa nitsangana izy, dia latsaka taminy ny tahotra lehibe.</w:t>
      </w:r>
    </w:p>
    <w:p>
      <w:pPr>
        <w:pStyle w:val="ArticleScripture"/>
        <w:jc w:val="left"/>
      </w:pPr>
      <w:r>
        <w:rPr>
          <w:rFonts w:ascii="Times New Roman" w:hAnsi="Times New Roman" w:eastAsia="Times New Roman" w:cs="Times New Roman"/>
        </w:rPr>
        <w:t>Ary rehefa vitany ny fanambaràny, dia ilay bibidia izay miakatra avy ao amin’ny lavaka tsy hita noanoa no hiady aminy, ka handresy azy sy hamono azy. Ary ny fatiny handry eo amin’ny arabe amin’ilay tanàna lehibe, izay atao hoe Sodoma sy Egypta ara-panahy, sady teo koa no nanomboana ny Tompontsika tamin’ny hazo fijaliana. Ary ny olona avy amin’ny firenena sy ny fokom-pirenena sy ny samy hafa fiteny ary ny jentilisa dia hijery ny fatiny hateloana sy tapany, nefa tsy hamela ny fatiny halevina ao am-pasana. Ary izay monina ambonin’ny tany dia hifaly noho ny aminy sy hifampiravoravo ary hifanolotra fanomezana; satria nampijaly izay monina ambonin’ny tany ireo mpaminany roa ireo. Ary rehefa afaka hateloana sy tapany, dia niditra tao aminy ny Fanahin’aina avy amin’Andriamanitra, ka nitsangana tamin’ny tongony izy; ary raiki-tahotra indrindra izay nahita azy. Apokalypsy 11:7–11.</w:t>
      </w:r>
    </w:p>
    <w:p>
      <w:pPr>
        <w:pStyle w:val="ArticleBody"/>
        <w:jc w:val="left"/>
      </w:pPr>
      <w:r>
        <w:rPr>
          <w:rFonts w:ascii="Times New Roman" w:hAnsi="Times New Roman" w:eastAsia="Times New Roman" w:cs="Times New Roman"/>
        </w:rPr>
        <w:t>Ny vanim-potoana izay manamarika ny faran’ny antoko Demokraty dia hatramin’ny fanokanana an’i Biden tamin’ny taona 2021 ka hatramin’ny fanokanana an’i Trump tamin’ny taona 2025. Nanomboka tamin’ny Pelosi Trials izany vanim-potoana izany, izay tsy nifanaraka tamin’ny lalàm-panorenana velively ary ara-politika tanteraka ny toetrany. Io tantara io, izay maneho ny fahafatesan’ny filoha fahenina hatramin’ny fotoanan’ny farany tamin’ny 1989 ka hatramin’ilay filoha fahavalo izay avy amin’ny fito, dia nanomboka tamin’ny fitsarana ara-politika (ny Pelosi Trials), ary mifarana amin’ny fahafatesan’ny antoko Demokraty sy andiany faharoa amin’ny Pelosi Trials, rehefa avadika mifanohitra kosa ireo kendrena ara-politika.</w:t>
      </w:r>
    </w:p>
    <w:p>
      <w:pPr>
        <w:pStyle w:val="ArticleBody"/>
        <w:jc w:val="left"/>
      </w:pPr>
      <w:r>
        <w:rPr>
          <w:rFonts w:ascii="Times New Roman" w:hAnsi="Times New Roman" w:eastAsia="Times New Roman" w:cs="Times New Roman"/>
        </w:rPr>
        <w:t>Ny fanoharana ny tantara dia hita ao amin’ny toko faha-iraika ambin’ny folo ao amin’ny Apokalypsy, izay nahita ny fahatanterahany voalohany tamin’ny Revolisiona Frantsay. Ny Revolisiona Frantsay no ohatra ara-tantara mahazatra indrindra momba ilay karazana ady politika amin’ny guillotine, izay manamarika antoko mpitondra iray mamono antoko mpitondra iray hafa, ary avy eo io fahefana mpitondra io ihany indray no naongana sy nenjehina.</w:t>
      </w:r>
    </w:p>
    <w:p>
      <w:pPr>
        <w:pStyle w:val="ArticleBody"/>
        <w:jc w:val="left"/>
      </w:pPr>
      <w:r>
        <w:rPr>
          <w:rFonts w:ascii="Times New Roman" w:hAnsi="Times New Roman" w:eastAsia="Times New Roman" w:cs="Times New Roman"/>
        </w:rPr>
        <w:t>Ang yugto mula sa panunumpa ni Biden at ng mga Paglilitis kay Pelosi, hanggang sa ikalawang panunumpa ni Trump at sa pagbabaligtad ng mga Paglilitis kay Pelosi ay tumutukoy sa wakas ng Partido Demokratiko, at tinutukoy nito kung kailan uulitin ni Trump ang pagpapatupad ng isang kalipunan ng mga atas ehekutibo na itinulad ng mga Alien and Sedition Acts. Ang pagpapatupad ng mga atas ehekutibong iyon ang magsisimula ng ikalawang mga Paglilitis kay Pelosi at tutukoy sa pasimula ng yugto kung kailan ang larawan ng hayop ay sisimulan nang buong kasigasigan. Ang yugtong iyon ay nagtatapos sa pagpapatupad ng batas ng Linggo, kaya ang yugto ay nagsisimula sa mga atas ehekutibong kaagapay ng Alien and Sedition Acts, at nagtatapos sa batas ng Linggo. Doon nagwawakas ang Partido Republikano.</w:t>
      </w:r>
    </w:p>
    <w:p>
      <w:pPr>
        <w:pStyle w:val="ArticleBody"/>
        <w:jc w:val="left"/>
      </w:pPr>
      <w:r>
        <w:rPr>
          <w:rFonts w:ascii="Times New Roman" w:hAnsi="Times New Roman" w:eastAsia="Times New Roman" w:cs="Times New Roman"/>
        </w:rPr>
        <w:t>Samy mifandray ara-paminaniana ireo fe-potoana roa ireo, izay maneho ny fiafaran’ny antoko Demokraty ary avy eo ny antoko Repoblikana, ary asehon’ilay fe-potoana roa amby roapolo taona hatramin’ny 1776 ka hatramin’ny 1798. Manana mari-dalana telo io fe-potoana io: ny Fanambarana ny Fahaleovantena tamin’ny 1776, telo ambin’ny folo taona tatỳ aoriana ny Lalàm-panorenana, ary narahin’ny Alien and Sedition Acts tamin’ny 1798. Ireo mari-dalana telo ireo dia mahita ny fahatanterahany eo amin’ny tsipiky ny antoko Demokraty sy Repoblikana, na dia eo amin’ny teboka hafa aza ao amin’ny tsipika tsirairay ny fampiharana ny mari-dalana faharoa sy fahatelo.</w:t>
      </w:r>
    </w:p>
    <w:p>
      <w:pPr>
        <w:pStyle w:val="ArticleBody"/>
        <w:jc w:val="left"/>
      </w:pPr>
      <w:r>
        <w:rPr>
          <w:rFonts w:ascii="Times New Roman" w:hAnsi="Times New Roman" w:eastAsia="Times New Roman" w:cs="Times New Roman"/>
        </w:rPr>
        <w:t>Hazavainay ato amin’ny lahatsoratra manaraka ireo mari-pamantarana ireo sy ny fahatanterahany.</w:t>
      </w:r>
    </w:p>
    <w:p>
      <w:pPr>
        <w:pStyle w:val="ArticleScripture"/>
        <w:jc w:val="left"/>
      </w:pPr>
      <w:r>
        <w:rPr>
          <w:rFonts w:ascii="Times New Roman" w:hAnsi="Times New Roman" w:eastAsia="Times New Roman" w:cs="Times New Roman"/>
        </w:rPr>
        <w:t>“Tsy misy afa-tsy antoko roa ihany. Satana miasa amin’ny heriny miolakolaka sy mamitaka; ary amin’ny alalan’ny fitaka mahery vaika no isamborany izay rehetra tsy mitoetra amin’ny fahamarinana, izay nanodina ny sofiny tsy hihaino ny fahamarinana ka nitodika ho amin’ny anganongano. Satana tenany aza tsy nitoetra tamin’ny fahamarinana; izy no zava-miafin’ny heloka. Amin’ny hafetseny no anomezany ny fahadisoany, izay mandringana fanahy, ny endriky ny fahamarinana. Izany no ahazoany hery hamitaka. Satria sandokan’ny fahamarinana izy ireny no mahatonga ny Spiritisma sy ny Teôzôfia ary ny fitaka mitovy aminy hahazo hery lehibe eo amin’ny sain’ny olona. Eto no isehoan’ny fiasan’i Satana feno fahaizana. Mody miseho ho Mpamonjy ny olona izy, ho mpanao soa ny taranak’olombelona, ka amin’izany no andrebirebeny mora kokoa ny iharany ho amin’ny fandringanana.</w:t>
      </w:r>
    </w:p>
    <w:p>
      <w:pPr>
        <w:pStyle w:val="ArticleScripture"/>
        <w:jc w:val="left"/>
      </w:pPr>
      <w:r>
        <w:rPr>
          <w:rFonts w:ascii="Times New Roman" w:hAnsi="Times New Roman" w:eastAsia="Times New Roman" w:cs="Times New Roman"/>
        </w:rPr>
        <w:t>“Ampitandremana isika ao amin’ny tenin’Andriamanitra fa ny fiambenana tsy misy torimaso no saran’ny fiarovana. Ao amin’ny lala-mahitsin’ny fahamarinana sy ny rariny ihany no ahafahantsika mandositra ny herin’ilay mpaka fanahy. Nefa voafandrik’izao tontolo izao. Ny fahaizan’i Satana dia ampiasaina amin’ny famolavolana tetika sy fomba tsy tambo isaina mba hanatanterahany ny fikasany. Ny fihatsarambelatsihy dia efa tonga zavakanto kanto eo aminy, ary miasa amin’ny fiendriky ny anjelin’ny mazava izy. Ny mason’Andriamanitra ihany no mahatsinjo ny teti-dratsiny handoto izao tontolo izao amin’ny foto-kevitra sandoka sy mampahavery, izay mitondra eo amin’ny tavany ny fisehoan’ny tena hatsarana marina. Miasa izy mba hamerana ny fahafahana ara-pivavahana sy hampiditra ao amin’ny tontolo ara-pivavahana karazam-panandevozana iray. Ny fikambanana sy ny andrim-panjakana, raha tsy voatahirin’ny herin’Andriamanitra, dia hiasa eo ambanin’ny baikon’i Satana mba hampiditra ny olona eo ambanin’ny fifehezan’ny olona; ary ny hosoka sy ny fitaka dia hitondra ny endriky ny zotom-po ho an’ny fahamarinana sy ho amin’ny fampandrosoana ny fanjakan’Andriamanitra. Izay rehetra ao amin’ny fanaontsika ka tsy mazava tahaka ny antoandro dia anisan’ny fomba fiasan’ny andrianan’ny ratsy. Ny fombany dia ampiharina na dia eo amin’ireo Advantista Mitandrina ny Andro Fahafito aza, izay milaza fa manana fahamarinana mandroso.”</w:t>
      </w:r>
    </w:p>
    <w:p>
      <w:pPr>
        <w:pStyle w:val="ArticleScripture"/>
        <w:jc w:val="left"/>
      </w:pPr>
      <w:r>
        <w:rPr>
          <w:rFonts w:ascii="Times New Roman" w:hAnsi="Times New Roman" w:eastAsia="Times New Roman" w:cs="Times New Roman"/>
        </w:rPr>
        <w:t>“Raha manohitra ny fampitandremana alefan’ny Tompo ho azy ny olona, dia tonga hatramin’ny ho mpitarika amin’ny fanaovana ratsy aza izy; ny olona toy izany dia mihevitra fa mahazo mampihatra ny zo manokana an’Andriamanitra—sahy manao izay tsy hataon’Andriamanitra mihitsy izy amin’ny fikatsahana hifehy ny sain’ny olona. Ampidiriny ny fomba fanaony sy ny drafiny manokana, ary amin’ny alalan’ny fiheverany diso an’Andriamanitra dia mampahalemy ny finoan’ny hafa amin’ny fahamarinana izy, sady mampiditra foto-kevitra sandoka izay hiasa tahaka ny masirasira hanimba sy handoto ny andrim-panjakantsika sy ny fiangonantsika. Izay rehetra mampihena ny fiheveran’ny olona ny fahamarinana sy ny hitsiny ary ny fitsarana tsy mitanila, na izay tetika na fitsipika rehetra izay mametraka ireo mpanompon’Andriamanitra olombelona eo ambanin’ny fifehezan’ny sain’olombelona, dia manimba ny finoany an’Andriamanitra; mampisaraka ny fanahy amin’Andriamanitra izany, satria mitarika azy hiala amin’ny lalan’ny fahitsiana hentitra sy ny fahamarinana.”</w:t>
      </w:r>
    </w:p>
    <w:p>
      <w:pPr>
        <w:pStyle w:val="ArticleScripture"/>
        <w:jc w:val="left"/>
      </w:pPr>
      <w:r>
        <w:rPr>
          <w:rFonts w:ascii="Times New Roman" w:hAnsi="Times New Roman" w:eastAsia="Times New Roman" w:cs="Times New Roman"/>
        </w:rPr>
        <w:t>“Tsy hankatoavin’Andriamanitra na oviana na oviana izay tetika rehetra ahafahan’ny olona manjaka na mampahory ny namany na dia amin’ny ambaratonga faran’izay kely indrindra aza. Ny hany fanantenan’ny olona lavo dia ny hibanjina an’i Jesosy sy handray Azy ho Mpamonjy tokana. Raha vantany vao manomboka mametraka fitsipika vy ho an’ny olon-kafa ny olona, raha vantany vao manomboka mamehy sy mitondra olona araka ny heviny manokana izy, dia manala baraka an’Andriamanitra izy sady mampidi-doza ny fanahiny ihany sy ny fanahin’ireo rahalahiny. Ny olona mpanota dia tsy mahita fanantenana sy fahamarinana afa-tsy ao amin’Andriamanitra ihany; ary tsy misy olombelona marina afa-tsy raha manana finoana an’Andriamanitra izy ka mitana ny fifandraisana velona Aminy. Ny voninkazon’ny saha dia tsy maintsy manana ny fakany ao amin’ny tany; tsy maintsy manana rivotra sy ando sy ranonorana ary tara-masoandro izy. Tsy haniry tsara izy raha tsy mandray izany tombontsoa izany, ary avy amin’Andriamanitra avokoa izany rehetra izany. Toy izany koa ny amin’ny olona. Isika dia mandray avy amin’Andriamanitra izay manompo ny ain’ny fanahy. Nampitandremana isika mba tsy hatoky olona, na hanao ny nofo ho sandrintsika. Voatonona ny ozona ho an’izay rehetra manao izany.”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Valo amby sivifolo amby zato sy iray</dc:title>
  <dc:subject>Fiangonana Masina sy Fifandrindrana Ara-paminaniana: Ny Anjara Asan’ny 144,000 ao amin’ny Rafitra Eskaolojikan’i Daniela 11:40</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