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Faha-roanjato latsaka iray</w:t>
      </w:r>
    </w:p>
    <w:p>
      <w:pPr>
        <w:pStyle w:val="ArticleSubtitle"/>
        <w:jc w:val="left"/>
      </w:pPr>
      <w:r>
        <w:rPr>
          <w:rFonts w:ascii="Arial" w:hAnsi="Arial" w:eastAsia="Arial" w:cs="Arial"/>
        </w:rPr>
        <w:t>Fihenan’ny Hery Ara-politika sy Anjara Voatendry Ara-paminaniana: Ny Fiafaran’ny Antoko Demaokraty sy Repoblikana ao anatin’ny Tontolon’ny Faminanian’ny Baiboly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Isika dia mamantatra ny faran’ny antoko Demokraty sy Repoblikana ao amin’ny tantaran’ilay bibidia avy amin’ny tany. Ilay bibidia avy amin’ny tany ao amin’ny Apokalypsy toko fahatelo ambin’ny folo dia mizara ho antoko Repoblikana sy Demokraty, izay mifanolona ao anatin’ny tantara ara-paminaniana an’ilay tandroka Repoblikana. Ny tandroka dia mariky ny hery, ary samy ahitana mikrôkôsma momba ny fifandraisany ara-paminaniana ao anatin’ny tantarany ara-paminaniana avy ny tandroka roa tonta. Ho an’ilay tandroka Repoblikana, izany mikrôkôsma izany dia asehon’ireo antoko politika roa lehibe izay manenika ny tantaran’i Etazonia. Etazonia dia iray amin’ireo fanjakana vitsy voatondro ao amin’ny tantara ara-paminaniana izay ahitana hery roa. Ireo firenena rehetra teo aloha ao amin’ny faminanian’ny Baiboly izay aseho amin’ny hery roa dia tandindon’i Etazonia. Ny fanjakana Medo-Persiana, Frantsa (Sodoma sy Egypta), ary Isiraely miaraka amin’ny fanjakany avaratra sy atsimo, dia samy mandray anjara amin’ny toetra ara-paminaniana an’i Etazonia.</w:t>
      </w:r>
    </w:p>
    <w:p>
      <w:pPr>
        <w:pStyle w:val="ArticleBody"/>
        <w:jc w:val="left"/>
      </w:pPr>
      <w:r>
        <w:rPr>
          <w:rFonts w:ascii="Times New Roman" w:hAnsi="Times New Roman" w:eastAsia="Times New Roman" w:cs="Times New Roman"/>
        </w:rPr>
        <w:t>Ny fanjakana Medo-Persiana ao amin’ny Daniela toko faha-valo dia nanana tandroka roa, ary ny tandroka farany (Persia) no niakatra avo kokoa. Efa nofaritantsika io singa io tamin’ny fanondroana fa ny antoko Demokraty no niseho teo amin’ny tantara talohan’ny antoko Repoblikana, ka noho izany ny antoko Repoblikana no ho farany amin’ireo antoko roa ireo amin’ny farany. Ny filoha Repoblikana voalohany dia niseho teo amin’ny tantara ho setrin’ny fijoroan’ny antoko Demokraty manohana ny fanandevozana, ary ny filoha Repoblikana voalohany no nanambara ny Fanambaràna Fanafahana tamin’ny 1863, izay teo afovoan’ny Ady An-trano tao Etazonia, sady taona nisian’ny fikomiana ho an’ny fiangonana Advantista Mitandrina ny Andro Fahafito Laodiseana.</w:t>
      </w:r>
    </w:p>
    <w:p>
      <w:pPr>
        <w:pStyle w:val="ArticleBody"/>
        <w:jc w:val="left"/>
      </w:pPr>
      <w:r>
        <w:rPr>
          <w:rFonts w:ascii="Times New Roman" w:hAnsi="Times New Roman" w:eastAsia="Times New Roman" w:cs="Times New Roman"/>
        </w:rPr>
        <w:t>Ny filoha Repoblikana farany dia asehon’ny tandindon’ilay filoha Repoblikana voalohany; koa hiditra ao amin’ny tantara eo afovoan’ny ady an-trano misy eo amin’ny antoko Demôkraty mpomba ny fanandevozana sy ny antoko Repoblikana mpanohitra ny fanandevozana izy. Ny fanandevozana amporisihan’ny antoko Demôkraty amin’ny andro farany dia fanandevozana maneran-tany. Tahaka ilay filoha Repoblikana voalohany, ny filoha Repoblikana farany dia hovonoin’ny antoko mpomba ny fanandevozana; tahaka ny namonoana an’i Trump ara-politika tamin’ny fifidianana 2020 nangalarina. Amin’ny maha filoha fahenina hatramin’ny fotoanan’ny farany tamin’ny 1989 azy, i Trump no ho filoha manan-karena indrindra, ary hampihetsika ny globalista tsy ao Etazonia ihany fa maneran-tany manontolo. Koa tamin’ny fanambarany hirotsaka hofidiana ho filoha tamin’ny 2015 no nanombohan’ny ady an-trano ara-politika teo amin’ny antoko Demôkraty an’ny globalista mpomba ny fanandevozana sy ny antoko Repoblikana manohitra ny fanandevozana.</w:t>
      </w:r>
    </w:p>
    <w:p>
      <w:pPr>
        <w:pStyle w:val="ArticleBody"/>
        <w:jc w:val="left"/>
      </w:pPr>
      <w:r>
        <w:rPr>
          <w:rFonts w:ascii="Times New Roman" w:hAnsi="Times New Roman" w:eastAsia="Times New Roman" w:cs="Times New Roman"/>
        </w:rPr>
        <w:t>Ho fanatanterahana ny Apokalypsy toko faha-iraika ambin’ny folo, dia novonoina ara-politika i Trump tamin’ilay fifidianana nangalarina tamin’ny 2020, ary nanomboka nifaly teny an-dalambe ny antoko Demôkraty, mandra-paharihary fa tamin’ny 2022 dia hirotsaka hofidiana ho Filoham-pirenena indray i Trump. Ary dia tonga tamin’ireo globalista ny tahotra lehibe ho fanatanterahana ny toko faha-iraika ambin’ny folo ao amin’ny Apokalypsy, ka nihamafy ny adin’izy ireo. Ny fijoroana vavolombelon’ireo tandroka Medo-Persiana dia manondro fa ilay tandroka farany hitsangana (ny antoko Repoblikana) dia hiseho farany sady hiakatra ambony kokoa. Ny filoham-pirenena Repoblikana farany dia handresy ny antoko Demôkraty.</w:t>
      </w:r>
    </w:p>
    <w:p>
      <w:pPr>
        <w:pStyle w:val="ArticleBody"/>
        <w:jc w:val="left"/>
      </w:pPr>
      <w:r>
        <w:rPr>
          <w:rFonts w:ascii="Times New Roman" w:hAnsi="Times New Roman" w:eastAsia="Times New Roman" w:cs="Times New Roman"/>
        </w:rPr>
        <w:t>Ny fifidianana tamin’ny 2024 no manamarika ny fiafaran’ny antoko Demokraty, satria tsy hanana fahafahana intsony izy ireo hanolotra kandidà ho filoham-pirenena alohan’ny hanaparan’ny lalàna Alahady ny tantara ara-paminaniana momba ilay bibidia avy amin’ny tany. Amin’ny lalàna Alahady dia mitsahatra koa ny antoko Repoblikana. Ny antoko Demokraty dia mifarana amin’ny fifidianana tamin’ny 2024, ary ny antoko Repoblikana dia mifarana amin’ny lalàna Alahady. Ny lalàna Alahady, amin’ny maha-fiafaran’ny fanjakana fahenina ao amin’ny faminanian’ny Baiboly azy, dia nasehon’ny fanombohan’ilay bibidia avy amin’ny tany tamin’ny 1798. Ny toetra ara-paminaniana lehibe indrindra an’ilay bibidia avy amin’ny tany dia ny “fitenenany.” Tamin’ny 1798, ny Etazonia dia namoaka ny Alien and Sedition Acts, izay noho izany dia tandindon’ny lalàna Alahady, rehefa miteny tahaka ny dragona i Etazonia.</w:t>
      </w:r>
    </w:p>
    <w:p>
      <w:pPr>
        <w:pStyle w:val="ArticleBody"/>
        <w:jc w:val="left"/>
      </w:pPr>
      <w:r>
        <w:rPr>
          <w:rFonts w:ascii="Times New Roman" w:hAnsi="Times New Roman" w:eastAsia="Times New Roman" w:cs="Times New Roman"/>
        </w:rPr>
        <w:t>Avy amin’ny 1776 ka hatramin’ny 1798, i Etazonia, na dia mbola tsy ilay fanjakana fahenina ao amin’ny faminanian’ny Baiboly aza, dia maneho marika telo eo amin’ny fitenenan’i Etazonia. Izany vanim-potoana izany no nitarika ho amin’ny fiandohan’ny fanjakan’ilay bibidia avy amin’ny tany amin’ny maha-fanjakana fahenina ao amin’ny faminanian’ny Baiboly azy, ka noho izany dia maneho vanim-potoana iray izay mitarika ho amin’ny fiafaran’ny fanjakan’ilay bibidia avy amin’ny tany amin’ny maha-fanjakana fahenina azy koa izany. Ny Fanambaràna ny Fahaleovantena tamin’ny 1776, narahin’ny Lalàm-panorenana tamin’ny 1789 sy ny Alien and Sedition Acts tamin’ny 1798, dia maneho marika telo eo amin’ny tantara izay mitarika ho amin’ny fiafaran’ilay bibidia avy amin’ny tany amin’ny maha-fanjakana fahenina azy eo amin’ny lalàn’ny Alahady. Ny fahatanterahan’ireo marika telo ireo dia aseho amin’ny fomba samihafa ao anatin’ny tantaran’ny antoko Demaokraty sy Repoblikana.</w:t>
      </w:r>
    </w:p>
    <w:p>
      <w:pPr>
        <w:pStyle w:val="ArticleBody"/>
        <w:jc w:val="left"/>
      </w:pPr>
      <w:r>
        <w:rPr>
          <w:rFonts w:ascii="Times New Roman" w:hAnsi="Times New Roman" w:eastAsia="Times New Roman" w:cs="Times New Roman"/>
        </w:rPr>
        <w:t>Ny Lalàna Patriot tamin’ny 2001 dia manamarika ny fiandohan’ny fanesorana ny fahaleovantenan’ny olom-pirenena ao Etazonia, ary nanehoana izany tamin’ny alalan’ilay fanambarana izay notanterahin’ireo tena tia tanindrazana tao amin’ny tantaran’i Amerika tamin’ny Fanambarana ny Fahaleovantena. Ny marika famantarana amin’ny Lalàna Patriot no voalohany amin’ireo marika famantarana telo ho an’ny antoko Repoblikana sy Demaokraty.</w:t>
      </w:r>
    </w:p>
    <w:p>
      <w:pPr>
        <w:pStyle w:val="ArticleBody"/>
        <w:jc w:val="left"/>
      </w:pPr>
      <w:r>
        <w:rPr>
          <w:rFonts w:ascii="Times New Roman" w:hAnsi="Times New Roman" w:eastAsia="Times New Roman" w:cs="Times New Roman"/>
        </w:rPr>
        <w:t>Ny antoko Demokraty dia mifarana amin’ny fifidianana 2024, izay mampiditra ny Executive Orders an’i Trump, izay efa voasoritra mialoha tamin’ny Alien and Sedition Acts. Ny Executive Orders izay hampiharin’i Trump avy eo dia tsy ny lalàna Alahady, kanefa sary tandindon’ny fitenenana tahaka ny dragona izy ireny, satria hampiasain’i Trump izany eo am-panatanterahany ny fanondroan’i Sister White fa hisy “active despotism” amin’ny andro farany. Ny despotisma dia teny manondro fitondrana jadona, izay tanterahina amin’ny alalan’ny Executive Orders izay asehon’ny Alien and Sedition Acts ho tandindona. Rehefa mampihatra ny Executive Orders-ny i Trump, dia hisy fihodinana miverina manoloana ny Pelosi Trials izay nanamarika ny fitondrana filoha tsy nahomby nataon’i Biden.</w:t>
      </w:r>
    </w:p>
    <w:p>
      <w:pPr>
        <w:pStyle w:val="ArticleBody"/>
        <w:jc w:val="left"/>
      </w:pPr>
      <w:r>
        <w:rPr>
          <w:rFonts w:ascii="Times New Roman" w:hAnsi="Times New Roman" w:eastAsia="Times New Roman" w:cs="Times New Roman"/>
        </w:rPr>
        <w:t>Ny fe-potoana izay manamarika ny fiafaran’ny antoko Demokraty sy ny Repoblikana dia mitondra ny sonian’ny Alfa sy Omega, satria ny fiandohan’ny fe-potoana tsirairay dia maneho ny fiafarana. Noho izany antony izany, ny marika voalohany ho an’ny antoko Demokraty dia ny Patriot Act tamin’ny 2001, ary ny marika faharoa dia ny Pelosi Trials izay nanomboka tamin’ny 2021. Ireo fitsarana ireo dia maneho fandavana tanteraka ny Lalàm-panorenana tamin’ny 1789. Ny Pelosi Trials dia maneho ny marika afovoany eo amin’ny tsipikan’ny antoko Demokraty, izay nanehoana tandindona tamin’ny fotoana nanamarinana ny Lalàm-panorenana tamin’ny zanatany telo ambin’ny folo, telo ambin’ny folo taona taorian’ny 1776. Ny Pelosi Trials dia maneho fikomiana manohitra ny Lalàm-panorenana ary nanehoana tandindona tamin’ny 1789. Ny marika fahatelo ho an’ny tsipika Demokraty dia eo amin’ny toerana hiafarany amin’ny maha-antoko politika azy.</w:t>
      </w:r>
    </w:p>
    <w:p>
      <w:pPr>
        <w:pStyle w:val="ArticleBody"/>
        <w:jc w:val="left"/>
      </w:pPr>
      <w:r>
        <w:rPr>
          <w:rFonts w:ascii="Times New Roman" w:hAnsi="Times New Roman" w:eastAsia="Times New Roman" w:cs="Times New Roman"/>
        </w:rPr>
        <w:t>Mifarana amin’ny fifidianana 2024 ireo, ary raha vantany vao tanteraka ny fanokanana amin’ny taona 2025, dia hatsangana amin’ny alalan’ny Executive Orders ny andiana Pelosi Trials faharoa, izay noharafesin’ny Alien and Sedition Acts. Koa ny waymark fahatelo ho an’ny antoko Demokraty dia ny Alien and Sedition Acts tamin’ny 1798. Ny vanim-potoana maneho ny faran’ny antoko Demokraty dia manomboka amin’ny fifidianana iray, fanokanana iray, ary ny fampidirana ady ara-pitsarana politika satanika, ary mifarana amin’ny fifidianana iray, fanokanana iray, ary ny fampidirana ady ara-pitsarana politika satanika.</w:t>
      </w:r>
    </w:p>
    <w:p>
      <w:pPr>
        <w:pStyle w:val="ArticleBody"/>
        <w:jc w:val="left"/>
      </w:pPr>
      <w:r>
        <w:rPr>
          <w:rFonts w:ascii="Times New Roman" w:hAnsi="Times New Roman" w:eastAsia="Times New Roman" w:cs="Times New Roman"/>
        </w:rPr>
        <w:t>Ho an’ny antoko Repoblikana, ny mari-dalana voalohany dia ny Patriot Act tamin’ny 2001, tandindonin’ny Fanambaràna ny Fahaleovantena tamin’ny 1776. Ny mari-dalana faharoa dia tsy mitovy amin’ilay mari-dalana faharoa ho an’ny antoko Demokraty. Ny mari-dalana faharoa, izay asehon’ny Lalàm-panorenana tamin’ny 1789 ho an’ny Demokraty, dia ny fitsarana Pelosi voalohany; fa ny mari-dalana faharoa ho an’ny Repoblikana, izay asehon’ny Lalàm-panorenana tamin’ny 1789, dia ny Alien and Sedition Act, izay tanteraka raha vantany vao tanteraka ny fanokanana faharoa an’i Trump amin’ny 2025. Ahoana no ahafahan’ny Alien and Sedition Acts tamin’ny 1798 misolo tena ny Lalàm-panorenana tamin’ny 1789?</w:t>
      </w:r>
    </w:p>
    <w:p>
      <w:pPr>
        <w:pStyle w:val="ArticleBody"/>
        <w:jc w:val="left"/>
      </w:pPr>
      <w:r>
        <w:rPr>
          <w:rFonts w:ascii="Times New Roman" w:hAnsi="Times New Roman" w:eastAsia="Times New Roman" w:cs="Times New Roman"/>
        </w:rPr>
        <w:t>Tamin’ny fanokanana faharoa an’i Trump, ny Didy Mpanatanterany, izay asehon’ny Alien and Sedition Acts of 1798 ho tandindona, dia manomboka tsy ny andiany faharoa amin’ny Pelosi Trials ihany, fa ireo didy ireo koa dia manomboka ny fananganana ny sarin’ny bibidia. Ny vanim-potoanan’ny fananganana ny sarin’ny bibidia dia manomboka sy mifarana amin’ny fitenenana tahaka ny dragona. Ny fitenenana eo am-piandohan’ilay vanim-potoana dia maneho ny fanorenana ireo fahefana mpanjaka izay aseho ho toy ny fitondrana jadona, na araka ny iantsoan’i Sister White azy, “despotism.” Ny fitenenan’ny dragona eo amin’ny faran’ny vanim-potoanan’ny fananganana ny sarin’ny bibidia dia manondro ny fahefan’ny hery ara-pivavahana izay atsangana hanjaka ambonin’ny fahefana ara-politika.</w:t>
      </w:r>
    </w:p>
    <w:p>
      <w:pPr>
        <w:pStyle w:val="ArticleBody"/>
        <w:jc w:val="left"/>
      </w:pPr>
      <w:r>
        <w:rPr>
          <w:rFonts w:ascii="Times New Roman" w:hAnsi="Times New Roman" w:eastAsia="Times New Roman" w:cs="Times New Roman"/>
        </w:rPr>
        <w:t>Ny Fanambaràna ny Fahaleovantena dia fanambaràna nanohitra ny jadonan’ny fahefana ara-politikan’ireo mpanjakan’i Eoropa sy ny fahefana ara-pivavahan’ny fiangonana romana. Ny vanim-potoanan’ny fananganana ny sarin’ilay bibidia dia ilay fotoana izay ampiarahana ireo hery roa samy efa simba ireo, ka ny fahefana ara-pivavahana no mifehy izany fifandraisana izany. Ao amin’ny fananganana, na ny fampiraisana ireo hery roa ireo, dia ny fahefana ara-pivavahana no miseho farany sady ambony kokoa. Koa noho izany, ny fiandohan’izany vanim-potoana izany dia maneho ny fiafaran’ilay vanim-potoana. Ny Alien and Sedition Acts of 1798 dia maneho ny fiafaran’ny antoko Demokratika, ary io no mari-pamantarana fahatelony, nefa miaraka amin’izany koa dia maneho ny mari-pamantarana faharoa ao amin’ny vanim-potoanan’ny fiafaran’ny antoko Repoblikana. Ny mari-pamantarana fahatelo ho an’ny antoko Repoblikana dia ny fampiharana ny Alahady.</w:t>
      </w:r>
    </w:p>
    <w:p>
      <w:pPr>
        <w:pStyle w:val="ArticleBody"/>
        <w:jc w:val="left"/>
      </w:pPr>
      <w:r>
        <w:rPr>
          <w:rFonts w:ascii="Times New Roman" w:hAnsi="Times New Roman" w:eastAsia="Times New Roman" w:cs="Times New Roman"/>
        </w:rPr>
        <w:t>Ho an’ny antoko Demokraty, ireo dingana telo lehibe asehon’ny 1776, 1789 ary 1798 dia tandindon’ny 2001 (1776), ny Fitsarana Pelosi voalohany tamin’ny 2021 (1789), ary ny Fitsarana Pelosi faharoa tamin’ny 2025 (1798).</w:t>
      </w:r>
    </w:p>
    <w:p>
      <w:pPr>
        <w:pStyle w:val="ArticleBody"/>
        <w:jc w:val="left"/>
      </w:pPr>
      <w:r>
        <w:rPr>
          <w:rFonts w:ascii="Times New Roman" w:hAnsi="Times New Roman" w:eastAsia="Times New Roman" w:cs="Times New Roman"/>
        </w:rPr>
        <w:t>Ho an’ny antoko Repoblikana, ireo mari-dalana telo asehon’ny 1776, 1789 ary 1798 dia tandindon’ny taona 2001 (1776), ny Fitsapana Pelosi faharoa tamin’ny 2025 (1789), ary ny lalàna Alahady (1798).</w:t>
      </w:r>
    </w:p>
    <w:p>
      <w:pPr>
        <w:pStyle w:val="ArticleBody"/>
        <w:jc w:val="left"/>
      </w:pPr>
      <w:r>
        <w:rPr>
          <w:rFonts w:ascii="Times New Roman" w:hAnsi="Times New Roman" w:eastAsia="Times New Roman" w:cs="Times New Roman"/>
        </w:rPr>
        <w:t>Ny taona 1776, 1789 ary 1798 dia maneho roa amby roapolo taona, ary ny roa amby roapolo dia tandindon’ny fampiraisana ny Maha-Andriamanitra amin’ny maha-olombelona. Ireo marika telo ireo dia mitondra ny fijoroana vavolombelon’ny “Fahamarinana”, satria maneho izy fa ny marika voalohany sy farany dia manondro ilay fahamarinana iray ihany. Ny 1776 dia manondro ny fanorenana ny fahaleovantena, ary ny 1798 kosa manondro ny fanesorana ny fahaleovantena. Koa izany dia maneho ny litera voalohany sy farany amin’ny abidy hebreo izay misy litera roa amby roapolo. Ny litera fahatelo ambin’ny folo dia tandindon’ny fikomiana, ary ireo litera telo ireo miaraka, dia ny voalohany sy ny fahatelo ambin’ny folo ary ny farany, no mitambatra ka mamorona ny teny hebreo hoe “Fahamarinana”.</w:t>
      </w:r>
    </w:p>
    <w:p>
      <w:pPr>
        <w:pStyle w:val="ArticleBody"/>
        <w:jc w:val="left"/>
      </w:pPr>
      <w:r>
        <w:rPr>
          <w:rFonts w:ascii="Times New Roman" w:hAnsi="Times New Roman" w:eastAsia="Times New Roman" w:cs="Times New Roman"/>
        </w:rPr>
        <w:t>Ny taona 1776 dia maneho ny 11 Septambra 2001, ary manamarika ny fiandohan’ny fotoan’ny fanisiana tombo-kase ny iray hetsy sy efatra alina sy efatra arivo. Izy io dia manamarika ny fiandohan’ny famafazana ny ranonorana farany, izay vanim-potoana anomezana ny dragona ho an’ilay bibidia ho valin’ny asa nataony, satria ny antokon’ny dragona Demokraty dia ho resin’ny antokon’ilay bibidia Repoblikana.</w:t>
      </w:r>
    </w:p>
    <w:p>
      <w:pPr>
        <w:pStyle w:val="ArticleBody"/>
        <w:jc w:val="left"/>
      </w:pPr>
      <w:r>
        <w:rPr>
          <w:rFonts w:ascii="Times New Roman" w:hAnsi="Times New Roman" w:eastAsia="Times New Roman" w:cs="Times New Roman"/>
        </w:rPr>
        <w:t>Nandritra izany tantara izany no tanterahana ny fanisiana tombo-kase ny tandroka protestanta marina, mandritra ilay fe-potoana izay aninjiran’ny Tompo ny tanany fanindroany hanangonana ny vahoaka izay fantatra ho ireo voaroaka amin’ny Isiraely, ary izay hasandratra ho faneva amin’ny lalàn’ny Alahady.</w:t>
      </w:r>
    </w:p>
    <w:p>
      <w:pPr>
        <w:pStyle w:val="ArticleBody"/>
        <w:jc w:val="left"/>
      </w:pPr>
      <w:r>
        <w:rPr>
          <w:rFonts w:ascii="Times New Roman" w:hAnsi="Times New Roman" w:eastAsia="Times New Roman" w:cs="Times New Roman"/>
        </w:rPr>
        <w:t>Tamin’ny 18 Jolay 2020 dia naely ny tandroka Protestanta marina, ary roa amby roa-polo taona taorian’ny 2001, tamin’ny Jolay 2023, dia natomboky ny feo miantso any an-efitra ny asan’ny fanangonana faharoa. Ny fanangonana voalohany dia nitranga tamin’ny 2001, rehefa nidina ilay anjely ao amin’ny Apokalypsy toko faha-valo ambin’ny folo tamin’ny fidinan’ireo trano lehibe tao amin’ny tanànan’i New York. Ny fidinan’io anjely io dia naneho ny fiandohan’ny fotoan’ny fanombohana tombo-kase, ary ny fidinan’i Mikaela arkanjely tamin’ny 18 Jolay 2020 dia naneho ny fiafaran’ny fotoan’ny fanombohana tombo-kase. Jesosy, amin’ny maha-Alfa sy Omega Azy, dia mampiseho mandrakariva ny farany amin’ny alalan’ny fiandohana, ka ireo singa ara-paminaniana amin’ny fanangonana voalohany izay nanomboka tamin’ny 11 Septambra 2001 dia maneho ireo singa ara-paminaniana izay mitranga amin’ny fanangonana faharoa.</w:t>
      </w:r>
    </w:p>
    <w:p>
      <w:pPr>
        <w:pStyle w:val="ArticleBody"/>
        <w:jc w:val="left"/>
      </w:pPr>
      <w:r>
        <w:rPr>
          <w:rFonts w:ascii="Times New Roman" w:hAnsi="Times New Roman" w:eastAsia="Times New Roman" w:cs="Times New Roman"/>
        </w:rPr>
        <w:t>Misy fanoharana mazava telo momba ny fanangonana faharoa, izay maneho ny tantara mifarana amin’ny fotoanan’ny fanisiana tombo-kase ny iray hetsy sy efatra arivo amby efatra alina; dia ny tantaran’i Kristy, ny tantaran’ny hafatry ny anjely voalohany sy faharoa nanomboka ny 11 Aogositra 1840 ka hatramin’ny 22 Oktobra 1844, ary koa ny tantaran’ny anjely fahatelo hatramin’ny 22 Oktobra 1844 ka hatramin’ny fikomiana tamin’ny 1863. Ireo vavolombelona telo ireo no mampiorina ny fanangonana faharoa ny iray hetsy sy efatra arivo amby efatra alina manomboka amin’ny Jolay 2023 ka hatramin’ny lalàna Alahady izay ho avy tsy ho ela. Raha atokanay avy amin’ny tantara tsirairay ny singa iray miavaka, dia hitanay ny porofo momba ny anjara asan’ny loza fahatelo.</w:t>
      </w:r>
    </w:p>
    <w:p>
      <w:pPr>
        <w:pStyle w:val="ArticleBody"/>
        <w:jc w:val="left"/>
      </w:pPr>
      <w:r>
        <w:rPr>
          <w:rFonts w:ascii="Times New Roman" w:hAnsi="Times New Roman" w:eastAsia="Times New Roman" w:cs="Times New Roman"/>
        </w:rPr>
        <w:t>Tamin’ny famaranana ny fivorian’ny toby tao Exeter tamin’ny 17 Aogositra 1844 no nitoriana ny hafatry ny Antso Mamatonalina. Izany fanambarana izany dia nisolo tena ny fanambarana ny hafatry ny Antso Mamatonalina eo amin’ny tantaran’ny iray hetsy sy efatra alina sy efatra arivo, satria samy fahatanterahan’ny fanoharana ny amin’ireo virijina folo ireo tantara roa ireo, sady mbola izany ihany. Sister White dia manondro fa ny fidiran’i Kristy tamim-pandresena tao Jerosalema dia nisolo tena ny fanambarana ny Antso Mamatonalina tamin’ny 1844. Ny fotoana tokana nandrenesan’i Kristy biby fitondra dia tamin’ny fidirany tao Jerosalema, ary ny biby nentiny dia boriky, izay tandindon’ny Islama. Nandritra ny vanim-potoanan’ny fanangonana faharoa nanomboka tamin’ny 1844 ka hatramin’ny 1863, dia tamin’ny 1848 no amantaràn’i Sister White fa nampahatezitra ireo firenena eoropeana, ary ny fampahatezerana ny firenena tao amin’izany tantara izany dia tanteraka tamin’ny alalan’ny fandrahonana ady mitohy izay nentin’ny Islama ho amin’i Eoropa. Ao amin’ireo tantara telo momba ny fanangonana faharoa tsirairay avy dia aseho ny anjara asan’ny Islama amin’ny loza fahatelo.</w:t>
      </w:r>
    </w:p>
    <w:p>
      <w:pPr>
        <w:pStyle w:val="ArticleBody"/>
        <w:jc w:val="left"/>
      </w:pPr>
      <w:r>
        <w:rPr>
          <w:rFonts w:ascii="Times New Roman" w:hAnsi="Times New Roman" w:eastAsia="Times New Roman" w:cs="Times New Roman"/>
        </w:rPr>
        <w:t>Ny fotoana famehezana ny iray hetsy sy efatra alina sy efatra arivo dia nanomboka tamin’ny 11 Septambra 2001 tamin’ny alalan’ny fanafihana tampoka nataon’ny finoana silamo amin’ny loza fahatelo, namely ny tany be voninahitra maoderina, dia i Etazonia. Roa amby roapolo taona tatỳ aoriana, tamin’ny 7 Oktobra 2023, ny finoana silamo amin’ny loza fahatelo dia nanao fanafihana tampoka tamin’ilay tany be voninahitra fahiny. Amin’ilay lalàna Alahady ho avy tsy ho ela, izay ilay horohoron-tany lehibe ao amin’ny Apokalypsy toko faha-11, dia ho tonga tampoka indray ny loza fahatelo, raha mbola manatanteraka fanindroany fanafihana tampoka amin’ilay tany be voninahitra maoderina indray izy.</w:t>
      </w:r>
    </w:p>
    <w:p>
      <w:pPr>
        <w:pStyle w:val="ArticleBody"/>
        <w:jc w:val="left"/>
      </w:pPr>
      <w:r>
        <w:rPr>
          <w:rFonts w:ascii="Times New Roman" w:hAnsi="Times New Roman" w:eastAsia="Times New Roman" w:cs="Times New Roman"/>
        </w:rPr>
        <w:t>Ny fikomiana asehon’i Isiraely ara-bakiteny, ho tandindon’ireo izay nanombo ny Mesiany, ary ny fanafihana tampoka in-telo nataon’ny Silamo amin’ny loza fahatelo, dia samy mitondra ny mariky ny “Fahamarinana.” Ny hafatra izay manisy tombo-kase ny iray hetsy sy efatra arivo sy efatra alina, sady manatanteraka ny asa fanangonana fanindroany ny olon’Andriamanitra amin’ny andro farany, dia miseho mandritra ny vanim-potoana izay mbola iasan’ny Silamo amin’ilay loza fahatelo.</w:t>
      </w:r>
    </w:p>
    <w:p>
      <w:pPr>
        <w:pStyle w:val="ArticleBody"/>
        <w:jc w:val="left"/>
      </w:pPr>
      <w:r>
        <w:rPr>
          <w:rFonts w:ascii="Times New Roman" w:hAnsi="Times New Roman" w:eastAsia="Times New Roman" w:cs="Times New Roman"/>
        </w:rPr>
        <w:t>Ny vanim-potoana ara-paminaniana aseho ho ny “fanangonana faharoa” dia manondro mazava tsara ireo vanim-potoana ara-paminaniana manokana izay mandrafitra ny tantara manontolon’ny “fanangonana faharoa”. Ny fidinan’i Kristy taorian’ny nitsanganany tamin’ny maty no manamarika ny fiandohan’ny asany hanangona ireo izay efa niparitaka teo amin’ny hazo fijaliana.</w:t>
      </w:r>
    </w:p>
    <w:p>
      <w:pPr>
        <w:pStyle w:val="ArticleScripture"/>
        <w:jc w:val="left"/>
      </w:pPr>
      <w:r>
        <w:rPr>
          <w:rFonts w:ascii="Times New Roman" w:hAnsi="Times New Roman" w:eastAsia="Times New Roman" w:cs="Times New Roman"/>
        </w:rPr>
        <w:t>Dia hoy Jesosy taminy hoe: Hianareo rehetra dia ho tafintohina noho ny amiko amin’ity alina ity; fa voasoratra hoe: Hotereko ny mpiandry, ary hiparitaka ny ondrin’ny andian’ondry. Matio 26:31.</w:t>
      </w:r>
    </w:p>
    <w:p>
      <w:pPr>
        <w:pStyle w:val="ArticleBody"/>
        <w:jc w:val="left"/>
      </w:pPr>
      <w:r>
        <w:rPr>
          <w:rFonts w:ascii="Times New Roman" w:hAnsi="Times New Roman" w:eastAsia="Times New Roman" w:cs="Times New Roman"/>
        </w:rPr>
        <w:t>Rehefa afaka ny telo andro tao am-pasana, dia nidina teo amin’ny mpianatra Kristy, ka nanomboka fotoam-pampianarana manokana naharitra efapolo andro, izay narahin’ny fe-potoana folo andro niombonana sy nivavahana ho fiomanana mialoha ny firotsahan’ny Fanahy Masina tsy misy fetra tamin’ny Pentekosta.</w:t>
      </w:r>
    </w:p>
    <w:p>
      <w:pPr>
        <w:pStyle w:val="ArticleScripture"/>
        <w:jc w:val="left"/>
      </w:pPr>
      <w:r>
        <w:rPr>
          <w:rFonts w:ascii="Times New Roman" w:hAnsi="Times New Roman" w:eastAsia="Times New Roman" w:cs="Times New Roman"/>
        </w:rPr>
        <w:t>Ry Teofilo, ny boky voalohany dia efa nosoratako momba izay rehetra natombok’i Jesosy hatao sy hampianarina, hatramin’ny andro niakarany, rehefa avy nanome didy tamin’ny alalan’ny Fanahy Masina ho an’ny apostoly izay nofidiny Izy; ary tamin’ireo koa dia naneho ny tenany ho velona Izy taorian’ny nijaliany, tamin’ny porofo maro tsy azo lavina, ka hitan’izy ireo nandritra ny efa-polo andro Izy sady niresaka ny amin’ny zavatra momba ny fanjakan’Andriamanitra. Ary raha niangona niaraka taminy Izy, dia nandidy azy tsy hiala ao Jerosalema, fa hiandry ny teny fikasan’ny Ray, izay, hoy Izy, efa renareo tamiko. Fa Jaona dia tena nanao batisa tamin’ny rano; fa ianareo kosa hatao batisa amin’ny Fanahy Masina, rehefa afaka andro vitsivitsy. Koa rehefa tafangona izy ireo, dia nanontany Azy hoe: Tompo ô, amin’izao andro izao va no hampodinao indray ny fanjakana ho amin’ny Isiraely? Fa hoy Izy taminy: Tsy anareo ny mahalala ny andro na ny fotoana, izay napetraky ny Ray eo amin’ny fahefany ihany. Fa handray hery ianareo rehefa tonga aminareo ny Fanahy Masina; ary ho vavolombeloko ianareo any Jerosalema sy eran’i Jodia rehetra sy Samaria ary hatrany amin’ny faran’ny tany. Ary rehefa nilaza izany Izy, raha mbola nijery azy ireo, dia nakarina Izy; ary nisy rahona nandray Azy tsy ho hitan’ny masony intsony.... Ary rehefa tonga tanteraka ny Andron’ny Pentekosta, dia teo amin’ny toerana iray izy rehetra sady niray saina. Ary tampoka teo dia nisy feo avy any an-danitra, toy ny rivotra mahery mifofofofo, ka nameno ny trano manontolo izay nipetrahan’izy ireo. Asan’ny Apostoly 1:1–9, 2:1, 2.</w:t>
      </w:r>
    </w:p>
    <w:p>
      <w:pPr>
        <w:pStyle w:val="ArticleBody"/>
        <w:jc w:val="left"/>
      </w:pPr>
      <w:r>
        <w:rPr>
          <w:rFonts w:ascii="Times New Roman" w:hAnsi="Times New Roman" w:eastAsia="Times New Roman" w:cs="Times New Roman"/>
        </w:rPr>
        <w:t>Nandritra ny efa-polo andro, narahin’ny folo andro izay tsy maintsy “niandrasan’ny” mpianatra ny teny fikasan’ny Ray, dia nanangona ny mpianany fanindroany i Kristy. Ny fotoana fiandrasana tao Jerosalema dia tandindon’ny fotoana fiandrasana, mifanaraka amin’ireo fotoana fiandrasana ao amin’ny Matio 25 sy Habakoka 2. I Kristy no mamantarana ny vanim-potoana manontolo ho manomboka amin’ny asan’i Elia, tamin’ny fotoana nanaovan’i Jaona batisa, ary nifarana tamin’ny batisan’ny Fanahy Masina tamin’ny Pentekosta ny vanim-potoana manontolo. Ny batisa dia tandindon’ny fahafatesana sy ny fandevenana ary ny fitsanganana amin’ny maty, koa ny waymark afovoany tao amin’ny vanim-potoana manontolo dia ny hazo fijaliana, fa ny vanim-potoana manontolo dia mitondra ny mariky ny “Fahamarinana”.</w:t>
      </w:r>
    </w:p>
    <w:p>
      <w:pPr>
        <w:pStyle w:val="ArticleBody"/>
        <w:jc w:val="left"/>
      </w:pPr>
      <w:r>
        <w:rPr>
          <w:rFonts w:ascii="Times New Roman" w:hAnsi="Times New Roman" w:eastAsia="Times New Roman" w:cs="Times New Roman"/>
        </w:rPr>
        <w:t>Ny fotoana manontolo dia manomboka amin’ny batisan’i Kristy nataon’i Jaona, tamin’izay nidinan’ny Fanahy Masina tamin’ny endriky ny voromailala. Avy eo dia nanomboka ny asan’ny fanangonana ireo mpianatra izay ho fototry ny tempoly kristiana. Amin’ny faran’izany fotoana izany dia angonin’i Kristy fanindroany ny mpianany, ary ny vanim-potoanan’ny fanangonana fanindroany dia famerenana ny vanim-potoanan’ny fanangonana voalohany, fa asehon’i Kristy amin’ny fiandohany ny fiafaran’ny zavatra iray.</w:t>
      </w:r>
    </w:p>
    <w:p>
      <w:pPr>
        <w:pStyle w:val="ArticleBody"/>
        <w:jc w:val="left"/>
      </w:pPr>
      <w:r>
        <w:rPr>
          <w:rFonts w:ascii="Times New Roman" w:hAnsi="Times New Roman" w:eastAsia="Times New Roman" w:cs="Times New Roman"/>
        </w:rPr>
        <w:t>Ny hazo fijaliana dia efa nasehon’ny batisa nataon’i Kristy mialoha, ary samy nanomboka asa fanangonana mpianatra ireo zava-nitranga roa ireo. Ny mariky ny làlana izay manondro ny fiandohana sy ny fiafarana dia maneho fahafatesana sy fandevenana ary fitsanganana amin’ny maty. Taorian’ny fitsanganana tamin’ny maty, ny efa-polo andro fitsapana tany an-efitra dia naneho ireo efa-polo andro fampianarana taorian’ny fidinany ho eo amin’ny mpianatra. Samy maneho fahamarinana fototra iray ireo efa-polo andro roa ireo, izay nolazain’i Jesosy hoe: “Voasoratra hoe: Tsy mofo ihany no hiveloman’ny olona, fa ny teny rehetra izay aloaky ny vavan’Andriamanitra.”</w:t>
      </w:r>
    </w:p>
    <w:p>
      <w:pPr>
        <w:pStyle w:val="ArticleBody"/>
        <w:jc w:val="left"/>
      </w:pPr>
      <w:r>
        <w:rPr>
          <w:rFonts w:ascii="Times New Roman" w:hAnsi="Times New Roman" w:eastAsia="Times New Roman" w:cs="Times New Roman"/>
        </w:rPr>
        <w:t>Tamin’izany vanim-potoana izany dia nosokafan’i Jesosy tamin’ny mpianatra izay rehetra nambaran’ny mpaminany momba an’i Kristy, ka izany no mampahafantatra fa izany vanim-potoana izany dia fisokafan’ny Teniny ara-paminaniana.</w:t>
      </w:r>
    </w:p>
    <w:p>
      <w:pPr>
        <w:pStyle w:val="ArticleScripture"/>
        <w:jc w:val="left"/>
      </w:pPr>
      <w:r>
        <w:rPr>
          <w:rFonts w:ascii="Times New Roman" w:hAnsi="Times New Roman" w:eastAsia="Times New Roman" w:cs="Times New Roman"/>
        </w:rPr>
        <w:t>Ary, indro, ny roa tamin’izy ireo dia nandeha tamin’izany andro izany ho any amin’ny vohitra anankiray atao hoe Emaosy, izay sahabo ho enimpolo stadio miala an’i Jerosalema. Ary niresaka izy roa ny amin’izany zavatra rehetra izany izay efa nitranga. Ary raha mbola nifampiresaka sy nifandahatra izy, dia Jesosy tenany no nanatona ka niara-nandeha taminy. Nefa ny masony dia voatana mba tsy hahafantarany Azy.... Dia hoy Izy taminy: Ry adala sy malaina am-po hino izay rehetra efa nolazain’ny mpaminany! Moa tsy tokony ho niaritra izany zavatra izany va Kristy ka hiditra amin’ny voninahiny? Ary nanomboka tamin’i Mosesy sy ny mpaminany rehetra Izy, ka nanambara taminy tao amin’ny Soratra Masina rehetra ny amin’izay zavatra mahakasika ny tenany. Ary nanakaiky ilay vohitra izay nalehany izy; ary Izy nanao hoatra ny mbola handeha lavidavitra kokoa. Fa noterena hitoetra Izy, ka hoy ireo taminy: Mitoera atỳ aminay; fa efa hariva ny andro, ary efa mandroso ny andro. Dia niditra Izy hitoetra tao aminy. Ary raha niara-nihinana taminy Izy, dia nandray mofo ka nisaotra, ary novakiny izany, dia nomeny azy. Dia nisokatra ny masony ka nahafantatra Azy izy; ary nanjavona tsy hitany intsony Izy. Lioka 24:13–16, 26–31.</w:t>
      </w:r>
    </w:p>
    <w:p>
      <w:pPr>
        <w:pStyle w:val="ArticleBody"/>
        <w:jc w:val="left"/>
      </w:pPr>
      <w:r>
        <w:rPr>
          <w:rFonts w:ascii="Times New Roman" w:hAnsi="Times New Roman" w:eastAsia="Times New Roman" w:cs="Times New Roman"/>
        </w:rPr>
        <w:t>Naharitra niaraka tamin’ireo mpianatra izay tsy nahafantatra Azy i Kristy mandra-panokafany ny masony, ary “nanomboka tamin’i Mosesy sy ny mpaminany rehetra Izy, ka nanazava taminy tao amin’ny Soratra Masina rehetra ny amin’ny zavatra mikasika ny tenany.” Nosokafana ny masony rehefa nomena “mofo” hohanina izy. Rehefa afaka efapolo andro dia niakatra ho any an-danitra i Kristy, ary “nanjavona tsy hitan’ny masony,” tahaka izay nataony tamin’ireo mpianatr’i Emaosy tamin’ny fiandohan’ireo efapolo andro fananarana. Ary avy eo dia nanomboka ny folo andro fiomanana ho amin’ny Pentekosta izy ireo, izay manondro ara-tandindona ny lalàna alahady ho avy tsy ho ela.</w:t>
      </w:r>
    </w:p>
    <w:p>
      <w:pPr>
        <w:pStyle w:val="ArticleBody"/>
        <w:jc w:val="left"/>
      </w:pPr>
      <w:r>
        <w:rPr>
          <w:rFonts w:ascii="Times New Roman" w:hAnsi="Times New Roman" w:eastAsia="Times New Roman" w:cs="Times New Roman"/>
        </w:rPr>
        <w:t>Amin’ilay horohoron-tany lehibe, izay lalàn’ny Alahady, dia tonga faingana ny loza fahatelo avy amin’ny Islamo, ary ny Islamo no “rivotra mahery” “avy any atsinanana” ao amin’i Isaia, izany no fofonaina ao amin’i Ezekiela izay avy amin’ireo rivotra efatra ao amin’i Jaona, izay notazonina nandritra ny fanisiana tombo-kase ny iray hetsy sy efatra arivo amby efatra alina.</w:t>
      </w:r>
    </w:p>
    <w:p>
      <w:pPr>
        <w:pStyle w:val="ArticleBody"/>
        <w:jc w:val="left"/>
      </w:pPr>
      <w:r>
        <w:rPr>
          <w:rFonts w:ascii="Times New Roman" w:hAnsi="Times New Roman" w:eastAsia="Times New Roman" w:cs="Times New Roman"/>
        </w:rPr>
        <w:t>Raha voaisy tombo-kase ny iray hetsy sy efatra alina sy efa-jato sy efatra arivo, dia vahana ny rivotra efatra, ary “tampoka teo dia nisy feo tonga avy tany an-danitra toy ny fieron’ny rivotra mahery mifofofofo, ka nahafeno ny trano manontolo izany.” Ny Islaman’ny loza fahatelo dia mamely “tampoka” sy tsy ampoizina, ary miteraka ilay “feo avy any an-danitra” izay trompetra fahafito, izay manondro ny fotoana ahatanterahan’ny zava-miafin’Andriamanitra; ary ny zava-miafin’Andriamanitra dia tanteraka ho an’ny iray hetsy sy efatra alina sy efa-jato sy efatra arivo rehefa ny maha-Andriamanitra (ny firotsahan’ny Fanahy Masina) dia ampiarahina maharitra amin’ny maha-olombelona, ary tampoka no ihavian’ny Tompo ao amin’ny tempoliny (ilay trano niangonan’ny mpianatra), ka miditra amin’ny fanekena miaraka amin’ny iray hetsy sy efatra alina sy efa-jato sy efatra arivo.</w:t>
      </w:r>
    </w:p>
    <w:p>
      <w:pPr>
        <w:pStyle w:val="ArticleBody"/>
        <w:jc w:val="left"/>
      </w:pPr>
      <w:r>
        <w:rPr>
          <w:rFonts w:ascii="Times New Roman" w:hAnsi="Times New Roman" w:eastAsia="Times New Roman" w:cs="Times New Roman"/>
        </w:rPr>
        <w:t>Hotohizantsika ao amin’ny lahatsoratra manaraka izao fianarana izao.</w:t>
      </w:r>
    </w:p>
    <w:p>
      <w:pPr>
        <w:pStyle w:val="ArticleScripture"/>
        <w:jc w:val="left"/>
      </w:pPr>
      <w:r>
        <w:rPr>
          <w:rFonts w:ascii="Times New Roman" w:hAnsi="Times New Roman" w:eastAsia="Times New Roman" w:cs="Times New Roman"/>
        </w:rPr>
        <w:t>“Ny Tompo dia maniry antsika hiakatra any an-tendrombohitra,—hiditra mivantana kokoa ao amin’ny fanatrehany. Manatona fotoan-tsarotra lehibe isika izay, mihoatra noho ny tamin’ny fotoana rehetra teo aloha hatramin’ny niandohan’izao tontolo izao, no hitaky ny fanokanana tanteraka avy amin’ny tsirairay izay nanonona ny anaran’i Kristy.</w:t>
      </w:r>
    </w:p>
    <w:p>
      <w:pPr>
        <w:pStyle w:val="ArticleScripture"/>
        <w:jc w:val="left"/>
      </w:pPr>
      <w:r>
        <w:rPr>
          <w:rFonts w:ascii="Times New Roman" w:hAnsi="Times New Roman" w:eastAsia="Times New Roman" w:cs="Times New Roman"/>
        </w:rPr>
        <w:t>“Ny fifohazan’ny tena toe-panahy araka an’Andriamanitra eo amintsika no lehibe indrindra sy maika indrindra amin’ny zavatra rehetra ilaintsika. Tsy maintsy hanana ny fanosorana masina avy amin’Andriamanitra isika, dia ny batisan’ny Fanahiny; fa izany ihany no hery mahomby amin’ny fampielezana ny fahamarinana masina. Ny Fanahin’Andriamanitra no mamelombelona ny fahaizan’ny fanahy izay efa tsy nisy aina mba hahafahany mankasitraka ny zavatra any an-danitra, ary mitaona ny fitiavana ho amin’Andriamanitra sy ny fahamarinana.”</w:t>
      </w:r>
    </w:p>
    <w:p>
      <w:pPr>
        <w:pStyle w:val="ArticleScripture"/>
        <w:jc w:val="left"/>
      </w:pPr>
      <w:r>
        <w:rPr>
          <w:rFonts w:ascii="Times New Roman" w:hAnsi="Times New Roman" w:eastAsia="Times New Roman" w:cs="Times New Roman"/>
        </w:rPr>
        <w:t>“Isika dia manana ny tombontsoa hinoana an’Andriamanitra araka ny teniny. Raha efa hiala tamin’ny mpianany Jesosy ka hiakatra ho any an-danitra, dia naniraka azy hitondra ny hafatry ny filazantsara ho amin’ny firenena sy ny samy hafa fiteny ary ny vahoaka rehetra Izy. Nilaza taminy Izy mba hitoetra ao Jerosalema mandra-pandraisany hery avy any ambony. Tena nilaina izany ho amin’ny fahombiazan’izy ireo. Tsy maintsy ho tonga eo amin’ny mpanompon’Andriamanitra ny fanosorana masina. Izay rehetra fantatra tanteraka ho mpianatr’i Kristy sady niara-niasa tamin’ny apostoly amin’ny maha-mpitory filazantsara azy, dia nivory tao Jerosalema. Nanaisotra ny tsy fitovian-kevitra rehetra izy. Naharitra tamin’ny firaisan-tsaina iray tamin’ny vavaka sy ny fifonana izy, mba handraisany ny fahatanterahan’ny teny fikasan’ny Fanahy Masina; fa izy dia hitori-teny ny filazantsara amin’ny fanehoan’ny Fanahy sy amin’ny herin’Andriamanitra. Fotoana nisy loza lehibe ho an’ny mpanaraka an’i Kristy izany. Tahaka ny ondry teo afovoan’ny amboadia izy, kanefa feno fahasahiana, satria Kristy efa nitsangana tamin’ny maty ka efa naneho ny tenany taminy, ary efa nampanantena azy fitahiana manokana izay hahafahany mivoaka hitory ny filazantsarany amin’izao tontolo izao. Niandry tamim-panantenana ny fahatanterahan’ny teniny fikasana izy, ary nivavaka tamin’ny hafanam-po manokana.”</w:t>
      </w:r>
    </w:p>
    <w:p>
      <w:pPr>
        <w:pStyle w:val="ArticleScripture"/>
        <w:jc w:val="left"/>
      </w:pPr>
      <w:r>
        <w:rPr>
          <w:rFonts w:ascii="Times New Roman" w:hAnsi="Times New Roman" w:eastAsia="Times New Roman" w:cs="Times New Roman"/>
        </w:rPr>
        <w:t>“Ity indrindra no làlana tokony harahin’izay mandray anjara amin’ny asa fitoriana ny fiavian’ny Tompo eo amin’ny rahon’ny lanitra; fa vahoaka iray no tsy maintsy omanina mba hahajoro amin’ny andro lehiben’Andriamanitra. Na dia nomen’i Kristy ny fampanantenana aza ny mpianany fa handray ny Fanahy Masina izy ireo, dia tsy nanafoana ny filàna vavaka izany. Vao mainka aza izy ireo nivavaka tamim-pahatsorana lalina kokoa; ary naharitra nivavaka niray saina izy. Ireo izay mirotsaka ankehitriny amin’ilay asa manetriketrika fanomanana vahoaka iray ho amin’ny fiavian’ny Tompo, dia tokony haharitra amin’ny vavaka koa. Niray saina ny mpianatra voalohany. Tsy nanana vinavina izy ireo, na teoria feno fahalianana te hampandroso momba ny fomba hahatongavan’ilay fitahiana nampanantenaina. Iray finoana sy fanahy izy ireo. Nifanaiky izy ireo.”</w:t>
      </w:r>
    </w:p>
    <w:p>
      <w:pPr>
        <w:pStyle w:val="ArticleScripture"/>
        <w:jc w:val="left"/>
      </w:pPr>
      <w:r>
        <w:rPr>
          <w:rFonts w:ascii="Times New Roman" w:hAnsi="Times New Roman" w:eastAsia="Times New Roman" w:cs="Times New Roman"/>
        </w:rPr>
        <w:t>“Esory avokoa ny fisalasalana rehetra. Roahy ny tahotrareo, ary raiso ny fanandramana nananan’i Paoly fony izy nihiaka hoe: ‘Voahombo miaraka amin’i Kristy amin’ny hazofijaliana aho; kanefa velona ihany aho; nefa tsy izaho intsony, fa Kristy no velona ato anatiko; ary ny fiainana izay iainako ankehitriny amin’ny nofo dia iainako amin’ny finoana ny Zanak’Andriamanitra, Izay tia ahy ka nanolotra ny tenany hamonjy ahy.’ [Galatiana 2:20.] Atolory an’i Kristy ny zavatra rehetra, ary aoka ny fiainanareo hafenina miaraka amin’i Kristy ao amin’Andriamanitra. Amin’izay dia ho hery ho amin’ny tsara ianareo. Ny iray hanenjika arivo, ary ny roa handroaka alinalina.”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Faha-roanjato latsaka iray</dc:title>
  <dc:subject>Fihenan’ny Hery Ara-politika sy Anjara Voatendry Ara-paminaniana: Ny Fiafaran’ny Antoko Demaokraty sy Repoblikana ao anatin’ny Tontolon’ny Faminanian’ny Baiboly</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