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Laharana Fahatelo amby Telopolo</w:t>
      </w:r>
    </w:p>
    <w:p>
      <w:pPr>
        <w:pStyle w:val="ArticleSubtitle"/>
        <w:jc w:val="left"/>
      </w:pPr>
      <w:r>
        <w:rPr>
          <w:rFonts w:ascii="Arial" w:hAnsi="Arial" w:eastAsia="Arial" w:cs="Arial"/>
        </w:rPr>
        <w:t>Ny “Tombo-kasen’”Andriamanitra Voatomboka amin’ny Didy Momba ny Lalàn’ny Alahady: Famakafakana Ara-paminaniana ny Daniela Toko faha-6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Ny “tombo-kasen’” Andriamanitra izay azo hita dia apetraka amin’ny fotoana amoahana ny didy momba ny lalàna Alahady.</w:t>
      </w:r>
    </w:p>
    <w:p>
      <w:pPr>
        <w:pStyle w:val="ArticleScripture"/>
        <w:jc w:val="left"/>
      </w:pPr>
      <w:r>
        <w:rPr>
          <w:rFonts w:ascii="Times New Roman" w:hAnsi="Times New Roman" w:eastAsia="Times New Roman" w:cs="Times New Roman"/>
        </w:rPr>
        <w:t>“Tsy hisy na iray amintsika handray ny tombo-kasen’Andriamanitra mandrakizay raha mbola misy pentina na tasy iray eo amin’ny toetrantsika. Navelina ho antsika ny hanarina ny kilema ao amin’ny toetrantsika, ny hanadio ny tempolin’ny fanahy ho afaka amin’ny fahalotoana rehetra. Amin’izay dia hilatsaka amintsika ny ranonorana farany, tahaka ny nilatsahan’ny ranonorana voalohany tamin’ny mpianatra tamin’ny Andron’ny Pentekosta....”</w:t>
      </w:r>
    </w:p>
    <w:p>
      <w:pPr>
        <w:pStyle w:val="ArticleScripture"/>
        <w:jc w:val="left"/>
      </w:pPr>
      <w:r>
        <w:rPr>
          <w:rFonts w:ascii="Times New Roman" w:hAnsi="Times New Roman" w:eastAsia="Times New Roman" w:cs="Times New Roman"/>
        </w:rPr>
        <w:t>“Inona no ataonareo, ry rahalahy, ao amin’ilay asa lehibe fanomanana? Ireo izay miray amin’izao tontolo izao dia mandray ny bobongolon’izao tontolo izao ka miomana ho amin’ny mariky ny bibidia. Ireo kosa izay tsy matoky ny tenany, izay manetry tena eo anatrehan’Andriamanitra ary manadio ny fanahiny amin’ny fankatoavana ny fahamarinana, dia mandray ny bobongolo avy any an-danitra ka miomana ho amin’ny tombo-kasen’Andriamanitra eo amin’ny handriny. Rehefa mivoaka ny didy ary apetaka ny famantarana, dia hitoetra madio sy tsy misy pentina mandrakizay ny toetrany.” Testimonies, volume 5, 214, 216.</w:t>
      </w:r>
    </w:p>
    <w:p>
      <w:pPr>
        <w:pStyle w:val="ArticleBody"/>
        <w:jc w:val="left"/>
      </w:pPr>
      <w:r>
        <w:rPr>
          <w:rFonts w:ascii="Times New Roman" w:hAnsi="Times New Roman" w:eastAsia="Times New Roman" w:cs="Times New Roman"/>
        </w:rPr>
        <w:t>Daniel dia mandray ilay tombo-kase izay azo jerena, rehefa atsipy ao an-davaky ny liona izy, ka noho izany io toko io dia maneho ny didy momba ny lalàn’ny Alahady.</w:t>
      </w:r>
    </w:p>
    <w:p>
      <w:pPr>
        <w:pStyle w:val="ArticleScripture"/>
        <w:jc w:val="left"/>
      </w:pPr>
      <w:r>
        <w:rPr>
          <w:rFonts w:ascii="Times New Roman" w:hAnsi="Times New Roman" w:eastAsia="Times New Roman" w:cs="Times New Roman"/>
        </w:rPr>
        <w:t>Dia nivory nankao amin’ny mpanjaka ireo lehilahy ireo ka nanao tamin’ny mpanjaka hoe: Fantaro, ry mpanjaka ô, fa lalàn’ny Mediana sy ny Persiana izao: tsy misy didy na lalàna izay ataon’ny mpanjaka ka azo ovàna. Dia nasain’ny mpanjaka nentina Daniela, ka natsipy tao an-davaky ny liona izy. Ary ny mpanjaka niteny ka nilaza tamin’i Daniela hoe: Andriamanitrao, Izay tompoinao mandrakariva, Izy no hanafaka anao. Ary nisy vato nentina ka napetraka teo am-bavan’ny lavaka; ary nasian’ny mpanjaka tombo-kaseny izany mbamin’ny tombo-kasen’ny lehibeny koa, mba tsy hovàna ny fanapahan-kevitra ny amin’i Daniela. Daniela 6:15–17.</w:t>
      </w:r>
    </w:p>
    <w:p>
      <w:pPr>
        <w:pStyle w:val="ArticleBody"/>
        <w:jc w:val="left"/>
      </w:pPr>
      <w:r>
        <w:rPr>
          <w:rFonts w:ascii="Times New Roman" w:hAnsi="Times New Roman" w:eastAsia="Times New Roman" w:cs="Times New Roman"/>
        </w:rPr>
        <w:t>Tsy mifarana eo ny tantara, nefa mifarana eo amin’izay niandohany ihany izy. Ny fitohizan’ny Daniela toko fahenina dia mampiseho ny firaisan-kina izay notarihin’ireo andriana roapolo amby zato indrindra, sy ireo filoha roa ambany kokoa, nefa nahatafiditra koa ny mpanolo-tsaina sy ny lehiben-tafika ary ny governora. Io fiombonana misy lafiny dimy io dia natsangana mba hamitahana ny mpanjaka ka hampahory an’i Daniela. Mifarana amin’ny fitsarana azy ireo ny tantara, satria maneho fitsarana manokana iray izay mitranga amin’ny lalàn’ny Alahady izy ireo; fitsarana izay tsy tarihina hamelezana ireo misolo tena an’i Daniela na ny mpanjaka, fa ireo izay namitaka ny mpanjaka.</w:t>
      </w:r>
    </w:p>
    <w:p>
      <w:pPr>
        <w:pStyle w:val="ArticleScripture"/>
        <w:jc w:val="left"/>
      </w:pPr>
      <w:r>
        <w:rPr>
          <w:rFonts w:ascii="Times New Roman" w:hAnsi="Times New Roman" w:eastAsia="Times New Roman" w:cs="Times New Roman"/>
        </w:rPr>
        <w:t>Ary ny mpanjaka nandidy, ka nentina ireo lehilahy izay niampanga an’i Daniela; dia natsipy tao an-davaky ny liona izy ireo, dia izy mbamin’ny zanany sy ny vadiny; ary resin’ny liona izy ireo ka notorotoroiny ny taolany rehetra, fony mbola tsy tonga akory tany ambanin’ny lavaka izy. Daniela 6:24.</w:t>
      </w:r>
    </w:p>
    <w:p>
      <w:pPr>
        <w:pStyle w:val="ArticleBody"/>
        <w:jc w:val="left"/>
      </w:pPr>
      <w:r>
        <w:rPr>
          <w:rFonts w:ascii="Times New Roman" w:hAnsi="Times New Roman" w:eastAsia="Times New Roman" w:cs="Times New Roman"/>
        </w:rPr>
        <w:t>Ao amin’ny sehatra ara-paminaniana dia ny fiangonana mandrakariva no mamitaka ny fanjakana, ary ny toko fahenina dia manondro ilay fitaka natao tamin’ny mpanjaka. Rehefa avy nahita ny fisehoan-javatra mahery vaikan’ny herin’Andriamanitra teo an-tendrombohitra Karmela i Ahaba, dia notarihin’i Elia namakivaky ny orana niverina tany amin’i Jezebela izy. Tsy nanana antony hiheverana i Ahaba fa tsy ho voakasiky ny fijoroana vavolombelona mahery momba ny herin’Andriamanitra i Jezebela, nefa voafitaka i Ahaba momba ny fankahalan’i Jezebela lalina niorim-paka an’i Elia. Ny tantaran’i Elia teo amin’ny fifanandrinana tamin’i Ahaba sy Jezebela dia averina indray ao amin’ny tantaran’i Jaona Mpanao-batisa (izay Elia), sy Heroda ary Herodiasy.</w:t>
      </w:r>
    </w:p>
    <w:p>
      <w:pPr>
        <w:pStyle w:val="ArticleBody"/>
        <w:jc w:val="left"/>
      </w:pPr>
      <w:r>
        <w:rPr>
          <w:rFonts w:ascii="Times New Roman" w:hAnsi="Times New Roman" w:eastAsia="Times New Roman" w:cs="Times New Roman"/>
        </w:rPr>
        <w:t>Rehefa tamin’ny andro nahaterahany i Heroda, mamo, ka nampanantena ny antsasaky ny fanjakany ho an’i Salome, (zanakavavin’i Herodiasy), dia tsy nampoiziny fa hotakin’i Herodiasy ny lohan’i Jaona. Ny mpanjaka, na Ahaba, na Heroda, na Dariosa, dia voafitaky ny vehivavy maloto amin’ny alalan’ny dihin’ireo mpaminany sandokan’i Jezebela, na ny dihin’ny zanakavavin’i Herodiasy, na ny firaisan’ireo dimy ao amin’ny tantaran’i Daniela. Pilato koa dia voafitaky ny fisoronana ratsy, izay nisolo tena ny “fiangonana” jiosy, ary ny fiangonana dia tandindon’ny vehivavy.</w:t>
      </w:r>
    </w:p>
    <w:p>
      <w:pPr>
        <w:pStyle w:val="ArticleBody"/>
        <w:jc w:val="left"/>
      </w:pPr>
      <w:r>
        <w:rPr>
          <w:rFonts w:ascii="Times New Roman" w:hAnsi="Times New Roman" w:eastAsia="Times New Roman" w:cs="Times New Roman"/>
        </w:rPr>
        <w:t>Ny fitaka dia toetra mampiavaka ny sehatra ara-paminaniana, ary ny finoana silamo amin’ilay Loza fahatelo no lainga ampiasaina hamitahana ny Firenena Mikambana amin’ny andro farany amin’ny alalan’ny tahotra. Samy voafaritra ao amin’ny Teny ara-paminanian’Andriamanitra na ny “fitaka” na ilay “lainga” izay miteraka izany fitaka izany. Ny anjara toeran’ny finoana silamo, ary ny maha-loha fahavalo an’ny fahefana papa eo amin’ireo loha fito, dia efa voafaritra ho isan’ny hafatra voaseho amin’ny andro farany, dia ny Fanambaran’i Jesosy Kristy. Noho izany, ny fanambarana miharihary ny fitak’i Dariosa ao amin’ny Daniela toko fahaenina dia isan’ny hafatra mandrafitra ny hafatry ny Antso Amin’ny Mamatonalina. Ny fitaka no singa manasitrana tanteraka ilay ratra mahafaty, ka amin’izany no ananganana indray ny fahefana papa ho fanjakana fahavalo sady farany. Ao amin’ny fitak’i Dariosa, ireo filoha mpiodina roa sy ireo andriana roapolo amby zato dia solontenan’ilay firaisan-tetiky ny fitaka izay ampitahaina amin’i Daniela.</w:t>
      </w:r>
    </w:p>
    <w:p>
      <w:pPr>
        <w:pStyle w:val="ArticleBody"/>
        <w:jc w:val="left"/>
      </w:pPr>
      <w:r>
        <w:rPr>
          <w:rFonts w:ascii="Times New Roman" w:hAnsi="Times New Roman" w:eastAsia="Times New Roman" w:cs="Times New Roman"/>
        </w:rPr>
        <w:t>Ny isa zato sy roapolo dia tandindon’ny mpianatr’Andriamanitra tamin’ny Pentekosta.</w:t>
      </w:r>
    </w:p>
    <w:p>
      <w:pPr>
        <w:pStyle w:val="ArticleScripture"/>
        <w:jc w:val="left"/>
      </w:pPr>
      <w:r>
        <w:rPr>
          <w:rFonts w:ascii="Times New Roman" w:hAnsi="Times New Roman" w:eastAsia="Times New Roman" w:cs="Times New Roman"/>
        </w:rPr>
        <w:t>Ary tamin’izany andro izany Petera nitsangana teo afovoan’ny mpianatra ka nanao hoe: (ary tokony ho zato sy roa-polo ny isan’ny olona niara-nivory tao.) Asan’ny Apostoly 1:15.</w:t>
      </w:r>
    </w:p>
    <w:p>
      <w:pPr>
        <w:pStyle w:val="ArticleBody"/>
        <w:jc w:val="left"/>
      </w:pPr>
      <w:r>
        <w:rPr>
          <w:rFonts w:ascii="Times New Roman" w:hAnsi="Times New Roman" w:eastAsia="Times New Roman" w:cs="Times New Roman"/>
        </w:rPr>
        <w:t>Ny Pentekosta dia tandindon’ny lalàna alahady rehefa apetaka ny tombo-kase, ary ireo andriana zato sy roapolo izay namitaka an’i Dariosy dia tandindon’ny fisoronana sandoka amin’ny lalàna alahady. Sokajy roa amin’ireo izay mamitaka ny mpanjaka no asehon’ireo filoha mpivadi-pinoana roa sy ireo andriana mpivadi-pinoana zato sy roapolo. Ireo filoha roa ireo dia atambatra amin’i Daniela, izay mpaminany. Ireo sokajy roa izay mamitaka an’i Dariosy dia maneho antokon’ny mpaminany sandoka iray sy antokon’ny mpisorona voaolana iray.</w:t>
      </w:r>
    </w:p>
    <w:p>
      <w:pPr>
        <w:pStyle w:val="ArticleScripture"/>
        <w:jc w:val="left"/>
      </w:pPr>
      <w:r>
        <w:rPr>
          <w:rFonts w:ascii="Times New Roman" w:hAnsi="Times New Roman" w:eastAsia="Times New Roman" w:cs="Times New Roman"/>
        </w:rPr>
        <w:t>Loza ho an’ireo mpiandry ondry izay mandringana sy mampiely ny ondry amin’ny kijanako! hoy Jehovah. Koa izao no lazain’i Jehovah, Andriamanitry ny Isiraely, ny amin’ireo mpiandry izay mamelona ny oloko: Ianareo no nampiely ny ondriko sy nandroaka azy ka tsy namangy azy; indro, Izaho hamangy anareo noho ny ratsy nataonareo, hoy Jehovah. Ary Izaho hanangona ny sisa amin’ny ondriko avy any amin’ny tany rehetra izay nandroahako azy, ka hampodiko ho amin’ny valany indray izy; dia hamoa sy hitombo izy. Ary hanangana mpiandry azy Izaho, izay hamelona azy; ka tsy hatahotra intsony izy, na ho very hevitra, ary tsy hisy ho tsy hita, hoy Jehovah. Indro, avy ny andro, hoy Jehovah, izay hananganako ho an’i Davida Solofony marina; ary Mpanjaka no hanjaka ka hambinina, sady hanatanteraka fitsarana sy fahamarinana eto an-tany. Amin’ny androny no hamonjena an’i Joda, ary Isiraely honina aman-tsara; ary izao no anarany izay hiantsoana azy: JEHOVAH FAHAMARINANTSIKA. Koa, indro, avy ny andro, hoy Jehovah, izay tsy hilazany intsony hoe: Velona Jehovah, Izay nitondra ny Zanak’Isiraely niakatra avy tany amin’ny tany Egypta; fa hoe: Velona Jehovah, Izay nitondra niakatra sy nitarika ny taranak’ny taranak’i Isiraely hiala avy any amin’ny tany avaratra sy avy any amin’ny tany rehetra izay nandroahako azy; ary honina amin’ny taniny ihany izy. Torotoro ato anatiko ny foko noho ny amin’ny mpaminany; mihozongozona ny taolako rehetra; tahaka ny olona mamo aho sy tahaka ny olona resin’ny divay, noho Jehovah sy noho ny tenin’ny fahamasinany. Fa feno mpanitsakitsa-bady ny tany; eny, noho ny fianianana no itomanian’ny tany; maina ny kijana mahafinaritra any an-efitra, ary ratsy ny alehany, sady tsy marina ny heriny. Fa samy tsy masina na ny mpaminany na ny mpisorona; eny, na dia ao an-tranoko aza no nahitako ny faharatsiany, hoy Jehovah. Koa ho toy ny lalana malama ao amin’ny maizina ny lalany ho azy; horoahina izy ka ho lavo ao; fa hahatonga loza aminy Aho, dia ny taona famaliana azy, hoy Jehovah. Jeremia 23:1–12.</w:t>
      </w:r>
    </w:p>
    <w:p>
      <w:pPr>
        <w:pStyle w:val="ArticleBody"/>
        <w:jc w:val="left"/>
      </w:pPr>
      <w:r>
        <w:rPr>
          <w:rFonts w:ascii="Times New Roman" w:hAnsi="Times New Roman" w:eastAsia="Times New Roman" w:cs="Times New Roman"/>
        </w:rPr>
        <w:t>Ny “taonan’ny famangian’i” Jeremia dia ny fitsarana ireo mpiray tetika izay namitaka an’i Dariosy. Ny fitsarana ny mpaminany sandoka sy ny mpisorona sandoka dia lohahevitra iray ao amin’ny Teny ara-paminaniana. Ary tahaka ny fitarihan’ny fisoronana niharatsy sy namitahany ny manam-pahefana romana hanohitra an’i Kristy, dia io fahamarinana ara-paminaniana io indrindra no resahin’ilay tetika ao amin’ny Daniela toko fahenina.</w:t>
      </w:r>
    </w:p>
    <w:p>
      <w:pPr>
        <w:pStyle w:val="ArticleBody"/>
        <w:jc w:val="left"/>
      </w:pPr>
      <w:r>
        <w:rPr>
          <w:rFonts w:ascii="Times New Roman" w:hAnsi="Times New Roman" w:eastAsia="Times New Roman" w:cs="Times New Roman"/>
        </w:rPr>
        <w:t>Ny andalana ara-paminaniana ao amin’ny toko fahadimin’i Daniela dia maneho ny fitsarana mpanatanteraka izay tanterahina amin’ilay tandroka Repoblikana sy amin’ny firenen’i Etazonia amin’ny lalàn’ny Alahady. Izany fitsarana izany dia tanterahin’ny Silamo amin’ny Loza fahatelo, izay niditra an-tsokosoko tao amin’ilay fanjakana tamin’ny alalan’ny manda atsimo izay tsy nambenana. Ny andalan’ny lalàn’ny Alahady ao amin’ny toko fahatelon’i Daniela dia manondro ny vahoakan’Andriamanitra asandratra ho faneva eo anatrehan’izao tontolo izao manontolo amin’izany fotoana izany indrindra. Ny toko fahenina dia mifantoka amin’ny fitsarana tanterahina amin’ireo mpaminany sandoka ao anatin’izany tantara izany ihany.</w:t>
      </w:r>
    </w:p>
    <w:p>
      <w:pPr>
        <w:pStyle w:val="ArticleBody"/>
        <w:jc w:val="left"/>
      </w:pPr>
      <w:r>
        <w:rPr>
          <w:rFonts w:ascii="Times New Roman" w:hAnsi="Times New Roman" w:eastAsia="Times New Roman" w:cs="Times New Roman"/>
        </w:rPr>
        <w:t>Amin’ny lalàn’ny Alahady any Etazonia, ilay tandroka protestanta nihemotra amin’ny finoana dia voaforon’ny sokajy roa: ny iray izay manohana ny Alahady ho androm-pivavahana, ary ny iray hafa izay milaza foana tsy amin’antony fa manohana ny Sabata ho androm-pivavahana. Ny tandindon’izy ireo ao anatin’ilay tandroka Repoblikana dia ny antoko Demokraty sy Repoblikana. Samy noharafesin’ny Sadoseo sy ny Fariseo tamin’ny andron’i Kristy ireo tandroka roa nihemotra amin’ny finoana ireo. Ireo filoha roa nihemotra amin’ny finoana sy ireo mpisorona roapolo amby zato ao amin’ny fitaka nataon’i Dariosa dia misolo tena koa ireo sokajy roa amin’ilay tandroka protestanta nihemotra amin’ny finoana. Na dia tena olo-malaza ara-politika aza izy ireo tamin’ny fotoana nisehoan’ilay tantara, ny tontolon-kevitra ara-paminaniana dia mampiseho fa ilay fahefana ara-pivavahana nihemotra amin’ny finoana no mamitaka ny fanjakana.</w:t>
      </w:r>
    </w:p>
    <w:p>
      <w:pPr>
        <w:pStyle w:val="ArticleBody"/>
        <w:jc w:val="left"/>
      </w:pPr>
      <w:r>
        <w:rPr>
          <w:rFonts w:ascii="Times New Roman" w:hAnsi="Times New Roman" w:eastAsia="Times New Roman" w:cs="Times New Roman"/>
        </w:rPr>
        <w:t>Ny tantara, araka ny aseho teo an-tendrombohitra Karmela, dia manondro karazana mpaminany sandoka roa: ny mpaminanin’i Bala sy ny mpaminanin’ny ala masina (Ashtarota). Miaraka izy ireo no tandindon’ny fampiraisana ny fiangonana sy ny fanjakana, satria i Bala dia andriamanitra lahy ary i Ashtarota dia andriamanitra vavy. Tamin’ny farany dia novonoin’i Elia ny mpaminany sandokan’ny tendrombohitra Karmela, tahaka ny nanariana ny fikambanan-dratsin’ny Daniela toko fahaenina tao an-davaky ny liona.</w:t>
      </w:r>
    </w:p>
    <w:p>
      <w:pPr>
        <w:pStyle w:val="ArticleScripture"/>
        <w:jc w:val="left"/>
      </w:pPr>
      <w:r>
        <w:rPr>
          <w:rFonts w:ascii="Times New Roman" w:hAnsi="Times New Roman" w:eastAsia="Times New Roman" w:cs="Times New Roman"/>
        </w:rPr>
        <w:t>Dia hoy Elia taminy hoe: Sambory ny mpaminanin’i Bala; aoka tsy hisy na dia iray aza handositra. Dia nosamboriny izy ireo; ary nentin’i Elia nidina ho any amin’ny ony Kisona izy, ka novonoiny teo ireo. 1 Mpanjaka 18:40.</w:t>
      </w:r>
    </w:p>
    <w:p>
      <w:pPr>
        <w:pStyle w:val="ArticleBody"/>
        <w:jc w:val="left"/>
      </w:pPr>
      <w:r>
        <w:rPr>
          <w:rFonts w:ascii="Times New Roman" w:hAnsi="Times New Roman" w:eastAsia="Times New Roman" w:cs="Times New Roman"/>
        </w:rPr>
        <w:t>Ao mesmo tempo, na narrativa do Monte Carmelo, representada por João Batista, o poder que engana é a filha. Ambas as narrativas identificam os enganadores como dançando, quer em redor da sua oferta no Monte Carmelo, quer na festa de aniversário embriagada de Herodes, onde Salomé executou a sua dança de engano. Juntas, as duas linhas identificam a combinação de igreja e Estado que se acha plenamente formada na lei dominical, e que as igrejas apóstatas dos Estados Unidos são as filhas de Herodias, que é Jezabel, as quais ambas representam o catolicismo. O aniversário de Herodes assinala o fim do sexto reino da besta da terra, mas simultaneamente assinala o nascimento do sétimo reino da profecia bíblica (as Nações Unidas).</w:t>
      </w:r>
    </w:p>
    <w:p>
      <w:pPr>
        <w:pStyle w:val="ArticleBody"/>
        <w:jc w:val="left"/>
      </w:pPr>
      <w:r>
        <w:rPr>
          <w:rFonts w:ascii="Times New Roman" w:hAnsi="Times New Roman" w:eastAsia="Times New Roman" w:cs="Times New Roman"/>
        </w:rPr>
        <w:t>Ao amin’ilay fampanantenana natao tamin’i Salome mihitsy, i Heroda dia manaiky hanome ny antsasaky ny fanjakany an’i Salome, ka izany no mampahafantatra fa ny fanjakana fahafito dia maneho fitambaran’ny antsasaky ny fiangonana sy ny antsasaky ny fanjakana. Manomboka io fanjakana io rehefa atolotra an’i Herodiasa ny lohan’i Jaona. Noho izany antony izany, ny fanjakana fahafito dia aseho ao amin’ny Apokalypsy toko fahafito ambin’ny folo ho toy ny mitohy vetivety ihany. Amin’ny lalàna alahady no ametrahana ilay firaisana telo sosona, satria eo no ifanarahan’ireo mpanjaka folo hanolotra ny fanjakany maharitra fotoana fohy ho an’ilay bibidia mandritra ny “ora” iray. Ilay “ora” iray dia ny “oran”’ny krizin’ny lalàna alahady, izay manomboka any Etazonia ary mifarana rehefa mitsangana i Mikaela.</w:t>
      </w:r>
    </w:p>
    <w:p>
      <w:pPr>
        <w:pStyle w:val="ArticleScripture"/>
        <w:jc w:val="left"/>
      </w:pPr>
      <w:r>
        <w:rPr>
          <w:rFonts w:ascii="Times New Roman" w:hAnsi="Times New Roman" w:eastAsia="Times New Roman" w:cs="Times New Roman"/>
        </w:rPr>
        <w:t>Ary ny tandroka folo izay hitanao dia mpanjaka folo, izay mbola tsy nandray fanjakana; nefa handray fahefana tahaka ny mpanjaka mandritra ny ora iray miaraka amin’ilay bibidia. Ireo dia iray saina, ary hanolotra ny heriny sy ny fahefany ho an’ilay bibidia. Ireo dia hiady amin’ny Zanak’ondry, ary ny Zanak’ondry handresy azy; fa Izy no Tompon’ny tompo sy Mpanjakan’ny mpanjaka; ary izay miaraka aminy dia voantso sy voafidy ary mahatoky. Apokalypsy 17:12–14.</w:t>
      </w:r>
    </w:p>
    <w:p>
      <w:pPr>
        <w:pStyle w:val="ArticleBody"/>
        <w:jc w:val="left"/>
      </w:pPr>
      <w:r>
        <w:rPr>
          <w:rFonts w:ascii="Times New Roman" w:hAnsi="Times New Roman" w:eastAsia="Times New Roman" w:cs="Times New Roman"/>
        </w:rPr>
        <w:t>Ireo mpanjaka folo, izay asehon’i Heroda, dia mifanaiky amin’ny andro nahaterahan’ny fanjakana fahafito hanome ny antsasaky ny fanjakany ho an’ilay bibidia mandritra ny krizin’ny lalàna alahady, izay aseho ho “ora iray.” Ao anatin’izany “ora” izany no anoratana ny soratanana eo amin’ny rindrin’i Belsazara. Ao anatin’izany “ora” izany no anipazana an’i Sadraka sy Mesaka ary Abednego ao amin’ny lafaoro mirehitra, ary asandratra ao anaty rahona izy ireo tahaka ireo vavolombelona roa ao amin’ny Apokalypsy toko faha-iraika ambin’ny folo. Ny firaisana telo sosona dia atambatra amin’ny alalan’ny fitaka tanterahin’ilay bibidia avy amin’ny tany, izay mampidina afo avy any an-danitra eo imason’ny olona.</w:t>
      </w:r>
    </w:p>
    <w:p>
      <w:pPr>
        <w:pStyle w:val="ArticleScripture"/>
        <w:jc w:val="left"/>
      </w:pPr>
      <w:r>
        <w:rPr>
          <w:rFonts w:ascii="Times New Roman" w:hAnsi="Times New Roman" w:eastAsia="Times New Roman" w:cs="Times New Roman"/>
        </w:rPr>
        <w:t>Ary hitako koa ny bibidia iray hafa niakatra avy tamin’ny tany; ary nanana tandroka roa tahaka ny zanak’ondry izy, nefa niteny tahaka ny dragona. Ary mampiasa ny fahefana rehetra ananan’ilay bibidia voalohany eo anatrehany izy ka mampivavaka ny tany sy izay monina eo aminy amin’ilay bibidia voalohany, dia ilay izay sitrana ny feriny mahafaty. Ary manao fahagagana lehibe izy, hany ka mampidina afo avy any an-danitra ho amin’ny tany eo imason’ny olona; ary mamitaka izay monina ambonin’ny tany amin’ny alalan’ireo fahagagana izay nomena azy hatao eo imason’ilay bibidia, ka milaza amin’izay monina ambonin’ny tany mba hanao sarin’ilay bibidia izay voan’ny ratra tamin’ny sabatra nefa velona ihany. Apokalypsy 13:11–14.</w:t>
      </w:r>
    </w:p>
    <w:p>
      <w:pPr>
        <w:pStyle w:val="ArticleBody"/>
        <w:jc w:val="left"/>
      </w:pPr>
      <w:r>
        <w:rPr>
          <w:rFonts w:ascii="Times New Roman" w:hAnsi="Times New Roman" w:eastAsia="Times New Roman" w:cs="Times New Roman"/>
        </w:rPr>
        <w:t>Voafitaka izao tontolo izao, tsy noho ny fahagagana loatra, fa noho ny “fomba nanaovana ireo fahagagana” izay nananany hery hatao. Ny fiteny hoe “fomba nanaovana ireo fahagagana” dia andian-teny nampiana, nefa mametraka tsara ny fanamafisana tokony homena ny fahagagana izany, ka tokony ho marihina amim-pitandremana. Zava-dehibe ny hahafantarana ny fomba ametrahan’ilay hafatra sandoka (afo avy any an-danitra) fitaka amin’izao tontolo izao, satria ankehitriny isika dia ao anatin’ilay tantara mihitsy izay ametrahana ny mponina eto ambonin’ny tany ho toy ny voahodina saina amin’ny alalan’ny “làlambe goavan’ny fampahalalam-baovao” izay fehezin sy ahodin’ireo mpandranto maneran-tany eto ambonin’ny tany. Izany lohahevitra izany dia avelantsika aloha ho amin’ny lahatsoratra manaraka, fa izao dia marihintsika fotsiny fa ny fitaka nataon’ireo filoha sy andriana tamin’i Dariosa dia lohahevitra ara-paminaniana voafaritra tsara, izay ahitana singa maromaro mifamatotra ka ilaina ho fantarina.</w:t>
      </w:r>
    </w:p>
    <w:p>
      <w:pPr>
        <w:pStyle w:val="ArticleBody"/>
        <w:jc w:val="left"/>
      </w:pPr>
      <w:r>
        <w:rPr>
          <w:rFonts w:ascii="Times New Roman" w:hAnsi="Times New Roman" w:eastAsia="Times New Roman" w:cs="Times New Roman"/>
        </w:rPr>
        <w:t>Ny firaisana telo sosona dia angonina miaraka amin’ny alalan’ny fitaka ateraky ny dihy manaitaitra nataon’i Salome teo anatrehan’ny mpanapaka tamin’ny fanasàna nahaterahan’i Heroda. Ilay fitaka izay noterena tamin’i Pilato, izay nanana lafiny roa, dia ny fiampangana an’i Kristy ho miteraka sy mampiroborobo fikomiana manohitra ny fahefan’ny fanjakana, ary koa fa Izy dia niteny ratsy nanohitra ny fahefana ara-pivavahana. Tao amin’izany tantara izany dia niara-nivory ny mpanohitra telo. Ny fahefana romana (ny fanjakana), Barabasy, Kristy sandoka (ny mpaminany sandoka), ary ny fiangonana jiosy nihemotra tamin’ny finoana (ny bibidia). Ny fiangonana nihemotra tamin’ny finoana dia namitaka ny fahefana romana (ny fanjakana) tamin’ilay lainga roa sosona, dia ny fikomiana sy ny fitenenan-dratsy.</w:t>
      </w:r>
    </w:p>
    <w:p>
      <w:pPr>
        <w:pStyle w:val="ArticleBody"/>
        <w:jc w:val="left"/>
      </w:pPr>
      <w:r>
        <w:rPr>
          <w:rFonts w:ascii="Times New Roman" w:hAnsi="Times New Roman" w:eastAsia="Times New Roman" w:cs="Times New Roman"/>
        </w:rPr>
        <w:t>Rehefa voafoha ihany i Dariosy ka mahatsapa ny tena nanosika ireo mpamitaka azy, dia voatery manipy an’i Daniela ho ao an-davaky ny liona izy. Nandika ny lalàn’ny fanjakana i Daniela noho ny fankatoavany ny lalàn’Andriamanitra. Ny lainga naseho tamin’i Dariosy dia tontosa tamin’ny fanandratana ny fireharehany, ka izany no nanakana azy tsy hahafantatra ny tena nanosika ireo mpamitaka azy. Ny lainga sy ny fitaka ao amin’ny tantaran’i Daniela sy ny lavaky ny liona dia manondro ny fankatoavana an’Andriamanitra ho fitenenan-dratsy sy fikomiana, izay ilay fitaka roa sosona mitovy tamin’ny teo amin’ny hazo fijaliana; ary mifandrindra amin’ny marika famantarana ny lalàn’ny Alahady ny marika famantarana ny hazo fijaliana.</w:t>
      </w:r>
    </w:p>
    <w:p>
      <w:pPr>
        <w:pStyle w:val="ArticleBody"/>
        <w:jc w:val="left"/>
      </w:pPr>
      <w:r>
        <w:rPr>
          <w:rFonts w:ascii="Times New Roman" w:hAnsi="Times New Roman" w:eastAsia="Times New Roman" w:cs="Times New Roman"/>
        </w:rPr>
        <w:t>Ny sazin’ilay hery ara-pivavahana mpamitaka dia lohahevitra iray ao amin’ny faminanian’ny Baiboly, ary toy izany koa ny zava-misy fa mamitaka ny fahefam-panjakana ilay hery ara-pivavahana.</w:t>
      </w:r>
    </w:p>
    <w:p>
      <w:pPr>
        <w:pStyle w:val="ArticleScripture"/>
        <w:jc w:val="left"/>
      </w:pPr>
      <w:r>
        <w:rPr>
          <w:rFonts w:ascii="Times New Roman" w:hAnsi="Times New Roman" w:eastAsia="Times New Roman" w:cs="Times New Roman"/>
        </w:rPr>
        <w:t>“Hitan’ny vahoaka fa voafitaka izy. Mifanome tsiny izy noho ny fitarihana azy ho amin’ny fandringanana; nefa miray hina avokoa izy rehetra amin’ny famoahana ny fanamelohana mangidy indrindra amin’ireo mpitandrina. Mpiandry tsy nahatoky no naminany zavatra mandry fahalemana; izy ireo no nitarika ny mpihaino azy hanafoana ny lalàn’Andriamanitra sy hanenjika ireo izay te-hitandrina azy ho masina. Ankehitriny, ao anatin’ny famoizam-pony, ireo mpampianatra ireo dia miaiky eo anatrehan’izao tontolo izao ny asam-pamitahany. Feno fahatezerana ny vahoaka maro. ‘Very izahay!’ hoy ny fitarainany, ‘ary ianareo no anton’ny faharavanay;’ dia miherika hamely ireo mpiandry sandoka izy. Ireo olona izay tena nankafy azy fatratra fahiny indrindra no hamoaka ozona mahatsiravina indrindra aminy. Ireo tanana izay nanome azy satroboninahitry ny voninahitra fahiny dia hasandratra ankehitriny ho amin’ny fandringanana azy. Ireo sabatra izay natao hamonoana ny vahoakan’Andriamanitra dia ampiasaina ankehitriny handringanana ny fahavalony. Hatrany rehetra hatrany dia misy ady sy fandatsahan-drà.” The Great Controversy, 655.</w:t>
      </w:r>
    </w:p>
    <w:p>
      <w:pPr>
        <w:pStyle w:val="ArticleBody"/>
        <w:jc w:val="left"/>
      </w:pPr>
      <w:r>
        <w:rPr>
          <w:rFonts w:ascii="Times New Roman" w:hAnsi="Times New Roman" w:eastAsia="Times New Roman" w:cs="Times New Roman"/>
        </w:rPr>
        <w:t>Ny mpitondra fivavahana dia hivalian-kafatra rehefa mifarana ny fotoam-pitsapana, satria ho fantatry ny vahoakany fa voafitaky ny lainga niely tamin’ny alalan’ireo mpitondra fivavahana izy. Ny filoha sy ny andriana, mbamin’ny ankohonany, dia samy niharan’ilay fitsarana famaliana noho ilay lainga izay naeliny. Rehefa namono ireo mpaminany sandoka tany an-tendrombohitra Karmela i Elia, dia io famaliana io ihany no aseho ao amin’ilay “horohoron-tany lehibe” ao amin’ny Apokalypsy toko fahairaika ambin’ny folo, rehefa “fito arivo” no nafongana.</w:t>
      </w:r>
    </w:p>
    <w:p>
      <w:pPr>
        <w:pStyle w:val="ArticleScripture"/>
        <w:jc w:val="left"/>
      </w:pPr>
      <w:r>
        <w:rPr>
          <w:rFonts w:ascii="Times New Roman" w:hAnsi="Times New Roman" w:eastAsia="Times New Roman" w:cs="Times New Roman"/>
        </w:rPr>
        <w:t>Ary tamin’izay ora izay ihany dia nisy horohoron-tany lehibe; ary lavo ny ampahafolon’ny tanàna, ary tao amin’ilay horohoron-tany dia maty ny olona fito arivo; ary ny sisa dia raiki-tahotra ka nanome voninahitra an’Andriamanitry ny lanitra. Apokalypsy 11:13.</w:t>
      </w:r>
    </w:p>
    <w:p>
      <w:pPr>
        <w:pStyle w:val="ArticleBody"/>
        <w:jc w:val="left"/>
      </w:pPr>
      <w:r>
        <w:rPr>
          <w:rFonts w:ascii="Times New Roman" w:hAnsi="Times New Roman" w:eastAsia="Times New Roman" w:cs="Times New Roman"/>
        </w:rPr>
        <w:t>Tamin’ny fahatanterahan’ilay horohoron-tany lehibe tamin’ny Revolisiona Frantsay, ny fito arivo izay novonoina dia naneho ny fanjakam-pirenen’i Frantsa. Amin’ilay “ora” amin’ilay horohoron-tany lehibe, izany hoe ny lalàn’ny Alahady, ny fito arivo izay hovonoina dia maneho ny Advantista mitandrina ny Sabata andro fahafito izay miankohoka amin’i Roma, satria ireo ihany no mahatakatra ny andraikitra iandraiketana ny Sabata andro fahafito no mandray ny mariky ny bibidia rehefa tonga ny lalàn’ny Alahady.</w:t>
      </w:r>
    </w:p>
    <w:p>
      <w:pPr>
        <w:pStyle w:val="ArticleScripture"/>
        <w:jc w:val="left"/>
      </w:pPr>
      <w:r>
        <w:rPr>
          <w:rFonts w:ascii="Times New Roman" w:hAnsi="Times New Roman" w:eastAsia="Times New Roman" w:cs="Times New Roman"/>
        </w:rPr>
        <w:t>Ny fanovana ny Sabata no famantarana na mariky ny fahefan’ny fiangonana romana. Ireo izay, mahafantatra ny fitakian’ny didy fahefatra, dia mifidy hitandrina ny sabata sandoka ho solon’ilay tena izy, dia manome voninahitra amin’izany hery izany izay hany nandidy azy. Ny mariky ny bibidia dia ny sabata papaly, izay neken’izao tontolo izao ho solon’ny andro voatendrin’Andriamanitra.</w:t>
      </w:r>
    </w:p>
    <w:p>
      <w:pPr>
        <w:pStyle w:val="ArticleScripture"/>
        <w:jc w:val="left"/>
      </w:pPr>
      <w:r>
        <w:rPr>
          <w:rFonts w:ascii="Times New Roman" w:hAnsi="Times New Roman" w:eastAsia="Times New Roman" w:cs="Times New Roman"/>
        </w:rPr>
        <w:t>“Kanefa mbola tsy tonga ny fotoana handraisana ny mariky ny bibidia, araka izay voatondro ao amin’ny faminaniana. Mbola tsy tonga ny fotoam-pitsapana. Misy Kristiana marina ao amin’ny fiangonana rehetra, tsy afa-tsy koa ny fiombonan’ny Eglizy Katolika Romana. Tsy misy voaheloka mandra-pahazoany ny fahazavana sy ahitany ny adidy apetraky ny didy fahefatra. Fa rehefa hivoaka ny didy manery ny Sabata sandoka, ary rehefa hampitandrina ny olona ny amin’ny fiankohofana amin’ny bibidia sy ny sariny ny antso mafy ataon’ny anjely fahatelo, dia hazava tsara ny tsipika mampisaraka ny sandoka sy ny marina. Amin’izany dia izay mbola manohy ny fandikan-dalàna no handray ny mariky ny bibidia eo amin’ny handriny na eo amin’ny tanany.</w:t>
      </w:r>
    </w:p>
    <w:p>
      <w:pPr>
        <w:pStyle w:val="ArticleScripture"/>
        <w:jc w:val="left"/>
      </w:pPr>
      <w:r>
        <w:rPr>
          <w:rFonts w:ascii="Times New Roman" w:hAnsi="Times New Roman" w:eastAsia="Times New Roman" w:cs="Times New Roman"/>
        </w:rPr>
        <w:t>“Amin’ny dingana haingana no anatonantsika izao vanim-potoana izao. Rehefa hampiray hery amin’ny fahefana sivily ny fiangonana protestanta mba hanohanana fivavahana sandoka, izay noho ny fanoheran’ny razany azy no niaretany fanenjehana masiaka indrindra, dia hampiharina amin’ny alalan’ny fahefana mitambatry ny fiangonana sy ny fanjakana ny Sabatan’ny papa. Hisy fihemorana ara-pirenena amin’ny finoana, izay hifarana amin’ny faharavana ara-pirenena ihany.” Bible Training School, February 2, 1913.</w:t>
      </w:r>
    </w:p>
    <w:p>
      <w:pPr>
        <w:pStyle w:val="ArticleBody"/>
        <w:jc w:val="left"/>
      </w:pPr>
      <w:r>
        <w:rPr>
          <w:rFonts w:ascii="Times New Roman" w:hAnsi="Times New Roman" w:eastAsia="Times New Roman" w:cs="Times New Roman"/>
        </w:rPr>
        <w:t>Ny “fito arivo” izay ringana tamin’ilay “ora” nisian’ilay horohoron-tany lehibe, izany hoe ny lalàn’ny Alahady, dia ampitahaina koa amin’ilay “fito arivo” izay tsy nety niankohoka tamin’i Jezebela tamin’ny andron’i Elia.</w:t>
      </w:r>
    </w:p>
    <w:p>
      <w:pPr>
        <w:pStyle w:val="ArticleScripture"/>
        <w:jc w:val="left"/>
      </w:pPr>
      <w:r>
        <w:rPr>
          <w:rFonts w:ascii="Times New Roman" w:hAnsi="Times New Roman" w:eastAsia="Times New Roman" w:cs="Times New Roman"/>
        </w:rPr>
        <w:t>Kanefa namela ho Ahy fito arivo tao amin’ny Isiraely Aho, dia ny lohalika rehetra izay tsy nandohalika tamin’i Bala sy ny vava rehetra izay tsy nanoroka azy. 1 Mpanjaka 19:18.</w:t>
      </w:r>
    </w:p>
    <w:p>
      <w:pPr>
        <w:pStyle w:val="ArticleBody"/>
        <w:jc w:val="left"/>
      </w:pPr>
      <w:r>
        <w:rPr>
          <w:rFonts w:ascii="Times New Roman" w:hAnsi="Times New Roman" w:eastAsia="Times New Roman" w:cs="Times New Roman"/>
        </w:rPr>
        <w:t>Ny filazana voalohany ny amin’ny fito arivo dia manondro vondrona mahatoky izay nandà tsy hiankohoka tamin’i Jezebela, ary ny filazana farany kosa dia maneho sisa tavela izay miankohoka amin’i Jezebela. Rehefa mandresy ny tany be voninahitra ny fahefana papaly (ilay bibidia avy amin’ny tany ao amin’ny Apokalypsy toko faha-telo ambin’ny folo), amin’ny lalàna alahady, dia misy antokon’olona iray “rava,” ary antokon’olona iray hafa kosa afa-mandositra ny tànan’ny fifehezan’i Babylona, satria amin’izany no anombohan’ny hafatra hivoahana avy ao Babylona.</w:t>
      </w:r>
    </w:p>
    <w:p>
      <w:pPr>
        <w:pStyle w:val="ArticleScripture"/>
        <w:jc w:val="left"/>
      </w:pPr>
      <w:r>
        <w:rPr>
          <w:rFonts w:ascii="Times New Roman" w:hAnsi="Times New Roman" w:eastAsia="Times New Roman" w:cs="Times New Roman"/>
        </w:rPr>
        <w:t>Ary hiditra ao amin’ny tany be voninahitra koa izy, ka firenena maro no ho ringana; nefa ireto no ho afa-mandositra amin’ny tànany, dia Edoma sy Moaba ary ny lohan’ny taranak’i Amona. Daniela 11:41.</w:t>
      </w:r>
    </w:p>
    <w:p>
      <w:pPr>
        <w:pStyle w:val="ArticleBody"/>
        <w:jc w:val="left"/>
      </w:pPr>
      <w:r>
        <w:rPr>
          <w:rFonts w:ascii="Times New Roman" w:hAnsi="Times New Roman" w:eastAsia="Times New Roman" w:cs="Times New Roman"/>
        </w:rPr>
        <w:t>Ny teny hoe “countries” dia teny nampiana, satria firenena maro no tsy “rava” amin’ny lalàn’ny Alahady, fa Advantista Mitandrina ny Andro Fahafito tsirairay maro kosa no rava, satria amin’izany fotoana izany dia izy ireo ihany no tompon’andraikitra eo anatrehan’ny fahazavan’ny anjely fahatelo. Izy ireo no “maro,” fa izy ireo no nantsoina ho isan’ireo izay mandray ny tombo-kasen’Andriamanitra, nefa nolaviny izany fiantsoana izany.</w:t>
      </w:r>
    </w:p>
    <w:p>
      <w:pPr>
        <w:pStyle w:val="ArticleScripture"/>
        <w:jc w:val="left"/>
      </w:pPr>
      <w:r>
        <w:rPr>
          <w:rFonts w:ascii="Times New Roman" w:hAnsi="Times New Roman" w:eastAsia="Times New Roman" w:cs="Times New Roman"/>
        </w:rPr>
        <w:t>Ary hoy Izy taminy: Ry sakaiza, ahoana no nidiranao tatỳ, nefa tsy nitafy fitafiam-panambadiana? Dia tsy nahateny izy. Ary hoy ny mpanjaka tamin’ny mpanompo: Afatory ny tanany sy ny tongony, ka ento miala izy, ary ario any amin’ny maizina any ivelany; any no hisy fitomaniana sy fikitroha-nify. Fa maro no antsoina, nefa vitsy no voafidy. Matio 22:12–14.</w:t>
      </w:r>
    </w:p>
    <w:p>
      <w:pPr>
        <w:pStyle w:val="ArticleBody"/>
        <w:jc w:val="left"/>
      </w:pPr>
      <w:r>
        <w:rPr>
          <w:rFonts w:ascii="Times New Roman" w:hAnsi="Times New Roman" w:eastAsia="Times New Roman" w:cs="Times New Roman"/>
        </w:rPr>
        <w:t>Ny fitaka nataon’ireo andriana sy filoha ao amin’ny Daniela toko faha-enina dia manondro ny famaizana ilay fahefana ara-pivavahana izay mamitaka ny fahefam-panjakana.</w:t>
      </w:r>
    </w:p>
    <w:p>
      <w:pPr>
        <w:pStyle w:val="ArticleScripture"/>
        <w:jc w:val="left"/>
      </w:pPr>
      <w:r>
        <w:rPr>
          <w:rFonts w:ascii="Times New Roman" w:hAnsi="Times New Roman" w:eastAsia="Times New Roman" w:cs="Times New Roman"/>
        </w:rPr>
        <w:t>Ary nandidy ny mpanjaka, ka nentiny ireo lehilahy izay niampanga an’i Daniela, ary natsipiny tao an-davaky ny liona izy ireo, dia izy mbamin’ny zanany sy ny vadiny; ary naharesy azy ireo ny liona ka nanorotoro ny taolany rehetra, dieny mbola tsy tafidina hatrany amin’ny fanambanin’ny lavaka akory izy. Daniela 6:24.</w:t>
      </w:r>
    </w:p>
    <w:p>
      <w:pPr>
        <w:pStyle w:val="ArticleBody"/>
        <w:jc w:val="left"/>
      </w:pPr>
      <w:r>
        <w:rPr>
          <w:rFonts w:ascii="Times New Roman" w:hAnsi="Times New Roman" w:eastAsia="Times New Roman" w:cs="Times New Roman"/>
        </w:rPr>
        <w:t>Hohizintsika ao amin’ny lahatsoratra manaraka ny bokin’i Daniela.</w:t>
      </w:r>
    </w:p>
    <w:p>
      <w:pPr>
        <w:pStyle w:val="ArticleScripture"/>
        <w:jc w:val="left"/>
      </w:pPr>
      <w:r>
        <w:rPr>
          <w:rFonts w:ascii="Times New Roman" w:hAnsi="Times New Roman" w:eastAsia="Times New Roman" w:cs="Times New Roman"/>
        </w:rPr>
        <w:t>Ary inona koa no mbola holazaiko? Fa tsy ampy ahy ny fotoana hilazako ny amin’i Gedeona sy Baraka sy Samsona ary Jefta; ary Davida koa sy Samoela ary ny mpaminany; izay tamin’ny finoana no nandresy fanjakana, nanao fahamarinana, nahazo ny teny fikasana, nanakombona ny vavan’ny liona. Hebreo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Laharana Fahatelo amby Telopolo</dc:title>
  <dc:subject>Ny “Tombo-kasen’”Andriamanitra Voatomboka amin’ny Didy Momba ny Lalàn’ny Alahady: Famakafakana Ara-paminaniana ny Daniela Toko faha-6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