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Bokin’i Daniela — Laharana Fahadimy amby Telopolo</w:t>
      </w:r>
    </w:p>
    <w:p>
      <w:pPr>
        <w:pStyle w:val="ArticleSubtitle"/>
        <w:jc w:val="left"/>
      </w:pPr>
      <w:r>
        <w:rPr>
          <w:rFonts w:ascii="Arial" w:hAnsi="Arial" w:eastAsia="Arial" w:cs="Arial"/>
        </w:rPr>
        <w:t>Famoahana ny Firafitry ny Faminaniana: Ny Fahitan’i William Miller sy ireo Hery Telo Mpandravarava mitondra ho amin’i Armagedona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Tamin’ny “fotoanan’ny farany,” tamin’ny taona 1798, dia voavaha ny bokin’i Daniela, ary indrindra indrindra ny fahitana izay nasehon’ny Reniranon’i Olay. Io fahitana io no nanambara ny fanombohan’ny fitsarana famotopotorana tamin’ny 22 Oktobra 1844. Ny andininy izay tonga fototry izany fahamarinana izany dia Daniela toko faha-valo, andininy faha-efatra ambin’ny folo. William Miller, ilay iraka nofidina hahalala ny famahana ny hafatra, dia tsy nahatakatra tanteraka ny fahamarinana rehetra mifandray amin’ilay fahitana, kanefa notanterahiny kosa ny asa izay nomena azy.</w:t>
      </w:r>
    </w:p>
    <w:p>
      <w:pPr>
        <w:pStyle w:val="ArticleBody"/>
        <w:jc w:val="left"/>
      </w:pPr>
      <w:r>
        <w:rPr>
          <w:rFonts w:ascii="Times New Roman" w:hAnsi="Times New Roman" w:eastAsia="Times New Roman" w:cs="Times New Roman"/>
        </w:rPr>
        <w:t>Rehefa nanomboka ny fandalinany ny tenin’ny faminaniana i Miller, dia tonga tamin’ny fahatakarana fitsipika sasantsasany momba ny fandikana ny faminaniana izay voafaritra sy naorina ao anatin’ny Baiboly. Ireo fitsipika ireo dia voarakitra sy fantatra amin’ny anarana hoe Fitsipiky ny Fandikana nataon’i William Miller. Ireo fitsipika ireo dia ankatoavin’ny tsindrimandry ary faritana ho ireo fitsipika izay hampiasain’ireo izay hanambara ny fanombohan’ny fitsarana mpanatanteraka amin’ny lalàn’ny Alahady. Nijoro ho vavolombelona i Miller fa nanomboka ny fandalinany ny Baiboly teo am-piandohan’ny Baiboly izy ary tsy nandroso afa-tsy araka izay nahafantarany izay noheveriny tamin’izany fotoana izany. Avy amin’io fomba fiasa io dia mora ny mahita ny antony nahatonga ny faminaniana ara-potoana voalohany neken’i Miller, izay nisy ifandraisany tamin’ny hafatra izay tokony ho fantany ho tanteraka tamin’ny 1844, ho ny “impito” ao amin’ny Levitikosy faha-enina amby roapolo.</w:t>
      </w:r>
    </w:p>
    <w:p>
      <w:pPr>
        <w:pStyle w:val="ArticleBody"/>
        <w:jc w:val="left"/>
      </w:pPr>
      <w:r>
        <w:rPr>
          <w:rFonts w:ascii="Times New Roman" w:hAnsi="Times New Roman" w:eastAsia="Times New Roman" w:cs="Times New Roman"/>
        </w:rPr>
        <w:t>Nilaza tamintsika ny tsindrimandry fa ilay anjely Gabriela, miaraka amin’ireo anjely masina hafa, no nitari-dalana ny sain’i Miller, tahaka ny nitarihan’i Gabriela ny sain’i Daniela, Jaona mpahita ny Apokalypsy, ary ny mpaminany rehetra ao amin’ny Baiboly; fa Gabriela no nomena ilay asa izay nafoin’i Satana. Ny asan’i Gabriela dia naseho tamin’ny anarana voalohan’i Satana hoe Losifera, izay midika hoe mpitondra fahazavana. Gabriela no nitondra ny fahazavana ara-paminaniana ho an’i Miller, ary noho ny fankatoavany izany fahazavana izany dia nitory ny hafatra nanambara ny fanokafana ny fitsarana famotopotorana tamin’ny 22 Oktobra 1844 izy.</w:t>
      </w:r>
    </w:p>
    <w:p>
      <w:pPr>
        <w:pStyle w:val="ArticleBody"/>
        <w:jc w:val="left"/>
      </w:pPr>
      <w:r>
        <w:rPr>
          <w:rFonts w:ascii="Times New Roman" w:hAnsi="Times New Roman" w:eastAsia="Times New Roman" w:cs="Times New Roman"/>
        </w:rPr>
        <w:t>Ny fahafahana mijery ny lasa no ahafahan’izay maniry hahatakatra ny asan’i William Miller mahafantatra fa nomena fahitana sasantsasany momba ny teny faminaniana izy, izay tonga fanalahidy ho an’ny asany tamin’ny fanangonana ny hafatry ny fitsarana antomotra. Ny iray tamin’ireo fanalahidy ireo dia ny fahafantarany fa ny andro iray dia maneho taona iray amin’ny fampiharana ara-paminaniana. Ny iray hafa kosa dia rafitra ara-paminaniana izay nampiasainy hametrahana sy handrindrana ireo tsipika faminaniana hitany. Izany rafitra izany dia niorina teo ambonin’ireo hery satanika roa izay nitondra fandravana tamin’ny olon’Andriamanitra sy ny fitoerany masina. Ny zava-baovao rehetra hitan’i Miller dia napetraka teo ambonin’ilay rafitra ara-paminaniana izay naneho ny tantaran’ny fanompoan-tsampy narahin’ny fahefan’ny papa, izay nifandimby nanitsakitsaka ny fitoeran’Andriamanitra masina sy ny olon’Andriamanitra hatramin’ny andron’ny Isiraely fahiny, ka mandra-piavin’i Kristy fanindroany.</w:t>
      </w:r>
    </w:p>
    <w:p>
      <w:pPr>
        <w:pStyle w:val="ArticleBody"/>
        <w:jc w:val="left"/>
      </w:pPr>
      <w:r>
        <w:rPr>
          <w:rFonts w:ascii="Times New Roman" w:hAnsi="Times New Roman" w:eastAsia="Times New Roman" w:cs="Times New Roman"/>
        </w:rPr>
        <w:t>Io rafitra ara-paminaniana io no nahafahany namaritra marina ny fahamarinana rehetra nilaina mba hanorenana ny 22 Oktobra 1844 ho fiandohan’ny fitsarana. Kanefa voafetra izany fahamarinana izany, satria tsy azony natao ny nahita ilay fahefana mpanenjika fahatelo izay nanaraka ny fanompoan-tsampy sy ny fanjakazakan’ny papa teo amin’ny tantara ara-paminaniana. Tsy nilaina taminy ny hahita izany fahamarinana izany, fa ny asany dia ny hanambara ny 22 Oktobra 1844, ary ny fahazavan’ilay fahefana mpanenjika fahatelo dia hovahana tombo-kase aorian’io daty io.</w:t>
      </w:r>
    </w:p>
    <w:p>
      <w:pPr>
        <w:pStyle w:val="ArticleBody"/>
        <w:jc w:val="left"/>
      </w:pPr>
      <w:r>
        <w:rPr>
          <w:rFonts w:ascii="Times New Roman" w:hAnsi="Times New Roman" w:eastAsia="Times New Roman" w:cs="Times New Roman"/>
        </w:rPr>
        <w:t>Mifandray amin’ny fampifanarahana ny fahazoany ny faminaniana eo ambonin’ny rafitra iray ahitana ireo hery roa mpandringana, dia i Roma mpanompo sampy no voalohany, arahin’i Roma papa, dia izao no fahazoany azy: ny teny adika hoe “ny isan’andro” ao amin’ny bokin’i Daniela dia tandindon’ny fanompoan-tsampy, na koa, i Roma mpanompo sampy. Ny teny hoe “tamid” izay adika hoe “ny isan’andro” dia ampiasain’i Daniela in-dimy. Ampiasaina mandrakariva miaraka amin’ny tandindona iray izay noheverin’i Miller araka ny tokony ho izy fa maneho ny fahefan’ny papa izany. Ny tandindon’ny fahefan’ny papa izay miseho mandrakariva mifandray amin’“ny isan’andro” dia aseho amin’ny tandindona roa. Na amin’ny fomba ahoana na amin’ny fomba ahoana, ireo tandindona roa maneho ny fahefan’ny papa dia samy manondro ny papa avokoa; kanefa, na dia izany aza, rehefa nampiasa ny teny hoe “tamid” i Daniela, izay adika hoe “ny isan’andro,” dia niaraka mandrakariva tamin’ny tandindon’ny papa izany ary nialoha azy. Ny fahazoan’i Miller ny amin’“ny isan’andro” ao amin’ny bokin’i Daniela no tonga fototry ny rafitra hitany, izay niorina teo ambonin’ireo hery roa mpandringana: ny fanompoan-tsampy aloha, arahin’ny fahefana papaly. Ny fanondroan’i Miller an’“ny isan’andro” ho fanompoan-tsampy ao amin’ny bokin’i Daniela dia voatendry ho tonga adihevitra goavana tao anatin’ny Advantisma, nanomboka tamin’ny taranaka faharoan’ny Advantisma, izay nanomboka tamin’ny 1888.</w:t>
      </w:r>
    </w:p>
    <w:p>
      <w:pPr>
        <w:pStyle w:val="ArticleBody"/>
        <w:jc w:val="left"/>
      </w:pPr>
      <w:r>
        <w:rPr>
          <w:rFonts w:ascii="Times New Roman" w:hAnsi="Times New Roman" w:eastAsia="Times New Roman" w:cs="Times New Roman"/>
        </w:rPr>
        <w:t>Ny fahamarinana ara-paminaniana voalohany hitan’i Miller, izay anisan’ny fahatakarana momba ny 22 Oktobra 1844, dia ny “fotoana fito” ao amin’ny Levitikosy enina amby roapolo, ary izany no voalohany tamin’ireo fahamarinana efa naorin’i Miller izay nolavina tamin’ny 1863. Izany fandavana izany no nanombohan’ny taranaka voalohan’ny Advantisma, raha nanomboka nirenireny namakivaky ny efitr’i Laodikia izy ireo. Ny taranaka faharoa dia nanomboka tamin’ny Fihaonambe Lehibe tao Minneapolis tamin’ny 1888, ary taorian’ilay fikomiana izay niseho tany, dia nanomboka tamin’ny 1901 ny asan’i Satana tamin’ny fandavana ny famantarana nataon’i Miller ny “fanatitra isan’andro” ho fanompoan-tsampy. Ny fahatakarana marina ny “fanatitra isan’andro” dia tsy nesorina tanteraka raha tsy taorian’ny fahafatesan’ilay mpaminanivavy, izay efa nanambara fa ny hevitra nampiroboroboina ho fanoherana ny fomba fijery marina nananan’i Miller momba ny “fanatitra isan’andro” dia nentin’ireo “anjely izay noroahina hiala tany an-danitra.” Ny fandavana feno dia nitranga tamin’ny taranaka fahatelo teo amin’ny manodidina ny 1931. Ny taranaka fahatelo dia efa nanomboka tamin’ny famoahana ny bokin’i W. W. Prescott, mitondra ny lohateny hoe, The Doctrine of Christ, fotoana fohy taorian’ny Fihaonambe ara-Baiboly tamin’ny 1919. Tamin’ny 1919 no nanomboka ny taranaka fahatelo ary nitohy mandra-pamoahana ny boky Questions on Doctrine tamin’ny 1957.</w:t>
      </w:r>
    </w:p>
    <w:p>
      <w:pPr>
        <w:pStyle w:val="ArticleBody"/>
        <w:jc w:val="left"/>
      </w:pPr>
      <w:r>
        <w:rPr>
          <w:rFonts w:ascii="Times New Roman" w:hAnsi="Times New Roman" w:eastAsia="Times New Roman" w:cs="Times New Roman"/>
        </w:rPr>
        <w:t>Rehefa tafapetraka sy nohazavaina mazava teo ambonin’ny tabilao roa nosoratan’i Habakoka ny asan’i Miller (dia ny tabilao pioniera 1843 sy 1850), dia nanomboka nanokatra ny fahamarinana ny Tompo fa misy hery hafa koa, dia hery fahatelo mpandrava, izay hanaraka ny fanompoan-tsampy sy ny fahefana papaly, ka izy koa dia hanenjika ny olon’Andriamanitra.</w:t>
      </w:r>
    </w:p>
    <w:p>
      <w:pPr>
        <w:pStyle w:val="ArticleScripture"/>
        <w:jc w:val="left"/>
      </w:pPr>
      <w:r>
        <w:rPr>
          <w:rFonts w:ascii="Times New Roman" w:hAnsi="Times New Roman" w:eastAsia="Times New Roman" w:cs="Times New Roman"/>
        </w:rPr>
        <w:t>“Tamin’ny alalan’ny fanompoan-tsampy, ary avy eo tamin’ny alalan’ny Fanjakana Papaly, dia nampihatra ny heriny nandritra ny taonjato maro Satana, tamin’ny fiezahana hamafa tsy ho etỳ ambonin’ny tany ny vavolombelon’Andriamanitra mahatoky. Ny mpanompo sampy sy ny papista dia nentin’io fanahin’ny dragona io ihany. Ny tsy fitoviany dia izao ihany: ny Fanjakana Papaly, izay nanao fihatsarambelatsihy ho toy ny manompo an’Andriamanitra, no fahavalo nampidi-doza kokoa sy masiaka kokoa. Tamin’ny alalan’ny fitaoman’ny Romanisma no nahazoan’i Satana babo an’izao tontolo izao. Ny fiangonan’Andriamanitra amin’ny filazana dia voafaoka ho ao anatin’ny laharan’izao fahadisoam-panantenana izao, ary nandritra ny arivo taona mahery ny olon’Andriamanitra no nijaly teo ambanin’ny fahatezeran’ny dragona. Ary rehefa ny Fanjakana Papaly, voaroba tamin’ny heriny, dia noterena hitsahatra amin’ny fanenjehana, dia hitan’i Jaona fa nisy fahefana vaovao niakatra mba hamerina ny feon’ny dragona sy hanohy io asa masiaka sy miteny ratsy an’Andriamanitra io ihany. Io fahefana io, izay farany hiady amin’ny fiangonana sy ny lalàn’Andriamanitra, dia naseho an’ohatra tamin’ny bibidia iray nanana tandroka tahaka ny an’ny zanak’ondry. Ny bibidia nialoha azy dia niakatra avy tany an-dranomasina, fa ity kosa niakatra avy tany amin’ny tany, maneho ny fiakaran’ilay firenena izay asehony an’ohatra amim-pilaminana. Ny ‘tandroka roa tahaka ny an’ny zanak’ondry’ dia tena maneho tsara ny toetran’ny Fitondram-panjakana any Etazonia, araka ny isehoany ao amin’ireo foto-kevitra fototra roa iorenany, dia ny Repoblikanisma sy ny Protestantisma. Ireo foto-kevitra ireo no tsiambaratelon’ny herintsika sy ny firoboroboantsika amin’ny maha-firenena antsika. Ireo izay voalohany nahita fialofana teny amin’ny morontsirak’i Amerika dia nifaly fa tonga tany amin’ny tany iray afaka tamin’ny fitakiana miavonavon’ny fahefana papaly sy ny jadon’ny fitondran’ny mpanjaka. Nanapa-kevitra izy ireo ny hanorina fitondram-panjakana eo ambonin’ny fanorenana malalaky ny fahafahana sivily sy ara-pivavahana.” Signs of the Times, 1 Novambra 1899.</w:t>
      </w:r>
    </w:p>
    <w:p>
      <w:pPr>
        <w:pStyle w:val="ArticleBody"/>
        <w:jc w:val="left"/>
      </w:pPr>
      <w:r>
        <w:rPr>
          <w:rFonts w:ascii="Times New Roman" w:hAnsi="Times New Roman" w:eastAsia="Times New Roman" w:cs="Times New Roman"/>
        </w:rPr>
        <w:t>Tsy hitan’i Miller ny hery mpanenjika fahatelo, ary noho izany antony izany dia tsy feno ny rafitra natsangany, na dia nifanaraka tanteraka tamin’ny fanatanterahana ny asany aza izany. Sister White dia manambara fa i Miller no iraka voafidin’Andriamanitra, fa tamin’ny asany dia efa nanehoana tandindona azy tamin’i Elia sy Jaona Mpanao-batisa, ary tamin’i Elisa kosa ny fiantsoana azy ho amin’izany asa izany, ary tamin’i Mosesy ny fahafatesany. Vitsy ao amin’ny tantara masina no nahazo fanamarihana milaza fa miandry eo anilan’ny fasany ny anjely mba hanangana azy indray; nefa izany no fanamarihana mikasika an’i Miller. Ny zava-misy fa voafetran’ny tantara nitsanganany ny asany dia tsy fanambaniana an’i Miller velively, fa zavatra tsy maintsy ekena fotsiny, raha hodinihina araka ny tena hazavan’ny Tenin’Andriamanitra ara-paminaniana ny asany.</w:t>
      </w:r>
    </w:p>
    <w:p>
      <w:pPr>
        <w:pStyle w:val="ArticleBody"/>
        <w:jc w:val="left"/>
      </w:pPr>
      <w:r>
        <w:rPr>
          <w:rFonts w:ascii="Times New Roman" w:hAnsi="Times New Roman" w:eastAsia="Times New Roman" w:cs="Times New Roman"/>
        </w:rPr>
        <w:t>Nomena toromarika manokana avy tamin’ny anjely i Miller, izay nahafahany nanorina rafitra ara-paminaniana niorina tamin’ireo hery roa mpandrava: ny fanompoan-tsampy, arahin’ny papa. Noho izany antony izany, dia tsy azon’i Miller tsara ireo faminaniana izay nanondro tantara ankoatra ny fandravana nataon’ireo hery roa ireo. Kanefa tsy nisy tamin’ireo tsy fahazoana ireo tafiditra teo amin’ireo takela-masina roa an’i Habakoka, izay nanehoana an-tsary ireo fanorenana natsangana tamin’ny alalan’ny asan’i Miller. Izany no antony nahafahan’ny aingam-panahy nanoratra momba ny tabilao 1843 fa notarihin’ny tanan’ny Tompo izany.</w:t>
      </w:r>
    </w:p>
    <w:p>
      <w:pPr>
        <w:pStyle w:val="ArticleScripture"/>
        <w:jc w:val="left"/>
      </w:pPr>
      <w:r>
        <w:rPr>
          <w:rFonts w:ascii="Times New Roman" w:hAnsi="Times New Roman" w:eastAsia="Times New Roman" w:cs="Times New Roman"/>
        </w:rPr>
        <w:t>“Asehony no nasehon’ny Tompo tamiko fa ny tabilao 1843 dia notarihin’ny tànany, ary tsy misy ampahany aminy tokony hovaina; fa ny tarehimarika dia araka izay tiany. Fa ny tànany dia teo amboniny ka nanafina fahadisoana iray tao amin’ny tarehimarika sasany, mba tsy hisy hahita izany, mandra-panala ny tànany.”</w:t>
      </w:r>
    </w:p>
    <w:p>
      <w:pPr>
        <w:pStyle w:val="ArticleScripture"/>
        <w:jc w:val="left"/>
      </w:pPr>
      <w:r>
        <w:rPr>
          <w:rFonts w:ascii="Times New Roman" w:hAnsi="Times New Roman" w:eastAsia="Times New Roman" w:cs="Times New Roman"/>
        </w:rPr>
        <w:t>“Dia hitako, momba ilay ‘Daily,’ fa ny teny hoe ‘sorona’ dia nampidirin’ny fahendren’olombelona, ka tsy anisan’ny lahatsoratra; ary nomen’ny Tompo ny fahazoana marina momba izany ireo izay nanandratra ny antson’ny ora fitsarana. Fony mbola nisy firaisana, talohan’ny 1844, dia saiky niray hevitra tamin’ny fahazoana marina ny amin’ilay ‘Daily’ ny rehetra; fa hatramin’ny 1844 kosa, tao anatin’ny fisafotofotoana, dia nisy hevitra hafa noraisina, ka dia nanaraka izany ny haizina sy ny fisafotofotoana.” Review and Herald, November 1, 1850.</w:t>
      </w:r>
    </w:p>
    <w:p>
      <w:pPr>
        <w:pStyle w:val="ArticleBody"/>
        <w:jc w:val="left"/>
      </w:pPr>
      <w:r>
        <w:rPr>
          <w:rFonts w:ascii="Times New Roman" w:hAnsi="Times New Roman" w:eastAsia="Times New Roman" w:cs="Times New Roman"/>
        </w:rPr>
        <w:t>Ny fahamarinana nangonin’i Miller araka ny fitarihan’ny anjely dia notarihin’ny Tompo, ary tao anatin’ny fanekena ny tabilao 1843 dia nampidirin’ny tsindrimandry fa marina ny fahatakaran’i Miller fa ny “isan’andro” dia maneho ny fanompoan-tsampy. In-dimy no isehoan’ny teny hebreo hoe “tamid,” izay nadika hoe “ny isan’andro,” ao amin’ny bokin’i Daniela, ary mandrakariva izany dia maneho ny fifandraisan’ireo hery roa mpandringana, dia ny fanompoan-tsampy arahin’ny fahefana papaly.</w:t>
      </w:r>
    </w:p>
    <w:p>
      <w:pPr>
        <w:pStyle w:val="ArticleBody"/>
        <w:jc w:val="left"/>
      </w:pPr>
      <w:r>
        <w:rPr>
          <w:rFonts w:ascii="Times New Roman" w:hAnsi="Times New Roman" w:eastAsia="Times New Roman" w:cs="Times New Roman"/>
        </w:rPr>
        <w:t>Ny fahatakaran’i Miller ny amin’“ilay isan’andro,” ho mariky ny fanompoan-tsampy, dia tena nilaina tanteraka tao anatin’ilay rafitra ara-paminaniana nampiasainy; satria ny fifandraisana mifandimby, dia ny fanompoan-tsampy arahina ny fanjakan’ny papa, no tonga teboka ifotorany tamin’ny fampifanarahana ireo faminaniana rehetra izay notarihina ho azony.</w:t>
      </w:r>
    </w:p>
    <w:p>
      <w:pPr>
        <w:pStyle w:val="ArticleBody"/>
        <w:jc w:val="left"/>
      </w:pPr>
      <w:r>
        <w:rPr>
          <w:rFonts w:ascii="Times New Roman" w:hAnsi="Times New Roman" w:eastAsia="Times New Roman" w:cs="Times New Roman"/>
        </w:rPr>
        <w:t>Tamin’ “ny andron’ny farany,” tamin’ny 1798, dia novahana ny tombo-kasen’ny bokin’i Daniela, ary ny andalan-teny lehibe izay nofaritan-dRahavavy White ho “andry foibe” sy “fanorenana” ny hetsika adventa, dia Daniela toko fahavalo, andininy fahaefatra ambin’ny folo.</w:t>
      </w:r>
    </w:p>
    <w:p>
      <w:pPr>
        <w:pStyle w:val="ArticleScripture"/>
        <w:jc w:val="left"/>
      </w:pPr>
      <w:r>
        <w:rPr>
          <w:rFonts w:ascii="Times New Roman" w:hAnsi="Times New Roman" w:eastAsia="Times New Roman" w:cs="Times New Roman"/>
        </w:rPr>
        <w:t>“Ny Soratra Masina izay, ambonin’ny hafa rehetra, no sady fototra no andry afovoan’ny finoana Adventa dia izao fanambarana izao: ‘Mandritra ny roa arivo sy telon-jato andro; ary amin’izany dia hodiovina ny fitoerana masina.’ [Daniela 8:14.]” Ilay fifanandrinana lehibe, 409.</w:t>
      </w:r>
    </w:p>
    <w:p>
      <w:pPr>
        <w:pStyle w:val="ArticleBody"/>
        <w:jc w:val="left"/>
      </w:pPr>
      <w:r>
        <w:rPr>
          <w:rFonts w:ascii="Times New Roman" w:hAnsi="Times New Roman" w:eastAsia="Times New Roman" w:cs="Times New Roman"/>
        </w:rPr>
        <w:t>Andininy faha-efatra ambin’ny folo no valin’ny andininy faha-telo ambin’ny folo, ary tsy misy heviny izany valiny izany raha tsy ao anatin’ny tontolon-kevitry ny fanontaniana.</w:t>
      </w:r>
    </w:p>
    <w:p>
      <w:pPr>
        <w:pStyle w:val="ArticleScripture"/>
        <w:jc w:val="left"/>
      </w:pPr>
      <w:r>
        <w:rPr>
          <w:rFonts w:ascii="Times New Roman" w:hAnsi="Times New Roman" w:eastAsia="Times New Roman" w:cs="Times New Roman"/>
        </w:rPr>
        <w:t>Dia naheno olomasina iray niteny aho; ary nisy olomasina iray hafa nilaza tamin’ilay olomasina anankiray izay niteny hoe: Mandra-pahoviana no haharetan’ny fahitana ny amin’ny fanatitra isan’andro sy ny fandikan-dalàna mampaharava, ka hahatonga ny fitoerana masina sy ny antokon’olona hatolotra ho voahitsakitsaka? Ary hoy izy tamiko: Hatramin’ny roa arivo sy telon-jato andro; dia hodiovina ny fitoerana masina amin’izany. Daniela 8:13, 14.</w:t>
      </w:r>
    </w:p>
    <w:p>
      <w:pPr>
        <w:pStyle w:val="ArticleBody"/>
        <w:jc w:val="left"/>
      </w:pPr>
      <w:r>
        <w:rPr>
          <w:rFonts w:ascii="Times New Roman" w:hAnsi="Times New Roman" w:eastAsia="Times New Roman" w:cs="Times New Roman"/>
        </w:rPr>
        <w:t>Ireo andininy roa ireo dia tandindon’ny fitomboan’ny fahalalana izay nateraka rehefa novohana ny bokin’i Daniela tamin’“ny fotoan’ny farany,” tamin’ny 1798. Ny andininy fahatelo ambin’ny folo dia manondro ireo hery roa mpandravarava izay nanorenan’i Miller ny modeliny ara-paminaniana. Nofaritan’i Miller ho fanompoan-tsampy ny “fanatitra isan’andro” ao amin’ny andininy fahatelo ambin’ny folo, ary ny “fandikan-dalàna mampahavery” ho ny fahefan’ny papa. Zava-dehibe ny hahafantarana fa ny modely ara-paminaniana izay notarihin’ny anjely an’i Miller ho fantany dia aseho ao amin’ireo andininy roa izay maneho ny fitomboan’ny fahalalana izay tonga teo amin’ny tantara tamin’ny 1798. Kanefa i Miller dia tsy nomena hahita ny hery manaraka izay hiakatra eo amin’ny sehatra ara-paminaniana ka hanenjika ny olon’Andriamanitra.</w:t>
      </w:r>
    </w:p>
    <w:p>
      <w:pPr>
        <w:pStyle w:val="ArticleScripture"/>
        <w:jc w:val="left"/>
      </w:pPr>
      <w:r>
        <w:rPr>
          <w:rFonts w:ascii="Times New Roman" w:hAnsi="Times New Roman" w:eastAsia="Times New Roman" w:cs="Times New Roman"/>
        </w:rPr>
        <w:t>“Nahita ko nga ang mapintas nga mananap nga may duha ka sungay may baba sa dragon, ug nga ang iyang gahum anaa sa iyang ulo, ug nga ang sugo mogula gikan sa iyang baba. Unya nakita ko ang Inahan sa mga Bigaon; nga ang inahan dili mao ang mga anak nga babaye, kondili lahi ug tin-aw nga bulag gikan kanila. Nakaangkon na siya sa iyang adlaw, ug kini milabay na, ug ang iyang mga anak nga babaye, ang mga sekta Protestante, mao ang misunod sa pagsaka sa entablado ug sa pagpadayag sa mao rang hunahuna nga diha sa inahan sa dihang gilutos niya ang mga balaan. Nahita ko nga samtang ang inahan nagakakunhod sa gahum, ang mga anak nga babaye nagakadako, ug sa dili madugay ilang gamiton ang gahum nga kaniadto gigamit sa inahan.” Spalding and Magan, 1.</w:t>
      </w:r>
    </w:p>
    <w:p>
      <w:pPr>
        <w:pStyle w:val="ArticleBody"/>
        <w:jc w:val="left"/>
      </w:pPr>
      <w:r>
        <w:rPr>
          <w:rFonts w:ascii="Times New Roman" w:hAnsi="Times New Roman" w:eastAsia="Times New Roman" w:cs="Times New Roman"/>
        </w:rPr>
        <w:t>Ny tsy fahafahan’i Miller nahita ilay hery fahatelo dia nanery azy hanao fehin-kevitra izay diso tsotra izao. Namaritra ilay bibidia avy amin’ny ranomasina ao amin’ny Apokalypsy toko faha-telo ambin’ny folo i Miller ho Roma jentilisa, ary ilay bibidia avy amin’ny tany ho Roma papaly. Ny fampiharany ny Apokalypsy toko fahafito ambin’ny folo koa dia voasembantsemban’ny tsy fahafahany nahita ny tantara ara-paminaniana izay niitatra mihoatra ny hery faharoa mpandringana, dia ny papalisma. Noho izany antony izany, rehefa namantatra ny hery romana tao amin’ny faminanian’i Daniela i Miller, dia noraisiny ho hery iray miseho amin’ny dingana roa izy ireo. Marina izany fampiharana izany tamin’izany ary mbola marina ihany, kanefa izany no nanakana azy tsy hahatakatra ireo fanjakana ao amin’ny faminanian’ny Baiboly ho toy ny zavatra mihoatra ny fanjakana fahefatra izay nasehon’i Roma. Hitanany sy fantany fa nisy dingana roa ilay fanjakana fahefatra, dia i Roma, izay naseho ho Roma jentilisa sy Roma papaly, nefa tsy hitany fa i Roma papaly koa no fanjakana fahadimy izay harahin’ny fanjakana fahenina.</w:t>
      </w:r>
    </w:p>
    <w:p>
      <w:pPr>
        <w:pStyle w:val="ArticleBody"/>
        <w:jc w:val="left"/>
      </w:pPr>
      <w:r>
        <w:rPr>
          <w:rFonts w:ascii="Times New Roman" w:hAnsi="Times New Roman" w:eastAsia="Times New Roman" w:cs="Times New Roman"/>
        </w:rPr>
        <w:t>Ao amin’ny toko faharoa amin’i Daniela, ny Milerita dia nanambatra ny singa amin’ilay fanjakana fahadimy ao amin’ny faminanian’ny Baiboly tamin’ilay fanjakana fahefatra. Amin’ny ambaratonga fototra dia marina ny fampiharany, nefa tsy feno; fa ny filazana voalohany ny amin’ireo fanjakan’ny faminanian’ny Baiboly dia tsy maintsy mifanaraka amin’ny filazana farany ny amin’ireo fanjakan’ny faminanian’ny Baiboly, satria Jesosy, amin’ny maha-Alfa sy Omega Azy, dia mampiseho mandrakariva ny farany amin’ny alalan’ny fiandohana. Ny tsy fahafahana nahita ny fanavahana eo amin’ny fanjakana roa mifandimby dia nahatonga izany tsy ho azo nataon’i Miller ny nahafantatra fa ny Apokalypsy toko faha-roambinifolo dia manondro ny fanompoan-tsampy (ilay dragona), ary ny bibidia avy amin’ny ranomasina ao amin’ny Apokalypsy toko faha-telo ambin’ny folo ho ny fahefana papaly (ilay bibidia), ary ny bibidia avy amin’ny tany ao amin’ny Apokalypsy toko faha-telo ambin’ny folo ho ny Protestanta nihemotra tamin’ny finoana (ilay mpaminany sandoka).</w:t>
      </w:r>
    </w:p>
    <w:p>
      <w:pPr>
        <w:pStyle w:val="ArticleBody"/>
        <w:jc w:val="left"/>
      </w:pPr>
      <w:r>
        <w:rPr>
          <w:rFonts w:ascii="Times New Roman" w:hAnsi="Times New Roman" w:eastAsia="Times New Roman" w:cs="Times New Roman"/>
        </w:rPr>
        <w:t>Tsy nahita i Miller fa ny dragona sy ny bibidia ary ny mpaminany sandoka dia fanjakana telo mifanesy ao amin’ny toko faha-roa ambin’ny folo sy faha-telo ambin’ny folo ao amin’ny Apokalypsy, ka noho izany dia noterena, araka ny lojika ara-paminaniany, izy hihevitra fa ireo toko roa ireo dia tsy fanoharana mifanesy momba ireo hery telo izay mitarika izao tontolo izao ho any Armagedona. Ny fahazavana nomena an’i Miller dia ilay fahazavana tonga lafatra ho an’ny taranany, ary ny taranany dia nozahana toetra tamin’izany fahazavana izany.</w:t>
      </w:r>
    </w:p>
    <w:p>
      <w:pPr>
        <w:pStyle w:val="ArticleBody"/>
        <w:jc w:val="left"/>
      </w:pPr>
      <w:r>
        <w:rPr>
          <w:rFonts w:ascii="Times New Roman" w:hAnsi="Times New Roman" w:eastAsia="Times New Roman" w:cs="Times New Roman"/>
        </w:rPr>
        <w:t>Ny fahazavan’ireo hery telo mpandrava (ny dragona, ny bibidia ary ny mpaminany sandoka) dia nomena an’i Future for America tamin’ny “fotoan’ny farany,” tamin’ny 1989. Ny andalan-teny ao amin’i Daniela izay nohesorina taminy ny tombo-kase tamin’ny firodanan’ny Firaisana Sovietika, ho fahatanterahan’i Daniela toko fahiraika ambin’ny folo, andininy faha-40, no fahazavan’ny anjely fahatelo; kanefa i Miller kosa dia nomena ny fahazavan’ny anjely voalohany. Ny andininy enina farany ao amin’i Daniela 11 dia hita fa fototra sy andry afovoan’ny hetsiky ny Future for America, ary ny andininy faha-40 ao amin’i Daniela toko fahiraika ambin’ny folo dia mamintina izany fahazavana izany, tahaka ny namintinan’ny andininy faha-13 sy faha-14 ao amin’i Daniela toko fahavalo ny fahazavana izay nesorina taminy ny tombo-kase tao amin’ny hetsika Millerita.</w:t>
      </w:r>
    </w:p>
    <w:p>
      <w:pPr>
        <w:pStyle w:val="ArticleScripture"/>
        <w:jc w:val="left"/>
      </w:pPr>
      <w:r>
        <w:rPr>
          <w:rFonts w:ascii="Times New Roman" w:hAnsi="Times New Roman" w:eastAsia="Times New Roman" w:cs="Times New Roman"/>
        </w:rPr>
        <w:t>Ary amin’ny fotoan’ny farany dia hanosika azy ny mpanjakan’ny atsimo; ary ny mpanjakan’ny avaratra ho avy hamely azy tahaka ny tadio mahery, miaraka amin’ny kalesy sy ny mpitaingin-tsoavaly ary ny sambo maro; ary hiditra amin’ny tany samy hafa izy ka handrava tahaka ny riaka manafotra sady handalo. Daniela 11:40.</w:t>
      </w:r>
    </w:p>
    <w:p>
      <w:pPr>
        <w:pStyle w:val="ArticleBody"/>
        <w:jc w:val="left"/>
      </w:pPr>
      <w:r>
        <w:rPr>
          <w:rFonts w:ascii="Times New Roman" w:hAnsi="Times New Roman" w:eastAsia="Times New Roman" w:cs="Times New Roman"/>
        </w:rPr>
        <w:t>Ilay andininy dia manondro ady iray izay nanomboka tamin’ny “fotoan’ny farany” tamin’ny 1798, teo amin’ny mpanjakan’ny atsimo sy ny mpanjakan’ny avaratra. Ny mpanjakan’ny atsimo dia naneho an’i Frantsa tsy mino an’Andriamanitra, izay namely ny fahefana papaly tamin’ny ratra mahafaty tamin’io taona io indrindra. Ny fahefana papaly kosa dia aseho eo ho ny mpanjakan’ny avaratra. Ara-paminaniana, i Frantsa tamin’ny 1798 dia ampahafolon’ny fanjakana folo ao amin’ny Daniela toko faha-7. Ireo fanjakana folo ireo dia maneho an’i Roma jentilisa, ary i Roma jentilisa dia maneho ilay dragona. Ny fahefana papaly (ny mpanjakan’ny avaratra) dia maneho ilay bibidia. Ilay andininy dia manondro fa ny mpanjakan’ny avaratra (ny fahefana papaly), izay efa nomena ny ratra mahafaty teo am-piandohan’ilay andininy, dia hamaly bontana amin’ny farany amin’ny mpanjakan’ny atsimo (ny mpanjakan’ny tsy finoana an’Andriamanitra). Raha namaly bontana tokoa ny fahefana papaly, dia efa nifindra niala tamin’ny firenen’i Frantsa ho any amin’ny firaisamben’ny Firaisana Sôvietika ny mpanjakan’ny tsy finoana an’Andriamanitra. Firenena iray i Frantsa, kanefa rehefa namaly bontana tamin’ny mpanjakan’ny atsimo ao amin’ilay andininy ny fahefana papaly, dia nofaritana ho “firenena maro” ny mpanjakan’ny atsimo, tahaka ny Firaisana Sôvietika teo aloha.</w:t>
      </w:r>
    </w:p>
    <w:p>
      <w:pPr>
        <w:pStyle w:val="ArticleBody"/>
        <w:jc w:val="left"/>
      </w:pPr>
      <w:r>
        <w:rPr>
          <w:rFonts w:ascii="Times New Roman" w:hAnsi="Times New Roman" w:eastAsia="Times New Roman" w:cs="Times New Roman"/>
        </w:rPr>
        <w:t>Rehefa namaly valifaty ny mpanjakan’ny avaratra (ny fahefana papaly) dia nitondra niaraka taminy “kalesy”, “mpitaingin-tsoavaly” ary “sambo maro” izany. Ny kalesy sy ny mpitaingin-tsoavaly dia tandindon’ny hery ara-tafika, ary ny sambo kosa dia tandindon’ny hery ara-toekarena. Ny fahefana izay nanao firaisana tsy masina tamin’ny fahefana papaly mba hampietry ny Firaisana Sovietika dia i Etazonia, ary ireo hery roa ananan’i Etazonia ao amin’ny Apokalypsy toko faha-telo ambin’ny folo dia aseho ho ny fahaizany manery izao tontolo izao handray ny mariky ny fahefana papaly amin’ny alalan’ny herin’ny fitaovam-piadiana sy ny toekarena. Horoahina tsy hahazo hividy na hivarotra ny olona raha tsy manana izany marika izany, ary ankoatra izany, raha tsy manana izany marika izany izy, dia hovonoina.</w:t>
      </w:r>
    </w:p>
    <w:p>
      <w:pPr>
        <w:pStyle w:val="ArticleBody"/>
        <w:jc w:val="left"/>
      </w:pPr>
      <w:r>
        <w:rPr>
          <w:rFonts w:ascii="Times New Roman" w:hAnsi="Times New Roman" w:eastAsia="Times New Roman" w:cs="Times New Roman"/>
        </w:rPr>
        <w:t>Ny andininy faha-efapolo dia manondro mivantana ny dragona (ny mpanjakan’ny atsimo), ny bibidia (ny fahefana papaly) ary ny mpaminany sandoka (Etazonia). Ny andininy fototra momba ny “fotoan’ny farany” tamin’ny 1989 dia mamantatra ireo hery telo mpandrava izay mitarika izao tontolo izao ho any Hara-magedona, tahaka ny andininy fototra tamin’ny hetsika Millerita izay namantatra ireo hery roa mpandrava, dia ny fanompoan-tsampy, arahina ny fahefana papaly.</w:t>
      </w:r>
    </w:p>
    <w:p>
      <w:pPr>
        <w:pStyle w:val="ArticleBody"/>
        <w:jc w:val="left"/>
      </w:pPr>
      <w:r>
        <w:rPr>
          <w:rFonts w:ascii="Times New Roman" w:hAnsi="Times New Roman" w:eastAsia="Times New Roman" w:cs="Times New Roman"/>
        </w:rPr>
        <w:t>Ny andininy dia manomboka amin’ny ady eo amin’ny mpanjakan’ny atsimo sy ny mpanjakan’ny avaratra. Tamin’ny fiandohan’ny andininy (1798), ny mpanjakan’ny atsimo no nandresy; nefa ao anatin’ilay andininy dia mamaly bontana ny mpanjakan’ny avaratra ka mandresy ny mpanjakan’ny atsimo. Ny fiandohan’ny andininy no manamarika ny ady teo amin’ny mpanjakan’ny avaratra sy ny mpanjakan’ny atsimo, ary eo amin’ny famaranan’ny hafatra voarakitra ao amin’ilay andininy dia aseho ihany koa io ady io eo amin’ny mpanjaka avaratra sy atsimo, saingy mifanohitra amin’ny vokatra teo aloha. Ny fiandohana no nanamarika ny “fotoanan’ny farany” tamin’ny 1798, ary ny ady eo amin’ny fiafarana kosa no manamarika ny “fotoanan’ny farany” tamin’ny 1989. Ao anatin’ny fijoroana vavolombelona voasoratra ao aminy ilay andininy dia mitahiry ny sonia Alfa sy Omega, dia ny fiandohana sy ny fiafarana.</w:t>
      </w:r>
    </w:p>
    <w:p>
      <w:pPr>
        <w:pStyle w:val="ArticleBody"/>
        <w:jc w:val="left"/>
      </w:pPr>
      <w:r>
        <w:rPr>
          <w:rFonts w:ascii="Times New Roman" w:hAnsi="Times New Roman" w:eastAsia="Times New Roman" w:cs="Times New Roman"/>
        </w:rPr>
        <w:t>Ny tena tantaran’ilay andininy dia mitohy mihoatra ny firodanan’ny Firaisana Sovietika tamin’ny 1989, ka tonga hatramin’ny lalàna Alahady ao amin’ny andininy faha-efapolo amby iray. Amin’ny lalàna Alahady dia tanterahina amin’ny alalan’ny andian-javatra misesy sy haingana ny firaisana telo sosona an’i Babylona maoderina. Koa ny andininy faha-efapolo dia manomboka rehefa ampitondraina ny ratra mahafaty tamin’ny 1798, ary hadino ilay vehivavy janga avy any Tyro. Ny tantara asehon’ilay andininy dia mifarana tanteraka amin’ny lalàna Alahady ao amin’ny andininy faha-efapolo amby iray, izay ahasitranana ny ratra mahafaty ary ahatsiarovana ilay vehivavy janga avy any Tyro. Ny mariky ny fiandohana sy ny fiafarana dia voasoratra tsy eo amin’ny lahatsoratra hita ao amin’ilay andininy ihany, fa eo amin’ny tantara manontolo asehon’ilay andininy koa. Ilay andininy dia mampahafantatra ny rafitra ara-paminaniana izay tsy miorina fotsiny amin’ny fanompoan-tsampy (ilay dragona) sy ny fahefana papaly (ilay bibidia), fa mampahafantatra koa ny firafitry ny hery telo mpandrava izay mitarika izao tontolo izao ho any Hara-magedona.</w:t>
      </w:r>
    </w:p>
    <w:p>
      <w:pPr>
        <w:pStyle w:val="ArticleBody"/>
        <w:jc w:val="left"/>
      </w:pPr>
      <w:r>
        <w:rPr>
          <w:rFonts w:ascii="Times New Roman" w:hAnsi="Times New Roman" w:eastAsia="Times New Roman" w:cs="Times New Roman"/>
        </w:rPr>
        <w:t>Ny rafitra ara-paminanian’i Miller dia nanambara ny fahatongavan’ny fitsarana famotopotorana ataon’Andriamanitra, ary ny rafitra ara-paminanian’ny Future for America kosa dia manambara ny fahatongavan’ny fitsarana fanatanterahana ataon’Andriamanitra. Tamin’ny “fotoan’ny farany” tamin’ny 1989 dia nanomboka ny dingana telo sosona amin’ny fizahan-toetra sy fanadiovana, rehefa novahana ny famehezana tamin’ireo andininy enina farany ao amin’ny Daniela toko faha-11 tamin’ny firodanan’ny Firaisana Sovietika. Ny maha-samihafa an’i Miller, izay nahita ny fanompoan-tsampy sy ny fahefana papaly ihany, nefa tsy nahita ny Protestantisma nihemotra tamin’ny finoana, dia tsy maintsy takarina mba hahazoana tsara ny fahitana momba ny Ony Ulai, izay novahana ny famehezana taminy tamin’ny 1798.</w:t>
      </w:r>
    </w:p>
    <w:p>
      <w:pPr>
        <w:pStyle w:val="ArticleBody"/>
        <w:jc w:val="left"/>
      </w:pPr>
      <w:r>
        <w:rPr>
          <w:rFonts w:ascii="Times New Roman" w:hAnsi="Times New Roman" w:eastAsia="Times New Roman" w:cs="Times New Roman"/>
        </w:rPr>
        <w:t>Hotohizantsika ao amin’ny lahatsoratra manaraka izany fandinihana izany.</w:t>
      </w:r>
    </w:p>
    <w:p>
      <w:pPr>
        <w:pStyle w:val="ArticleScripture"/>
        <w:jc w:val="left"/>
      </w:pPr>
      <w:r>
        <w:rPr>
          <w:rFonts w:ascii="Times New Roman" w:hAnsi="Times New Roman" w:eastAsia="Times New Roman" w:cs="Times New Roman"/>
        </w:rPr>
        <w:t>“Tsy manam-potoana ho very isika. Fotoan-tsarotra no eo anoloantsika. Mihetsiketsika amin’ny fanahin’ny ady izao tontolo izao. Tsy ho ela dia hiseho ireo toe-javatra mampahory izay voalaza ao amin’ny faminaniana. Ny faminaniana ao amin’ny Daniela toko fahiraika ambin’ny folo dia saika tonga amin’ny fahatanterahany tanteraka. Betsaka amin’ny tantara izay efa niseho ho fahatanterahan’io faminaniana io no mbola haverina indray.”</w:t>
      </w:r>
    </w:p>
    <w:p>
      <w:pPr>
        <w:pStyle w:val="ArticleScripture"/>
        <w:jc w:val="left"/>
      </w:pPr>
      <w:r>
        <w:rPr>
          <w:rFonts w:ascii="Times New Roman" w:hAnsi="Times New Roman" w:eastAsia="Times New Roman" w:cs="Times New Roman"/>
        </w:rPr>
        <w:t>“Amin’ny andininy faha-telopolo dia misy hery iray resahina, izay hoe: ‘andininy faha-30 ka hatramin’ny faha-36 voatonona.’”</w:t>
      </w:r>
    </w:p>
    <w:p>
      <w:pPr>
        <w:pStyle w:val="ArticleScripture"/>
        <w:jc w:val="left"/>
      </w:pPr>
      <w:r>
        <w:rPr>
          <w:rFonts w:ascii="Times New Roman" w:hAnsi="Times New Roman" w:eastAsia="Times New Roman" w:cs="Times New Roman"/>
        </w:rPr>
        <w:t>“Toe-javatra mitovitovy amin’izay voafaritra ao amin’ireo teny ireo no hitranga.” Manuscript Releases, laharana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Bokin’i Daniela — Laharana Fahadimy amby Telopolo</dc:title>
  <dc:subject>Famoahana ny Firafitry ny Faminaniana: Ny Fahitan’i William Miller sy ireo Hery Telo Mpandravarava mitondra ho amin’i Armagedona</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