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Isa Fito amby Valopolo</w:t>
      </w:r>
    </w:p>
    <w:p>
      <w:pPr>
        <w:pStyle w:val="ArticleSubtitle"/>
        <w:jc w:val="left"/>
      </w:pPr>
      <w:r>
        <w:rPr>
          <w:rFonts w:ascii="Arial" w:hAnsi="Arial" w:eastAsia="Arial" w:cs="Arial"/>
        </w:rPr>
        <w:t>Famoahana ny Fanoharana momba ireo Virijina Folo: Dia Lalina manaraka ny Tantaran’ny Advantista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2024-02-20</w:t>
      </w:r>
    </w:p>
    <w:p>
      <w:pPr>
        <w:pStyle w:val="ArticleBody"/>
        <w:jc w:val="left"/>
      </w:pPr>
      <w:r>
        <w:rPr>
          <w:rFonts w:ascii="Times New Roman" w:hAnsi="Times New Roman" w:eastAsia="Times New Roman" w:cs="Times New Roman"/>
        </w:rPr>
        <w:t>Ny fanoharana ny amin’ireo virijina folo dia maneho ny fanandraman’ny vahoaka Advantista.</w:t>
      </w:r>
    </w:p>
    <w:p>
      <w:pPr>
        <w:pStyle w:val="ArticleScripture"/>
        <w:jc w:val="left"/>
      </w:pPr>
      <w:r>
        <w:rPr>
          <w:rFonts w:ascii="Times New Roman" w:hAnsi="Times New Roman" w:eastAsia="Times New Roman" w:cs="Times New Roman"/>
        </w:rPr>
        <w:t>“Ny fanoharana momba ireo virijina folo ao amin’ny Matio 25 koa dia maneho ny fanandraman’ny vahoaka Advantista.” The Great Controversy, 393.</w:t>
      </w:r>
    </w:p>
    <w:p>
      <w:pPr>
        <w:pStyle w:val="ArticleBody"/>
        <w:jc w:val="left"/>
      </w:pPr>
      <w:r>
        <w:rPr>
          <w:rFonts w:ascii="Times New Roman" w:hAnsi="Times New Roman" w:eastAsia="Times New Roman" w:cs="Times New Roman"/>
        </w:rPr>
        <w:t>Ny Advantista Milerita dia nanatanteraka ny fanoharana hatramin’ny litera farany indrindra.</w:t>
      </w:r>
    </w:p>
    <w:p>
      <w:pPr>
        <w:pStyle w:val="ArticleScripture"/>
        <w:jc w:val="left"/>
      </w:pPr>
      <w:r>
        <w:rPr>
          <w:rFonts w:ascii="Times New Roman" w:hAnsi="Times New Roman" w:eastAsia="Times New Roman" w:cs="Times New Roman"/>
        </w:rPr>
        <w:t>“Matetika aho no ampahatsiahivina ny fanoharana ny amin’ny virijina folo, izay dimy tamin’ireo no hendry, ary dimy no adala. Efa tanteraka io fanoharana io ary mbola hotanterahina araka ny tena litera mihitsy, satria manana fampiharana manokana amin’izao andro izao izy, ary tahaka ny hafatry ny anjely fahatelo, dia efa tanteraka izy ary mbola hitohy ho fahamarinana ankehitriny mandra-pifaranan’ny fotoana.” Review and Herald, 19 Aogositra 1890.</w:t>
      </w:r>
    </w:p>
    <w:p>
      <w:pPr>
        <w:pStyle w:val="ArticleBody"/>
        <w:jc w:val="left"/>
      </w:pPr>
      <w:r>
        <w:rPr>
          <w:rFonts w:ascii="Times New Roman" w:hAnsi="Times New Roman" w:eastAsia="Times New Roman" w:cs="Times New Roman"/>
        </w:rPr>
        <w:t>Ny tantaran’ny fihetsiketsehan’ny anjely voalohany dia maneho ny fihetsiketsehan’ny anjely fahatelo, ary ny fifantohana faratampony ao amin’ny fanoharana dia ny hoe manana ny diloilo ve ny virijina, izay no hafatry ny ranonorana farany.</w:t>
      </w:r>
    </w:p>
    <w:p>
      <w:pPr>
        <w:pStyle w:val="ArticleScripture"/>
        <w:jc w:val="left"/>
      </w:pPr>
      <w:r>
        <w:rPr>
          <w:rFonts w:ascii="Times New Roman" w:hAnsi="Times New Roman" w:eastAsia="Times New Roman" w:cs="Times New Roman"/>
        </w:rPr>
        <w:t>“Misy izao tontolo izao mandry ao amin’ny faharatsiana, ao amin’ny fitaka sy ny fahadisoan-kevitra, ao anatin’ny aloky ny fahafatesana indrindra,—matory, matory. Iza no mahatsapa fanaintainan’ny fanahy mba hampifoha azy ireny? Feo inona no mahatratra azy? Entina mankany amin’ny ho avy ny saiko, amin’ny fotoana hanomezana ny famantarana hoe: ‘Indro, avy ny Mpampakatra; mivoaha hitsena Azy ianareo.’ Kanefa ny sasany dia mbola ho nihambohambo tamin’ny hahazoana ny menaka hamenoana indray ny jirony, ary rehefa tara loatra dia ho hitany fa ny toetra, izay asehon’ny menaka, dia tsy azo afindra. Izany menaka izany dia ny fahamarinan’i Kristy. Izy no maneho ny toetra, ary ny toetra dia tsy azo afindra. Tsy misy olona mahazo miantoka izany ho an’ny hafa. Samy tsy maintsy mahazo ho an’ny tenany avy ny toetra voadio hiala amin’ny pentin’ny ota rehetra.” Bible Echo, 4 Mey 1896.</w:t>
      </w:r>
    </w:p>
    <w:p>
      <w:pPr>
        <w:pStyle w:val="ArticleBody"/>
        <w:jc w:val="left"/>
      </w:pPr>
      <w:r>
        <w:rPr>
          <w:rFonts w:ascii="Times New Roman" w:hAnsi="Times New Roman" w:eastAsia="Times New Roman" w:cs="Times New Roman"/>
        </w:rPr>
        <w:t>Ny “menaka” ao amin’ilay fanoharana dia maneho ny “toetra,” ary koa ny “fahamarinan’i Kristy.” Ny toetra nohamasinina dia ireo izay mihinana ny Tenin’Andriamanitra ihany no mamokatra azy.</w:t>
      </w:r>
    </w:p>
    <w:p>
      <w:pPr>
        <w:pStyle w:val="ArticleScripture"/>
        <w:jc w:val="left"/>
      </w:pPr>
      <w:r>
        <w:rPr>
          <w:rFonts w:ascii="Times New Roman" w:hAnsi="Times New Roman" w:eastAsia="Times New Roman" w:cs="Times New Roman"/>
        </w:rPr>
        <w:t>Atokàny amin’ny fahamarinanao izy; ny teninao no fahamarinana. Jaona 17:17.</w:t>
      </w:r>
    </w:p>
    <w:p>
      <w:pPr>
        <w:pStyle w:val="ArticleBody"/>
        <w:jc w:val="left"/>
      </w:pPr>
      <w:r>
        <w:rPr>
          <w:rFonts w:ascii="Times New Roman" w:hAnsi="Times New Roman" w:eastAsia="Times New Roman" w:cs="Times New Roman"/>
        </w:rPr>
        <w:t>Ny “menaka” dia ireo hafatry ny Fanahin’Andriamanitra koa.</w:t>
      </w:r>
    </w:p>
    <w:p>
      <w:pPr>
        <w:pStyle w:val="ArticleScripture"/>
        <w:jc w:val="left"/>
      </w:pPr>
      <w:r>
        <w:rPr>
          <w:rFonts w:ascii="Times New Roman" w:hAnsi="Times New Roman" w:eastAsia="Times New Roman" w:cs="Times New Roman"/>
        </w:rPr>
        <w:t>“Voninahitra Andriamanitra rehefa tsy raisintsika ny hafatra ampitainy amintsika. Noho izany dia lavintsika ny diloilo volamena izay tiany harotsaka ao amin’ny fanahintsika mba hampitaina amin’ireo ao amin’ny maizina.” Review and Herald, 20 Jolay 1897.</w:t>
      </w:r>
    </w:p>
    <w:p>
      <w:pPr>
        <w:pStyle w:val="ArticleBody"/>
        <w:jc w:val="left"/>
      </w:pPr>
      <w:r>
        <w:rPr>
          <w:rFonts w:ascii="Times New Roman" w:hAnsi="Times New Roman" w:eastAsia="Times New Roman" w:cs="Times New Roman"/>
        </w:rPr>
        <w:t>Ny “menaka” dia ireo hafatry ny Tenin’Andriamanitra izay mampita ny fanatrehan’ny fahamarinan’i Kristy manamasina. Ao amin’ny fanoharana ny amin’ireo virijina folo, izay faminaniana ao amin’ny Habakoka toko faharoa koa, ny hafatry ny Antso Amin’ny Misasakalina, izay hafatry ny fahamarinan’i Kristy, araka ny asehon’ny hafatry Jones sy Waggoner tamin’ny fikomiana tamin’ny 1888.</w:t>
      </w:r>
    </w:p>
    <w:p>
      <w:pPr>
        <w:pStyle w:val="ArticleScripture"/>
        <w:jc w:val="left"/>
      </w:pPr>
      <w:r>
        <w:rPr>
          <w:rFonts w:ascii="Times New Roman" w:hAnsi="Times New Roman" w:eastAsia="Times New Roman" w:cs="Times New Roman"/>
        </w:rPr>
        <w:t>“Ny Tompo, tamin’ny famindram-pony lehibe, dia nandefa hafatra sarobidy indrindra ho an’ny vahoakany tamin’ny alalan’ireo Loholona Waggoner sy Jones. Ity hafatra ity dia natao hampiseho amin’izao tontolo izao amin’ny fomba misongadina kokoa ny Mpamonjy nasandratra, dia Ilay sorona noho ny fahotan’izao tontolo izao manontolo. Naneho ny fanamarinana amin’ny finoana ao amin’ilay Mpiantoka izany; nanasa ny olona handray ny fahamarinan’i Kristy izy, izay aseho amin’ny fankatoavana ny didin’Andriamanitra rehetra. Maro no tsy nahita an’i Jesosy intsony. Nila hotarihina hibanjina ny maha-Andriamanitra Azy, ny fahamendrehany, ary ny fitiavany tsy miova ho an’ny taranak’olombelona ny masony. Efa nomena eo an-tànany ny fahefana rehetra, mba hahafahany mizara fanomezana manan-karena ho an’ny olona, ka hanolotra ho an’ilay olombelona tsy manan-kery ny fanomezana sarobidy tsy hita ohatra, dia ny fahamarinany manokana. Izany no hafatra nandidian’Andriamanitra homena an’izao tontolo izao. Izany no hafatry ny anjely fahatelo, izay tsy maintsy torina amin’ny feo mahery, sady arahina ny firotsahan’ny Fanahiny amin’ny ambaratonga lehibe.” Testimonies to Ministers, 91.</w:t>
      </w:r>
    </w:p>
    <w:p>
      <w:pPr>
        <w:pStyle w:val="ArticleBody"/>
        <w:jc w:val="left"/>
      </w:pPr>
      <w:r>
        <w:rPr>
          <w:rFonts w:ascii="Times New Roman" w:hAnsi="Times New Roman" w:eastAsia="Times New Roman" w:cs="Times New Roman"/>
        </w:rPr>
        <w:t>Ny hafatra dia ny hafatry ny ranonorana farany.</w:t>
      </w:r>
    </w:p>
    <w:p>
      <w:pPr>
        <w:pStyle w:val="ArticleScripture"/>
        <w:jc w:val="left"/>
      </w:pPr>
      <w:r>
        <w:rPr>
          <w:rFonts w:ascii="Times New Roman" w:hAnsi="Times New Roman" w:eastAsia="Times New Roman" w:cs="Times New Roman"/>
        </w:rPr>
        <w:t>“Ang ulan sa huling panahon ay ibubuhos sa bayan ng Diyos. Isang makapangyarihang anghel ang bababa mula sa langit, at ang buong lupa ay liliwanagan ng kaniyang kaluwalhatian.” Review and Herald, Abril 21, 1891.</w:t>
      </w:r>
    </w:p>
    <w:p>
      <w:pPr>
        <w:pStyle w:val="ArticleBody"/>
        <w:jc w:val="left"/>
      </w:pPr>
      <w:r>
        <w:rPr>
          <w:rFonts w:ascii="Times New Roman" w:hAnsi="Times New Roman" w:eastAsia="Times New Roman" w:cs="Times New Roman"/>
        </w:rPr>
        <w:t>Rehefa nidina tamin’ny 11 Septambra 2001 ilay anjely mahery, dia nanomboka nilatsaka ny ranonorana farany, ary nanomboka niverina ny tantaran’ny Millerita araka ny aseho ao amin’ny fanoharana ny amin’ny virijina folo sy ao amin’ny Habakoka toko faharoa. Tamin’izay no nihinanan’ny vahoakan’Andriamanitra amin’ny andro farany ilay boky izay teny an-tànan’ilay anjely, ary tamin’ny fanaovany izany dia notarihina hiverina ho amin’ireo lalana taloha ao amin’i Jeremia izy, ka dia tonga mpiambina izay tsy maintsy mampaneno ny trompetra fampitandremana. Ny fampitandremana amin’ny alalan’ny trompetra dia ny hafatra ho an’i Laodikia, izay nasehon’i Isaia ho antso mafy.</w:t>
      </w:r>
    </w:p>
    <w:p>
      <w:pPr>
        <w:pStyle w:val="ArticleScripture"/>
        <w:jc w:val="left"/>
      </w:pPr>
      <w:r>
        <w:rPr>
          <w:rFonts w:ascii="Times New Roman" w:hAnsi="Times New Roman" w:eastAsia="Times New Roman" w:cs="Times New Roman"/>
        </w:rPr>
        <w:t>Miantsoa mafy, aza mitsitsy; asandratrao tahaka ny trompetra ny feonao, ka ambarao amin’ny oloko ny fahadisoany, ary amin’ny taranak’i Jakoba ny fahotany. Isaia 58:1.</w:t>
      </w:r>
    </w:p>
    <w:p>
      <w:pPr>
        <w:pStyle w:val="ArticleBody"/>
        <w:jc w:val="left"/>
      </w:pPr>
      <w:r>
        <w:rPr>
          <w:rFonts w:ascii="Times New Roman" w:hAnsi="Times New Roman" w:eastAsia="Times New Roman" w:cs="Times New Roman"/>
        </w:rPr>
        <w:t>Ny hetsika fanavaozana nentin’ny anjely voalohany sy ny anjely fahatelo dia manomboka amin’ny “fotoanan’ny farany.” Amin’izany fotoana izany dia misy “fitomboan’ny fahalalana” izay hitsapa ny taranaka velona amin’izany andro izany, nefa aorian’ny namoahana izany fahalalana izany ho hafatra voarafitra ara-dalàna ihany. Rehefa afaka izany, dia “ampaherezina” ilay hafatra voarafitra ara-dalàna, ary ny fidinan’ny anjely no manamarika izany fanomezam-pahefana izany. Ny fidinan’ilay anjely dia manondro ny adihevitr’i Habakoka, ary sokajy roa no manomboka mamantatra hafatra iray izay na ilay hafatra marina na ilay hafatra sandoka momba ny ranonorana farany. Avy eo ireo mahatoky dia tonga mpiambina napetrak’Andriamanitra ka manomboka mitsoka ny trompetra fampitandremana.</w:t>
      </w:r>
    </w:p>
    <w:p>
      <w:pPr>
        <w:pStyle w:val="ArticleBody"/>
        <w:jc w:val="left"/>
      </w:pPr>
      <w:r>
        <w:rPr>
          <w:rFonts w:ascii="Times New Roman" w:hAnsi="Times New Roman" w:eastAsia="Times New Roman" w:cs="Times New Roman"/>
        </w:rPr>
        <w:t>Ny hafatry ny trompetra marina dia miorina amin’ny fahazavana aseho eo amin’ny takelaka roa an’i Habakoka. Izy no fampitandremana ho an’i Laodikia, ary ny fampitandremana izay manondro ny fahotan’ny vahoakan’Andriamanitra. Mihamafy ny adihevitra mandra-pahatongan’ny fahadisoam-panantenana voalohany, ka ny sokajy iray dia tonga “fiangonan’ny mpaneso,” ary ny mpiambina marina dia antsoina hiverina amin’ilay zotom-po ho amin’ny hafatra izay nasehony talohan’ny fahadisoam-panantenana. Rehefa niverina ireo mpiambina, dia fantatr’izy ireo fa tao anatin’ny “fotoan’ny fahatarana” izy, ary fa ilay hafatra izay toa tsy tanteraka dia tena ho tanteraka ihany, saingy araka ny filaharan’Andriamanitra. Io hafatra io dia nivelatra nandritra ny fotoana fohy (kanefa fotoana ihany izany), ary rehefa tonga ilay hafatra dia aseho ho hafatry ny “Antso amin’ny Mamatonalina”, izay fitomboan-kery fotsiny amin’ilay hafatra izay efa nanomboka nahazo hery fony nidina ilay anjely.</w:t>
      </w:r>
    </w:p>
    <w:p>
      <w:pPr>
        <w:pStyle w:val="ArticleBody"/>
        <w:jc w:val="left"/>
      </w:pPr>
      <w:r>
        <w:rPr>
          <w:rFonts w:ascii="Times New Roman" w:hAnsi="Times New Roman" w:eastAsia="Times New Roman" w:cs="Times New Roman"/>
        </w:rPr>
        <w:t>Tamin’ny fahatongavan’ny hafatra dia tanteraka tanteraka ny fisarahana teo amin’ireo izay efa nanaiky ny toeran’ny mpiambina tamin’ny fidinan’ilay anjely sy ireo izay nandà. Io fisarahana io no manondro ilay fotoana izay amehezana ny tombo-kase amin’ny iray hetsy sy efatra alina sy efatra arivo, mialoha ny firotsahan’ny ranonorana farany, tsy misy ilay “fandrefesana” izay napetraka tamin’ilay ranonorana farany izay nanomboka tamin’ny fidinan’ilay anjely.</w:t>
      </w:r>
    </w:p>
    <w:p>
      <w:pPr>
        <w:pStyle w:val="ArticleBody"/>
        <w:jc w:val="left"/>
      </w:pPr>
      <w:r>
        <w:rPr>
          <w:rFonts w:ascii="Times New Roman" w:hAnsi="Times New Roman" w:eastAsia="Times New Roman" w:cs="Times New Roman"/>
        </w:rPr>
        <w:t>Ny tantaran’ny Millerita dia fanehoana ny ranonorana farany mandritra ny fanisiana tombo-kase ny efatra arivo amby efapolo sy iray hetsy. Ao amin’izany tantara izany, ny adihevitr’i Habakoka dia niorina tamin’ny hafatry ny ranonorana farany iray marina sy iray sandoka. I Paoly dia manondro antokona iray ho ireo izay manana fitiavana ny fahamarinana, ary ny antokona iray kosa ho ireo izay mandray fahadisoan-kevitra mahery vaika satria tsy manana fitiavana ny fahamarinana izy, ary satria nino “lainga” izy.</w:t>
      </w:r>
    </w:p>
    <w:p>
      <w:pPr>
        <w:pStyle w:val="ArticleBody"/>
        <w:jc w:val="left"/>
      </w:pPr>
      <w:r>
        <w:rPr>
          <w:rFonts w:ascii="Times New Roman" w:hAnsi="Times New Roman" w:eastAsia="Times New Roman" w:cs="Times New Roman"/>
        </w:rPr>
        <w:t>Ny hetsika Millerite dia maneho fivelaran’ny fahamarinana izay mitombo amin’ny fahalalana sy ny hery hatramin’ny “fotoanan’ny farany,” ary mitohy mandra-pahatongan’ny firotsahan’ny Fanahy Masina amin’ny Antsoantso Amin’ny Misasakalina. Ny hetsika Millerite dia namantatra mari-dalana manokana sasantsasany izay misy fitoviana tandrify aminy, toy ny “fotoanan’ny farany,” ny “fampandaminana amin’ny endrika raikitra” ny hafatra izay asehon’ny “fitomboan’ny fahalalana”, ny “fanomezana hery” ny hafatra izay voamariky ny fidinan’ny anjely iray, ny “fahadisoam-panantenana voalohany” izay mampiditra ny fanoharana ny amin’ny virijiny folo, ny firotsahan’ny Fanahy Masina izay aseho ho “ny Antsoantso Amin’ny Misasakalina”, ary avy eo ny “fahadisoam-panantenana faharoa” farany, izay “akatona” ny varavarana ara-potoam-pitantanana iray ary “vohaina” ny varavarana ara-potoam-pitantanana iray hafa.</w:t>
      </w:r>
    </w:p>
    <w:p>
      <w:pPr>
        <w:pStyle w:val="ArticleScripture"/>
        <w:jc w:val="left"/>
      </w:pPr>
      <w:r>
        <w:rPr>
          <w:rFonts w:ascii="Times New Roman" w:hAnsi="Times New Roman" w:eastAsia="Times New Roman" w:cs="Times New Roman"/>
        </w:rPr>
        <w:t>“Andriamanitra dia nanome ny hafatry ny Apokalypsy 14 ny toerany ao amin’ny filaharan’ny faminaniana, ary ny asany dia tsy hifarana mandra-pahatongan’ny famaranana ny tantaran’ity tany ity. Ny hafatry ny anjely voalohany sy faharoa dia mbola fahamarinana ho an’izao fotoana izao, ary tokony hifanaraka sy hihazakazaka mitandahatra amin’ity manaraka ity. Ny anjely fahatelo dia manambara ny fampitandremany amin’ny feo mahery. ‘Rehefa afaka izany zavatra izany,’ hoy Jaona, ‘dia hitako ny anjely anankiray hafa nidina avy any an-danitra, nanana fahefana lehibe; ary nohazavain’ny voninahiny ny tany.’ Ao anatin’izany fanazavana izany dia mitambatra ny fahazavan’ireo hafatra telo rehetra.” The 1888 Materials, 804.</w:t>
      </w:r>
    </w:p>
    <w:p>
      <w:pPr>
        <w:pStyle w:val="ArticleBody"/>
        <w:jc w:val="left"/>
      </w:pPr>
      <w:r>
        <w:rPr>
          <w:rFonts w:ascii="Times New Roman" w:hAnsi="Times New Roman" w:eastAsia="Times New Roman" w:cs="Times New Roman"/>
        </w:rPr>
        <w:t>Ny hetsika Millerita, izay maneho ara-tandindona ny hetsiky ny iray hetsy sy efatra alina sy efatra arivo, dia nifamatotra tamin’ireo faminaniana momba ny roa arivo sy telon-jato taona ary ny roa arivo sy dimy-jato sy roa-polo taona ao amin’ny Daniela toko faha-valo, andininy faha-telo ambin’ny folo sy faha-efatra ambin’ny folo. “Ny andro farany” dia tonga teo amin’ny fiafaran’ny “fito andro” amin’ny fahatezeran’Andriamanitra hamelezany ny fanjakana avaratr’i Isiraely. Ny fametrahana tamin’ny fomba ofisialy ny hafatr’i Miller tamin’ny taona 1831 dia tonga roan-jato sy roa-polo taona taorian’ny namoahana ny Baiboly King James.</w:t>
      </w:r>
    </w:p>
    <w:p>
      <w:pPr>
        <w:pStyle w:val="ArticleScripture"/>
        <w:jc w:val="left"/>
      </w:pPr>
      <w:r>
        <w:rPr>
          <w:rFonts w:ascii="Times New Roman" w:hAnsi="Times New Roman" w:eastAsia="Times New Roman" w:cs="Times New Roman"/>
        </w:rPr>
        <w:t>“Andriamatoa Miller, tahaka ireo izay voatosiky ity hafatra ity tany amin’ny firenena hafa, dia nihevitra tamin’ny voalohany fa hanatanteraka ny iraka nankinina taminy amin’ny alalan’ny fanoratana sy famoahana izany ao amin’ny gazety ho an’ny besinimaro sy amin’ny bokikely. Ny heviny dia navoakany voalohany tao amin’ny Vermont Telegraph, gazety Batista, natao pirinty tao Brandon, Vt. Tamin’ny taona 1831 izany.” John Loughborough, The Great Second Advent Movement, 120.</w:t>
      </w:r>
    </w:p>
    <w:p>
      <w:pPr>
        <w:pStyle w:val="ArticleBody"/>
        <w:jc w:val="left"/>
      </w:pPr>
      <w:r>
        <w:rPr>
          <w:rFonts w:ascii="Times New Roman" w:hAnsi="Times New Roman" w:eastAsia="Times New Roman" w:cs="Times New Roman"/>
        </w:rPr>
        <w:t>Ny fihetsiky ny “fotoan’ny farany” an’ilay anjely fahatelo dia tonga tamin’ny 1989, teo amin’ny fiafaran’ny enina amby roapolo amby zato taona hatramin’ny fikomiana tamin’ny 1863. Ny “enina amby roapolo amby zato” dia tandindon’ny “impito”. Samy nanomboka tamin’ny fahatanterahan’ny “impito” izy roa tonta.</w:t>
      </w:r>
    </w:p>
    <w:p>
      <w:pPr>
        <w:pStyle w:val="ArticleBody"/>
        <w:jc w:val="left"/>
      </w:pPr>
      <w:r>
        <w:rPr>
          <w:rFonts w:ascii="Times New Roman" w:hAnsi="Times New Roman" w:eastAsia="Times New Roman" w:cs="Times New Roman"/>
        </w:rPr>
        <w:t>Ny hafatry ny hetsiky ny anjely fahatelo dia naorina tamin’ny fomba ofisialy tamin’ny taona 1996, tamin’ny famoahana andian-dahatsoratra mitondra ny lohateny hoe, The Time of the End, izay navoaka tao amin’ny gazetiboky iray nantsoina hoe, Our Firm Foundation. Navoaka ireo lahatsoratra ireo roa amby roanjato taona taorian’ny Fanambarana ny Fahaleovantena tamin’ny 1776. Ny hafatry ny hetsika roa tonta dia naorina tamin’ny fomba ofisialy roa amby roanjato taona taorian’ny tantara iray izay nifamatotra mivantana tamin’ny hafatra izay tonga tamin’ny faran’ireo roa amby roanjato taona ireo.</w:t>
      </w:r>
    </w:p>
    <w:p>
      <w:pPr>
        <w:pStyle w:val="ArticleBody"/>
        <w:jc w:val="left"/>
      </w:pPr>
      <w:r>
        <w:rPr>
          <w:rFonts w:ascii="Times New Roman" w:hAnsi="Times New Roman" w:eastAsia="Times New Roman" w:cs="Times New Roman"/>
        </w:rPr>
        <w:t>Ny isa hoe “roanjato sy roapolo” dia maneho ny fifamatorana (rohy) eo amin’ireo “impito,” dia ny fahatezeran’Andriamanitra tamin’ny fanjakana atsimon’i Joda izay nanomboka tamin’ny 677 talohan’i Kristy, sy ny fiandohan’ireo roa arivo sy telonjato taona ao amin’ny Daniela toko faha-valo, andininy faha-efatra ambin’ny folo, tamin’ny 457 talohan’i Kristy. Ny isa roanjato sy roapolo no mampifandray ireo faminaniana roa ireo, ary ireo faminaniana roa ireo dia natolotra niaraka tao amin’ireo andininy fototra iorenan’ny Advantisma, dia ny Daniela toko faha-valo, andininy faha-telo ambin’ny folo sy faha-efatra ambin’ny folo. Ao amin’ireo andininy ireo dia nampahafantatra ny tenany ara-paminaniana i Kristy ho “ilay masina anankiray,” izay no fandikana avy amin’ny teny hebreo hoe “Palmoni,” izay midika hoe “Ilay Mpanisa Mahagaga”.</w:t>
      </w:r>
    </w:p>
    <w:p>
      <w:pPr>
        <w:pStyle w:val="ArticleBody"/>
        <w:jc w:val="left"/>
      </w:pPr>
      <w:r>
        <w:rPr>
          <w:rFonts w:ascii="Times New Roman" w:hAnsi="Times New Roman" w:eastAsia="Times New Roman" w:cs="Times New Roman"/>
        </w:rPr>
        <w:t>Ilay Mpanisa Mahagaga dia mampiditra ireo fahitana roa izay maneho ireo tsipika roa amin’ny faminaniana, ao anatin’ireo andininy roa indrindra, izay ambaran’i Rahavavy White ho andry foiben’ny Advantisma. Ny teboka fiaingana dia ampiraisin’ny rohy ara-panoharana misy roanjato sy roapolo taona amin’ny fotoana hahatanterahan’ireo amin’ny 1844. Ny Habakoka toko faharoa dia mifarana amin’ny andininy faha-roapolo, ka izany no manamarika ny isa hoe “roanjato sy roapolo” amin’ny fanehoana hafa nataon’ilay Mpanisa Mahagaga, satria ilay andininy dia manondro toetra fototra iray amin’ny Andro Fanavotana tandindon-javatra izay nanomboka tamin’izany daty izany.</w:t>
      </w:r>
    </w:p>
    <w:p>
      <w:pPr>
        <w:pStyle w:val="ArticleScripture"/>
        <w:jc w:val="left"/>
      </w:pPr>
      <w:r>
        <w:rPr>
          <w:rFonts w:ascii="Times New Roman" w:hAnsi="Times New Roman" w:eastAsia="Times New Roman" w:cs="Times New Roman"/>
        </w:rPr>
        <w:t>Fa Jehovah kosa dia ao amin’ny tempoliny masina; aoka hangina eo anatrehany ny tany rehetra. Habakoka 2:20.</w:t>
      </w:r>
    </w:p>
    <w:p>
      <w:pPr>
        <w:pStyle w:val="ArticleBody"/>
        <w:jc w:val="left"/>
      </w:pPr>
      <w:r>
        <w:rPr>
          <w:rFonts w:ascii="Times New Roman" w:hAnsi="Times New Roman" w:eastAsia="Times New Roman" w:cs="Times New Roman"/>
        </w:rPr>
        <w:t>Ireo vanim-potoana ara-paminaniana roa izay maneho ny andry ivon’ny Advantisma, ka nampidirin’ilay Mpanisa Mahagaga mivantana, dia mifamatotra amin’ny alalan’ny roa-jato sy roapolo taona; ary Jesosy (Ilay Mpanisa Mahagaga), izay mampifandray mandrakariva ny faran’ny zavatra iray amin’ny fiandohan’ny zavatra iray, dia nanamarika ny fiafaran’ireo tamin’ny 22 Oktobra 1844 tamin’ny isa roa-jato sy roapolo.</w:t>
      </w:r>
    </w:p>
    <w:p>
      <w:pPr>
        <w:pStyle w:val="ArticleBody"/>
        <w:jc w:val="left"/>
      </w:pPr>
      <w:r>
        <w:rPr>
          <w:rFonts w:ascii="Times New Roman" w:hAnsi="Times New Roman" w:eastAsia="Times New Roman" w:cs="Times New Roman"/>
        </w:rPr>
        <w:t>Ny fihetsiky ny anjely voalohany, tahaka ny fihetsiky ny anjely fahatelo, dia nanomboka tamin’ny “fotoanan’ny farany” (1798 sy 1989 avy), izay ahafantarana ny “impito,” ao amin’ny Levitikosy enina amby roapolo. Ny mariky ny lalana manaraka ao amin’ireo tantara roa ireo dia voamariky ny fiafaran’ny roanjato sy roapolo taona, izay toetra ara-paminaniana iray ihany koa amin’ny “impito”; satria ny teboka fiaingan’ireo fahitana roa ireo (chazon sy mareh) dia maneho fe-potoana roanjato sy roapolo taona izay mampifamatotra azy ireo.</w:t>
      </w:r>
    </w:p>
    <w:p>
      <w:pPr>
        <w:pStyle w:val="ArticleBody"/>
        <w:jc w:val="left"/>
      </w:pPr>
      <w:r>
        <w:rPr>
          <w:rFonts w:ascii="Times New Roman" w:hAnsi="Times New Roman" w:eastAsia="Times New Roman" w:cs="Times New Roman"/>
        </w:rPr>
        <w:t>Ny famokarana ny Baiboly King James tamin’ny 1611, ny fanamafisana amin’ny endriny ofisialy ny hafatr’i Miller araka izay navoaka tao amin’ny gazety Vermont Telegraph, ny famokarana ny Fanambarana ny Fahaleovantena, ary ny famoahana ny The Time of the End tao amin’ny gazetiboky Our Firm Foundation, dia samy famoahana avokoa. Ny fiandohana sy ny fiafaran’ireo vanim-potoana roa samy maharitra roanjato sy roapolo taona ireo dia samy maneho famoahana iray ho mari-pamantaran-tantara. Ny isa “roanjato sy roapolo” dia tandindon’ny rohy ara-paminaniana, ary ireo famoahana efatra rehetra ireo dia mifamatotra amin’ny maha-famoahana azy, ary koa amin’ny hafatra aseho ho toy ny “fitomboan’ny fahalalana” ao amin’ny tantarany avy.</w:t>
      </w:r>
    </w:p>
    <w:p>
      <w:pPr>
        <w:pStyle w:val="ArticleBody"/>
        <w:jc w:val="left"/>
      </w:pPr>
      <w:r>
        <w:rPr>
          <w:rFonts w:ascii="Times New Roman" w:hAnsi="Times New Roman" w:eastAsia="Times New Roman" w:cs="Times New Roman"/>
        </w:rPr>
        <w:t>Ny Baiboly tamin’ny 1611 dia maneho ny fampitana ny filazantsara avy amin’ny kianjan’ny lanitra ho amin’ny taranak’olombelona. Ny hafatr’i Miller dia napetraka tao anatin’ny tontolon-kevitry ny faminaniana momba ny fotoana, ary ny tabilao masina roa ao amin’i Habakoka no mahatonga ho mora fantarina fa ny hafatr’i Miller dia naseho an-tsary tamin’ny alalan’ny tsipiky ny tantara. Ny hoe “Vermont” dia midika hoe “tendrombohitra maitso”, ary araka ny aingam-panahy dia tandindon’ny finoana ny “maitso”.</w:t>
      </w:r>
    </w:p>
    <w:p>
      <w:pPr>
        <w:pStyle w:val="ArticleScripture"/>
        <w:jc w:val="left"/>
      </w:pPr>
      <w:r>
        <w:rPr>
          <w:rFonts w:ascii="Times New Roman" w:hAnsi="Times New Roman" w:eastAsia="Times New Roman" w:cs="Times New Roman"/>
        </w:rPr>
        <w:t>“Ity nofy ity dia nanome fanantenana ahy. Tao an-tsaiko, ny tady maitso dia naneho ny finoana, ary ny hatsarana sy ny fahatsoran’ny fitokiana amin’Andriamanitra dia nanomboka niposaka tao amin’ny fanahiko.” Christian Experience and Teachings, 28.</w:t>
      </w:r>
    </w:p>
    <w:p>
      <w:pPr>
        <w:pStyle w:val="ArticleBody"/>
        <w:jc w:val="left"/>
      </w:pPr>
      <w:r>
        <w:rPr>
          <w:rFonts w:ascii="Times New Roman" w:hAnsi="Times New Roman" w:eastAsia="Times New Roman" w:cs="Times New Roman"/>
        </w:rPr>
        <w:t>Ny hafatr’i Miller dia nalamina ara-pomba sy nambara avy tamin’ny fiangonana mahatoky, satria ny “tendrombohitra” amin’ny andro farany dia “fiangonana”.</w:t>
      </w:r>
    </w:p>
    <w:p>
      <w:pPr>
        <w:pStyle w:val="ArticleScripture"/>
        <w:jc w:val="left"/>
      </w:pPr>
      <w:r>
        <w:rPr>
          <w:rFonts w:ascii="Times New Roman" w:hAnsi="Times New Roman" w:eastAsia="Times New Roman" w:cs="Times New Roman"/>
        </w:rPr>
        <w:t>Ary amin’ny andro farany dia hiseho izao: ny tendrombohitry ny tranon’i Jehovah haorina mafy eo an-tampon’ny tendrombohitra, ary hasandratra ho ambonin’ny havoana; ary ny firenena rehetra hirohotra hankany aminy. Ary vahoaka maro no handeha ka hiteny hoe: Avia ianareo, ary andeha isika hiakatra ho any amin’ny tendrombohitry Jehovah, ho any amin’ny tranon’Andriamanitr’i Jakoba; ary Izy hampianatra antsika ny lalany, ary handeha amin’ny alehany isika; fa avy ao Ziona no hivoahan’ny lalàna, ary ny tenin’i Jehovah avy ao Jerosalema. Isaia 2:2, 3.</w:t>
      </w:r>
    </w:p>
    <w:p>
      <w:pPr>
        <w:pStyle w:val="ArticleBody"/>
        <w:jc w:val="left"/>
      </w:pPr>
      <w:r>
        <w:rPr>
          <w:rFonts w:ascii="Times New Roman" w:hAnsi="Times New Roman" w:eastAsia="Times New Roman" w:cs="Times New Roman"/>
        </w:rPr>
        <w:t>Ang pormalisadong mensahe ng pagsubok ni Miller ay nagmula sa tapat na iglesya, at ang publikasyong tinawag na The Telegraph ay kumakatawan sa isang mensahe mula sa langit, gaya rin ng King James Bible; sapagkat ang salitang “telegraph,” na binuo mula sa dalawang salitang Griyego, ay isang mensahe mula sa malayo. Ang unang salita (tele) ay nangangahulugang “malayo o mula sa malayo,” at ang ikalawang salita (grapho), “sumulat o magtala.” Magkasama, ang kahulugan ng mga ito ay “sumulat o magpadala sa malayo.” Noong 1611, ang Diyos, sa pamamagitan ng pagkalathala ng King James Bible, ay nagpadala ng Kaniyang mensahe mula sa langit, at sa katapusan ng dalawang daan at dalawampung taon, ang mensahe ni Miller, gaya ng unang pormal na inayos noong 1831 sa Vermont Telegraph, ay nagpadala rin ng mensahe ng Diyos mula sa langit. Ang mensaheng iyon ang “paglago ng kaalaman” na nabuksan sa “panahon ng wakas” noong 1798, na pagkatapos ay nagluwal ng tatlong-hakbang na proseso ng pagsubok para sa salinlahing iyon. Ang kasaysayang iyon ay naglarawan nang pauna sa kasaysayan ng Future for America.</w:t>
      </w:r>
    </w:p>
    <w:p>
      <w:pPr>
        <w:pStyle w:val="ArticleBody"/>
        <w:jc w:val="left"/>
      </w:pPr>
      <w:r>
        <w:rPr>
          <w:rFonts w:ascii="Times New Roman" w:hAnsi="Times New Roman" w:eastAsia="Times New Roman" w:cs="Times New Roman"/>
        </w:rPr>
        <w:t>Ny Fanambarana ny Fahaleovantena tamin’ny taona 1776 dia maneho ny fiandohan’ilay bibidia avy amin’ny tany ao amin’ny Apokalypsy toko fahatelo ambin’ny folo. Maneho ny fiandohan’i Etazonia izany, ary amin’ny fanaovana izany dia manondro ny famerana ny fahaleovantena amin’ny faran’i Etazonia. Ny hafatry ny Future for America (araka ny ambaran’ny anarany) dia manondro ny fiafarana izay aseho mialoha ao amin’ny fiandohana tamin’ny famoahana ny Fanambarana ny Fahaleovantena. Roanjato sy roapolo taona tatỳ aoriana, tamin’ny 1996, ny asa fanompoana izay namokatra ny gazetiboky The Time of the End dia nahazo ilay sata ara-dalàna izay efa nantsoina teo aloha hoe Future for America. Tamin’io taona io no namoahana ny gazetiboky The Time of the End, izay nahitana lahatsoratra avy amin’ny famoahana nantsoina hoe Our Firm Foundation.</w:t>
      </w:r>
    </w:p>
    <w:p>
      <w:pPr>
        <w:pStyle w:val="ArticleBody"/>
        <w:jc w:val="left"/>
      </w:pPr>
      <w:r>
        <w:rPr>
          <w:rFonts w:ascii="Times New Roman" w:hAnsi="Times New Roman" w:eastAsia="Times New Roman" w:cs="Times New Roman"/>
        </w:rPr>
        <w:t>Ny anaran’ny asa fanompoana hoe Future for America dia miresaka ny tantaran’ny Fanambarana ny Fahaleovantena, satria io famoahana io no nanamarika ny fiandohan’i Etazonia, ary i Jesosy mandrakariva dia maneho ny farany amin’ny alalan’ny fiandohana. Ny lohatenin’ilay famoahana, dia hoe The Time of the End, dia miresaka sady ny “fotoan’ny farany” tamin’ny 1989, no ny faran’ny fotoam-pahasoavana rehefa mitsangana i Mikaela. Ny hafatra voarindra ara-pomba tao amin’ilay famoahana (Daniela toko faha-iraika ambin’ny folo, andininy faha-efapolo ka hatramin’ny faha-dimy amby efapolo), dia nohosorana tombo-kase tamin’ny firodanan’ny Firaisana Sovietika tamin’ny 1989 (ny fotoan’ny farany), ary ireo andininy izay novahana tombo-kase dia mampiseho filaharan’ny tantara izay mandroso hatrany amin’ny 1989 ka hatramin’ny andininy voalohan’ny toko faha-roambin’ny folo, izay manondro ny fitsanganan’i Mikaela sy ny fikatonan’ny fotoam-pahasoavan’ny olombelona.</w:t>
      </w:r>
    </w:p>
    <w:p>
      <w:pPr>
        <w:pStyle w:val="ArticleBody"/>
        <w:jc w:val="left"/>
      </w:pPr>
      <w:r>
        <w:rPr>
          <w:rFonts w:ascii="Times New Roman" w:hAnsi="Times New Roman" w:eastAsia="Times New Roman" w:cs="Times New Roman"/>
        </w:rPr>
        <w:t>Nanomboka tamin’ny namoahana ny Declaration of Independence, tamin’ny 1776, ka hatramin’ny namoahana ny gazetiboky The Time of the End, dia mitovy amin’ny roanjato sy roapolo taona izany, ary ny fiandohana sy ny fiafarana dia samy miresaka lohahevitra ara-paminaniana iray ihany. Ny famoahana ny The Time of the End dia natambatra avy amin’ireo toko izay navoaka voalohany ho lahatsoratra tao amin’ny famoahana Our Firm Foundation, ary maneho ny fahamarinana ara-paminaniana fa raha tsy mitana ny fahamarinana fototra iorenan’ny hetsika Millerite (izay “our firm foundation”), dia tsy azo atao ny mahatakatra ny “increase of knowledge” amin’ny “time of the end” tamin’ny 1989.</w:t>
      </w:r>
    </w:p>
    <w:p>
      <w:pPr>
        <w:pStyle w:val="ArticleBody"/>
        <w:jc w:val="left"/>
      </w:pPr>
      <w:r>
        <w:rPr>
          <w:rFonts w:ascii="Times New Roman" w:hAnsi="Times New Roman" w:eastAsia="Times New Roman" w:cs="Times New Roman"/>
        </w:rPr>
        <w:t>Ny mari-pandrefesana izay aseho ho “ny fotoan’ny farany,” sy ny mari-pandrefesana izay maneho ny “fampandrafetana ara-pomba ofisialy” ny hafatra ao amin’ireo tantara mifanindran-dàlana momba ny fihetsiketsehan’ny anjely voalohany sy ny anjely fahatelo, dia samy ahitana ireo singa ara-paminaniana amin’ny “fito fotoana” ao amin’ny Levitikosy toko faha-enina amby roapolo. Ny mari-pandrefesana manaraka ao amin’ireo tantara mifanindran-dàlana dia ny fampaherezana ny hafatra, araka ny voamariky ny fidinan’ilay anjely ao amin’ny Apokalypsy folo, tamin’ny 11 Aogositra 1840, na ilay anjely ao amin’ny Apokalypsy valo ambin’ny folo, tamin’ny 11 Septambra 2001. Ny fahatanterahan’ny loza faharoa ao amin’ny Apokalypsy toko fahasivy no nampidina ilay anjely ao amin’ny Apokalypsy folo, ary ny fahatanterahan’ny loza fahatelo ao amin’ny Apokalypsy toko fahafolo no nampidina ilay anjely ao amin’ny Apokalypsy toko faha-valo ambin’ny folo.</w:t>
      </w:r>
    </w:p>
    <w:p>
      <w:pPr>
        <w:pStyle w:val="ArticleBody"/>
        <w:jc w:val="left"/>
      </w:pPr>
      <w:r>
        <w:rPr>
          <w:rFonts w:ascii="Times New Roman" w:hAnsi="Times New Roman" w:eastAsia="Times New Roman" w:cs="Times New Roman"/>
        </w:rPr>
        <w:t>Ao amin’ireo tantara mifanandrify, ny ranonorana farany dia manomboka “miparitaka” eo amin’ilay fotoana izay ihidinanan’ilay anjely. Amin’izany fotoana izany dia “ampaherezina” ny hafatra amin’ny alalan’ny fanamafisan’ilay fisehoan-javatra efa voalaza mialoha. Ho an’ireo Millerita, izany dia ny fitsaharan’ny fahefana tampon’ny Otomana ho fahatanterahan’ny faminanian’ny fotoana momba ny Silamo ao amin’ny Loza faharoa ao amin’ny Apokalypsy toko faha-sivy, andininy faha-dimy ambin’ny folo. Ho an’ny hetsiky ny iray hetsy sy efatra arivo amby efatra alina, izany kosa dia ny “fahatezeran’ny firenena,” dia faminaniana momba ny Silamo ao amin’ny Loza fahatelo izay ao amin’ny andron’ny trompetra fahafito ao amin’ny Apokalypsy folo, andininy faha-fito, izay tanteraka rehefa nazerana ireo trano lehibe tao an-Tanànan’i New York.</w:t>
      </w:r>
    </w:p>
    <w:p>
      <w:pPr>
        <w:pStyle w:val="ArticleBody"/>
        <w:jc w:val="left"/>
      </w:pPr>
      <w:r>
        <w:rPr>
          <w:rFonts w:ascii="Times New Roman" w:hAnsi="Times New Roman" w:eastAsia="Times New Roman" w:cs="Times New Roman"/>
        </w:rPr>
        <w:t>Ny tsirairay amin’ireo mariky ny làlana lehibe amin’ireo tantara mifanindran-dàlana dia manana fifandraisana mivantana amin’ny asan’ilay Mpanisa Mahagaga, Izay mametraka ny soniany eo amin’ny fifandraisan’ireo fahitana roa izay maneho telo arivo sy roanjato taona sy diman-jato sy roa arivo sy roapolo taona. Ireo mpiambina ara-paminaniana izay atsangana amin’ny fidinan’ilay anjely dia mitsoka trompetran’ny fampitandremana izay ahitana ny hafatra ho an’i Laodikia, izay, tamin’ny 1856, dia nifandray mivantana tamin’ny fanokafana ny mazava lehibe kokoa momba ny “impito.” Ny mariky ny làlan’ny tabilao roan’i Habakoka, asehon’ny tabilao pioniera 1843 sy 1850, izay samy maneho an-tsary ny “impito,” dia tonga teo anelanelan’ny fidinan’ilay anjely sy ny “fahadisoam-panantenana voalohany” ao amin’ny tantara mifanindran-dàlana tsirairay.</w:t>
      </w:r>
    </w:p>
    <w:p>
      <w:pPr>
        <w:pStyle w:val="ArticleBody"/>
        <w:jc w:val="left"/>
      </w:pPr>
      <w:r>
        <w:rPr>
          <w:rFonts w:ascii="Times New Roman" w:hAnsi="Times New Roman" w:eastAsia="Times New Roman" w:cs="Times New Roman"/>
        </w:rPr>
        <w:t>Ny mari-pamantarana amin’ny “fotoana fiandrasana” dia mifandray mivantana amin’ilay faminaniana tsy tanteraka tamin’ny 1843, izay faminaniana momba ny fahatanterahan’ny roa tonta, dia ny roa arivo sy telonjato taona, ary koa ny roa arivo sy diman-jato amby roapolo taona. Ny hafatry ny Antso amin’ny Misasakalina dia ny famantarana ny fahatanterahana efa ho avy amin’ireo vanim-potoana roa amin’ny fotoana ara-paminaniana ireo. Ny “varavarana” ara-pitantanan’Andriamanitra izay mihidy eo amin’ny mari-pamantarana farany dia manondro ny fahatanterahan’ireo vanim-potoana ara-paminaniana roa ireo, sady manamarika izay anombohan’ny trompetra fahafito, na ny trompetra Jobily, maneno. Ny mari-pamantarana rehetra ao amin’ny tantara tsirairay dia mifandray mivantana amin’ny “impito”, ary ny “impito” no maneho ilay kofehy mampifamatotra ireo tantara roa ireo, ary ireo tantara roa ireo kosa no maneho ny hafatry ny ranonorana farany.</w:t>
      </w:r>
    </w:p>
    <w:p>
      <w:pPr>
        <w:pStyle w:val="ArticleBody"/>
        <w:jc w:val="left"/>
      </w:pPr>
      <w:r>
        <w:rPr>
          <w:rFonts w:ascii="Times New Roman" w:hAnsi="Times New Roman" w:eastAsia="Times New Roman" w:cs="Times New Roman"/>
        </w:rPr>
        <w:t>Hohizohantsika ao amin’ny lahatsoratra manaraka ity fandinihana ity.</w:t>
      </w:r>
    </w:p>
    <w:p>
      <w:pPr>
        <w:pStyle w:val="ArticleScripture"/>
        <w:jc w:val="left"/>
      </w:pPr>
      <w:r>
        <w:rPr>
          <w:rFonts w:ascii="Times New Roman" w:hAnsi="Times New Roman" w:eastAsia="Times New Roman" w:cs="Times New Roman"/>
        </w:rPr>
        <w:t>“‘Ho an’izay tafintohina amin’ny teny noho ny tsy fankatoavana,’ dia vatolampy mahasolafaka i Kristy. Fa ‘ny vato izay nolavin’ny mpanao trano, dia io no natao fehizoron-trano.’ Tahaka ilay vato nolavina, i Kristy, tamin’ny asa fanompoany teto an-tany, dia niaritra tsy firaharahiana sy fampahoriana. Izy dia ‘natao tsinontsinona sady nolavin’ny olona; lehilahin’alahelo sy zatra fahoriana: ... natao tsinontsinona Izy, ka tsy mba noheverintsika.’ Isaia 53:3. Kanefa efa antomotra ny fotoana izay hanomezam-boninahitra Azy. Amin’ny fitsanganany amin’ny maty no hanambarana Azy ho ‘Zanak’Andriamanitra amin’ny hery.’ Romana 1:4. Amin’ny fihaviany fanindroany dia haseho ho Tompon’ny lanitra sy ny tany Izy. Ireo izay efa hiomana hanombo Azy amin’izany fotoana izany dia hahafantatra ny fahalehibiazany. Eo anatrehan’izao rehetra ary rehetra izao, ilay vato nolavina dia ho tonga fehizoron-trano.”</w:t>
      </w:r>
    </w:p>
    <w:p>
      <w:pPr>
        <w:pStyle w:val="ArticleScripture"/>
        <w:jc w:val="left"/>
      </w:pPr>
      <w:r>
        <w:rPr>
          <w:rFonts w:ascii="Times New Roman" w:hAnsi="Times New Roman" w:eastAsia="Times New Roman" w:cs="Times New Roman"/>
        </w:rPr>
        <w:t>“Ary na na iza hianjerany izany, dia hototoina ho vovoka izy.” Tsy ho ela, ny olona izay nandà an’i Kristy dia hahita ny tanànany sy ny fireneny ho ringana. Ho potika ny voninahiny, ary hiparitaka tahaka ny vovoka entin’ny rivotra. Ary inona no nandrava ny Jiosy? Ilay vatolampy izay, raha nanorina teo amboniny izy, dia ho fiarovany. Ny fahatsaran’Andriamanitra nohamavoina izany, ny fahamarinana nolavina, ny famindram-po natao tsinontsinona. Nitsangana nanohitra an’Andriamanitra ny olona, ary izay rehetra ho famonjena azy dia tonga fandringanana ho azy. Izay rehetra notendren’Andriamanitra ho amin’ny fiainana dia hitany ho tonga ho amin’ny fahafatesana. Tao anatin’ny nanomboan’ny Jiosy an’i Kristy tamin’ny hazo fijaliana no nisy sahady ny fandravana an’i Jerosalema. Ny rà nalatsaka teo Kalvary no vesatra nampilentika azy ho amin’ny faharavana, na ho amin’ity fiainana ity na ho amin’ny fiainana ho avy. Dia ho toy izany amin’ilay andro lehibe farany, rehefa hihatra amin’ireo mandà ny fahasoavan’Andriamanitra ny fitsarana. I Kristy, ilay vatolampy mahasolafaka azy, dia hiseho aminy amin’izany ho toy ny tendrombohitra mpamaly faty. Ny voninahitry ny tavany, izay fiainana ho an’ny marina, dia ho afo mandevona ho an’ny ratsy fanahy. Noho ny fitiavana nolavina sy ny fahasoavana nohamavoina dia ho levona ny mpanota.</w:t>
      </w:r>
    </w:p>
    <w:p>
      <w:pPr>
        <w:pStyle w:val="ArticleScripture"/>
        <w:jc w:val="left"/>
      </w:pPr>
      <w:r>
        <w:rPr>
          <w:rFonts w:ascii="Times New Roman" w:hAnsi="Times New Roman" w:eastAsia="Times New Roman" w:cs="Times New Roman"/>
        </w:rPr>
        <w:t>“Amin’ny alalan’ny fanoharana maro sy fampitandremana naverimberina no nanehoan’i Jesosy izay ho vokatry ny fandavan’ny Jiosy ny Zanak’Andriamanitra. Tamin’izany teny izany Izy dia niresaka tamin’ny olona rehetra amin’ny vanim-potoana rehetra izay mandà tsy handray Azy ho Mpanavotra azy. Ny fampitandremana rehetra dia ho azy ireo. Ny tempoly nohamavoina, ilay zanaka tsy nankatò, ireo mpiasa mpamboly mpisandoka, ireo mpanorina nanamavo, dia samy manana ny tandindony eo amin’ny fanandraman’ny mpanota rehetra. Raha tsy mibebaka izy, dia ho azy ny loza izay nasehon’ireo mialoha.” Ilay Fitiavana Mandrakizay, 599, 600.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Isa Fito amby Valopolo</dc:title>
  <dc:subject>Famoahana ny Fanoharana momba ireo Virijina Folo: Dia Lalina manaraka ny Tantaran’ny Advantista</dc:subject>
  <dc:creator>Jeff Pippenger</dc:creator>
  <cp:keywords/>
  <dc:description>Generated by ArticleDigger from daniel\87_daniel.json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