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Faha-efatra amby sivifolo</w:t>
      </w:r>
    </w:p>
    <w:p>
      <w:pPr>
        <w:pStyle w:val="ArticleSubtitle"/>
        <w:jc w:val="left"/>
      </w:pPr>
      <w:r>
        <w:rPr>
          <w:rFonts w:ascii="Arial" w:hAnsi="Arial" w:eastAsia="Arial" w:cs="Arial"/>
        </w:rPr>
        <w:t>Fampiharihariana ny Rafitra Ara-paminaniana: Fahatakarana ireo Hery Telo sosona mitondra mankany amin’i Armagedona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Ny rafitra ara-paminaniana nampiharin’i William Miller dia ny firafitry ny hery roa mpandrava, dia Roma jentilisa arahina Roma papaly. Ny rafitra ara-paminaniana ampiharin’ny Future for America kosa dia ny firafitry ny hery telo mpandrava, dia Roma jentilisa arahina Roma papaly ary avy eo ny Protestantisma nihemotra tamin’ny finoana. Ireo fisehoan’i Roma telo ireo no hery telo mpandrava, dia ny dragona sy ny bibidia ary ny mpaminany sandoka. Izany rafitra izany dia nekena tamin’ny ampahany lehibe tamin’ny alalan’ny fanoherana nentina nanohitra ny fahazavan’ny andininy enina farany ao amin’ny Daniela toko faha-iraika ambin’ny folo, izay nofahanana tombo-kase tamin’ny fotoan’ny farany tamin’ny taona 1989.</w:t>
      </w:r>
    </w:p>
    <w:p>
      <w:pPr>
        <w:pStyle w:val="ArticleBody"/>
        <w:jc w:val="left"/>
      </w:pPr>
      <w:r>
        <w:rPr>
          <w:rFonts w:ascii="Times New Roman" w:hAnsi="Times New Roman" w:eastAsia="Times New Roman" w:cs="Times New Roman"/>
        </w:rPr>
        <w:t>Ireo fisehoana roa voalohany an’i Roma dia mamaritra ny firafitra ara-paminaniana an’i Roma maoderina, dia ny fisehoana fahatelo sady farany an’i Roma. Roma maoderina no mamaritra ny rafitry ny fahefana mpanenjika telo sosona farany amin’ny andro farany. Mifandray akaiky amin’izany, nefa samy hafa mazava, ny fisehoana telo an’i Babylona. Ny voalohany dia i Babela an’i Nimroda. Ny faharoa dia i Babylona an’i Nebokadnezara sy Belsazara. Miaraka, ireo vavolombelona ara-paminaniana roa ireo dia mamaritra ny toetra ara-paminaniana an’i Babylona maoderina. Na dia amin’ny sehatra iray aza i Roma maoderina sy i Babylona maoderina dia zavatra iray ihany, ny fisehoana telo an’i Babylona kosa dia manondro ny fahalavoana farany an’i Babylona sy ny fireharehan’ilay lehilahin’ota.</w:t>
      </w:r>
    </w:p>
    <w:p>
      <w:pPr>
        <w:pStyle w:val="ArticleBody"/>
        <w:jc w:val="left"/>
      </w:pPr>
      <w:r>
        <w:rPr>
          <w:rFonts w:ascii="Times New Roman" w:hAnsi="Times New Roman" w:eastAsia="Times New Roman" w:cs="Times New Roman"/>
        </w:rPr>
        <w:t>Ang pagkapukan sa Babilonia ay isang malaki at tiyak na paksa sa hula ng Biblia, gayundin ang kapalaluan ng papa ng Roma. Sa Apocalipsis kabanata labimpito, ang isa sa mga anghel na nagbubuhos ng pitong huling salot ay dumarating upang tahasang tukuyin ang paghatol sa Babilonia, na isa ring pagpapahayag ng kaniyang pagkapuksa.</w:t>
      </w:r>
    </w:p>
    <w:p>
      <w:pPr>
        <w:pStyle w:val="ArticleScripture"/>
        <w:jc w:val="left"/>
      </w:pPr>
      <w:r>
        <w:rPr>
          <w:rFonts w:ascii="Times New Roman" w:hAnsi="Times New Roman" w:eastAsia="Times New Roman" w:cs="Times New Roman"/>
        </w:rPr>
        <w:t>Ary tonga ny anankiray tamin’ireo anjely fito izay nanana ny lovia fito, ka niteny tamiko hoe: Avia etỳ; hasehoko anao ny fitsarana ilay vehivavy janga lehibe, izay mipetraka eo ambonin’ny rano maro, dia izy izay nijangajangan’ny mpanjakan’ny tany, ary nahamamon’ny divain’ny fijangajangany ny mponina etỳ ambonin’ny tany. Dia nentin’izy io tamin’ny Fanahy ho any an-tany efitra aho; ary nahita vehivavy anankiray nipetraka teo ambonin’ny bibidia mivolon-jaky aho, feno anarana fitenenan-dratsy, sady nanana loha fito sy tandroka folo. Apokalypsy 17:1–3.</w:t>
      </w:r>
    </w:p>
    <w:p>
      <w:pPr>
        <w:pStyle w:val="ArticleBody"/>
        <w:jc w:val="left"/>
      </w:pPr>
      <w:r>
        <w:rPr>
          <w:rFonts w:ascii="Times New Roman" w:hAnsi="Times New Roman" w:eastAsia="Times New Roman" w:cs="Times New Roman"/>
        </w:rPr>
        <w:t>Ny asan’ilay anjely dia ny hampiseho amin’i Jaona ny fitsaran’ilay vehivavy izay voasoratra eo amin’ny handriny hoe: “MIAFINA BABYLONA LEHIBE”.</w:t>
      </w:r>
    </w:p>
    <w:p>
      <w:pPr>
        <w:pStyle w:val="ArticleScripture"/>
        <w:jc w:val="left"/>
      </w:pPr>
      <w:r>
        <w:rPr>
          <w:rFonts w:ascii="Times New Roman" w:hAnsi="Times New Roman" w:eastAsia="Times New Roman" w:cs="Times New Roman"/>
        </w:rPr>
        <w:t>Ary ilay vehivavy nitafy volomparasy sy jaky, ary voaravaka volamena sy vato soa ary perla, sady nitana kapoaka volamena teny an-tanany, feno fahavetavetana sy ny fahalotoan’ny fijangajangany; ary teo amin’ny handriny dia nisy anarana voasoratra hoe: ZAVA-MIAFINA, BABYLONA LEHIBE, RENIN’NY MPIJANGAJANGA SY NY FAHAVETAVETANA AMBONIN’NY TANY. Ary hitako fa mamo tamin’ny ran’ny olona masina ilay vehivavy sy tamin’ny ran’ny maritioran’i Jesosy; ary rehefa hitako izy, dia gaga fatratra aho. Apokalypsy 17:4–6.</w:t>
      </w:r>
    </w:p>
    <w:p>
      <w:pPr>
        <w:pStyle w:val="ArticleBody"/>
        <w:jc w:val="left"/>
      </w:pPr>
      <w:r>
        <w:rPr>
          <w:rFonts w:ascii="Times New Roman" w:hAnsi="Times New Roman" w:eastAsia="Times New Roman" w:cs="Times New Roman"/>
        </w:rPr>
        <w:t>Ny fitaovana ara-jeopôlitika ampiasain’ny papa amin’ny andro farany hanenjehana ireo izay heveriny ho heretika dia asehon’“ny bibidia mena jaky, feno anarana fitenenan-dratsy, manana loha fito sy tandroka folo.” Ny zava-misy fa mitaingina ilay bibidia izy dia mampiseho fa izy no mifehy ilay bibidia, tahaka ny mpitaingina soavaly no mifehy ny soavaly.</w:t>
      </w:r>
    </w:p>
    <w:p>
      <w:pPr>
        <w:pStyle w:val="ArticleScripture"/>
        <w:jc w:val="left"/>
      </w:pPr>
      <w:r>
        <w:rPr>
          <w:rFonts w:ascii="Times New Roman" w:hAnsi="Times New Roman" w:eastAsia="Times New Roman" w:cs="Times New Roman"/>
        </w:rPr>
        <w:t>Ary ilay vehivavy izay hitanao dia ilay tanàna lehibe, izay manjaka amin’ireo mpanjakan’ny tany. Apokalypsy 17:8.</w:t>
      </w:r>
    </w:p>
    <w:p>
      <w:pPr>
        <w:pStyle w:val="ArticleBody"/>
        <w:jc w:val="left"/>
      </w:pPr>
      <w:r>
        <w:rPr>
          <w:rFonts w:ascii="Times New Roman" w:hAnsi="Times New Roman" w:eastAsia="Times New Roman" w:cs="Times New Roman"/>
        </w:rPr>
        <w:t>Ny “bibidia mena jaky manana loha fito sy tandroka folo” dia i Roma maoderina, ary maneho ny rafitra jeopôlitika ampiasain-dravehivavy eo am-panenjehany ny mahatoky amin’Andriamanitra amin’ny andro farany. Ilay vehivavy dia i Babylona maoderina, ilay tanàna lehibe izay mijangajanga sy manjaka amin’ny mpanjakan’ny tany. Ny fisehoana roa voalohany an’i Babylona, izay asehon’i Babela ao amin’ny Genesisy toko faha-iraika ambin’ny folo sy Babylona ao amin’ny Daniela toko faha-efatra sy faha-dimy, dia mamaritra ny fireharehan’i Babylona maoderina sy ny fahalavoany amin’ny andro farany. Ilay vehivavy tsaraina ao amin’ny Apokalypsy toko faha-fito ambin’ny folo dia i Babylona maoderina, ary ilay bibidia anjakany dia i Roma maoderina. Efa nijangajanga tamin’ny mpanjaka izy, ary miaraka izy ireo dia nofo iray.</w:t>
      </w:r>
    </w:p>
    <w:p>
      <w:pPr>
        <w:pStyle w:val="ArticleScripture"/>
        <w:jc w:val="left"/>
      </w:pPr>
      <w:r>
        <w:rPr>
          <w:rFonts w:ascii="Times New Roman" w:hAnsi="Times New Roman" w:eastAsia="Times New Roman" w:cs="Times New Roman"/>
        </w:rPr>
        <w:t>Koa izany no handaozan’ny lehilahy ny rainy sy ny reniny ka hikambana amin’ny vadiny; ary ho nofo iray ihany izy roroa. Genesisy 2:24.</w:t>
      </w:r>
    </w:p>
    <w:p>
      <w:pPr>
        <w:pStyle w:val="ArticleBody"/>
        <w:jc w:val="left"/>
      </w:pPr>
      <w:r>
        <w:rPr>
          <w:rFonts w:ascii="Times New Roman" w:hAnsi="Times New Roman" w:eastAsia="Times New Roman" w:cs="Times New Roman"/>
        </w:rPr>
        <w:t>Na dia iray aza izy ireo, dia atokan’ny Tenin’Andriamanitra manokana ny singa ara-paminaniana sasany momba an’i Roma maoderina sy Babylona maoderina. Ny tantaran’i Babylona maoderina, araka ny ambaran’ny vavolombelona roa dia Babela sy Babylona, dia momba ny fireharehany sy ny fahalavoany farany. Ao amin’ireo andininy enina farany ao amin’ny Daniela toko fahairaika ambin’ny folo, ny mpanjakan’ny avaratra dia ampiasaina hanehoana ny fahefana papaly. Ny papa ao Roma no solontenan’i Satana etỳ an-tany.</w:t>
      </w:r>
    </w:p>
    <w:p>
      <w:pPr>
        <w:pStyle w:val="ArticleScripture"/>
        <w:jc w:val="left"/>
      </w:pPr>
      <w:r>
        <w:rPr>
          <w:rFonts w:ascii="Times New Roman" w:hAnsi="Times New Roman" w:eastAsia="Times New Roman" w:cs="Times New Roman"/>
        </w:rPr>
        <w:t>“Mba hahazoana tombontsoa sy voninahitra araka izao tontolo izao, dia notarihina ny fiangonana hitady ny fankasitrahana sy ny fanohanan’ireo lehilahy lehibe eto an-tany; ary rehefa nolaviny toy izany i Kristy, dia voatarika izy hanolotra ny fankatoavany amin’ilay solontenan’i Satana—ny evekan’i Roma.” The Great Controversy, 50.</w:t>
      </w:r>
    </w:p>
    <w:p>
      <w:pPr>
        <w:pStyle w:val="ArticleBody"/>
        <w:jc w:val="left"/>
      </w:pPr>
      <w:r>
        <w:rPr>
          <w:rFonts w:ascii="Times New Roman" w:hAnsi="Times New Roman" w:eastAsia="Times New Roman" w:cs="Times New Roman"/>
        </w:rPr>
        <w:t>Tian’i Satana ho Andriamanitra, ary ny faniriany dia ny handray ny seza fiandrianana ara-politika sy ara-pivavahan’Andriamanitra.</w:t>
      </w:r>
    </w:p>
    <w:p>
      <w:pPr>
        <w:pStyle w:val="ArticleScripture"/>
        <w:jc w:val="left"/>
      </w:pPr>
      <w:r>
        <w:rPr>
          <w:rFonts w:ascii="Times New Roman" w:hAnsi="Times New Roman" w:eastAsia="Times New Roman" w:cs="Times New Roman"/>
        </w:rPr>
        <w:t>Akory ny fahalavoanao avy tany an-danitra, ry Losifera, zanaky ny maraina! Akory ny nanapahana anao ka nahalatsaka anao tamin’ny tany, dia ianao izay nampahalemy ny firenena! Fa hoy ianao anakampo: Hiakatra any an-danitra aho, hanandratra ny seza fiandrianako ho ambonin’ny kintan’Andriamanitra; hipetraka eo amin’ny tendrombohitry ny fiangonana koa aho, any amin’ny faran’ny avaratra; hiakatra ambonin’ny havoan’ny rahona aho; hitovy amin’ny Avo Indrindra aho. Isaia 14:12–14.</w:t>
      </w:r>
    </w:p>
    <w:p>
      <w:pPr>
        <w:pStyle w:val="ArticleBody"/>
        <w:jc w:val="left"/>
      </w:pPr>
      <w:r>
        <w:rPr>
          <w:rFonts w:ascii="Times New Roman" w:hAnsi="Times New Roman" w:eastAsia="Times New Roman" w:cs="Times New Roman"/>
        </w:rPr>
        <w:t>Satana dia naniry hanandratra ny seza fiandrianany (izay tandindon’ny fanapahana maha-mpanjaka), “ho ambonin’ny kintan’Andriamanitra.” Ny kintan’Andriamanitra dia ny anjely, ary misolo tena ny rafitry ny fitondran’Andriamanitra. Satana dia naniry “koa” hipetraka “eo ambonin’ny tendrombohitry ny fiangonana, any amin’ny faritra avaratra.” Ny fiangonana dia ny Fiangonana, ary ao Jerosalema no misy azy, izay any amin’ny faritra avaratra. Ny mipetraka eo ambonin’ny seza fiandrianana any amin’ny “faritra avaratra” dia midika ho mpanjakan’ny avaratra. Kristy no tena Mpanjakan’ny Avaratra, izay Mpanjaka koa eo ambonin’ny fitondran’Andriamanitra. Satana dia naniry “hitovy amin’ny Avo Indrindra.”</w:t>
      </w:r>
    </w:p>
    <w:p>
      <w:pPr>
        <w:pStyle w:val="ArticleScripture"/>
        <w:jc w:val="left"/>
      </w:pPr>
      <w:r>
        <w:rPr>
          <w:rFonts w:ascii="Times New Roman" w:hAnsi="Times New Roman" w:eastAsia="Times New Roman" w:cs="Times New Roman"/>
        </w:rPr>
        <w:t>Hira sy Salamo ho an’ny zanak’i Kora. Lehibe Jehovah, ary mendrika hoderaina indrindra ao amin’ny tanànan’Andriamanitsika, eo an-tendrombohitry ny fahamasinany. Tsara tarehy amin’ny fitoerany, fifalian’ny tany rehetra, ny Tendrombohitra Ziona, eo amin’ny ilany avaratra, tanànan’ilay Mpanjaka lehibe. Andriamanitra dia fantatra ao amin’ny lapany ho fiarovana mafy. Salamo 48:1–3.</w:t>
      </w:r>
    </w:p>
    <w:p>
      <w:pPr>
        <w:pStyle w:val="ArticleBody"/>
        <w:jc w:val="left"/>
      </w:pPr>
      <w:r>
        <w:rPr>
          <w:rFonts w:ascii="Times New Roman" w:hAnsi="Times New Roman" w:eastAsia="Times New Roman" w:cs="Times New Roman"/>
        </w:rPr>
        <w:t>Ny solontena ety an-tany an’i Satana dia ny evekan’i Roma (ny papa). Ao amin’ireo andininy enina farany ao amin’ny Daniela toko faha-11 dia aseho ny fiakarana farany sy ny fianjeran’ny papa any Roma, ary eo dia aseho ho mpanjakan’ny avaratra izy. Izy no lohan’ny fiangonana Katolika, ary ny teny hoe “katolika” dia midika hoe maneran-tany. Mba hahafahan’i Satana maka tahaka ny seza fiandrianana roa an’i Kristy (ara-politika sy ara-pivavahana), dia noforonin’i Satana ny fiangonana Katolika mba hananana rafitra ara-pivavahana maneran-tany, rehefa manomboka ny fakàn-tahaka an’i Kristy izy amin’ny andro farany.</w:t>
      </w:r>
    </w:p>
    <w:p>
      <w:pPr>
        <w:pStyle w:val="ArticleScripture"/>
        <w:jc w:val="left"/>
      </w:pPr>
      <w:r>
        <w:rPr>
          <w:rFonts w:ascii="Times New Roman" w:hAnsi="Times New Roman" w:eastAsia="Times New Roman" w:cs="Times New Roman"/>
        </w:rPr>
        <w:t>“Ity fampifandefitra teo amin’ny fanompoan-tsampy sy ny Kristianisma ity dia niafara tamin’ny fivoaran’ilay ‘olona mpanota’ izay voalaza mialoha ao amin’ny faminaniana ho mpanohitra sy manandratra ny tenany ambonin’Andriamanitra. Io rafitra goavana misy fivavahan-diso io dia sangan’asan’ny herin’i Satana—tsangambaton’ny ezaka ataony hampipetraka ny tenany eo ambonin’ny seza fiandrianana mba hitondra ny tany araka ny sitrapony.” The Great Controversy, 50.</w:t>
      </w:r>
    </w:p>
    <w:p>
      <w:pPr>
        <w:pStyle w:val="ArticleBody"/>
        <w:jc w:val="left"/>
      </w:pPr>
      <w:r>
        <w:rPr>
          <w:rFonts w:ascii="Times New Roman" w:hAnsi="Times New Roman" w:eastAsia="Times New Roman" w:cs="Times New Roman"/>
        </w:rPr>
        <w:t>Satana dia nanorina rafitra ara-pivavahana maneran-tany ary koa rafitra ara-politika maneran-tany, mba hanahafana amin’ny hosoka ireo seza fiandrianana roa ananan’ny fahefana izay ipetrahan’ilay tena Mpanjakan’ny Avaratra. Ireo mpanjaka folo ao amin’ny Apokalypsy toko fahafito ambin’ny folo, izay iangalan’ilay vehivavy janga fijangajangana sy anjakany amin’ny andro farany, dia maneho ilay bibidia manana loha fito sy tandroka folo, izay anjakan’ilay vehivavy manana ny soratra hoe BABYLONA eo amin’ny handriny. Ao amin’ny toko fahafito ambin’ny folo dia “mankahala ilay vehivavy janga” ireo mpanjaka folo, “ka hahatonga azy ho lao sy mitanjaka ary hihinana ny nofony, sady handoro azy amin’ny afo.” Koa aseho amin’izany ny fitsarana azy. Ireo fisehoana telo an’i Babylona dia manondro ny fianjerana farany an’i Babylona. Ireo fisehoana telo an’i Roma dia manondro ny rafitra ara-politika anjakany.</w:t>
      </w:r>
    </w:p>
    <w:p>
      <w:pPr>
        <w:pStyle w:val="ArticleBody"/>
        <w:jc w:val="left"/>
      </w:pPr>
      <w:r>
        <w:rPr>
          <w:rFonts w:ascii="Times New Roman" w:hAnsi="Times New Roman" w:eastAsia="Times New Roman" w:cs="Times New Roman"/>
        </w:rPr>
        <w:t>Ny hafatry ny anjely telo ao amin’ny Apokalypsy toko faha-efatra ambin’ny folo dia miresaka ny amin’ny fianjerana farany an’i Babylona maoderina, tahaka izany koa ny Daniela toko faha-iraika ambin’ny folo, andininy faha-efatra amby efapolo sy faha-dimy amby efapolo. Ny fianjerany farany dia resahina ao amin’ny toko faha-fito ambin’ny folo ao amin’ny Apokalypsy, nefa vao mainka voafaritra amin’ny antsipiriany kokoa ao amin’ny toko faha-valo ambin’ny folo. Ny fanehoan’ny Daniela iraika ambin’ny folo ny fianjerana faran’i Babylona maoderina, miaraka amin’ny fanoharana omen’ny hafatry ny anjely telo ao amin’ny toko faha-efatra ambin’ny folo, ary ny filazalazan’ny toko faha-fito ambin’ny folo sy faha-valo ambin’ny folo momba izany fianjerana farany izany, dia tokony hatambatra, andalana manaraka andalana. Ao amin’ny Daniela iraika ambin’ny folo, ny fianjerana faran’i Babylona maoderina dia aseho ho mitranga amin’ny fotoana tsy ahazoany famonjena avy amin’iza na iza.</w:t>
      </w:r>
    </w:p>
    <w:p>
      <w:pPr>
        <w:pStyle w:val="ArticleScripture"/>
        <w:jc w:val="left"/>
      </w:pPr>
      <w:r>
        <w:rPr>
          <w:rFonts w:ascii="Times New Roman" w:hAnsi="Times New Roman" w:eastAsia="Times New Roman" w:cs="Times New Roman"/>
        </w:rPr>
        <w:t>Ary hamboleny eo anelanelan’ny ranomasina sy ny tendrombohitra masina mahafinaritra ny lay ao an-dapany; nefa ho tonga amin’ny farany izy, ka tsy hisy hanampy azy. Daniela 11:45.</w:t>
      </w:r>
    </w:p>
    <w:p>
      <w:pPr>
        <w:pStyle w:val="ArticleBody"/>
        <w:jc w:val="left"/>
      </w:pPr>
      <w:r>
        <w:rPr>
          <w:rFonts w:ascii="Times New Roman" w:hAnsi="Times New Roman" w:eastAsia="Times New Roman" w:cs="Times New Roman"/>
        </w:rPr>
        <w:t>Ao amin’ny andininy manaraka dia mitsangana i Mikaela ary mifarana ny androm-pitsapana ho an’ny olombelona. Manomboka amin’ny filazana hoe: “Ary amin’izany andro izany” ilay andininy. Rehefa lavo i Babylona maoderina, dia mifarana ny androm-pitsapana ho an’ny olombelona, ary maty irery izy. Ny anjely fahatelo no manondro ny fifaranan’ny androm-pitsapana, satria izy no manambara fa efa voazarazara ho sokajin’olona roa izao tontolo izao: ireo manana ny mariky ny bibidia sy ireo manana ny tombo-kasen’Andriamanitra. Amin’izany andro izany dia araraka amin’i Babylona maoderina ny fahatezeran’Andriamanitra, mbamin’ireo izay nanaiky ny mariky ny fahefany.</w:t>
      </w:r>
    </w:p>
    <w:p>
      <w:pPr>
        <w:pStyle w:val="ArticleScripture"/>
        <w:jc w:val="left"/>
      </w:pPr>
      <w:r>
        <w:rPr>
          <w:rFonts w:ascii="Times New Roman" w:hAnsi="Times New Roman" w:eastAsia="Times New Roman" w:cs="Times New Roman"/>
        </w:rPr>
        <w:t>Ary ny anjely fahatelo nanaraka azy ireo ka niteny tamin’ny feo mahery hoe: Raha misy olona mivavaka amin’ilay bibidia sy ny sariny ka mandray ny marika eo amin’ny handriny na eo amin’ny tanany, dia hisotro ny divain’ny fahatezeran’Andriamanitra koa izy, izay naidina tsy misy fangarony ao amin’ny kapoakan’ny fahavinirany; ary hampijalina amin’ny afo sy solifara eo anatrehan’ny anjely masina sy eo anatrehan’ny Zanak’ondry izy. Ary ny setroky ny fampijaliana azy dia miakatra mandrakizay doria; ary tsy manam-pitsaharana andro aman’alina izay mivavaka amin’ilay bibidia sy ny sariny, ary izay rehetra mandray ny mariky ny anarany. Eto no ilàna ny faharetan’ny olona masina; eto no misy izay mitandrina ny didin’Andriamanitra sy ny finoan’i Jesosy. Apokalypsy 14:9–12.</w:t>
      </w:r>
    </w:p>
    <w:p>
      <w:pPr>
        <w:pStyle w:val="ArticleBody"/>
        <w:jc w:val="left"/>
      </w:pPr>
      <w:r>
        <w:rPr>
          <w:rFonts w:ascii="Times New Roman" w:hAnsi="Times New Roman" w:eastAsia="Times New Roman" w:cs="Times New Roman"/>
        </w:rPr>
        <w:t>Ao amin’ny Apokalypsy toko fahavalo ambin’ny folo, ny fitsarana an’ilay vehivavy janga lehibe dia aseho ho fitsarana mandroso tsikelikely izay manomboka amin’ilay lalàna Alahady ho avy tsy ho ela, rehefa miantso ny andian’ondrin’Andriamanitra hafa hivoaka avy ao Babylona ilay feo faharoa. Amin’ny andininy faha-iraika amby roa-polo, dia voamarika ny fikatonan’ny fotoam-pahasoavana, ka izany no manondro fa ny vanim-potoana manomboka amin’ilay lalàna Alahady ho avy tsy ho ela any Etazonia ka hatramin’ny ijoroan’i Mikaela dia fotoana izay anatanterahana ny fitsarana an’i Babylona maoderina, mandritra ny fotoan’ny fanenjehana lehibe.</w:t>
      </w:r>
    </w:p>
    <w:p>
      <w:pPr>
        <w:pStyle w:val="ArticleScripture"/>
        <w:jc w:val="left"/>
      </w:pPr>
      <w:r>
        <w:rPr>
          <w:rFonts w:ascii="Times New Roman" w:hAnsi="Times New Roman" w:eastAsia="Times New Roman" w:cs="Times New Roman"/>
        </w:rPr>
        <w:t>Ary nisy anjely mahery naka vato tahaka ny vato fikosoham-bary lehibe ka nanipy izany ho any an-dranomasina, nanao hoe: Toy izany no hanariana an’i Babylona, ilay tanàna lehibe, amin-kery sy herisetra, ka tsy ho hita intsony mandrakizay. Ary ny feon’ny mpitendry lokanga sy ny mpihira, ary ny mpitsoka sodina sy ny mpitsoka trompetra, dia tsy ho re intsony ao aminao velively; ary tsy hisy mpanao asa-tanana, na inona na inona asany, ho hita ao aminao intsony; ary ny feon’ny vato fikosoham-bary dia tsy ho re intsony ao aminao velively; ary ny fahazavan’ny jiro dia tsy hamirapiratra ao aminao intsony velively; ary ny feon’ny mpampakatra sy ny ampakarina dia tsy ho re ao aminao intsony velively; fa ny mpandranto tao aminao no lehiben’ny tany; fa ny firenena rehetra dia voafitaky ny fanao amin’ny ody ratsinao. Ary tao aminy no nahitana ny ran’ny mpaminany sy ny olomasina ary izay rehetra novonoina tambonin’ny tany. Apokalypsy 18:21–24.</w:t>
      </w:r>
    </w:p>
    <w:p>
      <w:pPr>
        <w:pStyle w:val="ArticleBody"/>
        <w:jc w:val="left"/>
      </w:pPr>
      <w:r>
        <w:rPr>
          <w:rFonts w:ascii="Times New Roman" w:hAnsi="Times New Roman" w:eastAsia="Times New Roman" w:cs="Times New Roman"/>
        </w:rPr>
        <w:t>Ny fanipazana ny vato hidina, ny fampanginana ny mpitendry zavamaneno sy ny mpiasa, ny famonoana ny jiro, ary ny fampanginana ny feon’ny ampakarina sy ny mpampakatra dia samy fomba fiteny nalaina avy ao amin’ny Testamenta Taloha, izay maneho ny fifaranan’ny fotoam-pahasoavana.</w:t>
      </w:r>
    </w:p>
    <w:p>
      <w:pPr>
        <w:pStyle w:val="ArticleBody"/>
        <w:jc w:val="left"/>
      </w:pPr>
      <w:r>
        <w:rPr>
          <w:rFonts w:ascii="Times New Roman" w:hAnsi="Times New Roman" w:eastAsia="Times New Roman" w:cs="Times New Roman"/>
        </w:rPr>
        <w:t>Rehefa ampiharina ara-paminaniana eo ambonin’ny Apokalypsy toko fahatelo ambin’ny folo sy fahefatra ambin’ny folo ny Daniela toko fahiraika ambin’ny folo, ary avy eo ireo andalan-teny roa ireo dia ampiharina eo ambonin’ny toko fahafito ambin’ny folo sy fahavalo ambin’ny folo ao amin’ny Apokalypsy, dia hitantsika ny tsipika faminaniana telo izay, ankoatra ny fahamarinana hafa, maneho ny fianjerana farany an’i Babylona maoderina. Ny tsirairay amin’ireo tsipika telo ireo dia maneho ny iray amin’ireo fahefana telo sosona izay mitarika izao tontolo izao ho any Hara-magedona. Ny Daniela toko fahiraika ambin’ny folo dia mamantatra ny bibidia (ny fitondrana papa). Ny Apokalypsy toko fahatelo ambin’ny folo sy fahefatra ambin’ny folo dia manolotra io tantara io ihany, saingy avy amin’ny fijerin’ilay mpaminany sandoka (Etazonia). Ny Apokalypsy toko fahafito ambin’ny folo sy fahavalo ambin’ny folo dia mamantatra io tsipika faminaniana io ihany, nefa ny tantara aseho ao dia mifantoka amin’ny dragona (ny Firenena Mikambana).</w:t>
      </w:r>
    </w:p>
    <w:p>
      <w:pPr>
        <w:pStyle w:val="ArticleBody"/>
        <w:jc w:val="left"/>
      </w:pPr>
      <w:r>
        <w:rPr>
          <w:rFonts w:ascii="Times New Roman" w:hAnsi="Times New Roman" w:eastAsia="Times New Roman" w:cs="Times New Roman"/>
        </w:rPr>
        <w:t>Ny tsipika telo samy manomboka amin’ny fotoan’ny farany, dia ny taona 1798. Ny andininy faha-efapolo amin’ny Daniela toko faha-iraika ambin’ny folo dia manomboka amin’ireto teny ireto hoe: “Ary amin’ny fotoan’ny farany.” Ny “fotoan’ny farany” eo am-piandohan’ilay andininy dia ny taona 1798, ary rehefa tanteraka ilay andininy tamin’ny 1989, dia “fotoan’ny farany” koa izany; fa i Jesosy dia maneho ny farany amin’ny alalan’ny fiandohana rehefa tiany hapetraka eo amin’ny zava-misy lehibe iray ny soniany. Ampahafantarin’i Rahavavy White antsika fa ny Apokalypsy toko faha-telo ambin’ny folo koa dia manomboka amin’ny 1798.</w:t>
      </w:r>
    </w:p>
    <w:p>
      <w:pPr>
        <w:pStyle w:val="ArticleScripture"/>
        <w:jc w:val="left"/>
      </w:pPr>
      <w:r>
        <w:rPr>
          <w:rFonts w:ascii="Times New Roman" w:hAnsi="Times New Roman" w:eastAsia="Times New Roman" w:cs="Times New Roman"/>
        </w:rPr>
        <w:t>“Ary rehefa nesorina tamin’ny Fahefam-panjakan’ny Papa ny heriny ka voatery nitsahatra tsy hanenjika intsony izy, dia hitan’i Jaona fa nisy hery vaovao niakatra mba hamerina ny feon’ilay dragona sy hampandroso hatrany io asa feno habibiana sy fitenenan-dratsy an’Andriamanitra io. Io hery io, ilay farany izay hiady amin’ny fiangonana sy ny lalàn’Andriamanitra, dia naseho tamin’ny alalan’ny bibidia iray manana tandroka tahaka ny an’ny zanak’ondry.” Signs of the Times, November 1, 1899.</w:t>
      </w:r>
    </w:p>
    <w:p>
      <w:pPr>
        <w:pStyle w:val="ArticleBody"/>
        <w:jc w:val="left"/>
      </w:pPr>
      <w:r>
        <w:rPr>
          <w:rFonts w:ascii="Times New Roman" w:hAnsi="Times New Roman" w:eastAsia="Times New Roman" w:cs="Times New Roman"/>
        </w:rPr>
        <w:t>Ny tsipiky ny faminaniana izay manomboka ao amin’ny andininy faha-efapolo amin’ny Daniela 11 tamin’ny taona 1798 dia mitohy mandra-pifaranan’ny fotoam-pahasoavan’ny olombelona, rehefa mitsangana Mikaela. Ny tsipiky ny faminaniana izay manomboka amin’ny 1798, “rehefa nesorina tamin’ny heriny ny Fanjakana Papaly ka voatery nitsahatra tamin’ny fanenjehana,” dia mifarana amin’ny fandatsahana ny fahatezeran’Andriamanitra amin’ireo izay nanaiky ny “marika” an’ny fahefan’ny papa. Ao amin’ny Apokalypsy toko faha-17, rehefa tonga tamin’i Jaona ilay anjely mba hampiseho aminy ny fitsarana ilay vehivavy janga papaly, dia nentina hatrany amin’ny faran’ny “efitra” mihitsy Jaona, izay maneho ny tantaran’ny taona 538 ka hatramin’ny 1798. Napetraka ara-panahy tao amin’ny 1798, Jaona dia manoratra ny fitsaran’i Babylona maoderina, izay manomboka amin’ilay feo faharoa ao amin’ny Apokalypsy 18, izay manambara fa ny fahefana papaly dia nameno ny kapoakan’ny fotoam-pahasoavany, ary avy eo ny fitsarany dia mitohy mandra-pifaranan’ny fotoam-pahasoavana rehefa ariana any an-dranomasina ny vato fikosoham-bary.</w:t>
      </w:r>
    </w:p>
    <w:p>
      <w:pPr>
        <w:pStyle w:val="ArticleBody"/>
        <w:jc w:val="left"/>
      </w:pPr>
      <w:r>
        <w:rPr>
          <w:rFonts w:ascii="Times New Roman" w:hAnsi="Times New Roman" w:eastAsia="Times New Roman" w:cs="Times New Roman"/>
        </w:rPr>
        <w:t>Andalana misesy, ireo andalana telo ireo dia manondro ny fahalavoana farany an’i Babylona maoderina, izay nijangajanga tamin’ireo mpanjakan’i Roma maoderina. Daniela 11 dia vavolombelon’ny fahefan’ny papa, izay aseho ho mpanjakan’ny avaratra. Apokalypsy 13 sy 14 dia vavolombelon’ilay mpaminany sandoka, ary ny toko 17 sy 18 kosa dia manambara ny anjara asan’ilay dragona (ireo mpanjaka folo). Ny rafitra ara-paminaniana ampiasain’ny Future for America dia miorina amin’ireo hery telo izay mitarika izao tontolo izao ho any Armagedona.</w:t>
      </w:r>
    </w:p>
    <w:p>
      <w:pPr>
        <w:pStyle w:val="ArticleBody"/>
        <w:jc w:val="left"/>
      </w:pPr>
      <w:r>
        <w:rPr>
          <w:rFonts w:ascii="Times New Roman" w:hAnsi="Times New Roman" w:eastAsia="Times New Roman" w:cs="Times New Roman"/>
        </w:rPr>
        <w:t>Ny vavolombelona roa momba an’i Babela sy Babilona no manondro ny toetra ara-paminaniana an’i Babilona maoderina. Ireo vavolombelona roa ireo dia milaza ny fireharehana sy fiavonavonan’ny mpitarika papa iray, izay milaza ho Kristiana sy mipetraka ao amin’ny tempolin’Andriamanitra, ary manambara ny tenany ho Andriamanitra. Ireo vavolombelona roa ireo koa dia manondro ny fianjerany farany. Ny fanandratran-tenan’ny papa sy ny fianjerany farany araka ny aseho ao amin’ireo fisehoana telo an’i Babilona no mametraka ny fahitana ny tantara ara-paminaniana.</w:t>
      </w:r>
    </w:p>
    <w:p>
      <w:pPr>
        <w:pStyle w:val="ArticleScripture"/>
        <w:jc w:val="left"/>
      </w:pPr>
      <w:r>
        <w:rPr>
          <w:rFonts w:ascii="Times New Roman" w:hAnsi="Times New Roman" w:eastAsia="Times New Roman" w:cs="Times New Roman"/>
        </w:rPr>
        <w:t>Ary amin’izany andro izany dia hisy maro hitsangana hanohitra ny mpanjakan’ny atsimo; ary ny jiolahy avy amin’ny firenenao koa hanandra-tena hampiorina ny fahitana; nefa ho lavo izy. Daniela 11:14.</w:t>
      </w:r>
    </w:p>
    <w:p>
      <w:pPr>
        <w:pStyle w:val="ArticleBody"/>
        <w:jc w:val="left"/>
      </w:pPr>
      <w:r>
        <w:rPr>
          <w:rFonts w:ascii="Times New Roman" w:hAnsi="Times New Roman" w:eastAsia="Times New Roman" w:cs="Times New Roman"/>
        </w:rPr>
        <w:t>Hanohy ny fandinihantsika ireo fisehoan’i Babylona telo isika ao amin’ny lahatsoratra manaraka.</w:t>
      </w:r>
    </w:p>
    <w:p>
      <w:pPr>
        <w:pStyle w:val="ArticleScripture"/>
        <w:jc w:val="left"/>
      </w:pPr>
      <w:r>
        <w:rPr>
          <w:rFonts w:ascii="Times New Roman" w:hAnsi="Times New Roman" w:eastAsia="Times New Roman" w:cs="Times New Roman"/>
        </w:rPr>
        <w:t>Dia reko ny feo iray hafa avy any an-danitra nanao hoe: Mivoaha avy ao aminy, ry oloko, mba tsy ho mpiombona amin’ny fahotany ianareo, ary mba tsy handraisanareo amin’ny lozany. Fa tafakatra hatrany an-danitra ny fahotany, ary efa nahatsiarovan’Andriamanitra ny helony. Valio araka izay namaliany anareo izy, ary ampitomboy avo roa heny ho azy araka ny asany; ao amin’ny kapoaka izay nofenoiny dia fenoy avo roa heny ho azy. Araka izay nanandratany tena sy niainany tamin’ny fanaranam-po no omeo azy fijaliana sy alahelo betsaka toy izany; fa hoy izy anakampo: Mipetraka ho mpanjakavavy aho, fa tsy mpitondratena, ary tsy hahita alahelo mihitsy. Koa amin’ny indray andro ihany no hahatongavan’ny lozany, dia fahafatesana sy fisaonana ary mosary; ary hodorana amin’ny afo izy ka ho levona tanteraka; fa mahery ny Tompo Andriamanitra izay mitsara azy. Apokalypsy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Faha-efatra amby sivifolo</dc:title>
  <dc:subject>Fampiharihariana ny Rafitra Ara-paminaniana: Fahatakarana ireo Hery Telo sosona mitondra mankany amin’i Armagedona</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