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Enina amby Sivy Folo</w:t>
      </w:r>
    </w:p>
    <w:p>
      <w:pPr>
        <w:pStyle w:val="ArticleSubtitle"/>
        <w:jc w:val="left"/>
      </w:pPr>
      <w:r>
        <w:rPr>
          <w:rFonts w:ascii="Arial" w:hAnsi="Arial" w:eastAsia="Arial" w:cs="Arial"/>
        </w:rPr>
        <w:t>Ny Fampiharana Telozoro amin’ny Faminaniana: Fanokafana ny Rafitra Faminaniana ho an’ny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rafitry ny hafatra ara-paminanian’i William Miller dia ireo hery roa mandrava, dia ny fanompoan-tsampy ara-jentilisa, arahin’ny fahefana papaly; ary ny rafitry ny hafatra ara-paminanian’ny Future for America kosa dia ireo hery telo mandrava: ny fanompoan-tsampy ara-jentilisa, arahin’ny fahefana papaly, arahin’ny Protestanta nihemotra tamin’ny finoana; kanefa ireo rehetra ireo dia miara-miseho amin’ny farany. Anisan’ny lakile ara-paminaniana fototra tamin’ny fahatakaran’i Miller ny faminaniana ny hoe “ny isan’andro” ao amin’ny bokin’i Daniela dia tandindon’ny fanompoan-tsampy ara-jentilisa, satria izany no nametraka ny fifandraisan’ireo hery roa mandrava izay tonga rafitry ny fahatakarany ara-paminaniana. Anisan’ny lakile ara-paminaniana fototra amin’ny fahatakaran’ny Future for America ny faminaniana koa ny hoe “ny isan’andro” ao amin’ny bokin’i Daniela dia tandindon’ny fanompoan-tsampy ara-jentilisa, satria ny fahatanterahana ara-tantara ny fanompoan-tsampy ara-jentilisa no nametraka ny filaharan’ny fisehoan-javatra ao amin’i Daniela toko fahiraika ambin’ny folo andininy faha-efapolo sy faha-iraika amby efapolo, izay tonga rafitry ny fahatakarana ara-paminanian’ny Future for America.</w:t>
      </w:r>
    </w:p>
    <w:p>
      <w:pPr>
        <w:pStyle w:val="ArticleBody"/>
        <w:jc w:val="left"/>
      </w:pPr>
      <w:r>
        <w:rPr>
          <w:rFonts w:ascii="Times New Roman" w:hAnsi="Times New Roman" w:eastAsia="Times New Roman" w:cs="Times New Roman"/>
        </w:rPr>
        <w:t>Tahaka ny mahazatra mandrakariva amin’ny fahazavana vaovao, ny fandrosoan’ny fahamarinana izay novahana tamin’ny taona 1989, tamin’ny firodanan’ny Firaisana Sôvietika, dia notoherin’ny feo maro samihafa. Tsy maintsy niteraka fahatakarana mazava kokoa ny fahamarinana hatrany ny fanoherana natsangana hanoherana izany. Tamin’ireny adihevitra tany am-piandohana nanohitra ny fahamarinana hita ao amin’ireo andininy enina farany amin’ny Daniela toko faha-iraika ambin’ny folo ireny, dia fantatra fa porofo tena ilaina hanohanana ny fitomboan’ny fahalalana izay nitranga rehefa novahana ny bokin’i Daniela tamin’ny taona 1989, ny fitsipika ara-paminaniana maro izay hita ao amin’ny Baiboly. Ankehitriny isika dia mandinika ny iray amin’ireo fitsipika ireo, izay antsointsika hoe “fampiharana in-telo ny faminaniana.”</w:t>
      </w:r>
    </w:p>
    <w:p>
      <w:pPr>
        <w:pStyle w:val="ArticleBody"/>
        <w:jc w:val="left"/>
      </w:pPr>
      <w:r>
        <w:rPr>
          <w:rFonts w:ascii="Times New Roman" w:hAnsi="Times New Roman" w:eastAsia="Times New Roman" w:cs="Times New Roman"/>
        </w:rPr>
        <w:t>Nanomboka tamin’ny fandinihana fampiharana telo sosona roa izahay izay amin’ny lafiny iray dia tsipika iray ihany, nefa amin’ny lafiny hafa kosa dia samy hafa. Ny fisehoana roa voalohan’i Roma (jentilisa sy papaly) no manorina ny fisehoana fahatelo, dia i Roma Maoderina. Ny fisehoana roa voalohan’i Babylona (Babela sy Babylona) no nanorina ny fisehoana fahatelo, dia i Babylona Maoderina. Roma Maoderina no ilay bibidia ao amin’ny Apokalypsy fahafito ambin’ny folo izay itaingenan’i Babylona Maoderina sy anjakany. Samy hafa tahaka ny maha-samy hafa ny koboy iray sy ny soavaliny izy ireo, kanefa koa mijangajanga ara-panahy izy samy izy, koa amin’izany lafiny izany dia iray ihany izy. Misy fampiharana telo sosona roa hafa koa ao amin’ny faminaniana izay manana fifandraisana mitovitovy amin’izany.</w:t>
      </w:r>
    </w:p>
    <w:p>
      <w:pPr>
        <w:pStyle w:val="ArticleBody"/>
        <w:jc w:val="left"/>
      </w:pPr>
      <w:r>
        <w:rPr>
          <w:rFonts w:ascii="Times New Roman" w:hAnsi="Times New Roman" w:eastAsia="Times New Roman" w:cs="Times New Roman"/>
        </w:rPr>
        <w:t>Ny fisehoana roa voalohany an’i Elia (Elia sy Jaona Mpanao Batisa) no manangana an’ilay Elia fahatelo amin’ny andro farany. Miaraka amin’izany koa, ireo iraka roa voalohany izay manomana ny lalana ho an’ny Ilay Iraky ny Fanekena (Jaona Mpanao Batisa sy William Miller) no manangana an’ilay iraka izay manomana ny lalana ho an’ny Ilay Iraky ny Fanekena amin’ny andro farany. Misy hevitra lehibe telo tokony ho fantatra ao amin’ireo tsipika roa ireo amin’ny fampiharana in-telo ny faminaniana.</w:t>
      </w:r>
    </w:p>
    <w:p>
      <w:pPr>
        <w:pStyle w:val="ArticleBody"/>
        <w:jc w:val="left"/>
      </w:pPr>
      <w:r>
        <w:rPr>
          <w:rFonts w:ascii="Times New Roman" w:hAnsi="Times New Roman" w:eastAsia="Times New Roman" w:cs="Times New Roman"/>
        </w:rPr>
        <w:t>Teboka voalohany dia izao: ireo tena solontena ara-tantara amin’ireo andalana roa amin’ny fampiharana intelo ny faminaniana dia amin’ny ankapobeny ireo olona ara-tantara ihany; nefa ny tanjony ao anatin’ireo fanehoana roa ireo dia samy hafa mazava tsara. Ny teboka faharoa dia ny fahafantarana izay maha-samihafa ireo fampiharana intelo roa amin’ny faminaniana izay mifandray akaiky. Ny maha-samihafa azy dia izao: i Elia dia misolo tena asa ivelany amin’ny andro farany, ary ilay iraka manomana ny lalana ho an’ny Iraky ny Fanekena kosa dia misolo tena asa anatiny amin’ny andro farany.</w:t>
      </w:r>
    </w:p>
    <w:p>
      <w:pPr>
        <w:pStyle w:val="ArticleBody"/>
        <w:jc w:val="left"/>
      </w:pPr>
      <w:r>
        <w:rPr>
          <w:rFonts w:ascii="Times New Roman" w:hAnsi="Times New Roman" w:eastAsia="Times New Roman" w:cs="Times New Roman"/>
        </w:rPr>
        <w:t>Ny teboka fahatelo tokony homarihina dia izao: Jesosy, amin’ny maha Alfa sy Omega Azy, dia mampitovy ny Elia fahatelo, ary koa ny iraka fahatelo izay manamboatra ny lalana, amin’ny sady iraka-Elia voalohany no iraka-Elia farany, ary amin’ny sady iraka voalohany sy farany izay manamboatra ny lalana ho an’ny Iraky ny Fanekena. Ny iraka-Elian’ny anjely voalohany sy ny iraka-Elian’ny anjely fahatelo no mandrafitra ny fahatanterahana fahatelo an’i Elia, ary ilay iraka izay manamboatra ny lalana dia aseho ho iraky ny fihetsiketsehan’ny anjely voalohany sy fahatelo.</w:t>
      </w:r>
    </w:p>
    <w:p>
      <w:pPr>
        <w:pStyle w:val="ArticleBody"/>
        <w:jc w:val="left"/>
      </w:pPr>
      <w:r>
        <w:rPr>
          <w:rFonts w:ascii="Times New Roman" w:hAnsi="Times New Roman" w:eastAsia="Times New Roman" w:cs="Times New Roman"/>
        </w:rPr>
        <w:t>Elia mpaminany dia manome sary maneho ny fifanandrinana amin’ny andro farany eo amin’ny vahoakan’Andriamanitra sy ny firaisana telo sosona an’i Roma maoderina, ao amin’ilay fifanandrinana teo an-tendrombohitra Karmela.</w:t>
      </w:r>
    </w:p>
    <w:p>
      <w:pPr>
        <w:pStyle w:val="ArticleBody"/>
        <w:jc w:val="left"/>
      </w:pPr>
      <w:r>
        <w:rPr>
          <w:rFonts w:ascii="Times New Roman" w:hAnsi="Times New Roman" w:eastAsia="Times New Roman" w:cs="Times New Roman"/>
        </w:rPr>
        <w:t>Ny Tendrombohitra Karmela dia miorina any amin’ny faritra avaratr’i Isiraely, akaikin’ny morontsirak’i Mediteranea. Izy io dia mizotra eo ho eo avy any avaratra-andrefana mankany atsimo-atsinanana ary mamorona tandavan-tendrombohitra misongadina izay mivelatra manodidina ny 39 kilaometatra (63 kilometatra). Ny Lohasahan’i Megido, izay fantatra koa amin’ny anarana hoe Lohasahan’i Jezirela, dia miorina any atsimo-atsinanan’ny Tendrombohitra Karmela. Ny Tendrombohitra Karmela sy ny Lohasahan’i Megido dia somary mifanakaiky amin’ny lafiny halavirana. Ny elanelana misy eo amin’izy ireo, raha refesina mahitsy (araka ny sidin’ny goaika), dia eo ho eo amin’ny 20 ka hatramin’ny 25 kilaometatra (32 ka hatramin’ny 40 kilometatra). Any andrefan’ny Tendrombohitra Karmela no misy ny Ranomasina Mediteranea, ary any atsinanan’ny Lohasahan’i Megido sy ny Lohasahan’i Jezirela no misy ny Ranomasin’i Galilia, izay fantatra koa amin’ny anarana hoe farihin’i Tiberiady na farihin’i Kinereta.</w:t>
      </w:r>
    </w:p>
    <w:p>
      <w:pPr>
        <w:pStyle w:val="ArticleBody"/>
        <w:jc w:val="left"/>
      </w:pPr>
      <w:r>
        <w:rPr>
          <w:rFonts w:ascii="Times New Roman" w:hAnsi="Times New Roman" w:eastAsia="Times New Roman" w:cs="Times New Roman"/>
        </w:rPr>
        <w:t>Ao amin’ny Apokalypsy, ny adin’i Armagedona dia manondro ny Lohasahan’i Megido, ary tsy tian’ny tsindrimandry hinoan’ny mpianatra ny faminaniana fa ny bokin’ny Apokalypsy dia mampahafantatra ny hafany amin’ny heviny ara-bakiteny; koa rehefa nanondro an’i Armagedona (Megido) ho Armagedona izy, dia nampiasa ny teny hoe “har”, izay midika hoe tendrombohitra, mba hampiharihary fa io ady io dia fanehoana ara-panahy ny ady farany izay itarihan’ny dragona sy ny bibidia ary ny mpaminany sandoka izao tontolo izao ho amin’izany.</w:t>
      </w:r>
    </w:p>
    <w:p>
      <w:pPr>
        <w:pStyle w:val="ArticleBody"/>
        <w:jc w:val="left"/>
      </w:pPr>
      <w:r>
        <w:rPr>
          <w:rFonts w:ascii="Times New Roman" w:hAnsi="Times New Roman" w:eastAsia="Times New Roman" w:cs="Times New Roman"/>
        </w:rPr>
        <w:t>Amin’ny fanondroana an’i Megiddo ho Armagedona, dia nataon’i Jaona mazava tsara fa tsy tokony ho takarina ho toerana ara-jeografia ara-bakiteny izany, satria lohasaha i Megiddo ka tsy manana tendrombohitra. Eo akaiky eo no misy ny Tendrombohitra Karmela, izay nisehoan’ny fifandonan’i Elia tamin’i Ahaba sy ireo mpaminanin’i Jezebela; noho izany, samy fanoharana ny amin’ny ady farany ao Armagedona na i Megiddo na ny Tendrombohitra Karmela.</w:t>
      </w:r>
    </w:p>
    <w:p>
      <w:pPr>
        <w:pStyle w:val="ArticleBody"/>
        <w:jc w:val="left"/>
      </w:pPr>
      <w:r>
        <w:rPr>
          <w:rFonts w:ascii="Times New Roman" w:hAnsi="Times New Roman" w:eastAsia="Times New Roman" w:cs="Times New Roman"/>
        </w:rPr>
        <w:t>Raha hanao sary telozoro ianao ka ny tendrony dia i Jerosalema, ny Tendrombohitra Karmela, ary ny Lohasahan’i Megido, dia i Jerosalema no ho eo amin’ny zoro atsimo atsinanan’izany telozoro izany, ny Tendrombohitra Karmela eo amin’ny avaratra andrefana, ary ny Lohasahan’i Megido eo amin’ny avaratra atsinanana. Ny faritra izay maneho ara-panoharana ny adin’i Hara-magedona dia voafaritry ny ranomasina roa, ary ny mpanjakan’ny avaratra (ilay vehivavy janga, Babylona Ankehitriny) dia tonga amin’ny farany eo anelanelan’ny ranomasina sy ny tendrombohitra masina be voninahitra. Ary amin’izany andro izany dia mifarana ny fotoam-pitsapana ho an’ny olombelona.</w:t>
      </w:r>
    </w:p>
    <w:p>
      <w:pPr>
        <w:pStyle w:val="ArticleScripture"/>
        <w:jc w:val="left"/>
      </w:pPr>
      <w:r>
        <w:rPr>
          <w:rFonts w:ascii="Times New Roman" w:hAnsi="Times New Roman" w:eastAsia="Times New Roman" w:cs="Times New Roman"/>
        </w:rPr>
        <w:t>Fa hisy vaovao avy any atsinanana sy avy any avaratra hampitebiteby azy; koa hivoaka amin’ny fahavinirana lehibe izy mba handringana sy handevona tanteraka ny maro. Ary hamboleny eo anelanelan’ny ranomasina sy eo amin’ilay tendrombohitra masina be voninahitra ny lain’ny lapany; kanefa ho tonga amin’ny farany izy, ary tsy hisy hanampy azy. Ary amin’izany andro izany dia hitsangana Mikaela, ilay andriana lehibe izay miaro ny zanaky ny firenenao; ary hisy andro fahoriana izay tsy mbola nisy tahaka azy hatrizay nisian’ny firenena ka mandraka izany andro izany; ary amin’izany andro izany dia hovonjena ny firenenao, dia izay rehetra hita voasoratra ao amin’ny boky. Daniela 11:44–12:1.</w:t>
      </w:r>
    </w:p>
    <w:p>
      <w:pPr>
        <w:pStyle w:val="ArticleBody"/>
        <w:jc w:val="left"/>
      </w:pPr>
      <w:r>
        <w:rPr>
          <w:rFonts w:ascii="Times New Roman" w:hAnsi="Times New Roman" w:eastAsia="Times New Roman" w:cs="Times New Roman"/>
        </w:rPr>
        <w:t>Ny fampiharana intelo an’i Elia dia maneho ny fifanandrinana ivelany ataon’ny vahoakan’Andriamanitra amin’ny mpanjakan’ny avaratra, izay lohan’ilay firaisana telo sosona misy ny dragona sy ny bibidia ary ny mpaminany sandoka, izay mitarika izao tontolo izao ho any Armagedona. Ireo fahavalo telo nananan’i Elia, izay tandindon’ilay firaisana telo sosona, dia Ahaba, izay mpanjakan’ireo foko folo tany avaratra sady maneho ireo mpanjaka folo ao amin’ny Apokalypsy fahafito ambin’ny folo, izay mijangajanga amin’ilay vehivavy janga Babylona, ary izay manaiky hanome ny fanjakany ho an’ilay vehivavy janga mandritra ny “ora iray”, dia “ilay ora” amin’ny krizin’ny lalàn’ny Alahady. Ilay vehivavy janga Babylona dia nasehon’i Jezebela, ary ireo mpaminanin’i Bala an’i Jezebela sy ireo mpisoron’ny ala dia maneho ny mpaminany sandoka.</w:t>
      </w:r>
    </w:p>
    <w:p>
      <w:pPr>
        <w:pStyle w:val="ArticleBody"/>
        <w:jc w:val="left"/>
      </w:pPr>
      <w:r>
        <w:rPr>
          <w:rFonts w:ascii="Times New Roman" w:hAnsi="Times New Roman" w:eastAsia="Times New Roman" w:cs="Times New Roman"/>
        </w:rPr>
        <w:t>Ang krisis ng batas ng Linggo ay nagsisimula sa nalalapit na batas ng Linggo sa Estados Unidos at nagwawakas kapag si Miguel ay tumayo. Kapag dumating ang batas na iyon ng Linggo, ang ikalawang tinig ng Apocalipsis kabanata labingwalo ay tumatawag sa iba pang kawan ng Diyos upang lumabas sa Babilonia. Ang yugto ng panahon mula sa pagtawag na lumabas sa Babilonia hanggang sa pagsasara ng panahon ng biyaya ay ang yugto ng paghuhukom sa patutot ng Babilonia. Ito rin ang yugto ng panahon kung kailan ang Espiritu Santo ay ibinubuhos nang walang sukat. Ito ang “oras” na pinagkakasunduan ng sampung hari na magkasamang mamahala kasama ng patutot ng Tiro, na hindi na nalilimutan. Ito ang “oras” ng dakilang “lindol” ng Apocalipsis labing-isa, kung kailan ang isang daan at apatnapu’t apat na libo ay itinataas bilang isang watawat.</w:t>
      </w:r>
    </w:p>
    <w:p>
      <w:pPr>
        <w:pStyle w:val="ArticleScripture"/>
        <w:jc w:val="left"/>
      </w:pPr>
      <w:r>
        <w:rPr>
          <w:rFonts w:ascii="Times New Roman" w:hAnsi="Times New Roman" w:eastAsia="Times New Roman" w:cs="Times New Roman"/>
        </w:rPr>
        <w:t>Ary ny mpanjakan’ny tany, izay nijangajanga sy niara-nonina tamin-dravehivavy tamin’ny fahafinaretana sy ny rendrarendra, dia hitomany sy hitaraina noho ny aminy, rehefa hitany ny setroky ny fandoroana azy, ka hijoro lavitra noho ny fahatahorany ny fijaliany, sady hanao hoe: Indrisy, indrisy, ry Babylona, ilay tanàna lehibe, ilay tanàna mahery! fa tao anatin’ny ora iray monja no nahatongavan’ny fitsaranao. Apokalypsy 18:9, 10.</w:t>
      </w:r>
    </w:p>
    <w:p>
      <w:pPr>
        <w:pStyle w:val="ArticleBody"/>
        <w:jc w:val="left"/>
      </w:pPr>
      <w:r>
        <w:rPr>
          <w:rFonts w:ascii="Times New Roman" w:hAnsi="Times New Roman" w:eastAsia="Times New Roman" w:cs="Times New Roman"/>
        </w:rPr>
        <w:t>Tahaka ny nanondroan’i Jaona an’i Megido ho tendrombohitr’i Megido (“har”) mba hanamarihana fahamarinana ara-panahy fa tsy ara-bakiteny, dia aseho koa fa ny fitsarana an’ilay vehivavy janga avy any Babylona sy Tyro dia mitranga ao anatin’ny “ora,” ary koa ao anatin’ny “andro” iray.</w:t>
      </w:r>
    </w:p>
    <w:p>
      <w:pPr>
        <w:pStyle w:val="ArticleScripture"/>
        <w:jc w:val="left"/>
      </w:pPr>
      <w:r>
        <w:rPr>
          <w:rFonts w:ascii="Times New Roman" w:hAnsi="Times New Roman" w:eastAsia="Times New Roman" w:cs="Times New Roman"/>
        </w:rPr>
        <w:t>Koa ho tonga ao anatin’ny indray andro ny lozany: fahafatesana sy fisaonana ary mosary; ary hodorana amin’ny afo tanteraka izy; fa mahery ny Tompo Andriamanitra izay mitsara azy. Apokalypsy 18:8.</w:t>
      </w:r>
    </w:p>
    <w:p>
      <w:pPr>
        <w:pStyle w:val="ArticleBody"/>
        <w:jc w:val="left"/>
      </w:pPr>
      <w:r>
        <w:rPr>
          <w:rFonts w:ascii="Times New Roman" w:hAnsi="Times New Roman" w:eastAsia="Times New Roman" w:cs="Times New Roman"/>
        </w:rPr>
        <w:t>Taorian’ny 22 Oktobra 1844 dia tsy azo ampiharina ara-paminaniana intsony ny fotoana ara-paminaniana, ary noho izany ny fitsarana ny fahefan’ny papa dia aseho ho mitranga ao anatin’ny “ora” iray, ary koa ao anatin’ny “andro” iray. Ny “oran” ny fitsarany dia ny fe-potoana ara-paminaniana manomboka amin’ny lalàna momba ny Alahady any Etazonia ka hatramin’ny hifaranan’ny fotoam-pahasoavana. Zava-dehibe ny manamarika io fe-potoana io rehefa mandinika an’i Elia amin’ny andro farany, fa ny adin’i Elia tao an-tendrombohitra Karmela dia manaraka ny fizahan-toetra anatiny iainan’ny vahoakan’Andriamanitra amin’ny andro farany, ary ny fe-potoam-pitsapana ho an’ny fiangonana sy ho an’izao tontolo izao dia samy manana fiandohana sy fiafarana ara-paminaniana mitovy.</w:t>
      </w:r>
    </w:p>
    <w:p>
      <w:pPr>
        <w:pStyle w:val="ArticleBody"/>
        <w:jc w:val="left"/>
      </w:pPr>
      <w:r>
        <w:rPr>
          <w:rFonts w:ascii="Times New Roman" w:hAnsi="Times New Roman" w:eastAsia="Times New Roman" w:cs="Times New Roman"/>
        </w:rPr>
        <w:t>Ny feo roa ao amin’ny Apokalypsy toko fahavalo ambin’ny folo dia maneho antso roa samy hafa ho an’ny fiangonana roa. Ny fiangonana voalohany dia ny iray hetsy sy efatra alina sy efatra arivo ao amin’ny Apokalypsy toko fahafito, ary ny fiangonana faharoa izay antsoina dia ny vahoaka betsaka ao amin’ny Apokalypsy toko fahafito. Ny antso ho an’ny iray hetsy sy efatra alina sy efatra arivo dia atao amin’ny fotoana androtsahana ny Fanahy Masina araka ny fatra voafetra, ary ny antso ho an’ny vahoaka betsaka dia atao amin’ny fotoana androtsahana ny Fanahy Masina tsy araka ny fatra voafetra.</w:t>
      </w:r>
    </w:p>
    <w:p>
      <w:pPr>
        <w:pStyle w:val="ArticleScripture"/>
        <w:jc w:val="left"/>
      </w:pPr>
      <w:r>
        <w:rPr>
          <w:rFonts w:ascii="Times New Roman" w:hAnsi="Times New Roman" w:eastAsia="Times New Roman" w:cs="Times New Roman"/>
        </w:rPr>
        <w:t>Hoy ny mpaminany hoe: “Ary nahita anjely iray hafa nidina avy tany an-danitra aho, nanana hery lehibe; ary ny tany dia nohazavain’ny voninahiny. Ary niantso tamin-kery tamin’ny feo mahery izy ka nanao hoe: Rava! rava Babylona lehibe, ary tonga fonenan’ny demonia” (Apokalypsy 18:1, 2). Io no hafatra mitovy amin’izay nomen’ilay anjely faharoa. Rava Babylona, “satria nampisotroiny ny firenena rehetra ny divain’ny fahatezeran’ny fijangajangany” (Apokalypsy 14:8). Inona izany divay izany?—Ny fampianarany sandoka. Nomeny izao tontolo izao sabata sandoka ho solon’ny Sabatan’ny didy fahefatra, ary naveriny indray ilay lainga izay nolazain’i Satana voalohany tamin’i Eva tany Edena—dia ny tsy fahafatesan’ny fanahy araka ny natiora. Be dia be koa ny fahadisoana mifandraika amin’izany izay naeliny patrana, ka “ny didin’olombelona no ataony fampianarana” (Matio 15:9).</w:t>
      </w:r>
    </w:p>
    <w:p>
      <w:pPr>
        <w:pStyle w:val="ArticleScripture"/>
        <w:jc w:val="left"/>
      </w:pPr>
      <w:r>
        <w:rPr>
          <w:rFonts w:ascii="Times New Roman" w:hAnsi="Times New Roman" w:eastAsia="Times New Roman" w:cs="Times New Roman"/>
        </w:rPr>
        <w:t>“Rehefa nanomboka ny asa fanompoany ampahibemaso Jesosy, dia nodioviny ny Tempoly hiala amin’ny fanamasinana tsy mendrika sy fanevatevana masina natao taminy. Anisan’ny asa farany tamin’ny fanompoany ny fanadiovana fanindroany ny Tempoly. Toy izany koa, ao amin’ny asa farany ho fampitandremana izao tontolo izao, dia misy antso roa miavaka atao amin’ny fiangonana. Ny hafatry ny anjely faharoa dia hoe: ‘Rava Babylona, rava ilay tanàna lehibe, satria nampisotroiny ny firenena rehetra ny divain’ny fahatezeran’ny fijangajangany’ (Apokalypsy 14:8). Ary ao amin’ny antso mafy amin’ny hafatry ny anjely fahatelo dia re ny feo avy any an-danitra manao hoe: ‘Mivoaha aminy, ry oloko, mba tsy hiray ota aminy ianareo, ary mba tsy handray ny lozany. Fa tafakatra hatrany an-danitra ny fahotany, ary efa nahatsiaro ny helony Andriamanitra’ (Apokalypsy 18:4, 5).” Selected Messages, boky 2, 118.</w:t>
      </w:r>
    </w:p>
    <w:p>
      <w:pPr>
        <w:pStyle w:val="ArticleBody"/>
        <w:jc w:val="left"/>
      </w:pPr>
      <w:r>
        <w:rPr>
          <w:rFonts w:ascii="Times New Roman" w:hAnsi="Times New Roman" w:eastAsia="Times New Roman" w:cs="Times New Roman"/>
        </w:rPr>
        <w:t>Ilay anjely mahery dia nidina ho fahatanterahan’ny Apokalypsy toko fahavalo ambin’ny folo, rehefa naringana ireo trano lehibe tao New York City tamin’ny 11 Septambra 2001, tamin’ny fahatongavan’ilay “rivotra avy any atsinanana” dia ny finoana silamo. Ary niantso mafy tamin’ny feo mahery izy nanao hoe: “Rava Babylona lehibe, rava izy, ka tonga fonenan’ny demonia.” Ary avy eo ao amin’ny andininy fahaefatra dia misy feo hafa “re avy any an-danitra manao hoe: ‘Mivoaha avy ao aminy, ry oloko.’” Ireo feo roa ireo dia “antso roa miavaka atao amin’ny fiangonana.” Ny fiangonana roa miavaka an’Andriamanitra amin’ny andro farany dia fantatra ho ny iray hetsy sy efatra arivo sy efa-polo sy ny vahoaka betsaka.</w:t>
      </w:r>
    </w:p>
    <w:p>
      <w:pPr>
        <w:pStyle w:val="ArticleBody"/>
        <w:jc w:val="left"/>
      </w:pPr>
      <w:r>
        <w:rPr>
          <w:rFonts w:ascii="Times New Roman" w:hAnsi="Times New Roman" w:eastAsia="Times New Roman" w:cs="Times New Roman"/>
        </w:rPr>
        <w:t>Ny fotoam-pitsapana ho an’ilay efatra arivo sy efatra alina amby zato dia manomboka amin’ny finoana silamo amin’ny Loza fahatelo, izay ambaran’i Isaia ho “andron’ny rivotra avy any atsinanana.” Io fotoam-pitsapana io dia mifarana amin’ilay lalàna Alahady ho avy tsy ho ela any Etazonia sy amin’ny fampiharana ny mariky ny bibidia. Ny bibidia no mpanjakan’ny avaratra sandoka, lohan’i Babylona maoderina. I Babylona no liona ao amin’ny Daniela toko fahafito, ary ilay mpaminany tsy nankatò avy any Joda, izay misolo tena ny Advantisma Laodiseana, no maty ao anatin’ilay vanim-potoana izay manomboka amin’ny “ampondra” dia ny finoana silamo (11 Septambra 2001), ary mifarana amin’ny “liona” (Babylona Maoderina).</w:t>
      </w:r>
    </w:p>
    <w:p>
      <w:pPr>
        <w:pStyle w:val="ArticleBody"/>
        <w:jc w:val="left"/>
      </w:pPr>
      <w:r>
        <w:rPr>
          <w:rFonts w:ascii="Times New Roman" w:hAnsi="Times New Roman" w:eastAsia="Times New Roman" w:cs="Times New Roman"/>
        </w:rPr>
        <w:t>Ao anatin’ny vanim-potoana aseho ho “ny fasana” an’ilay mpaminany tsy mankatò ao amin’ny Advantisma Laodiseana, dia voazara araka ny fatrany ny ranonorana farany, raha antso miavaka kosa no atao ho an’ny fiangonan’ny efatra arivo sy iray alina amby iray hetsy. Rehefa mifarana izany vanim-potoana izany, amin’ilay “ora” an’ilay “horohorontany lehibe”, izay maneho ny lalàna alahady any Etazonia, dia tonga ny vanim-potoanan’ny feo faharoa ao amin’ny Apokalypsy fahavalo ambin’ny folo, miaraka amin’ny fampiharana ny mariky ny bibidia, izay mariky ny mpanjakan’ny avaratra. Mandritra izany fotoana izany koa, ny finoana silamo amin’ny Loza fahatelo dia ampiasaina hitondra fitsarana miandalana sady mihamafy amin’ny tontolo nivadika. Ny hafatra ambaran’ilay “faneva” an’ireo efatra arivo sy iray alina amby iray hetsy mandritra io antso faharoa miavaka io ho an’ny fiangonan’ilay “vahoaka betsaka” dia manondro ny “mariky” ny “mpanjakan’ny avaratra”, ary ny anjara asan’ny finoana silamo amin’ny Loza fahatelo, izay aseho ho “zanaky ny atsinanana”.</w:t>
      </w:r>
    </w:p>
    <w:p>
      <w:pPr>
        <w:pStyle w:val="ArticleBody"/>
        <w:jc w:val="left"/>
      </w:pPr>
      <w:r>
        <w:rPr>
          <w:rFonts w:ascii="Times New Roman" w:hAnsi="Times New Roman" w:eastAsia="Times New Roman" w:cs="Times New Roman"/>
        </w:rPr>
        <w:t>Ang balita na nagpapagalit sa kapangyarihang papal sa talatang apatnapu’t apat ng Daniel kabanata labing-isa, at ang balita na nagpapasimula sa pangwakas na papal na pagdanak ng dugo, ay inilarawan bilang “mga balita mula sa silangan” (Islam) at “sa hilaga” (ang tanda ng hayop). Sa panahong iyon, gaya ng sa naunang panahon, ang Islam ng “hanging silangan” ay nagdadala ng paghatol sa Estados Unidos upang pasimulan ang panahong iyon, at ang panahong iyon ay nagwawakas kapag ang hari ng hilaga ay sumapit sa kaniyang wakas, “sa pagitan ng mga dagat at ng maluwalhating banal na bundok,” sa libis ng Megiddo at sa Bundok ng Carmel.</w:t>
      </w:r>
    </w:p>
    <w:p>
      <w:pPr>
        <w:pStyle w:val="ArticleBody"/>
        <w:jc w:val="left"/>
      </w:pPr>
      <w:r>
        <w:rPr>
          <w:rFonts w:ascii="Times New Roman" w:hAnsi="Times New Roman" w:eastAsia="Times New Roman" w:cs="Times New Roman"/>
        </w:rPr>
        <w:t>Ny vanim-pitsarana ho an’i Babylona maoderina, izay maneho ny fandriam-pahafatesany (fasana), dia manomboka amin’ny tandindon’ny atsinanana ary mifarana amin’ny tandindon’ny avaratra, tahaka ny nifaranan’ny fandriam-pahafatesan’ilay mpaminany Laodiseana tsy nankatò tamin’ilay antso mazava voalohany ho amin’ny fiangonana. Ny fasana (fandriam-pahafatesana) izay nandevenana ilay mpaminany mpandainga avy any Betela sy ilay mpaminanin’i Joda tsy nankatò dia aseho eo anelanelan’ny “ampondra” sy ny “liona”.</w:t>
      </w:r>
    </w:p>
    <w:p>
      <w:pPr>
        <w:pStyle w:val="ArticleBody"/>
        <w:jc w:val="left"/>
      </w:pPr>
      <w:r>
        <w:rPr>
          <w:rFonts w:ascii="Times New Roman" w:hAnsi="Times New Roman" w:eastAsia="Times New Roman" w:cs="Times New Roman"/>
        </w:rPr>
        <w:t>I Elia dia maneho ny vahoakan’Andriamanitra amin’ny andro farany izay nifanandrina tamin’ny fahavalo telo sosona, izay nasehon’i Ahaba sy Jezebela ary ireo mpaminanin’i Jezebela. Jezebela no tandindon’ny fahefana papaly ao amin’ny fiangonana fahefatra, dia Tiatira, ary ireo mpaminaniny tao Karmela dia nasehon’ireo mpaminanin’i Bala sy ireo mpisoron’ny ala masina. Bala dia maneho andriamanitra lahy, ary ireo mpisoron’ny ala masina kosa dia naneho an’i Astarta, andriamanitra vavy; koa ireo mpaminany sandokan’i Jezebela dia nahitana lahy sy vavy, izay maneho ny fitambaran’ny Fiangonana sy ny Fanjakana, izay asehon’ny sarin’ilay bibidia ao amin’ny bokin’ny Apokalypsy.</w:t>
      </w:r>
    </w:p>
    <w:p>
      <w:pPr>
        <w:pStyle w:val="ArticleBody"/>
        <w:jc w:val="left"/>
      </w:pPr>
      <w:r>
        <w:rPr>
          <w:rFonts w:ascii="Times New Roman" w:hAnsi="Times New Roman" w:eastAsia="Times New Roman" w:cs="Times New Roman"/>
        </w:rPr>
        <w:t>I Etazonia no voalohany manangana ny sarin’ilay bibidia ao Etazonia, ary aorian’izany dia eo amin’izao tontolo izao; ary i Etazonia no mpaminany sandoka ao amin’ilay firaisana telo sosona. Ahaba, mpanjakan’ny foko folo, dia maneho ireo mpanjaka folo ao amin’ny Apokalypsy fahafito ambin’ny folo, izany hoe ilay dragona, ary Jezebela no bibidia. Elia dia nifanandrina tamin’ilay firaisana telo sosona an’i Babylona Maoderina teo an-Tendrombohitra Karmela, izay ihefaran’ilay vehivavy janga ao Babylona ka tsy misy hanampy azy. Ny fampiharana in-telo an’i Elia dia maneho ilay fifanandrinana ivelany entina manohitra ny vahoakan’Andriamanitra amin’ny andro farany, ary Elia dia maneho ilay mpaminany izay mifanehatra mivantana amin’ireo fahefana telo ireo.</w:t>
      </w:r>
    </w:p>
    <w:p>
      <w:pPr>
        <w:pStyle w:val="ArticleBody"/>
        <w:jc w:val="left"/>
      </w:pPr>
      <w:r>
        <w:rPr>
          <w:rFonts w:ascii="Times New Roman" w:hAnsi="Times New Roman" w:eastAsia="Times New Roman" w:cs="Times New Roman"/>
        </w:rPr>
        <w:t>Zava-dehibe iray ao amin’ny tantaran’i Elia ny “orana”, izay maneho ny ranonorana farany izay araraka ao amin’ny tantaran’ny fifandonana. Talohan’ny fifandonana teo an-tendrombohitra Karmela, dia nilaza mazava i Elia fa tsy hisy orana, afa-tsy amin’ny teniny ihany. Ny vanim-potoana mialoha ny “ora” fitsaran’i Jezebela dia ilay vanim-potoana asehon’ilay “feo” miavaka voalohany nomena ny fiangonana. Tonga tamin’ny 11 Septambra 2001 izany “feo” izany, ary nandritra izany vanim-potoana izany dia “nofaritana” fotsiny ny “orana”; ary tao anatin’izany vanim-potoana izany dia nisy hafatry ny ranonorana farany roa nifaninana izay tafiditra tao amin’ny adihevitr’i Habakoka. Ny iray dia ilay hafatra sandoka momba ny fitomaniana ho an’i Tamoza, izay naneho “hafatry ny fiadanana sy filaminana”; ary ny iray kosa dia ilay hafatra marina momba ny loza fahatelo an’ny Silamo.</w:t>
      </w:r>
    </w:p>
    <w:p>
      <w:pPr>
        <w:pStyle w:val="ArticleBody"/>
        <w:jc w:val="left"/>
      </w:pPr>
      <w:r>
        <w:rPr>
          <w:rFonts w:ascii="Times New Roman" w:hAnsi="Times New Roman" w:eastAsia="Times New Roman" w:cs="Times New Roman"/>
        </w:rPr>
        <w:t>Ny hafatry ny “orana farany” marina dia nifototra tamin’ny anjara asan’ny finoana silamo ao amin’ny Loza fahatelo. Avy tamin’ny loharano iray izany hafatra izany (izay Future for America), ary nifaninana mba hahazoana ny fahefana ambony ireo hafatra roa ireo mandra-panamarinan’ny tantara ny maha-marina ny hafatra marina, sady nanamafisany koa ny fahadalàn’ny hafatra hoe “fiadanana sy filaminana” amin’ny fotoana tahaka izao.</w:t>
      </w:r>
    </w:p>
    <w:p>
      <w:pPr>
        <w:pStyle w:val="ArticleScripture"/>
        <w:jc w:val="left"/>
      </w:pPr>
      <w:r>
        <w:rPr>
          <w:rFonts w:ascii="Times New Roman" w:hAnsi="Times New Roman" w:eastAsia="Times New Roman" w:cs="Times New Roman"/>
        </w:rPr>
        <w:t>“Ny faminanian’i Daniela sy i Jaona dia tokony ho fantarina. Mifanazava izy ireo. Manolotra amin’izao tontolo izao fahamarinana izay tokony ho fantatry ny tsirairay izy ireo. Ireo faminaniana ireo dia tokony ho vavolombelona eto amin’izao tontolo izao. Amin’ny fahatanterahany amin’izao andro farany izao, dia hanazava ny tenany izy ireo.” Kress Collection, 105.</w:t>
      </w:r>
    </w:p>
    <w:p>
      <w:pPr>
        <w:pStyle w:val="ArticleBody"/>
        <w:jc w:val="left"/>
      </w:pPr>
      <w:r>
        <w:rPr>
          <w:rFonts w:ascii="Times New Roman" w:hAnsi="Times New Roman" w:eastAsia="Times New Roman" w:cs="Times New Roman"/>
        </w:rPr>
        <w:t>Ny fahatanterahana voalohany an’i Elia ao amin’ilay fampiharana in-telo an’i Elia dia hamarinin’ilay Elia faharoa, izay nofaritan’i Jesosy ho Jaona Mpanao Batisa. Ireo vavolombelona roa ireo miaraka no mampiorina ilay Elia fahatelo.</w:t>
      </w:r>
    </w:p>
    <w:p>
      <w:pPr>
        <w:pStyle w:val="ArticleScripture"/>
        <w:jc w:val="left"/>
      </w:pPr>
      <w:r>
        <w:rPr>
          <w:rFonts w:ascii="Times New Roman" w:hAnsi="Times New Roman" w:eastAsia="Times New Roman" w:cs="Times New Roman"/>
        </w:rPr>
        <w:t>Ary raha nandeha izy ireo, dia nanomboka niteny tamin’ny vahoaka maro i Jesosy momba an’i Jaona hoe: Inona no nalehanareo tany an-efitra hojerenareo? Volotara hozongozonin’ny rivotra va? Fa inona no nalehanareo tany hojerenareo? Olona mitafy fitafiana malefaka va? Indro, izay mitafy fitafiana malefaka dia any an-tranon’ny mpanjaka. Fa inona no nalehanareo tany hojerenareo? Mpaminany va? Eny, lazaiko aminareo fa mihoatra noho ny mpaminany aza. Fa izy no ilay voasoratra hoe: Indro, Izaho maniraka ny irako eo alohanao, izay hanamboatra ny lalanao eo anoloanao. Lazaiko aminareo marina tokoa: Amin’izay nateraky ny vehivavy dia tsy mbola nisy nitsangana lehibe noho Jaona Mpanao-batisa; kanefa izay kely indrindra amin’ny fanjakan’ny lanitra dia lehibe noho izy. Ary hatramin’ny andron’i Jaona Mpanao-batisa ka mandraka ankehitriny dia asian-kery ny fanjakan’ny lanitra, ary ny mahery no misambotra azy an-keriny. Fa ny mpaminany rehetra sy ny lalàna dia naminany hatramin’i Jaona. Ary raha mety mandray izany ianareo, dia izy no Elia, izay ho avy. Izay manan-tsofina ho enti-mihaino, aoka izy hihaino. Matio 11:7–15.</w:t>
      </w:r>
    </w:p>
    <w:p>
      <w:pPr>
        <w:pStyle w:val="ArticleBody"/>
        <w:jc w:val="left"/>
      </w:pPr>
      <w:r>
        <w:rPr>
          <w:rFonts w:ascii="Times New Roman" w:hAnsi="Times New Roman" w:eastAsia="Times New Roman" w:cs="Times New Roman"/>
        </w:rPr>
        <w:t>Hotohizantsika ao amin’ny lahatsoratra manaraka ity fandinihana ity.</w:t>
      </w:r>
    </w:p>
    <w:p>
      <w:pPr>
        <w:pStyle w:val="ArticleScripture"/>
        <w:jc w:val="left"/>
      </w:pPr>
      <w:r>
        <w:rPr>
          <w:rFonts w:ascii="Times New Roman" w:hAnsi="Times New Roman" w:eastAsia="Times New Roman" w:cs="Times New Roman"/>
        </w:rPr>
        <w:t>“Ankehitriny, ao amin’ny fanahy sy ny herin’i Elia ary i Jaona Mpanao Batisa, dia iraky ny fanendren’Andriamanitra no miantso ny sain’izao tontolo voatendry hotsaraina izao ho amin’ireo toe-javatra manetriketrika izay efa ho tanteraka mifandray amin’ny ora famaranana ny fotoam-pahasoavana sy ny fisehoan’i Kristy Jesosy amin’ny maha-Mpanjakan’ny mpanjaka sy Tompon’ny tompo Azy. Tsy ho ela dia hotsaraina ny olona rehetra noho ny asa nataony tao amin’ny tena. Tonga ny andron’ny fitsaran’Andriamanitra, ary eo amin’ny mambran’ny fiangonany etỳ an-tany no iankinan’ny andraikitra manetriketrika hampitandrina ireo izay mijoro, toy ny hoe eo amin’ny sisin’ny faharavana mandrakizay indrindra. Amin’ny olombelona rehetra eran’izao tontolo midadasika izao izay mety hihaino, dia tsy maintsy hazavaina mazava ireo foto-kevitra iadian-kevitra ao amin’ilay fifanandrinana lehibe izay anatanterahana ady, dia foto-kevitra izay iankinan’ny anjaran’ny taranak’olombelona rehetra.”</w:t>
      </w:r>
    </w:p>
    <w:p>
      <w:pPr>
        <w:pStyle w:val="ArticleScripture"/>
        <w:jc w:val="left"/>
      </w:pPr>
      <w:r>
        <w:rPr>
          <w:rFonts w:ascii="Times New Roman" w:hAnsi="Times New Roman" w:eastAsia="Times New Roman" w:cs="Times New Roman"/>
        </w:rPr>
        <w:t>“Amin’izao ora farany amin’ny fotoam-pitsapana ho an’ny zanak’olombelona izao, raha efa tsy ho ela dia hotapahina mandrakizay ny anjaran’ny fanahy tsirairay, ny Tompon’ny lanitra sy ny tany dia manantena ny fiangonany hifoha hiasa tahaka ny mbola tsy nisy hatrizay. Ireo izay natao afaka ao amin’i Kristy tamin’ny alalan’ny fahalalana ny fahamarinana sarobidy dia heverin’i Jesosy Tompo ho olom-boafidiny, nahazo sitraka mihoatra noho ny vahoaka rehetra ambonin’ny tany; ary iankinany ny hanehoany ny fiderana Azy, Izay niantso azy hiala tamin’ny maizina ho amin’ny mazava mahagaga. Ny fitahiana izay omena betsaka tokoa dia tsy maintsy hampitaina amin’ny hafa. Ny vaovao mahafalin’ny famonjena dia tsy maintsy ho tonga any amin’ny firenena sy ny fokom-pirenena sy ny samy hafa fiteny ary ny olona rehetra.”</w:t>
      </w:r>
    </w:p>
    <w:p>
      <w:pPr>
        <w:pStyle w:val="ArticleScripture"/>
        <w:jc w:val="left"/>
      </w:pPr>
      <w:r>
        <w:rPr>
          <w:rFonts w:ascii="Times New Roman" w:hAnsi="Times New Roman" w:eastAsia="Times New Roman" w:cs="Times New Roman"/>
        </w:rPr>
        <w:t>“Tamin’ireo fahitana nomena ny mpaminany fahiny dia naseho fa ny Tompon’ny voninahitra dia hanome fahazavana manokana ho an’ny fiangonany amin’ny andro maizina sy ny tsi-finoana izay mialoha ny fihaviany fanindroany. Amin’ny maha-Masoandron’ny Fahamarinana Azy, dia hiseho eo amin’ny fiangonany Izy, ‘mitondra fanasitranana eo amin’ny elany.’ Malakia 4:2. Ary avy amin’ny mpianatra marina rehetra dia hiparitaka ny hery miasa mangina ho amin’ny fiainana, ny herim-po, ny fanampiana, ary ny fanasitranana marina.”</w:t>
      </w:r>
    </w:p>
    <w:p>
      <w:pPr>
        <w:pStyle w:val="ArticleScripture"/>
        <w:jc w:val="left"/>
      </w:pPr>
      <w:r>
        <w:rPr>
          <w:rFonts w:ascii="Times New Roman" w:hAnsi="Times New Roman" w:eastAsia="Times New Roman" w:cs="Times New Roman"/>
        </w:rPr>
        <w:t>“Ny fihavian’i Kristy dia hitranga amin’ny fotoana maizina indrindra eo amin’ny tantaran’ity tany ity. Ny andron’i Noa sy i Lota dia mampiseho mialoha ny toetry ny izao tontolo izao mialoha kelin’ny fihavian’ny Zanak’olona. Ny Soratra Masina, raha manondro mialoha izany fotoana izany, dia manambara fa Satana hiasa amin’ny hery rehetra sy ‘amin’ny fitaka rehetra momba ny tsi-fahamarinana.’ 2 Tesaloniana 2:9, 10. Ny asany dia miseho miharihary amin’ny fitomboan’ny haizina haingana, ny fahadisoana maro dia maro, ny fivadi-pinoana, ary ny famitahana amin’izao andro farany izao. Tsy hoe mitarika izao tontolo izao ho babo ihany Satana, fa ny fitaka ataony koa dia manenika toy ny masirasira ireo fiangonana milaza ho an’i Jesosy Kristy Tompontsika. Ny fihemorana lehibe amin’ny finoana dia hivoatra ho amin’ny haizina lalina tahaka ny sasakalina. Ho an’ny olon’Andriamanitra dia ho alina fitsapana izany, alina fisaonana, alina fanenjehana noho ny amin’ny fahamarinana. Nefa avy ao anatin’izany alin’ny haizina izany no hamirapiratan’ny fahazavan’Andriamanitra.”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Enina amby Sivy Folo</dc:title>
  <dc:subject>Ny Fampiharana Telozoro amin’ny Faminaniana: Fanokafana ny Rafitra Faminaniana ho an’ny Andro Farany</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