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Hoavin’i Amerika sy ny 18 Jolay 2020 - Laharana Fahaefatra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2023-09-19</w:t>
      </w:r>
    </w:p>
    <w:p>
      <w:pPr>
        <w:pStyle w:val="ArticleHeading"/>
        <w:jc w:val="left"/>
      </w:pPr>
      <w:r>
        <w:rPr>
          <w:rFonts w:ascii="Arial" w:hAnsi="Arial" w:eastAsia="Arial" w:cs="Arial"/>
        </w:rPr>
        <w:t>1863</w:t>
      </w:r>
    </w:p>
    <w:p>
      <w:pPr>
        <w:pStyle w:val="ArticleBody"/>
        <w:jc w:val="left"/>
      </w:pPr>
      <w:r>
        <w:rPr>
          <w:rFonts w:ascii="Times New Roman" w:hAnsi="Times New Roman" w:eastAsia="Times New Roman" w:cs="Times New Roman"/>
        </w:rPr>
        <w:t>Ny hafatry ny Daniela toko fahavalo sy fahasivy, izay asehon’ny ony Ulai, dia novohana tamin’ny taona 1798. Ny faminaniana ao amin’ny toko fahavalo dia nohazavain’i Gabriela tao amin’ny toko fahasivy, nefa tsy raha tsy efa nanao vavaka i Daniela, izay heverina ho iray amin’ireo vavaka olombelona manan-danja indrindra ao amin’ny Baiboly. Ao anatin’izany vavaka izany dia milaza i Daniela fa fantany fa haharitra fitopolo taona ny fandravana an’i Jerosalema, araka izay hitany tao amin’ny bokin’i Jeremia.</w:t>
      </w:r>
    </w:p>
    <w:p>
      <w:pPr>
        <w:pStyle w:val="ArticleScripture"/>
        <w:jc w:val="left"/>
      </w:pPr>
      <w:r>
        <w:rPr>
          <w:rFonts w:ascii="Times New Roman" w:hAnsi="Times New Roman" w:eastAsia="Times New Roman" w:cs="Times New Roman"/>
        </w:rPr>
        <w:t>Tamin’ny taona voalohany nanjakan’i Dariosa, zanak’i Ahasoerosy, avy tamin’ny taranak’ny Mediana, izay natao mpanjaka tamin’ny fanjakan’ny Kaldeana, dia tamin’ny taona voalohany nanjakany no nahafantarako izaho Daniela tamin’ny alalan’ny boky ny isan’ny taona izay nahatongavan’ny tenin’i Jehovah tamin’i Jeremia mpaminany, fa hahatanteraka fito-polo taona Izy amin’ny fandravana an’i Jerosalema. Daniela 9:1, 2</w:t>
      </w:r>
    </w:p>
    <w:p>
      <w:pPr>
        <w:pStyle w:val="ArticleBody"/>
        <w:jc w:val="left"/>
      </w:pPr>
      <w:r>
        <w:rPr>
          <w:rFonts w:ascii="Times New Roman" w:hAnsi="Times New Roman" w:eastAsia="Times New Roman" w:cs="Times New Roman"/>
        </w:rPr>
        <w:t>Nolazain’i Jeremia koa fa amin’ny faran’ireo fitopolo taona ireo dia ho faty i Belsazara, raha i Kyrosy, Jeneraly an’i Dariosa, handresy an’i Babylona.</w:t>
      </w:r>
    </w:p>
    <w:p>
      <w:pPr>
        <w:pStyle w:val="ArticleScripture"/>
        <w:jc w:val="left"/>
      </w:pPr>
      <w:r>
        <w:rPr>
          <w:rFonts w:ascii="Times New Roman" w:hAnsi="Times New Roman" w:eastAsia="Times New Roman" w:cs="Times New Roman"/>
        </w:rPr>
        <w:t>Ary io tany rehetra io dia ho tonga fandravàna sy zavatra mahatalanjona; ary ireo firenena ireo hanompo ny mpanjakan’i Babylona fito-polo taona. Ary rehefa tapitra ny fito-polo taona, dia hovaliko ny mpanjakan’i Babylona sy izany firenena izany, hoy Jehovah, noho ny helony, ary ny tanin’ny Kaldeana koa; ka hataoko ho fandravàna mandrakizay izany. Jeremia 25:11, 12.</w:t>
      </w:r>
    </w:p>
    <w:p>
      <w:pPr>
        <w:pStyle w:val="ArticleBody"/>
        <w:jc w:val="left"/>
      </w:pPr>
      <w:r>
        <w:rPr>
          <w:rFonts w:ascii="Times New Roman" w:hAnsi="Times New Roman" w:eastAsia="Times New Roman" w:cs="Times New Roman"/>
        </w:rPr>
        <w:t>Nambaran’i Daniela koa fa ny fitopolo taona nahafoana dia fahatanterahan’ny faminaniana voarakitr’i Mosesy.</w:t>
      </w:r>
    </w:p>
    <w:p>
      <w:pPr>
        <w:pStyle w:val="ArticleScripture"/>
        <w:jc w:val="left"/>
      </w:pPr>
      <w:r>
        <w:rPr>
          <w:rFonts w:ascii="Times New Roman" w:hAnsi="Times New Roman" w:eastAsia="Times New Roman" w:cs="Times New Roman"/>
        </w:rPr>
        <w:t>Eny, efa nandika ny lalànao ny Isiraely rehetra, dia tamin’ny nialany hiala mba tsy hankato ny feonao; koa naidina taminay ny ozona sy ny fianianana izay voasoratra ao amin’ny lalàn’i Mosesy, mpanompon’Andriamanitra, satria efa nanota taminy izahay. Ary nohamafisiny ny teniny izay nolazainy hamelezany anay sy ny mpitsaranay izay nitsara anay, tamin’ny nitondrany loza lehibe taminay; fa tsy mbola nisy natao ambanin’ny lanitra rehetra tahaka izay natao tamin’i Jerosalema. Araka izay voasoratra ao amin’ny lalàn’i Mosesy no nahatongavan’izany loza rehetra izany taminay; nefa tsy nanao fifonana teo anatrehan’i Jehovah Andriamanitray izahay, mba hialanay amin’ny helokay sy hahafantaranay ny fahamarinanao. Daniela 9:11–13.</w:t>
      </w:r>
    </w:p>
    <w:p>
      <w:pPr>
        <w:pStyle w:val="ArticleBody"/>
        <w:jc w:val="left"/>
      </w:pPr>
      <w:r>
        <w:rPr>
          <w:rFonts w:ascii="Times New Roman" w:hAnsi="Times New Roman" w:eastAsia="Times New Roman" w:cs="Times New Roman"/>
        </w:rPr>
        <w:t>Ny “fianianana” izay novakin’i Isiraely ka nahatonga ny “ozona” dia ilay “impito” ao amin’ny Levitikosy faha-enina amby roapolo. Ilay teny nadika hoe “impito” ao amin’ny Levitikosy faha-enina amby roapolo dia ilay teny Hebreo ihany izay nadika hoe “fianianana” ao amin’ny Daniela faha-sivy. Ny fianianan’i Mosesy, asehon’ilay teny nadika hoe “impito,” no faminaniana ara-potoana voalohany hitan’i William Miller, ary io no voalohany tamin’ireo fahamarinana fototra napetrany izay nafoy tamin’ny taona 1863. William Miller dia naneho an’i Elia, ary izany dia hamafisin’ny Fanahin’ny Faminaniana.</w:t>
      </w:r>
    </w:p>
    <w:p>
      <w:pPr>
        <w:pStyle w:val="ArticleScripture"/>
        <w:jc w:val="left"/>
      </w:pPr>
      <w:r>
        <w:rPr>
          <w:rFonts w:ascii="Times New Roman" w:hAnsi="Times New Roman" w:eastAsia="Times New Roman" w:cs="Times New Roman"/>
        </w:rPr>
        <w:t>“Olona an’arivony no voatarika handray ny fahamarinana notorìn’i William Miller, ary natsangana ireo mpanompon’Andriamanitra tamin’ny fanahy sy ny herin’i Elia mba hanambara ny hafatra.” Early Writings, 233.</w:t>
      </w:r>
    </w:p>
    <w:p>
      <w:pPr>
        <w:pStyle w:val="ArticleBody"/>
        <w:jc w:val="left"/>
      </w:pPr>
      <w:r>
        <w:rPr>
          <w:rFonts w:ascii="Times New Roman" w:hAnsi="Times New Roman" w:eastAsia="Times New Roman" w:cs="Times New Roman"/>
        </w:rPr>
        <w:t>Tamin’ny 1863 dia nifarana ny hetsika Millerita, satria ireo izay efa tao anatin’ilay hetsika taloha dia nanomboka ny fiangonana Advantista Mitandrina ny Andro Fahafito. Rehefa nanomboka ho fiangonana izy ireo dia nifarana ny hetsika. Nifarana izany rehefa namono an’i Mosesy izy ireo, araka ny aseho ao amin’ny “impito” ao amin’ny Levitikosy enina amby roapolo, ary tamin’izany fotoana izany ihany koa dia namono an’i Elia izy ireo, ilay iraka izay nanolotra ny “fianianana” an’i Mosesy tamin’ilay hetsika. Samy novonoina tamin’ny 1863 i Mosesy sy i Elia, ary tsy hatsangana amin’ny maty raha tsy aorian’ny 11 Septambra 2001, rehefa naverin’Andriamanitra tamin’ny lalana fahiny ny hetsika Future for America.</w:t>
      </w:r>
    </w:p>
    <w:p>
      <w:pPr>
        <w:pStyle w:val="ArticleBody"/>
        <w:jc w:val="left"/>
      </w:pPr>
      <w:r>
        <w:rPr>
          <w:rFonts w:ascii="Times New Roman" w:hAnsi="Times New Roman" w:eastAsia="Times New Roman" w:cs="Times New Roman"/>
        </w:rPr>
        <w:t>Ny Future for America dia nahafantatra fa ny 11 Septambra 2001 no fahatongavan’ilay loza fahatelo, ary izay manamafy fa ny fanondroana ny fanafihan’ny Islam tamin’ny 11 Septambra dia ny tantaran’ireo loza roa voalohany araka ny namantarin’ny Millerita azy, izay aseho manokana eo amin’ny tabilao navelan’ireo mpisava lalana tamin’ny 1843 sy 1850. Tamin’ny fiverenana amin’ny tantaran’ny Millerita mba hanohanana ny anjara toeran’ny Islam amin’izao andro maoderina izao, dia novohan’ny Tompo ny fahatakaran’ny Future for America ny amin’ny “impito” ao amin’ny Levitikosy 26, izay aseho an-tsary eo amin’ny tsanganana afovoany amin’ireo tabilao roa ireo. Ary amin’ireo tabilao roa ireo, ny ivon’ny tsanganana afovoany dia ny hazo fijaliana. Rehefa nitarika tamin’ny famokarana ireo tabilao roa an’i Habakoka Andriamanitra, dia nataony antoka fa ny “fianianana” nataon’i Mosesy, dia ny “impito” ao amin’ny Levitikosy 26, no ivon’ireo fanoharana ara-paminaniana rehetra hafa, ary teo amin’ireo tabilao roa ireo dia napetraka teo afovoany indrindra i Kristy.</w:t>
      </w:r>
    </w:p>
    <w:p>
      <w:pPr>
        <w:pStyle w:val="ArticleBody"/>
        <w:jc w:val="left"/>
      </w:pPr>
      <w:r>
        <w:rPr>
          <w:rFonts w:ascii="Times New Roman" w:hAnsi="Times New Roman" w:eastAsia="Times New Roman" w:cs="Times New Roman"/>
        </w:rPr>
        <w:t>Izany dia nifanaraka tamin’ny fe-potoana iray izay hita ao amin’ny faminaniana hafa, izay nohazavain’i Gabriela tao amin’ny toko fahasivy amin’i Daniela, ka nanambara fa Kristy hanamafy ny fanekena amin’ny maro mandritra ny herinandro iray.</w:t>
      </w:r>
    </w:p>
    <w:p>
      <w:pPr>
        <w:pStyle w:val="ArticleScripture"/>
        <w:jc w:val="left"/>
      </w:pPr>
      <w:r>
        <w:rPr>
          <w:rFonts w:ascii="Times New Roman" w:hAnsi="Times New Roman" w:eastAsia="Times New Roman" w:cs="Times New Roman"/>
        </w:rPr>
        <w:t>Ary hanamafy ny fanekena amin’ny maro mandritra ny herinandro iray izy; ary eo afovoan’ny herinandro no hampitsaharany ny fanatitra sy ny fanatitra aterina; ary noho ny fielezan’ny fahavetavetana dia hataony lao izany, mandra-pahatongan’ny fahataperana; ary izay voatendry dia haidina amin’izay natao lao. Daniela 9:27</w:t>
      </w:r>
    </w:p>
    <w:p>
      <w:pPr>
        <w:pStyle w:val="ArticleBody"/>
        <w:jc w:val="left"/>
      </w:pPr>
      <w:r>
        <w:rPr>
          <w:rFonts w:ascii="Times New Roman" w:hAnsi="Times New Roman" w:eastAsia="Times New Roman" w:cs="Times New Roman"/>
        </w:rPr>
        <w:t>Ny herinandro ara-paminaniana dia andro famantarana roa arivo sy dimanjato amby roapolo, ary ny faminaniana izay nohazavain’i Gabriela dia nanondro fa eo afovoany, na eo anivon’ireo andro famantarana roa arivo sy dimanjato amby roapolo ireo, no hanomboana an’i Kristy. Kristy no ivon’ilay “roa arivo sy dimanjato amby roapolo” eo amin’ireo tabilao roa an’i Habakoka, ary koa eo amin’ilay herinandro izay nanamafisany ny fanekena tamin’ny maro.</w:t>
      </w:r>
    </w:p>
    <w:p>
      <w:pPr>
        <w:pStyle w:val="ArticleBody"/>
        <w:jc w:val="left"/>
      </w:pPr>
      <w:r>
        <w:rPr>
          <w:rFonts w:ascii="Times New Roman" w:hAnsi="Times New Roman" w:eastAsia="Times New Roman" w:cs="Times New Roman"/>
        </w:rPr>
        <w:t>Tamin’ny taona 1863 no nanombohan’ny Advantisma ho fiangonana, ary novonoina ny hetsika Millerita izay efa nohamafisin’ny fanahin’i Elia. Nahatakatra ny hetsika Millerita fa, eo amin’ny sehatry ny fiangonana fito ao amin’ny Apokalypsy, dia izy ireo no fiangonan’i Filadelfia. Ireo izay nisaraka taminy taorian’ny Fahadisoam-panantenana Lehibe tamin’ny 1844 dia fantatra avy eo ho Laodiseana. Tamin’ny 1856, James White dia nanomboka andian-dahatsoratra tao amin’ny Review and Herald, nanambara fa ny hetsika izay nanomboka tamin’ny maha-Filadelfia dia efa tonga Laodisea, ary noho izany dia nilain’ny mambriny ny hitady ny fanafody natolotra ny fiangonana Laodiseana. Tamin’io taona io ihany, tao amin’io famoahana io ihany, James White dia namoaka andian-dahatsoratra nosoratan’i Hiram Edson momba ny faminaniana roa arivo sy diman-jato sy roapolo taona ao amin’ny Levitikosy enina amby roapolo. Tsy vita mihitsy ireo lahatsoratra ireo.</w:t>
      </w:r>
    </w:p>
    <w:p>
      <w:pPr>
        <w:pStyle w:val="ArticleBody"/>
        <w:jc w:val="left"/>
      </w:pPr>
      <w:r>
        <w:rPr>
          <w:rFonts w:ascii="Times New Roman" w:hAnsi="Times New Roman" w:eastAsia="Times New Roman" w:cs="Times New Roman"/>
        </w:rPr>
        <w:t>Rehefa nitarika ny hetsiky ny Future for America hiverina amin’ny lalana fahiny ny Tompo taorian’ny 11 Septambra 2001, dia hita indray ireo lahatsoratr’i Edson, ary sambany teo amin’ny tantara no nahafantarana fa samy ozona roa ireo fe-potoana roa arivo sy diman-jato sy roapolo taona. Ny iray dia namely ny foko folo tany avaratra, ary ny iray kosa namely ny foko roa tany atsimo. I Miller dia efa nanondro ny fito andro hanamelohana ny fanjakana atsimon’i Joda, fa i Edson kosa no nanondro ny fito andro hanamelohana ny fanjakana avaratr’i Isiraely. Hitan’ny Future for America fa samy tokony hampiharina izy roa tonta. Rehefa atambatra ireo fanaparitahana roa ireo, dia mamokatra fahazavana ara-paminaniana izay tsy mbola fantatr’i Miller na i Edson mihitsy.</w:t>
      </w:r>
    </w:p>
    <w:p>
      <w:pPr>
        <w:pStyle w:val="ArticleBody"/>
        <w:jc w:val="left"/>
      </w:pPr>
      <w:r>
        <w:rPr>
          <w:rFonts w:ascii="Times New Roman" w:hAnsi="Times New Roman" w:eastAsia="Times New Roman" w:cs="Times New Roman"/>
        </w:rPr>
        <w:t>Rehefa naverin’ny Tompo tamin’ny lalan-drazana i Future for America taorian’ny 2001, dia niverina ho velona ny “fianianana” an’i Mosesy ka nijoro tamin’ny tongony. Ny hafatra mifandray amin’ilay “fianianana” dia nasehon’ireo iraky ny anjely fahatelo tamin’izany, tahaka ny nanehoana sy nanehoana azy an’ohatra tamin’ny alalan’ireo iraky ny anjely voalohany. Future for America no hetsika izay nanambara ny hafatra asehon’i “Mosesy” tamin’ny herin’i “Elia,” ary Elia dia nanome mazava tsara ny fijoroana vavolombelon’i Mosesy mandra-pahatongan’ny famaranana andiana famelabelarana iray mitondra ny lohateny hoe Habakkuk’s Tables, izay nifarana tany amin’ny manodidina ny taona 2012. Rehefa nifarana io andiana famelabelarana io, dia niakatra mba hiady amin’i Mosesy sy Elia ilay bibidia avy amin’ny lavaka tsy hita noanoa. Izany ady izany dia nanomboka rehefa nanapa-kevitra i Future for America hampitsahatra ny asa izay efa nataony hatramin’ny 1996, ka hanomboka sekoly iray, izay noho ny fireharehany dia nantsoiny hoe The School of the Prophets. Tsara kokoa raha nantsoina hoe sekolin’ny mpaminany sandoka izany sekoly izany!</w:t>
      </w:r>
    </w:p>
    <w:p>
      <w:pPr>
        <w:pStyle w:val="ArticleBody"/>
        <w:jc w:val="left"/>
      </w:pPr>
      <w:r>
        <w:rPr>
          <w:rFonts w:ascii="Times New Roman" w:hAnsi="Times New Roman" w:eastAsia="Times New Roman" w:cs="Times New Roman"/>
        </w:rPr>
        <w:t>Ny korontana sy ny fisafotofotoana naterak’izany, rehefa nanomboka namela ireo izay tsy mbola nohamafisin’ny Tompo velively ho irany ny sekoly mba hampiditra ny heviny manokana, dia nifarana tamin’ny fahafatesan’ny Future for America tamin’ny 18 Jolay 2020. Tamin’izay fotoana izay dia novonoina teny an-dalambe i Mosesy sy Elia.</w:t>
      </w:r>
    </w:p>
    <w:p>
      <w:pPr>
        <w:pStyle w:val="ArticleScripture"/>
        <w:jc w:val="left"/>
      </w:pPr>
      <w:r>
        <w:rPr>
          <w:rFonts w:ascii="Times New Roman" w:hAnsi="Times New Roman" w:eastAsia="Times New Roman" w:cs="Times New Roman"/>
        </w:rPr>
        <w:t>Ary rehefa mahavita ny filazany izy, ilay bibidia miakatra avy amin’ny lavaka tsy hita noanoa dia hiady aminy, ka handresy azy sy hamono azy. Ary ny fatiny dia hiampatra eo amin’ny làlan’ny tanàna lehibe, izay ara-panahy no atao hoe Sodoma sy Egypta, sady izay nanomboana ny Tompontsika koa. Apokalypsy 11:7, 8.</w:t>
      </w:r>
    </w:p>
    <w:p>
      <w:pPr>
        <w:pStyle w:val="ArticleBody"/>
        <w:jc w:val="left"/>
      </w:pPr>
      <w:r>
        <w:rPr>
          <w:rFonts w:ascii="Times New Roman" w:hAnsi="Times New Roman" w:eastAsia="Times New Roman" w:cs="Times New Roman"/>
        </w:rPr>
        <w:t>Ny fijoroana ho vavolombelona azo itokiana dia ilay fijoroana izay nifarana tamin’ny famaranana ilay andian-dahatsoratra mitondra ny lohateny hoe Habakkuk’s Tables. Avy eo dia nanafika ilay bibidia. Tsy fantatro akory hoe iza no manaraka ireto lahatsoratra amin’izao fotoana izao, nefa heveriko fa ahitana, mitovy isa, ny fahavalon’ny Future for America sy ireo izay mbola miezaka ihany handray sy hiatrika ny fahadisoam-panantenana tamin’ny 18 Jolay. Koa noho izany dia antenaiko fa ireo izay ao anatin’ilay sokajy faritako ho fahavalo dia hanondro ny fomba isehoan’ity fampiharana ny tantara ara-paminaniana ity ho toy ny zavatra manompo tena, araka ny fijerin’izy ireo. Aoka izany ho toy izany. Fohy loatra ny fotoana ka tsy azo hihatsaravelatsihy hoe tsy voafaritra mazava ny tantaran’ny Future for America ho ilay hetsika izay efa nanehoan’ny hetsika Millerita tandindona azy, ary fohy loatra koa ny fotoana ka tsy azo hihatsaravelatsihy hoe ilay iraka olombelona Laodikia, izay tsy lavorary nefa natsangana hitarika tamin’io hetsika io, dia tsy nanehoan’i William Miller tandindona.</w:t>
      </w:r>
    </w:p>
    <w:p>
      <w:pPr>
        <w:pStyle w:val="ArticleBody"/>
        <w:jc w:val="left"/>
      </w:pPr>
      <w:r>
        <w:rPr>
          <w:rFonts w:ascii="Times New Roman" w:hAnsi="Times New Roman" w:eastAsia="Times New Roman" w:cs="Times New Roman"/>
        </w:rPr>
        <w:t>Miller dia Filadelfiana, ary izaho dia tonga tao amin’ny Advantisma avy amin’izao tontolo izao tamin’ny taona 1975, ka noho izany dia Advantista Laodiseana voamarina aho. Ny tantaram-piainako dia manaporofo izany zava-misy izany. Na izany aza, Ilay Andriamanitry ny lanitra, be famindram-po, dia vao haingana no nanoro ahy mba hanoratra ny hafatra izay asehony ankehitriny amiko ka handefa izany any amin’ireo fiangonana. Tonga niaraka tamin’izao teny fikasana izao ny toromariny, fa rehefa hatsangany amin’ny maty i Mosesy sy Elia, dia hatsangana amin’ny maty ho Filadelfiana izy ireo, fa tsy ho Laodiseana. Ilay hetsika izay nanomboka tao amin’ny tantara Millerita dia fotoanan’i Filadelfia, izay nony farany dia nihoatra ho any Laodisea tamin’ny 1856, rehefa nanomboka ny fizotry ny fandavany ireo fanorenana napetraky ny Millerita izy. Nanomboka izany fandavana izany tamin’ny fametrahana ankilabao ny fivoaran’ny fahazavana vaovao natolotra tamin’ny alalan’ny penin’i Hiram Edson. Fito taona tatỳ aoriana, tamin’ny 1863, dia novonoina ilay hetsik’i Elia izay efa nanolotra ny hafatr’i Mosesy. Tamin’io fotoana io ihany izay namonoana ilay hetsika, dia nampidirina fiangonana iray hanolo ny hetsika. Novonoina i Mosesy sy Elia teo am-piandohan’ny Advantisma, ary novonoina indray izy ireo teo amin’ny faran’ny Advantisma.</w:t>
      </w:r>
    </w:p>
    <w:p>
      <w:pPr>
        <w:pStyle w:val="ArticleBody"/>
        <w:jc w:val="left"/>
      </w:pPr>
      <w:r>
        <w:rPr>
          <w:rFonts w:ascii="Times New Roman" w:hAnsi="Times New Roman" w:eastAsia="Times New Roman" w:cs="Times New Roman"/>
        </w:rPr>
        <w:t>Tamin’ny fiafaran’i Laodikia ara-paminaniana, tamin’ny taona 1989, dia novahana ny fahitana ny reniranon’i Hiddekel, ary nisy hetsika iray nanomboka izay nateraky ny reny Laodikianina. Tsy tratra tampoka ny Tompo, ary fantany fa hamita ny asany momba ireo anjely telo Izy araka ny nanombohany izany. Hofaranany amin’ny alalan’ny hetsiky ny Filadelfiana izany, tahaka ny nanombohany azy; ary mba hanatanterahana izany, ilay hetsika izay Laodikianina tamin’ny nahaterahany dia tsy maintsy hovonoina ka hatsangana amin’ny maty ho Filadelfiana. Amin’ny fanaovana izany, ilay hetsika izay navoaka avy tao amin’ny fiangonana Laodikianina dia ho tonga ilay fahavalo izay avy amin’ny fito, ao anatin’ilay tantara mihitsy izay hahatonga ilay firaisana telo sosona ho ilay fahavalo izay avy amin’ny fito. Ary ao amin’io tantara io ihany koa, ny tandroky ny Repoblikanisma dia hiaina fitsanganan’ny fahavalo izay avy amin’ny fito sady efa novonoina tamin’ny alalan’ny “woke-ism”-n’i Egypta sy Sodoma; nefa io tsipika ara-paminaniana io dia horesahina any aoriana ao amin’ireo lahatsoratra.</w:t>
      </w:r>
    </w:p>
    <w:p>
      <w:pPr>
        <w:pStyle w:val="ArticleScripture"/>
        <w:jc w:val="left"/>
      </w:pPr>
      <w:r>
        <w:rPr>
          <w:rFonts w:ascii="Times New Roman" w:hAnsi="Times New Roman" w:eastAsia="Times New Roman" w:cs="Times New Roman"/>
        </w:rPr>
        <w:t>Ary ny olona avy amin’ny firenena sy fokom-pirenena sy fiteny ary ny firenena samihafa dia hijery ny fatin’izy ireo mandritra ny telo andro sy tapany, ary tsy havelany halevina ao am-pasana ny fatin’izy ireo. Ary izay monina ambonin’ny tany dia hifaly noho ny aminy, ary hiravoravo, ary hifandefa fanomezana; satria ireo mpaminany roa ireo dia nampijaly izay monina ambonin’ny tany. Ary rehefa afaka ny telo andro sy tapany, dia niditra tao aminy ny Fanahin’aina avy amin’Andriamanitra, ka nijoro tamin’ny tongony izy; ary tahotra lehibe no nahazo izay nahita azy. Apokalypsy 11:9–11.</w:t>
      </w:r>
    </w:p>
    <w:p>
      <w:pPr>
        <w:pStyle w:val="ArticleBody"/>
        <w:jc w:val="left"/>
      </w:pPr>
      <w:r>
        <w:rPr>
          <w:rFonts w:ascii="Times New Roman" w:hAnsi="Times New Roman" w:eastAsia="Times New Roman" w:cs="Times New Roman"/>
        </w:rPr>
        <w:t>Ny Future for America dia tsy nalevina tao am-pasana, fa navelany handry teo an-dalambe fotsiny teo amin’ilay toerana namonoana azy, raha mbola nifaly kosa ny fahavalony noho ny fahafatesany izay toa niseho. Kanefa, “rehefa afaka hateloana sy sasany, dia niditra tao aminy ny Fanahin’aina avy amin’Andriamanitra, ka nijoro tamin’ny tongony izy.” Tsy misy andro intsony, koa ireo andro telo sy tapany dia tandindona maneho enin-jato sy arivo sy roapolo andro na taona, izay ao amin’ny Apokalypsy toko faha-roa ambin’ny folo andininy faha-enina sy faha-efatra ambin’ny folo no maneho ny efitra izay nanitsakitsahana ny fitoerana masina sy ny miaramila. Raha nalevina tao am-pasana izy ireo, dia tsy ho teo an-dalambe izay ahafahana manitsakitsaka azy. Ny fanitsakitsahana ny Future for America dia tsy fe-potoana tandindona ihany, fa io no fe-potoana tandindon’ny hafatry ny “fito heny” izay asehon’ny fianianan’i Mosesy.</w:t>
      </w:r>
    </w:p>
    <w:p>
      <w:pPr>
        <w:pStyle w:val="ArticleScripture"/>
        <w:jc w:val="left"/>
      </w:pPr>
      <w:r>
        <w:rPr>
          <w:rFonts w:ascii="Times New Roman" w:hAnsi="Times New Roman" w:eastAsia="Times New Roman" w:cs="Times New Roman"/>
        </w:rPr>
        <w:t>Ary ho lavon’ny lelan-tsabatra izy, ary hoentina ho babo ho any amin’ny firenena rehetra; ary Jerosalema hohitsahin’ny Jentilisa mandra-pahatanteraky ny andron’ny Jentilisa. Lioka 21:24.</w:t>
      </w:r>
    </w:p>
    <w:p>
      <w:pPr>
        <w:pStyle w:val="ArticleBody"/>
        <w:jc w:val="left"/>
      </w:pPr>
      <w:r>
        <w:rPr>
          <w:rFonts w:ascii="Times New Roman" w:hAnsi="Times New Roman" w:eastAsia="Times New Roman" w:cs="Times New Roman"/>
        </w:rPr>
        <w:t>Misy fotoana intelo izay nanitsakitsahana an’i Jerosalema. Voalohany, tamin’i Babylona, hatramin’ny 677 talohan’i K. ka hatramin’ny 607 talohan’i K. Ny fanitsakitsahana faharoa dia nataon’i Roma mpanompo sampy, hatramin’ny taona 66 taorian’i K. ka hatramin’ny taona 70 taorian’i K. Ny fanintelony dia nataon’i Roma ara-panahy, nanomboka tamin’ny 538 ka hatramin’ny 1798. Ny fanitsakitsahana an’i Jerosalema nataon’ny Jentilisa, izay voatondro ao amin’ny Lioka toko faha-iraika amby roa-polo, dia ny enimpolo amby roanjato sy arivo taona nanjakan’ny papa. Ny Apokalypsy toko faha-iraika ambin’ny folo, izay ahitantsika ny fijoroana vavolombelon’i Mosesy sy Elia, dia manomboka amin’ny fanondroana izany fe-potoana izany.</w:t>
      </w:r>
    </w:p>
    <w:p>
      <w:pPr>
        <w:pStyle w:val="ArticleScripture"/>
        <w:jc w:val="left"/>
      </w:pPr>
      <w:r>
        <w:rPr>
          <w:rFonts w:ascii="Times New Roman" w:hAnsi="Times New Roman" w:eastAsia="Times New Roman" w:cs="Times New Roman"/>
        </w:rPr>
        <w:t>Ary nomena ahy ny volotara iray tahaka ny tsorakazo; ary nitsangana ilay anjely ka nanao hoe: Mitsangàna, ka refeso ny tempolin’Andriamanitra sy ny alitara ary izay mivavaka ao anatiny. Fa ny kianja izay eo ivelan’ny tempoly dia avelao, ary aza refesina; fa nomena ny Jentilisa izany; ary ny tanàna masina dia hohitsakitsahiny roa amby efa-polo volana. Apokalypsy 11:1, 2.</w:t>
      </w:r>
    </w:p>
    <w:p>
      <w:pPr>
        <w:pStyle w:val="ArticleBody"/>
        <w:jc w:val="left"/>
      </w:pPr>
      <w:r>
        <w:rPr>
          <w:rFonts w:ascii="Times New Roman" w:hAnsi="Times New Roman" w:eastAsia="Times New Roman" w:cs="Times New Roman"/>
        </w:rPr>
        <w:t>Ny baikon’i Jaona handrefy ny tempoly sy ireo mpivavaka ao anatiny dia maneho ny fisokafan’ny fitsarana tamin’ny taona 1844; satria ireo andininy roa teo alohany dia manondro fa niaina ny fangidian’ny Fahadisoam-panantenana Lehibe tamin’ny 1844 i Jaona, ary rehefa avy nilazana izy fa tsy maintsy mamerina ny asa fitoriana ny hafatra, ny andininy voalohany amin’ny toko faha-iraika ambin’ny folo dia manambara fa vao nanomboka tamin’izay ny fitsarana.</w:t>
      </w:r>
    </w:p>
    <w:p>
      <w:pPr>
        <w:pStyle w:val="ArticleScripture"/>
        <w:jc w:val="left"/>
      </w:pPr>
      <w:r>
        <w:rPr>
          <w:rFonts w:ascii="Times New Roman" w:hAnsi="Times New Roman" w:eastAsia="Times New Roman" w:cs="Times New Roman"/>
        </w:rPr>
        <w:t>“Tonga ny fotoana izay hanozongozonana ny zavatra rehetra azo hozongozonina, mba hitoeran’izay zavatra tsy azo hozongozonina. Ny raharaha rehetra dia entina hodinihina eo anatrehan’Andriamanitra; fa Izy no mandrefy ny tempolin’Andriamanitra sy izay mivavaka ao anatiny. ‘Izao zavatra izao no lazain’Ilay mihazona ny kintana fito eo an-tanany ankavanana, Ilay mandeha eo afovoan’ny fanaovan-jiro volamena fito: Fantatro ny asanao…. Misy zavatra iray ananako hanamelohana anao, dia izao: efa nahafoy ny fitiavanao voalohany ianao; koa tsarovy izay nihavian’ny fahalavoanao, ka mibebaha, ary ataovy ny asa voalohany; fa raha tsy izany dia ho avy aminao vetivety Aho ka hanaisotra ny fanaovan-jironao amin’ny fitoerany.’ ‘Mibebaha; fa raha tsy izany dia ho avy aminao vetivety Aho ka hiady aminao amin’ny sabatry ny vavako. Izay manan-tsofina, aoka izy hihaino izay lazain’ny Fanahy amin’ny fiangonana: Izay maharesy no homeko hihinana ny mana miafina, ary homeko vato fotsy izy, ary eo amin’ilay vato dia misy anarana vaovao voasoratra, izay tsy misy mahalala afa-tsy izay mandray azy.’” The 1888 Materials, 1116.</w:t>
      </w:r>
    </w:p>
    <w:p>
      <w:pPr>
        <w:pStyle w:val="ArticleBody"/>
        <w:jc w:val="left"/>
      </w:pPr>
      <w:r>
        <w:rPr>
          <w:rFonts w:ascii="Times New Roman" w:hAnsi="Times New Roman" w:eastAsia="Times New Roman" w:cs="Times New Roman"/>
        </w:rPr>
        <w:t>Satria i Jaona dia maneho ny fanokafana ny fitsarana famotopotorana tamin’ny 1844, dia nasaina navelany ny kianjan’ny tempoly, satria nomena ny Jentilisa izany, izay hanitsakitsaka ny tanàna masina mandritra ny arivo sy roanjato ary enim-polo taona. Lioka toko faha-iraika amby roapolo dia manambara fa ny Jentilisa no hanitsakitsaka an’i Jerosalema mandra-pahatanteraky ny “andron’ny” Jentilisa. Jaona ao amin’ny toko faha-iraika ambin’ny folo dia vao avy nanondro fa ny fotoana nanitsakitsahan’ny Jentilisa an’i Jerosalema dia ny tantara nanomboka tamin’ny 538 ka hatramin’ny 1798. Jaona dia manondro izany fe-potoana izany indroa ao amin’ny toko faha-iraika ambin’ny folo ho tany efitra, fotoana iray nandosiran’ny fiangonana mba hialana amin’ny fanenjehana nentin’ny papa.</w:t>
      </w:r>
    </w:p>
    <w:p>
      <w:pPr>
        <w:pStyle w:val="ArticleBody"/>
        <w:jc w:val="left"/>
      </w:pPr>
      <w:r>
        <w:rPr>
          <w:rFonts w:ascii="Times New Roman" w:hAnsi="Times New Roman" w:eastAsia="Times New Roman" w:cs="Times New Roman"/>
        </w:rPr>
        <w:t>Rehefa vonoina ka avela eo amin’ny arabe i Mosesy sy Elia mba hohitsakitsahina mandritra ny fe-potoana telo andro sy tapany, dia tokony ho azo fa ireo tantara telo teo aloha izay nanitsakitsahana an’i Jerosalema dia manondro ara-tandindona izany fe-potoana izany. Ao amin’ny Lioka toko faha-iraika amby roapolo, ny Jentilisa dia hanitsakitsaka ny tanàna masina mandra-pahatanteraky ny “andro”n’ny Jentilisa.</w:t>
      </w:r>
    </w:p>
    <w:p>
      <w:pPr>
        <w:pStyle w:val="ArticleBody"/>
        <w:jc w:val="left"/>
      </w:pPr>
      <w:r>
        <w:rPr>
          <w:rFonts w:ascii="Times New Roman" w:hAnsi="Times New Roman" w:eastAsia="Times New Roman" w:cs="Times New Roman"/>
        </w:rPr>
        <w:t>Noho izany, i Lioka dia manondro “fotoan’ny Jentilisa” mihoatra ny iray, kanefa fantatsika fa ny fahatanterahan’ny fotoan’ny Jentilisa dia tamin’ny 1798. Ny “fotoan’ny Jentilisa” voalohany dia nanomboka tamin’ny 723 tal. J.K., rehefa nohitsahin’i Asyria ny fanjakan’i Isiraely tany avaratra. Io fanitsakitsahana io no nanomboka ny fanosehana sy fanitsakitsahana nataon’ny hery jentilisa iray, ary nitohy hatramin’ny 538, rehefa notohizan’ny fahefana papa izany asa izany mandra-pahatongan’ny 1798. Ny fanompoan-tsampy no nampiely sy nanitsakitsaka an’i Isiraely ara-bakiteny, ary ny fivavahana papaly kosa no nampiely sy nanitsakitsaka an’i Isiraely ara-panahy. Ny “fotoanan’ny” Jentilisa dia maneho ireo roa arivo dimy amby zato sy roapolo taona ao amin’ny Levitikosy 26, izay maneho vanim-potoana roa nisian’ny fanitsakitsahana. Ny voalohany dia notanterahin’ny fanompoan-tsampy, araka ny nasehon’i Asyria, avy eo Babylona, ary avy eo Roma jentilisa. Ary avy eo, ilay hery faharoa mpandringana, izay nofaritan’i Miller tao anatin’ilay rafitra masina momba ny faminaniana izay nampiasainy, dia ny fivavahana papaly, izay hanohy ny fanitsakitsahana mandra-pahatongan’ny 1798. Ny fanitsakitsahan’ny fanompoan-tsampy sy ny fivavahana papaly dia ilay fanontaniana mihitsy atsangan’ny fifampiresahana any an-danitra, izay mamoaka ilay valiny izay fototra sy andry afovoan’ny Advantisma.</w:t>
      </w:r>
    </w:p>
    <w:p>
      <w:pPr>
        <w:pStyle w:val="ArticleScripture"/>
        <w:jc w:val="left"/>
      </w:pPr>
      <w:r>
        <w:rPr>
          <w:rFonts w:ascii="Times New Roman" w:hAnsi="Times New Roman" w:eastAsia="Times New Roman" w:cs="Times New Roman"/>
        </w:rPr>
        <w:t>Dia aku mendengar satu orang kudus berbicara, lalu seorang kudus yang lain berkata kepada orang kudus tertentu yang berbicara itu, Berapa lamakah penglihatan tentang korban sehari-hari itu, dan tentang pelanggaran yang mendatangkan kebinasaan itu, sehingga baik tempat kudus maupun bala tentara diserahkan untuk diinjak-injak? Maka ia berkata kepadaku, Sampai dua ribu tiga ratus hari; kemudian tempat kudus itu akan ditahirkan. Daniel 8:13, 14.</w:t>
      </w:r>
    </w:p>
    <w:p>
      <w:pPr>
        <w:pStyle w:val="ArticleBody"/>
        <w:jc w:val="left"/>
      </w:pPr>
      <w:r>
        <w:rPr>
          <w:rFonts w:ascii="Times New Roman" w:hAnsi="Times New Roman" w:eastAsia="Times New Roman" w:cs="Times New Roman"/>
        </w:rPr>
        <w:t>Ny anjely Gabriela sy ny anjely hafa dia nitarika an’i Miller hahatakatra fa ny “fanatitra isan’andro” dia nisolo tena ny fanompoan-tsampy, ary ny “fahadisoana mampahaofoana” kosa dia nisolo tena ny fahefana papa. Samy hanitsakitsaka ny fitoerana masina sy ny tafika na ny fanompoan-tsampy na ny fahefana papa. Koa ny “fotoanan’ny Jentilisa” izay resahin’i Lioka dia ireo vanim-potoana roa fanitsakitsahana, izay samy maharitra arivo sy eninjato amby roapolo taona, ary rehefa atambatra dia ireo fito fotoana ao amin’ny Levitikosy toko faha-enina amby roapolo.</w:t>
      </w:r>
    </w:p>
    <w:p>
      <w:pPr>
        <w:pStyle w:val="ArticleBody"/>
        <w:jc w:val="left"/>
      </w:pPr>
      <w:r>
        <w:rPr>
          <w:rFonts w:ascii="Times New Roman" w:hAnsi="Times New Roman" w:eastAsia="Times New Roman" w:cs="Times New Roman"/>
        </w:rPr>
        <w:t>Ny hafatry ny “fianianana” nataon’i Mosesy dia novonoina tamin’ny 1863, niaraka tamin’ilay iraka Elia izay nitondra ny hafatr’i Mosesy. Samy natsangana tamin’ny maty taorian’ny 11 Septambra 2001 na ny hafatr’i Mosesy na ilay iraka Elia. Rehefa avy notorina indray tamin’ny alalan’i Elia ny hafatr’i Mosesy, dia samy novonoina indray izy roa, ary avy eo dia navela teny an-dalambe ka tsy nalevina nandritra ny arivo sy roanjato ary enim-polo andro; izany dia fifandraisana mivantana amin’ny hafatry ny “fito heny” izay antsoin’i Daniela hoe “fianianana” nataon’i Mosesy. Ny hetsika sy ilay iraka izay mamerina ny hafatra Elian’i Mosesy, araka ny tandindon’i Miller sy ny Millerites, dia hijoro amin’ny tongony amin’ny farany ka hatsangana amin’ny maty.</w:t>
      </w:r>
    </w:p>
    <w:p>
      <w:pPr>
        <w:pStyle w:val="ArticleScripture"/>
        <w:jc w:val="left"/>
      </w:pPr>
      <w:r>
        <w:rPr>
          <w:rFonts w:ascii="Times New Roman" w:hAnsi="Times New Roman" w:eastAsia="Times New Roman" w:cs="Times New Roman"/>
        </w:rPr>
        <w:t>Ary rehefa afaka hateloana sy tapany, dia niditra tao aminy ny Fanahin’aina avy amin’Andriamanitra, ka nitsangana tamin’ny tongony izy; ary raiki-tahotra indrindra izay nahita azy. Ary nandre feo mahery avy tany an-danitra izy ireo nanao taminy hoe: Miakara aty. Dia niakatra ho any an-danitra tamin’ny rahona izy; ary nijery azy ny fahavalony. Apokalypsy 11:11, 12.</w:t>
      </w:r>
    </w:p>
    <w:p>
      <w:pPr>
        <w:pStyle w:val="ArticleBody"/>
        <w:jc w:val="left"/>
      </w:pPr>
      <w:r>
        <w:rPr>
          <w:rFonts w:ascii="Times New Roman" w:hAnsi="Times New Roman" w:eastAsia="Times New Roman" w:cs="Times New Roman"/>
        </w:rPr>
        <w:t>Hodinihintsika ao amin’ny lahatsoratra manaraka izao fahamarinana izao.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Hoavin’i Amerika sy ny 18 Jolay 2020 - Laharana Fahaefatra</dc:title>
  <dc:subject/>
  <dc:creator>Jeff Pippenger</dc:creator>
  <cp:keywords/>
  <dc:description>Generated by ArticleDigger from future_for_america\04_future_for_america.json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