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Hoavin’i Amerika sy ny 18 Jolay 2020 - Laharana Fito</w:t>
      </w:r>
    </w:p>
    <w:p>
      <w:pPr>
        <w:pStyle w:val="ArticleSubtitle"/>
        <w:jc w:val="left"/>
      </w:pPr>
      <w:r>
        <w:rPr>
          <w:rFonts w:ascii="Arial" w:hAnsi="Arial" w:eastAsia="Arial" w:cs="Arial"/>
        </w:rPr>
        <w:t>Ireo Mpitifitra Zana-tsipìka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2023-09-25</w:t>
      </w:r>
    </w:p>
    <w:p>
      <w:pPr>
        <w:pStyle w:val="ArticleBody"/>
        <w:jc w:val="left"/>
      </w:pPr>
      <w:r>
        <w:rPr>
          <w:rFonts w:ascii="Times New Roman" w:hAnsi="Times New Roman" w:eastAsia="Times New Roman" w:cs="Times New Roman"/>
        </w:rPr>
        <w:t>Nodinihinay tato ho ato tao amin’ny lahatsoratra iray ny amin’ny “enta-mavesatry ny lohasahan’ny fahitana” ao amin’ny Isaia roa amby roapolo. Tao no nanondroanay ny “lohasahan’ny fahitana” ho tandindon-jeografika maneho ny fanavahana ny Laodiseana sy ny Filadelfiana amin’ny “andro farany.” Izay namatotra ny virijina adala, dia ny Laodiseana, ho amboara ho an’ny afon’ny fandringanana dia ny “mpandefa zana-tsipìka.” Ny mpandefa zana-tsipìka ao amin’ny faminaniana ara-Baiboly dia maneho ny finoana silamo.</w:t>
      </w:r>
    </w:p>
    <w:p>
      <w:pPr>
        <w:pStyle w:val="ArticleScripture"/>
        <w:jc w:val="left"/>
      </w:pPr>
      <w:r>
        <w:rPr>
          <w:rFonts w:ascii="Times New Roman" w:hAnsi="Times New Roman" w:eastAsia="Times New Roman" w:cs="Times New Roman"/>
        </w:rPr>
        <w:t>Dia hoy Andriamanitra tamin’i Abrahama hoe: Aoka tsy hahory ny masonao izany noho ny amin’ilay zazalahy sy noho ny amin’ilay ankizivavinao; amin’izay rehetra nolazain’i Saraha taminao dia henoy ny feony; fa amin’i Isaka no hantsoina ny taranakao. Ary ny zanaky ny ankizivavy kosa dia hataoko firenena koa, satria taranakao izy. Ary nifoha maraina koa Abrahama, dia naka mofo sy siny hoditra nisy rano ka nomeny an’i Hagara, napetrany teo an-tsorony izany mbamin’ny zaza, dia nampandehaniny izy; ary lasa ravehivavy ka nirenireny tany an-efitr’i Beri-sheba. Ary lany ny rano tao amin’ny siny hoditra, ka nazerany teo ambanin’ny kirihitra anankiray ny zaza. Dia nandeha izy ka nipetraka tandrifiny teny lavidavitra kely, toy ny halaviran’ny tsipìka; fa hoy izy: Aoka tsy ho hitako ny fahafatesan’ny zaza. Dia nipetraka tandrifiny izy ka nanandra-peo nitomany. Ary ren’Andriamanitra ny feon’ilay zazalahy; ary ilay anjelin’Andriamanitra niantso an’i Hagara avy tany an-danitra ka nanao taminy hoe: Inona no mahazo anao, ry Hagara? Aza matahotra; fa ren’Andriamanitra ny feon’ilay zazalahy eo amin’izay misy azy. Mitsangàna, ento ilay zazalahy, ary tano mafy amin’ny tananao izy; fa hataoko firenena lehibe izy. Ary nampahiratin’Andriamanitra ny masony, ka nahita fantsakan-drano izy; dia nandeha nameno rano ny siny hoditra ka nampisotroiny ilay zazalahy. Ary Andriamanitra nomba ilay zazalahy; dia nitombo izy ka nonina tany an-efitra, ary tonga mpandefa zana-tsipìka. Genesisy 21:12–21.</w:t>
      </w:r>
    </w:p>
    <w:p>
      <w:pPr>
        <w:pStyle w:val="ArticleBody"/>
        <w:jc w:val="left"/>
      </w:pPr>
      <w:r>
        <w:rPr>
          <w:rFonts w:ascii="Times New Roman" w:hAnsi="Times New Roman" w:eastAsia="Times New Roman" w:cs="Times New Roman"/>
        </w:rPr>
        <w:t>Isimaely, zanak’i Hagara, dia voatendry ho tonga rain’ny firenenan’ny finoana silamo, ary naseho ho “mpandefa zana-tsipìka” izy. Ny filazana voalohany an’i Isimaely dia manondro ny anjara asany ao amin’ny faminaniana ara-Baiboly.</w:t>
      </w:r>
    </w:p>
    <w:p>
      <w:pPr>
        <w:pStyle w:val="ArticleScripture"/>
        <w:jc w:val="left"/>
      </w:pPr>
      <w:r>
        <w:rPr>
          <w:rFonts w:ascii="Times New Roman" w:hAnsi="Times New Roman" w:eastAsia="Times New Roman" w:cs="Times New Roman"/>
        </w:rPr>
        <w:t>Ary hoy ilay anjelin’i Jehovah taminy hoe: Indro, mitoe-jaza ianao, ka hiteraka zazalahy, ary ny anarany hataonao hoe Isimaela; satria Jehovah efa nandre ny fahorianao. Ary izy ho lehilahy dia; ny tànany hanohitra ny olona rehetra, ary ny tànan’ny olona rehetra hanohitra azy; ary honina eo anatrehan’ny rahalahiny rehetra izy. Genesisy 16:11, 12.</w:t>
      </w:r>
    </w:p>
    <w:p>
      <w:pPr>
        <w:pStyle w:val="ArticleBody"/>
        <w:jc w:val="left"/>
      </w:pPr>
      <w:r>
        <w:rPr>
          <w:rFonts w:ascii="Times New Roman" w:hAnsi="Times New Roman" w:eastAsia="Times New Roman" w:cs="Times New Roman"/>
        </w:rPr>
        <w:t>Ny firenen’ny Islamo dia “hanohitra ny olona rehetra,” ary “ny tanan’ny olona rehetra” dia “hanohitra azy.” Ny teny nadika hoe “dia” dia ilay ampondra dia arabo, ka hatramin’ny voalohan’i Ismaela amin’ny maha-tandindon’ny faminaniana azy dia ampifandraisina amin’ny “fianakavian’ny soavaly” izy, ary hampivondrona ny firenena rehetra amin’izao tontolo izao hanohitra ny fireneny izy.</w:t>
      </w:r>
    </w:p>
    <w:p>
      <w:pPr>
        <w:pStyle w:val="ArticleBody"/>
        <w:jc w:val="left"/>
      </w:pPr>
      <w:r>
        <w:rPr>
          <w:rFonts w:ascii="Times New Roman" w:hAnsi="Times New Roman" w:eastAsia="Times New Roman" w:cs="Times New Roman"/>
        </w:rPr>
        <w:t>Ny Millerita dia nahafantatra fa ny loza telo ao amin’ny Apokalypsy toko faha-sivy dia maneho ny tantara ara-paminanian’ny finoana silamo; ary tamin’ny fanaovany izany dia nasehony an-tsary ho toy ny soavaly ny finoana silamo teo amin’ireo tabilao masina roa tonta an’i Habakoka. Ireo tabilao ireo dia “notarihin’ny tanan’ny Tompo” ary efa nambaran’ny faminaniana ao amin’ny Habakoka toko faharoa. Ny fandavana ny fahamarinana fa ny finoana silamo no asehon’ireo loza telo ao amin’ny Apokalypsy toko faha-valo andininy faha-telo ambin’ny folo dia fandavana ny Fanahin’ny Faminaniana sy an’i Habakoka. Fandavana ny Baiboly sy ny Fanahin’ny Faminaniana izy izany.</w:t>
      </w:r>
    </w:p>
    <w:p>
      <w:pPr>
        <w:pStyle w:val="ArticleScripture"/>
        <w:jc w:val="left"/>
      </w:pPr>
      <w:r>
        <w:rPr>
          <w:rFonts w:ascii="Times New Roman" w:hAnsi="Times New Roman" w:eastAsia="Times New Roman" w:cs="Times New Roman"/>
        </w:rPr>
        <w:t>Ary nijery aho ka nandre anjely iray nanidina teo afovoan’ny lanitra, nanao tamin’ny feo mahery hoe: Lozà, lozà, lozà ho an’ny mponina etỳ an-tany noho ny feon’ny trompetra hafa an’ireo anjely telo izay mbola hitsoka! Apokalypsy 8:13.</w:t>
      </w:r>
    </w:p>
    <w:p>
      <w:pPr>
        <w:pStyle w:val="ArticleBody"/>
        <w:jc w:val="left"/>
      </w:pPr>
      <w:r>
        <w:rPr>
          <w:rFonts w:ascii="Times New Roman" w:hAnsi="Times New Roman" w:eastAsia="Times New Roman" w:cs="Times New Roman"/>
        </w:rPr>
        <w:t>Ny fandavana ny fahamarinana dia mitondra ho voafatotra ho amin’ny afon’ny fandringanana, ary ny Advantisma dia nanomboka ny fandavany tsikelikely ny fahamarinana tamin’ny 1863. Ny Islam no olana mampiray ny firenena rehetra amin’izao tontolo izao mandritra ny loza fahatelo. Naseho tamin’ny 11 Septambra 2001 izany firaisana izany, izay, amin’ny maha-marika voalohany amin’ny kotrokorana fito azy, dia tsy maintsy maneho koa ny marika farany amin’ny kotrokorana fito. Ny marika farany amin’ny kotrokorana fito amin’ny “andro farany” dia ny lalàna alahady, ary avy eo dia tonga haingana ny loza fahatelo. Ny hery mampahatezitra ny firenena dia ny Islam, ary tamin’ny andro farany dia nampahatezitra ny firenena ny Islam tamin’ny 11 Septambra 2001, nefa tamin’izany fotoana izany ihany koa dia “notazonina tsy hipoaka.” Tamin’izany fotoana izany dia nanomboka nitete mialoha ny ranonorana farany, mialoha ny firotsahany feno izay mitranga rehefa mampiomana ny tenany ny ampakarina.</w:t>
      </w:r>
    </w:p>
    <w:p>
      <w:pPr>
        <w:pStyle w:val="ArticleScripture"/>
        <w:jc w:val="left"/>
      </w:pPr>
      <w:r>
        <w:rPr>
          <w:rFonts w:ascii="Times New Roman" w:hAnsi="Times New Roman" w:eastAsia="Times New Roman" w:cs="Times New Roman"/>
        </w:rPr>
        <w:t>“Tamin’izany fotoana izany, raha hifarana ny asan’ny famonjena, dia ho avy amin’ny tany ny fahoriana, ary ho tezitra ny firenena, kanefa hotanana mba tsy hahasakana ny asan’ny anjely fahatelo. Amin’izany fotoana izany no hihavin’ny ‘orana farany,’ na ny famelombelomana avy amin’ny fanatrehan’ny Tompo, mba hanome hery ny feo mahery ataon’ny anjely fahatelo, sy hanomana ny olona masina hitoetra amin’ny andro izay handrarahana ireo loza fito farany.” Early Writings, 85.</w:t>
      </w:r>
    </w:p>
    <w:p>
      <w:pPr>
        <w:pStyle w:val="ArticleBody"/>
        <w:jc w:val="left"/>
      </w:pPr>
      <w:r>
        <w:rPr>
          <w:rFonts w:ascii="Times New Roman" w:hAnsi="Times New Roman" w:eastAsia="Times New Roman" w:cs="Times New Roman"/>
        </w:rPr>
        <w:t>Tamin’ny 11 Septambra 2001 no nanomboka ny fitsarana ny velona; tezitra ny firenena noho ny fanafihan’ny silamo an’i Etazonia, ary nanomboka nilatsaka ny ranonorana farany. Ny fitsarana dia manomboka amin’ny tranon’Andriamanitra, ary mifarana amin’ny fotoanan’ny krizin’ny lalàn’ny Alahady ny fitsarana ny tranon’Andriamanitra; avy eo no manomboka ny fitsaran’Andriamanitra ny ondry aman’osy hafa Azy. Maro no voarakitra ao anatin’io fahamarinana manan-danja indrindra io, nefa voarakitra tsara ao amin’ilay andiana lahatsoratra hoe, Habakkuk’s Tables, ireo fahamarinana ireo. Zava-dehibe ny nametrahana izany teto amin’ity lahatsoratra ity alohan’ny hiverenantsika amin’ny fitantaran’ny Apokalypsy toko faha-iraika ambin’ny folo.</w:t>
      </w:r>
    </w:p>
    <w:p>
      <w:pPr>
        <w:pStyle w:val="ArticleScripture"/>
        <w:jc w:val="left"/>
      </w:pPr>
      <w:r>
        <w:rPr>
          <w:rFonts w:ascii="Times New Roman" w:hAnsi="Times New Roman" w:eastAsia="Times New Roman" w:cs="Times New Roman"/>
        </w:rPr>
        <w:t>Ary tamin’izany ora izany indrindra dia nisy horohoron-tany lehibe; ary rava ny ampahafolon’ny tanàna, ary nisy olona fito arivo matin’ny horohoron-tany; ary ny sisa dia raiki-tahotra ka nanome voninahitra an’Andriamanitry ny lanitra. Lasa ny loza faharoa; ary, indro, avy faingana ny loza fahatelo. Apokalypsy 11:13, 14.</w:t>
      </w:r>
    </w:p>
    <w:p>
      <w:pPr>
        <w:pStyle w:val="ArticleBody"/>
        <w:jc w:val="left"/>
      </w:pPr>
      <w:r>
        <w:rPr>
          <w:rFonts w:ascii="Times New Roman" w:hAnsi="Times New Roman" w:eastAsia="Times New Roman" w:cs="Times New Roman"/>
        </w:rPr>
        <w:t>Ny “horohoron-tany lehibe” izay nanamarika ny fanonganana ny firenena Frantsa tamin’ny Tolom-piavotana frantsay dia maneho ny fanonganana an’i Etazonia amin’ny lalàn’ny Alahady. Ny fivadiham-pinoan’ny firenena dia harahin’ny fandringanana nasionaly, ary rehefa rava i Etazonia dia hovitrovitra hatrany amin’ny fotony ny tany manontolo, ka izany no tandindon’ny “horohoron-tany.” Amin’izany fotoana izany dia “tonga faingana ny loza fahatelo.” Ny finoana silamo dia aseho eo amin’ireo tabilao masina roa ho loza voalohany sy loza faharoa ao amin’ny Apokalypsy toko faha-sivy, ary raha ny loza voalohany dia ny finoana silamo ary ny loza faharoa dia ny finoana silamo, dia tsy maintsy ny finoana silamo koa no loza fahatelo, satria amin’ny fanambaran’ny roa no anorenana ny zavatra iray. Hofaizin’ny finoana silamo indray i Etazonia amin’ny lalàn’ny Alahady.</w:t>
      </w:r>
    </w:p>
    <w:p>
      <w:pPr>
        <w:pStyle w:val="ArticleBody"/>
        <w:jc w:val="left"/>
      </w:pPr>
      <w:r>
        <w:rPr>
          <w:rFonts w:ascii="Times New Roman" w:hAnsi="Times New Roman" w:eastAsia="Times New Roman" w:cs="Times New Roman"/>
        </w:rPr>
        <w:t>Miresaka momba ny lohasahan’ny taolana ao amin’i Ezekiela, dia manoratra izao manaraka izao i Rahavavy White.</w:t>
      </w:r>
    </w:p>
    <w:p>
      <w:pPr>
        <w:pStyle w:val="ArticleScripture"/>
        <w:jc w:val="left"/>
      </w:pPr>
      <w:r>
        <w:rPr>
          <w:rFonts w:ascii="Times New Roman" w:hAnsi="Times New Roman" w:eastAsia="Times New Roman" w:cs="Times New Roman"/>
        </w:rPr>
        <w:t>“Ny anjely no mihazona ny rivotra efatra, izay aseho ho toy ny soavaly tezitra mitady hiala amin’ny fatorana sy hirohotra manerana ny tany manontolo, mitondra fandringanana sy fahafatesana eo amin’izay lalany.”</w:t>
      </w:r>
    </w:p>
    <w:p>
      <w:pPr>
        <w:pStyle w:val="ArticleScripture"/>
        <w:jc w:val="left"/>
      </w:pPr>
      <w:r>
        <w:rPr>
          <w:rFonts w:ascii="Times New Roman" w:hAnsi="Times New Roman" w:eastAsia="Times New Roman" w:cs="Times New Roman"/>
        </w:rPr>
        <w:t>«Hatory eo amoron-tany indrindra amin’ny tontolo mandrakizay va isika? Ho donto sy hangatsiaka ary ho toy ny maty va isika? Endrey, enga anie ka ho ao amin’ny fiangonantsika ny Fanahy sy ny fofon’aina avy amin’Andriamanitra, voatsoka ao amin’ny olony, mba hitsanganany amin’ny tongony ka ho velona izy. Mila mahita isika fa tery ny lalana ary ety ny vavahady. Fa raha mandalo amin’ilay vavahady ety isika, dia tsy manam-petra ny sakany.» Manuscript Releases, volume 20, 217.</w:t>
      </w:r>
    </w:p>
    <w:p>
      <w:pPr>
        <w:pStyle w:val="ArticleBody"/>
        <w:jc w:val="left"/>
      </w:pPr>
      <w:r>
        <w:rPr>
          <w:rFonts w:ascii="Times New Roman" w:hAnsi="Times New Roman" w:eastAsia="Times New Roman" w:cs="Times New Roman"/>
        </w:rPr>
        <w:t>Ny hafatry ny “rivotra efatra” izay mampitsangana ireo mpaminany roa ao amin’ny Apokalypsy toko faha-iraika ambin’ny folo dia ilay hafatry ny soavaly tezitra ao amin’ny faminanian’ny Baiboly, araka ny aseho manerana ny fijoroana vavolombelon’ny Soratra Masina, nefa koa araka ny aseho ara-jery eo ambonin’ireo takelaka masina roa an’i Habakoka. Ny hafatra izay mampitsangana an’i Elia sy Mosesy dia ilay hafatry ny loza fahatelo izay tonga faingana rehefa voatsangana amin’ny tongony izy ireo; fa rehefa tonga ny lalàna alahady ary mamely indray ny finoana silamo, dia asandratra i Mosesy sy Elia ho faneva ho an’ny firenena.</w:t>
      </w:r>
    </w:p>
    <w:p>
      <w:pPr>
        <w:pStyle w:val="ArticleBody"/>
        <w:jc w:val="left"/>
      </w:pPr>
      <w:r>
        <w:rPr>
          <w:rFonts w:ascii="Times New Roman" w:hAnsi="Times New Roman" w:eastAsia="Times New Roman" w:cs="Times New Roman"/>
        </w:rPr>
        <w:t>Ny loza fahatelo amin’ny finoana silamo dia ny trompetra fahafito koa. Ny fiandohan’ny fanenoan’ny trompetra fahafito dia tamin’ny 22 Oktobra 1844, rehefa nanomboka ny fitsarana.</w:t>
      </w:r>
    </w:p>
    <w:p>
      <w:pPr>
        <w:pStyle w:val="ArticleScripture"/>
        <w:jc w:val="left"/>
      </w:pPr>
      <w:r>
        <w:rPr>
          <w:rFonts w:ascii="Times New Roman" w:hAnsi="Times New Roman" w:eastAsia="Times New Roman" w:cs="Times New Roman"/>
        </w:rPr>
        <w:t>Fa amin’ny andron’ny feon’ny anjely fahafito, raha vao manomboka mitsoka trompetra izy, dia ho tanteraka ny zava-miafina an’Andriamanitra, araka izay efa nambarany tamin’ny mpanompony, dia ny mpaminany. Apokalypsy 10:7.</w:t>
      </w:r>
    </w:p>
    <w:p>
      <w:pPr>
        <w:pStyle w:val="ArticleBody"/>
        <w:jc w:val="left"/>
      </w:pPr>
      <w:r>
        <w:rPr>
          <w:rFonts w:ascii="Times New Roman" w:hAnsi="Times New Roman" w:eastAsia="Times New Roman" w:cs="Times New Roman"/>
        </w:rPr>
        <w:t>Ny “andron’ny feon’ny anjely fahafito” dia ny andron’ny fitsarana famotopotorana, izay nanomboka tamin’ny 22 Oktobra 1844. Tamin’izany no niandohan’ny fitsarana ny maty. Raha vao tonga faingana ny loza fahatelo, dia marihina indray ny fanenoan’ny trompetra fahafito. Tsy ny fiandohan’ny fitsarana famotopotorana izany fanenoana izany, fa ny fiafaran’ny fitsarana ny ankohonan’Andriamanitra sy ny fiandohan’ny fitsarana ny ondry hafa an’Andriamanitra.</w:t>
      </w:r>
    </w:p>
    <w:p>
      <w:pPr>
        <w:pStyle w:val="ArticleScripture"/>
        <w:jc w:val="left"/>
      </w:pPr>
      <w:r>
        <w:rPr>
          <w:rFonts w:ascii="Times New Roman" w:hAnsi="Times New Roman" w:eastAsia="Times New Roman" w:cs="Times New Roman"/>
        </w:rPr>
        <w:t>Dia nitsoka ny anjely fahafito; ary nisy feo mahery tany an-danitra nanao hoe: Ny fanjakana amin’izao tontolo izao dia efa tonga fanjakan’ny Tompontsika sy ny Kristiny; ary hanjaka mandrakizay doria Izy. Ary ny loholona efatra amby roa-polo, izay nipetraka teo anatrehan’Andriamanitra teo amin’ny seza fiandrianany, dia niankohoka tamin’ny tavany ka niankohoka teo anatrehan’Andriamanitra, nanao hoe: Misaotra Anao izahay, Tompo Andriamanitra Tsitoha ô, Ilay ankehitriny sy taloha ary ho avy; satria noraisinao ho Anao ny herinao lehibe, ka manjaka Hianao. Apokalypsy 11:15–17.</w:t>
      </w:r>
    </w:p>
    <w:p>
      <w:pPr>
        <w:pStyle w:val="ArticleBody"/>
        <w:jc w:val="left"/>
      </w:pPr>
      <w:r>
        <w:rPr>
          <w:rFonts w:ascii="Times New Roman" w:hAnsi="Times New Roman" w:eastAsia="Times New Roman" w:cs="Times New Roman"/>
        </w:rPr>
        <w:t>Ny “zava-miafin’Andriamanitra” dia Kristy ao anatintsika, fanantenan’ny voninahitra, izay tanteraka amin’ilay vanim-potoana ijoroan’i Mosesy sy Elia ka ananganana azy ireo amin’ny maty amin’ny alalan’ny hafatra avy amin’ny Tenin’Andriamanitra izay mampahafantatra ny Silamo. Raha raisina ny hafatra dia mamatotra fanahy iray ho amin’ny trano fanangonana any an-danitra izany; fa ho an’izay mandà ny hafatra kosa dia hafatry ny mpandefa zana-tsipìkan’ny Silamo no mamatotra azy ireo ho amboara mba hodorana ao amin’ny afon’ny fandringanana. Ny hafatry ny trompetra fahafito no manisy tombo-kase mialoha ireo iray hetsy sy efatra alina sy efatra arivo, alohan’ny hanandratana azy ho faneva mba hampidirana ny andian’ondrin’Andriamanitra hafa. Ireo mpaminany roa izay natsangana tamin’ny maty dia tsy maintsy voaisy tombo-kase aloha, vao azo ampitandremana izao tontolo izao.</w:t>
      </w:r>
    </w:p>
    <w:p>
      <w:pPr>
        <w:pStyle w:val="ArticleScripture"/>
        <w:jc w:val="left"/>
      </w:pPr>
      <w:r>
        <w:rPr>
          <w:rFonts w:ascii="Times New Roman" w:hAnsi="Times New Roman" w:eastAsia="Times New Roman" w:cs="Times New Roman"/>
        </w:rPr>
        <w:t>“Ny asan’ny Fanahy Masina dia ny handresy lahatra izao tontolo izao ny amin’ny ota sy ny fahamarinana ary ny fitsarana. Tsy misy afa-tsy amin’ny fahitana ireo izay mino ny fahamarinana hohamasinina amin’ny alalan’ny fahamarinana, ka miasa araka ny foto-kevitra ambony sy masina, sady mampiseho amin’ny hevitra avo sy manandratra ny tsipika manasaraka mazava ireo izay mitandrina ny didin’Andriamanitra sy ireo izay manitsakitsaka izany eo ambanin’ny tongony, no ahafahan’izao tontolo izao ampitandremana. Ny fanamasinan’ny Fanahy no manamarika ny fahasamihafana misy eo amin’ireo izay manana ny tombo-kasen’Andriamanitra sy ireo izay mitandrina andro fitsaharana sandoka. Rehefa tonga ny fizahan-toetra, dia haseho mazava izay atao hoe mariky ny bibidia. Izany dia ny fitandremana ny Alahady. Ireo izay, rehefa avy nandre ny fahamarinana, mbola manohy mihevitra io andro io ho masina, dia mitondra ny sonian’ilay lehilahin’ota, izay nihevitra hanova ny fotoana sy ny lalàna. Bible Training School, 1 Desambra 1903.”</w:t>
      </w:r>
    </w:p>
    <w:p>
      <w:pPr>
        <w:pStyle w:val="ArticleBody"/>
        <w:jc w:val="left"/>
      </w:pPr>
      <w:r>
        <w:rPr>
          <w:rFonts w:ascii="Times New Roman" w:hAnsi="Times New Roman" w:eastAsia="Times New Roman" w:cs="Times New Roman"/>
        </w:rPr>
        <w:t>Rehefa hatsangana ho saina ho an’ny firenena ny iray hetsy sy efatra alina sy efatra arivo, dia ho tezitra ny firenena. Ny hery izay mampahatezitra ny firenena ao amin’ny faminaniana ara-Baiboly dia ny finoana silamo. Hamelezan’ny finoana silamo indray an’i Etazonia amin’ny lalàn’ny Alahady.</w:t>
      </w:r>
    </w:p>
    <w:p>
      <w:pPr>
        <w:pStyle w:val="ArticleScripture"/>
        <w:jc w:val="left"/>
      </w:pPr>
      <w:r>
        <w:rPr>
          <w:rFonts w:ascii="Times New Roman" w:hAnsi="Times New Roman" w:eastAsia="Times New Roman" w:cs="Times New Roman"/>
        </w:rPr>
        <w:t>Ary tezitra ny firenena, ary tonga ny fahatezeranao sy ny fotoan’ny maty hotsaraina, ary ny hanomezanao valisoa ny mpanomponao mpaminany sy ny olo-masina ary izay matahotra ny anaranao, na ny madinika na ny lehibe; ary ny handringananao izay manimba ny tany. Ary nosokafana tany an-danitra ny tempolin’Andriamanitra, ka hita tao amin’ny tempoliny ny fiaran’ny fanekeny; ary nisy tselatra sy feo sy kotrokorana ary horohoron-tany sy havandra lehibe. Apokalypsy 11:18, 19.</w:t>
      </w:r>
    </w:p>
    <w:p>
      <w:pPr>
        <w:pStyle w:val="ArticleBody"/>
        <w:jc w:val="left"/>
      </w:pPr>
      <w:r>
        <w:rPr>
          <w:rFonts w:ascii="Times New Roman" w:hAnsi="Times New Roman" w:eastAsia="Times New Roman" w:cs="Times New Roman"/>
        </w:rPr>
        <w:t>Aorian’ireto andiana zava-nitranga ara-paminaniana ireto, dia asehon’i Jaona ny fiangonana izay ho faneva.</w:t>
      </w:r>
    </w:p>
    <w:p>
      <w:pPr>
        <w:pStyle w:val="ArticleScripture"/>
        <w:jc w:val="left"/>
      </w:pPr>
      <w:r>
        <w:rPr>
          <w:rFonts w:ascii="Times New Roman" w:hAnsi="Times New Roman" w:eastAsia="Times New Roman" w:cs="Times New Roman"/>
        </w:rPr>
        <w:t>Ary nisy famantarana lehibe niseho tany an-danitra: vehivavy iray nitafy ny masoandro, ary ny volana teo ambanin’ny tongony, ary teo an-dohany nisy satroboninahitra kintana roa ambin’ny folo. Ary raha nitoe-jaza izy, dia niantso mafy noho ny fanaintainan’ny fiterahana sy nijaly hiteraka. Apokalypsy 12:1.</w:t>
      </w:r>
    </w:p>
    <w:p>
      <w:pPr>
        <w:pStyle w:val="ArticleBody"/>
        <w:jc w:val="left"/>
      </w:pPr>
      <w:r>
        <w:rPr>
          <w:rFonts w:ascii="Times New Roman" w:hAnsi="Times New Roman" w:eastAsia="Times New Roman" w:cs="Times New Roman"/>
        </w:rPr>
        <w:t>Eto no ilay fiangonana izay novonoina, nohitsakitsahina, natsangana tamin’ny maty, ary avy eo nakarina ho any an-danitra raha mamirapiratra amin’ny voninahitry ny masoandro ny fanevan’Andriamanitra. Mijoro eo ambonin’ny volana izy ireo, izay maneho ny aloky ny kintana roa ambin’ny folo eo amin’ny satroboninahiny. Izany aloka izany dia ny foko roa ambin’ny folo tamin’i Isiraely fahiny, izay nanondro mialoha sy nitaratra ny mpianatra roa ambin’ny folo, dia ireo kintana roa ambin’ny folo eo amin’ny satroboninahiny. Ny fiandohan’i Isiraely fahiny dia maneho mialoha ny fiafaran’i Isiraely fahiny ao amin’ilay fanoharana.</w:t>
      </w:r>
    </w:p>
    <w:p>
      <w:pPr>
        <w:pStyle w:val="ArticleBody"/>
        <w:jc w:val="left"/>
      </w:pPr>
      <w:r>
        <w:rPr>
          <w:rFonts w:ascii="Times New Roman" w:hAnsi="Times New Roman" w:eastAsia="Times New Roman" w:cs="Times New Roman"/>
        </w:rPr>
        <w:t>Ny vehivavy dia efa hiteraka zaza, izay manondro ny nahaterahan’i Kristy tamin’ny faran’ny Isiraely fahiny, nefa ankehitriny kosa maneho ny fahaterahan’ny Jentilisa izay mivoaka avy ao Babylona ka miray amin’ny iray hetsy sy efatra arivo amby efa-polo arivo. Raha vantany vao asandratra ho faneva i Elia sy Mosesy, dia aterany ny ondry hafa an’Andriamanitra izay hamaly ny faneva.</w:t>
      </w:r>
    </w:p>
    <w:p>
      <w:pPr>
        <w:pStyle w:val="ArticleBody"/>
        <w:jc w:val="left"/>
      </w:pPr>
      <w:r>
        <w:rPr>
          <w:rFonts w:ascii="Times New Roman" w:hAnsi="Times New Roman" w:eastAsia="Times New Roman" w:cs="Times New Roman"/>
        </w:rPr>
        <w:t>Ny “izao tontolo izao dia tsy afaka ampitandremana afa-tsy” amin’ny fahitana ny iray hetsy sy efatra arivo amby efatra alina atsangana ho faneva mandritra ny fotoam-pahoriana izay manomboka amin’ny lalàn’ny Alahady any Etazonia. Ireo izay mivoaka avy ao Babylona ka mijoro miaraka amin’ny iray hetsy sy efatra arivo amby efatra alina dia aseho ho ilay vahoaka betsaka tsy tambo isaina. Ireo antokon’olona roa ireo, izay hita ao amin’ny Apokalypsy toko faha-7, dia asehon’i Mosesy sy Elia teo an-tendrombohitry ny Fiovan-tarehy, ary ny fiangonan’Andriamanitra mandresy izay hatsangana amin’ny maty ka hasandratra ho faneva dia hiaraka amin’ny ondry hafa an’Andriamanitra izay mbola ao Babylona amin’izany andro farany mahory izany.</w:t>
      </w:r>
    </w:p>
    <w:p>
      <w:pPr>
        <w:pStyle w:val="ArticleScripture"/>
        <w:jc w:val="left"/>
      </w:pPr>
      <w:r>
        <w:rPr>
          <w:rFonts w:ascii="Times New Roman" w:hAnsi="Times New Roman" w:eastAsia="Times New Roman" w:cs="Times New Roman"/>
        </w:rPr>
        <w:t>Henoinareo ny tenin’i Jehovah, ianareo izay mangovitra amin’ny teniny; ny rahalahinareo izay nankahala anareo, izay nandroaka anareo noho ny anarako, dia nanao hoe: Aoka homem-boninahitra Jehovah; nefa hiseho ho fifalianareo Izy, ary ho menatra izy ireny. Feon-tabataba avy ao an-tanàna, feo avy ao amin’ny tempoly, dia feon’i Jehovah izay mamaly ny fahavalony araka izay tandrify azy. Fony tsy mbola nihetsi-jaza izy dia efa niteraka; fony tsy mbola tonga ny fanaintainany dia efa niteraka zazalahy izy. Iza no efa nandre zavatra toy izany? iza no efa nahita zavatra toy izany? Moa ny tany va hiteraka indray andro monja? sa firenena va no ho teraka indray miaraka? fa raha vao nihetsi-jaza Ziona dia niteraka ny zanany izy. Moa Izaho hampahatonga ho amin’ny fiterahana ka tsy hampiteraka? hoy Jehovah; moa Izaho izay mampiteraka va hanidy ny kibo? hoy Andriamanitrao. Miaraha mifaly amin’i Jerosalema, ary miravoravoa miaraka aminy, ianareo rehetra izay tia azy; mifalia indrindra miaraka aminy, ianareo rehetra izay misaona azy; mba hisotroanareo sy hahafa-po anareo amin’ny nonon’ny fampiononany; mba hifohanareo sy hiravoravoanareo amin’ny haben’ny voninahiny. Fa izao no lazain’i Jehovah: Indro, havelako hihatra aminy tahaka ny ony ny fiadanana, ary tahaka ny riaka misononoka ny voninahitry ny jentilisa; dia hisotro ianareo, hotrotroina eo anilany, ary hofihinina eo ambony lohaliny. Tahaka ny olona ampiononin-dreniny no hampiononako anareo; ary ao Jerosalema no hampiononana anareo. Ary raha mahita izany ianareo, dia hifaly ny fonareo, ary hitrebona tahaka ny ahitra ny taolanareo; ary ho fantatra amin’ny mpanompony ny tanan’i Jehovah, ary amin’ny fahavalony kosa ny fahatezerany. Isaia 66:5–14.</w:t>
      </w:r>
    </w:p>
    <w:p>
      <w:pPr>
        <w:pStyle w:val="ArticleBody"/>
        <w:jc w:val="left"/>
      </w:pPr>
      <w:r>
        <w:rPr>
          <w:rFonts w:ascii="Times New Roman" w:hAnsi="Times New Roman" w:eastAsia="Times New Roman" w:cs="Times New Roman"/>
        </w:rPr>
        <w:t>Ireo izay ateraka rehefa miakatra any an-danitra dia ireo izay noroahin’ireo rahalahiny izay nankahala azy. Ireo rahalahiny izay nankahala azy sy nifaly tamin’ny fahafatesany dia ireo izay milaza fa Jiosy izy, nefa tsy izy. Izy ireo dia avy amin’ny synagogan’i Satana, izay hiankohoka ara-paminaniana eo an-tongotry ny faneva izay ahitana ny “voaroaka amin’ny Isiraely.”</w:t>
      </w:r>
    </w:p>
    <w:p>
      <w:pPr>
        <w:pStyle w:val="ArticleScripture"/>
        <w:jc w:val="left"/>
      </w:pPr>
      <w:r>
        <w:rPr>
          <w:rFonts w:ascii="Times New Roman" w:hAnsi="Times New Roman" w:eastAsia="Times New Roman" w:cs="Times New Roman"/>
        </w:rPr>
        <w:t>Ary hanangana faneva ho an’ny firenena Izy, ary hanangona ny voaroaka amin’ny Isiraely, sy hampivory ny niely patrana tamin’ny Joda avy any amin’ny vazan-tany efatra. Isaia 11:12.</w:t>
      </w:r>
    </w:p>
    <w:p>
      <w:pPr>
        <w:pStyle w:val="ArticleScripture"/>
        <w:jc w:val="left"/>
      </w:pPr>
      <w:r>
        <w:rPr>
          <w:rFonts w:ascii="Times New Roman" w:hAnsi="Times New Roman" w:eastAsia="Times New Roman" w:cs="Times New Roman"/>
        </w:rPr>
        <w:t>“Mihevitra ianao fa hovonjena amin’ny farany ireo izay hiankohoka eo anatrehan’ny tongotry ny olona masina (Apokalypsy 3:9). Eto dia tsy maintsy tsy hitovy hevitra aminao aho; fa nasehon’Andriamanitra tamiko fa io antokon’olona io dia Advantista nanao fanekem-pinoana, izay nihemotra, ka ‘nanombo ny Zanak’Andriamanitra ho an’ny tenany indray ka nanala baràka Azy ampahibemaso.’ Ary amin’ny ‘ora fitapana,’ izay mbola ho avy, mba hampisehoana ny tena toetran’ny tsirairay avy, dia ho fantatr’izy ireo fa very mandrakizay izy, ary safotry ny fahorian’ny fanahy, dia hiankohoka eo anatrehan’ny tongotry ny olona masina izy.” Word to the Little Flock, 12.</w:t>
      </w:r>
    </w:p>
    <w:p>
      <w:pPr>
        <w:pStyle w:val="ArticleBody"/>
        <w:jc w:val="left"/>
      </w:pPr>
      <w:r>
        <w:rPr>
          <w:rFonts w:ascii="Times New Roman" w:hAnsi="Times New Roman" w:eastAsia="Times New Roman" w:cs="Times New Roman"/>
        </w:rPr>
        <w:t>Izay manan-tsofina, aoka izy hihaino izay lazain’ny Fanahy amin’ny fiangonana.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Hoavin’i Amerika sy ny 18 Jolay 2020 - Laharana Fito</dc:title>
  <dc:subject>Ireo Mpitifitra Zana-tsipìka</dc:subject>
  <dc:creator>Jeff Pippenger</dc:creator>
  <cp:keywords/>
  <dc:description>Generated by ArticleDigger from future_for_america\07_future_for_america.json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