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Laharana Voalohany</w:t>
      </w:r>
    </w:p>
    <w:p>
      <w:pPr>
        <w:pStyle w:val="ArticleSubtitle"/>
        <w:jc w:val="left"/>
      </w:pPr>
      <w:r>
        <w:rPr>
          <w:rFonts w:ascii="Arial" w:hAnsi="Arial" w:eastAsia="Arial" w:cs="Arial"/>
        </w:rPr>
        <w:t>Famoahana ny Faminaniana Voaisy Tombo-kase: Ny Andro Farany, ny Liona avy amin’i Joda, ary ny Fihetsiketsehana Farany ao amin’ny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Ao amin’ny Apokalypsy toko fahadimy, ny Liona avy amin’ny firenen’i Joda dia maneho ny toerana ijoroan’i Kristy amin’ny maha-Izy no naharesy ka nahazo alalana hamehy sy hamaha ny Tenin’Andriamanitra araka ny sitrapony. Tamin’ny taona 1989, enina amby roapolo amby zato taona taorian’ny fikomiana tamin’ny 1863, ny Liona avy amin’ny firenen’i Joda dia namaha ny tombo-kase tamin’ireo andininy enina farany ao amin’ny Daniela toko fahiraika ambin’ny folo. Ireo andininy ireo dia manomboka amin’ilay ratra mahafaty nahazo ny fahefan’ny papa tamin’ny 1798, ary mampiditra ny fijoroana ho vavolombelona momba ny fomba hanasitranana izany ratra nahazo ny papa izany, ary mihoatra noho izany dia mankany amin’ilay ratra mahafaty farany hahazo ny fahefan’ny papa. Ireo andininy ireo dia manomboka eo amin’izay iafarany; amin’ny fitsarana an’i Roma papaly.</w:t>
      </w:r>
    </w:p>
    <w:p>
      <w:pPr>
        <w:pStyle w:val="ArticleBody"/>
        <w:jc w:val="left"/>
      </w:pPr>
      <w:r>
        <w:rPr>
          <w:rFonts w:ascii="Times New Roman" w:hAnsi="Times New Roman" w:eastAsia="Times New Roman" w:cs="Times New Roman"/>
        </w:rPr>
        <w:t>Ireo andininy enina ireo dia mamaritra ny fanasitranana ny fery mahafatin’ny papa, ary koa ny fomba itondran’ny firaisana intelo sosona misy ny dragona sy ny bibidia ary ny mpaminany sandoka izao tontolo izao ho any Hara-magedona, izay faritana ao amin’ny andininy faha-dimy amby efapolo hoe: “eo anelanelan’ny ranomasina sy ny tendrombohitra masina be voninahitra.”</w:t>
      </w:r>
    </w:p>
    <w:p>
      <w:pPr>
        <w:pStyle w:val="ArticleBody"/>
        <w:jc w:val="left"/>
      </w:pPr>
      <w:r>
        <w:rPr>
          <w:rFonts w:ascii="Times New Roman" w:hAnsi="Times New Roman" w:eastAsia="Times New Roman" w:cs="Times New Roman"/>
        </w:rPr>
        <w:t>Ny Alfa sy Omega dia maneho ny toetran’i Kristy izay mandrakariva mampiseho mialoha ny fiafarana amin’ny alalan’ny fiandohana. Ny hetsika fanavaozana an’ny iray hetsy sy efatra arivo amby efa-polo arivo dia ny hetsiky ny anjely fahatelo, izay hetsika famaranana, efa nanehoana mialoha tamin’ny fiandohany, dia ny hetsika Millerita an’ny anjely voalohany sy faharoa. Ny hetsika Millerita dia nanomboka tamin’ny fotoanan’ny farany tamin’ny 1798, izay no iantombohan’ireo andininy enina farany ao amin’ny Daniela toko fahiraika ambin’ny folo, ary nifarana tamin’ny fisokafan’ny fitsarana tamin’ny 22 Oktobra 1844 ny hetsika. Ny hetsiky ny iray hetsy sy efatra arivo amby efa-polo arivo dia mifarana amin’ny lalàn’ny Alahady any Etazonia.</w:t>
      </w:r>
    </w:p>
    <w:p>
      <w:pPr>
        <w:pStyle w:val="ArticleBody"/>
        <w:jc w:val="left"/>
      </w:pPr>
      <w:r>
        <w:rPr>
          <w:rFonts w:ascii="Times New Roman" w:hAnsi="Times New Roman" w:eastAsia="Times New Roman" w:cs="Times New Roman"/>
        </w:rPr>
        <w:t>Tamin’ny fiandohan’ny hetsika tamin’ny fotoan’ny farany tamin’ny 1989, dia namaha ny tombo-kase tamin’ireo andininy enina farany ao amin’ny Daniela iraika ambin’ny folo ny Liona avy amin’ny fokon’i Joda; ary amin’ny faran’ny hetsika, fotoana fohy mialoha ny lalàn’ny Alahady, dia Izy no manokatra ny tantara miafina ao amin’ny andininy faha-efapolo ao amin’ny Daniela iraika ambin’ny folo. Ny fanazavan-dRahavavy White momba izay ampahany amin’ny Daniela no voavaha tombo-kase dia miresaka ny famahana tombo-kase tamin’ny 1989, ary koa ny famahana tombo-kase izay nanomboka tamin’ny Jolay 2023.</w:t>
      </w:r>
    </w:p>
    <w:p>
      <w:pPr>
        <w:pStyle w:val="ArticleScripture"/>
        <w:jc w:val="left"/>
      </w:pPr>
      <w:r>
        <w:rPr>
          <w:rFonts w:ascii="Times New Roman" w:hAnsi="Times New Roman" w:eastAsia="Times New Roman" w:cs="Times New Roman"/>
        </w:rPr>
        <w:t>“Ny boky izay voaisy tombo-kase dia tsy ny bokin’ny Apokalypsy, fa ilay ampahany amin’ny faminanian’i Daniela izay mifandray amin’ny andro farany. Hoy ny Soratra Masina: ‘Fa ianao kosa, ry Daniela, afeno ny teny, ary asio tombo-kase ny boky mandra-pahatongan’ny andro farany; maro no hivezivezy etsy sy eroa, ary hitombo ny fahalalana’ (Daniela 12:4). Rehefa nosokafana ny boky, dia natao ny fanambarana hoe: ‘Tsy hisy fotoana intsony.’ (Jereo Apokalypsy 10:6.) Ny bokin’i Daniela dia efa voavaha tombo-kase ankehitriny, ary ny fanambarana nataon’i Kristy tamin’i Jaona dia ho tonga amin’ny mponina rehetra ambonin’ny tany. Amin’ny fitomboan’ny fahalalana no hanomanana vahoaka iray hijoro amin’ny andro farany. . . .”</w:t>
      </w:r>
    </w:p>
    <w:p>
      <w:pPr>
        <w:pStyle w:val="ArticleScripture"/>
        <w:jc w:val="left"/>
      </w:pPr>
      <w:r>
        <w:rPr>
          <w:rFonts w:ascii="Times New Roman" w:hAnsi="Times New Roman" w:eastAsia="Times New Roman" w:cs="Times New Roman"/>
        </w:rPr>
        <w:t>“Amin’ny hafatry ny anjely voalohany dia antsoina ny olona hanompo an’Andriamanitra, Mpamorona antsika, izay nanao izao tontolo izao sy ny zavatra rehetra ao aminy. Efa nanome voninahitra ny andrim-panjakan’ny Papa izy ireo, ka nahafoana ny herin’ny lalàn’i Jehovah izany; nefa hisy fitomboan’ny fahalalana momba ity raharaha ity.” Selected Messages, boky 2, 105, 106.</w:t>
      </w:r>
    </w:p>
    <w:p>
      <w:pPr>
        <w:pStyle w:val="ArticleBody"/>
        <w:jc w:val="left"/>
      </w:pPr>
      <w:r>
        <w:rPr>
          <w:rFonts w:ascii="Times New Roman" w:hAnsi="Times New Roman" w:eastAsia="Times New Roman" w:cs="Times New Roman"/>
        </w:rPr>
        <w:t>Ny ampahany amin’ny bokin’i Daniela izay nifandray tamin’ny andro farany tamin’ny taona 1989 dia ny andininy enina farany ao amin’ny toko fahiraika ambin’ny folo; ary raha manakaiky ny fiafaran’ny hetsik’izy ireo ny fihetsiketsehan’ny iray hetsy sy efatra amby efatra alina, dia ny ampahany amin’ny bokin’i Daniela izay voaseho no tantara miafina ao amin’ny andininy faha-efapolo, izay maneho ny tantara nanomboka tamin’ny 1989 ka hatramin’ny lalàna Alahady any Etazonia. Ny tantara miafina ao amin’ny andininy faha-efapolo dia ny tantaran’ny iray hetsy sy efatra amby efatra alina. Ny mpaminany rehetra dia samy manome fanamarinana momba izany vanim-potoana izany.</w:t>
      </w:r>
    </w:p>
    <w:p>
      <w:pPr>
        <w:pStyle w:val="ArticleBody"/>
        <w:jc w:val="left"/>
      </w:pPr>
      <w:r>
        <w:rPr>
          <w:rFonts w:ascii="Times New Roman" w:hAnsi="Times New Roman" w:eastAsia="Times New Roman" w:cs="Times New Roman"/>
        </w:rPr>
        <w:t>Ao amin’ilay andalan-teny, ny fitomboan’ny fahalalana izay “natao hanomanana vahoaka iray hiorina amin’ny andro farany,” dia maneho ny fanokafana ny tombo-kasen’ireo andininy enina farany tamin’ny 1989, ary indray koa dia maneho ny fanokafana ny tantara miafina ao amin’ny andininy faha-efapolo. Ao amin’ireo tantara roa ireo, ny fanahy miasa amin’ny alalan’ny aingam-panahy dia manondro fa hisy fitomboan’ny fahalalana momba ny fahefana papaly sy ny lalàn’ny Alahady. Na eo am-piandohana na eo amin’ny fiafaran’ny hetsiky ny efatra alina sy efatra arivo amby iray hetsy, io fitomboan’ny fahalalana io dia miteraka fizahan-toetra misy dingana telo, araka izay aseho ao amin’ny Daniela toko faha-roa ambin’ny folo.</w:t>
      </w:r>
    </w:p>
    <w:p>
      <w:pPr>
        <w:pStyle w:val="ArticleScripture"/>
        <w:jc w:val="left"/>
      </w:pPr>
      <w:r>
        <w:rPr>
          <w:rFonts w:ascii="Times New Roman" w:hAnsi="Times New Roman" w:eastAsia="Times New Roman" w:cs="Times New Roman"/>
        </w:rPr>
        <w:t>Ary hoy Izy nanao hoe: Mandehana amin’ny lalanao, ry Daniela; fa mihidy sy voaisy tombo-kase ny teny mandra-pahatongan’ny andro farany. Maro no hodiovina sy hohamasinina ary hotsapaina;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Tahaka ny amin’ireo hetsika fanavaozana masina rehetra, ireo dingana telo izay asehon’i Daniela hoe “voadio sy nofotsiana ary nozahana toetra” dia maneho ny mariky ny fidinan’ny tandindona iray avy amin’Andriamanitra, arahina fizahan-toetra ateraky ny faminaniana tsy tanteraka, ary avy eo fanandramana fahatelo toy ny taratasy fitsapana izay mampiharihary ny toetran’ireo antokon’olona roa izay mivoatra araka ny fanekeny, na ny fandavany, ilay fitomboan’ny fahalalana izay nesorina tamin’ny tombo-kase. Tamin’ny fiandohan’ny hetsiky ny iray hetsy sy efatra alina sy efatra arivo, ireo dingana telo dia ny 11 Septambra 2001, narahin’ny 18 Jolay 2020, ary avy eo ny lalàna alahady. Tamin’ny fiafaran’io hetsika io ihany, ireo dingana telo dia ny Jolay 2023, ny fahatongavan’ny hafatry ny Antso Amin’ny Mamatonalina, ary ny lalàna alahady.</w:t>
      </w:r>
    </w:p>
    <w:p>
      <w:pPr>
        <w:pStyle w:val="ArticleBody"/>
        <w:jc w:val="left"/>
      </w:pPr>
      <w:r>
        <w:rPr>
          <w:rFonts w:ascii="Times New Roman" w:hAnsi="Times New Roman" w:eastAsia="Times New Roman" w:cs="Times New Roman"/>
        </w:rPr>
        <w:t>Ny hafatra izay manomana ny vahoakan’Andriamanitra hijoro, izay novahana ny tombo-kaseny tamin’ny Jolay 2023, dia mirakitra andalana maromaro amin’ny fahamarinana ara-paminaniana; ary tafiditra ao anatin’ireo andalana ireo ny amin’ireo taolana maina maty ao amin’ny Ezekiela toko fahafito amby telopolo. Mampiseho hafatra roa i Ezekiela. Ny hafatra voalohany no mampiverina ny taolana hiaraka indray, nefa tsy raha tsy tamin’ny hafatra faharoa no nijoroan’ny Isiraely tamin’ny tongony ho tafika mahery. Ny vavolombelona roa ao amin’ny Apokalypsy toko fahiraika ambin’ny folo dia nitsangana rehefa nofenoina ny Fanahy Masina.</w:t>
      </w:r>
    </w:p>
    <w:p>
      <w:pPr>
        <w:pStyle w:val="ArticleScripture"/>
        <w:jc w:val="left"/>
      </w:pPr>
      <w:r>
        <w:rPr>
          <w:rFonts w:ascii="Times New Roman" w:hAnsi="Times New Roman" w:eastAsia="Times New Roman" w:cs="Times New Roman"/>
        </w:rPr>
        <w:t>Ary rehefa afaka telo andro sy tapany, dia niditra tao aminy ny Fanahin’aina avy amin’Andriamanitra, ka nitsangana tamin’ny tongony izy; ary tahotra lehibe no nahazo izay nahita azy. Apokalypsy 11:11.</w:t>
      </w:r>
    </w:p>
    <w:p>
      <w:pPr>
        <w:pStyle w:val="ArticleBody"/>
        <w:jc w:val="left"/>
      </w:pPr>
      <w:r>
        <w:rPr>
          <w:rFonts w:ascii="Times New Roman" w:hAnsi="Times New Roman" w:eastAsia="Times New Roman" w:cs="Times New Roman"/>
        </w:rPr>
        <w:t>Nampianatra io fahamarinana io ihany koa i Ezekiela.</w:t>
      </w:r>
    </w:p>
    <w:p>
      <w:pPr>
        <w:pStyle w:val="ArticleScripture"/>
        <w:jc w:val="left"/>
      </w:pPr>
      <w:r>
        <w:rPr>
          <w:rFonts w:ascii="Times New Roman" w:hAnsi="Times New Roman" w:eastAsia="Times New Roman" w:cs="Times New Roman"/>
        </w:rPr>
        <w:t>Ary hoy Izy tamiko hoe: Ry zanak’olona, mijoroa amin’ny tongotrao, fa hiteny aminao Aho. Ary ny Fanahy niditra tato anatiko raha niteny tamiko Izy, ka nampijoro Ahy tamin’ny tongotro, dia reko Izay niteny tamiko. Ezekiela 2:1, 2</w:t>
      </w:r>
    </w:p>
    <w:p>
      <w:pPr>
        <w:pStyle w:val="ArticleBody"/>
        <w:jc w:val="left"/>
      </w:pPr>
      <w:r>
        <w:rPr>
          <w:rFonts w:ascii="Times New Roman" w:hAnsi="Times New Roman" w:eastAsia="Times New Roman" w:cs="Times New Roman"/>
        </w:rPr>
        <w:t>Rehefa milaza i Sister White hoe: “amin’ny fitomboan’ny fahalalana dia hisy vahoaka homanina hijoro amin’ny andro farany.” dia fantatra ho “solika” ao amin’ny fanoharana ny amin’ireo virijina folo izany fitomboan’ny fahalalana izany, ary ny “solika” dia maneho “ny hafatry ny Fanahin’Andriamanitra” ary koa “ny Fanahy Masina,” ary koa “toetra.”</w:t>
      </w:r>
    </w:p>
    <w:p>
      <w:pPr>
        <w:pStyle w:val="ArticleBody"/>
        <w:jc w:val="left"/>
      </w:pPr>
      <w:r>
        <w:rPr>
          <w:rFonts w:ascii="Times New Roman" w:hAnsi="Times New Roman" w:eastAsia="Times New Roman" w:cs="Times New Roman"/>
        </w:rPr>
        <w:t>Eo anelanelan’ny Jolay 2023 sy ny lalàn’ny Alahady izay ho avy tsy ho ela dia misy fitomboan’ny fahalalana izay mamelona ny vahoakan’Andriamanitra, ka mitsangana izy ireo. Ny fitsanganany dia maneho fa manana ny “soliky” ny hafatra izay naseho tamin’izany fotoana izany izy. Mitsangana izy ireo rehefa manana ny Fanahy Masina ao anatin’ny fanakany, ary mitsangana izy ireo rehefa manana toetra voaomana handraisana ny tombo-kasen’Andriamanitra.</w:t>
      </w:r>
    </w:p>
    <w:p>
      <w:pPr>
        <w:pStyle w:val="ArticleBody"/>
        <w:jc w:val="left"/>
      </w:pPr>
      <w:r>
        <w:rPr>
          <w:rFonts w:ascii="Times New Roman" w:hAnsi="Times New Roman" w:eastAsia="Times New Roman" w:cs="Times New Roman"/>
        </w:rPr>
        <w:t>Ny dingana voalohan’ny fizahan-toetra, izay nanomboka tamin’ny Jolay 2023, dia narahin’ny fe-potoana iray izay anomezana ireo kandidà fahafahana hanaiky na handà ny diloilo. Izay manaiky izany dia asiana tombo-kase, ary avy eo asandratra ho faneva amin’ilay lalàna Alahady izay ho avy tsy ho ela. Fa izay mandà ny diloilo kosa dia mandray fahadisoam-panantenana mahery.</w:t>
      </w:r>
    </w:p>
    <w:p>
      <w:pPr>
        <w:pStyle w:val="ArticleBody"/>
        <w:jc w:val="left"/>
      </w:pPr>
      <w:r>
        <w:rPr>
          <w:rFonts w:ascii="Times New Roman" w:hAnsi="Times New Roman" w:eastAsia="Times New Roman" w:cs="Times New Roman"/>
        </w:rPr>
        <w:t>Ireo kandidà ireo dia nofohazina hiala amin’ny torimaso ara-panahy tamin’ny Jolay 2023, ary avy eo dia natrehiny ny fizahan-toetra farany alohan’ny hifaranan’ny fotoam-pahasoavany manokana. Napetraka tao anatin’ny tontolon-kevitry ny fitsapana ara-paminaniana mifandray amin’ny fananganana ny sarin’ilay bibidia ny fizahan-toetra, tamin’ny fotoana izay tokony hiverenan’ireo kandidà ireo ho velona sy hananganany ny sarin’i Kristy ao anatiny. Ny rafitra ara-paminaniana izay anatanterahana izany fitsapana izany dia ny tantara manomboka amin’ny 1989 ka hatramin’ny lalàna Alahady. Ny tsy fahafahan’ireo kandidà ireo mifoha no nitarika ny Tompo hamela ny hevi-diso hiditra.</w:t>
      </w:r>
    </w:p>
    <w:p>
      <w:pPr>
        <w:pStyle w:val="ArticleScripture"/>
        <w:jc w:val="left"/>
      </w:pPr>
      <w:r>
        <w:rPr>
          <w:rFonts w:ascii="Times New Roman" w:hAnsi="Times New Roman" w:eastAsia="Times New Roman" w:cs="Times New Roman"/>
        </w:rPr>
        <w:t>“Hohahetsiketsika ny olony Andriamanitra; raha tsy mahomby ny fomba hafa, dia hisy hevi-diso hiditra eo aminy, izay hanivana azy, hampisaraka ny akofa amin’ny vary. Miantso izay rehetra mino ny teniny ny Tompo mba hifoha hiala amin’ny torimaso. Tonga ny fahazavana sarobidy, mifanaraka amin’izao fotoana izao. Fahamarinan’ny Baiboly izany, mampiseho ny loza mananontanona antsika dieny izao. Tokony hitarika antsika io fahazavana io ho amin’ny fandalinana mazoto ny Soratra Masina sy ho amin’ny fandinihana lalina indrindra ireo foto-kevitra tanantsika. Tian’Andriamanitra mba hokarohina amin’ny fahafenoany sy amim-paharetana, miaraka amin’ny vavaka sy ny fifadian-kanina, ny lafiny rehetra sy ny foto-kevitry ny fahamarinana.” Testimonies, boky faha-5, 708.</w:t>
      </w:r>
    </w:p>
    <w:p>
      <w:pPr>
        <w:pStyle w:val="ArticleBody"/>
        <w:jc w:val="left"/>
      </w:pPr>
      <w:r>
        <w:rPr>
          <w:rFonts w:ascii="Times New Roman" w:hAnsi="Times New Roman" w:eastAsia="Times New Roman" w:cs="Times New Roman"/>
        </w:rPr>
        <w:t>Ny mpaminany rehetra dia miresaka ny amin’ny andro farany, ka tamin’ireo andro farany ireo, tamin’ny volana Jolay 2023, dia niezaka ny “hanaitra” ny olony ny Tompo, nefa tsy nahomby ny ezaka nataony, ary navelany haverina, ho fampitandremana ny amin’ny fahatomombanan’ny farany, ny adihevitra voalohany momba ny tandindon’i Roma teo amin’ny tantaran’ny Advantista. Nanao izany Izy, na dia efa “tonga aza ny fahazavana sarobidy, mifanaraka amin’izao fotoana izao.” Ny fahazavana tonga tamin’ny Jolay 2023 dia “fahamarinana ara-Baiboly, mampiseho ireo loza mananontanona antsika dieny izao.” Tokony ho nitarika “antsika ho amin’ny fandalinana mafy ny Soratra Masina sy ny fanadihadiana tena lalina indrindra ny amin’ireo toerana tazonintsika” izany fahazavana izany.</w:t>
      </w:r>
    </w:p>
    <w:p>
      <w:pPr>
        <w:pStyle w:val="ArticleBody"/>
        <w:jc w:val="left"/>
      </w:pPr>
      <w:r>
        <w:rPr>
          <w:rFonts w:ascii="Times New Roman" w:hAnsi="Times New Roman" w:eastAsia="Times New Roman" w:cs="Times New Roman"/>
        </w:rPr>
        <w:t>Ny tantara miafin’ny andininy faha-efapolo dia aseho ao amin’ny andininy faha-folo ka hatramin’ny faha-dimy ambin’ny folo ao amin’ny Daniela toko faha-iraika ambin’ny folo, fa ny Alfa sy Omega dia nampiseho ny fiafaran’ny faminaniana farany ao amin’i Daniela miaraka amin’ny fiandohany. Talohan’ny fahadisoam-panantenana tamin’ny 18 Jolay 2020, Satana dia nampiditra fisafotofotoana momba ny andininy faha-folo ka hatramin’ny faha-dimy ambin’ny folo, satria fantany fa ny fiandohan’ny toko no fanalahidy hanehoana ny fiafaran’ny toko. Avy eo dia nampidirina ilay fifanolanana tany am-boalohany ao amin’ny andininy faha-efatra ambin’ny folo.</w:t>
      </w:r>
    </w:p>
    <w:p>
      <w:pPr>
        <w:pStyle w:val="ArticleScripture"/>
        <w:jc w:val="left"/>
      </w:pPr>
      <w:r>
        <w:rPr>
          <w:rFonts w:ascii="Times New Roman" w:hAnsi="Times New Roman" w:eastAsia="Times New Roman" w:cs="Times New Roman"/>
        </w:rPr>
        <w:t>“Tsy misy na inona na inona atahoran’ilay mpamitaka lehibe mihoatra noho ny hahatongavantsika ho mahalala ny hafetseny.” Ilay Ady Lehibe, 516.</w:t>
      </w:r>
    </w:p>
    <w:p>
      <w:pPr>
        <w:pStyle w:val="ArticleBody"/>
        <w:jc w:val="left"/>
      </w:pPr>
      <w:r>
        <w:rPr>
          <w:rFonts w:ascii="Times New Roman" w:hAnsi="Times New Roman" w:eastAsia="Times New Roman" w:cs="Times New Roman"/>
        </w:rPr>
        <w:t>Mazava amin’ny fikasana satana hanakorontanana ny hevitra sy ny tanjon’ireo andininy ireo fa ampahany lehibe amin’ny fizahan-toetra izay manivana ankehitriny ireo kandidà ho isan’ny iray hetsy sy efatra alina sy efatra arivo izy ireo. Manamafy i Sister White fa averina ao amin’ireo andininy enina farany ny tantara aseho ao amin’ny Daniela toko faha-11, izay efa tanteraka talohan’ny fotoan’ny farany tamin’ny 1798.</w:t>
      </w:r>
    </w:p>
    <w:p>
      <w:pPr>
        <w:pStyle w:val="ArticleScripture"/>
        <w:jc w:val="left"/>
      </w:pPr>
      <w:r>
        <w:rPr>
          <w:rFonts w:ascii="Times New Roman" w:hAnsi="Times New Roman" w:eastAsia="Times New Roman" w:cs="Times New Roman"/>
        </w:rPr>
        <w:t>“Tsy manam-potoana ho very isika. Fotoan-tsarotra no eo anoloantsika. Mihetsiketsika amin’ny fanahin’ny ady izao tontolo izao. Tsy ho ela dia hiseho ireo toe-javatra mampahory voalaza ao amin’ny faminaniana. Ny faminaniana ao amin’ny Daniela toko faha-11 dia saika tonga amin’ny fahatanterahany tanteraka. Betsaka amin’ny tantara izay efa nitranga ho fahatanterahan’io faminaniana io no mbola haverina indray.” Manuscript Releases, number 13, 394.</w:t>
      </w:r>
    </w:p>
    <w:p>
      <w:pPr>
        <w:pStyle w:val="ArticleBody"/>
        <w:jc w:val="left"/>
      </w:pPr>
      <w:r>
        <w:rPr>
          <w:rFonts w:ascii="Times New Roman" w:hAnsi="Times New Roman" w:eastAsia="Times New Roman" w:cs="Times New Roman"/>
        </w:rPr>
        <w:t>Manizingizina aho fa ny tantara rehetra aseho ao amin’ny andininy voalohany ka hatramin’ny fahasivy amby telopolo dia averina indray ao amin’ireo andininy enina farany amin’ilay toko. Manizingizina koa aho fa ny tantaran’ny andro farany, izay tantaran’ny famaranana ny fitsarana izay natomboka tamin’ny 22 Oktobra 1844, dia aseho amin’ny vanim-potoana ara-paminaniana lehibe roa. Ny vanim-potoana voalohany dia maneho ny fitsarana tanterahina amin’ny tranon’Andriamanitra, ary arahina vanim-potoana iray izay anaovana ny fitsarana ho an’ireo izay any ivelan’ny tranon’Andriamanitra. Ny vanim-potoana voalohany dia nanomboka tamin’ny 1989 ary mifarana amin’ny lalàna alahady any Etazonia, izay kosa manamarika ny fiandohan’ny vanim-potoana faharoa, izay mifarana rehefa mitsangana i Mikaela ary mikatona ny fotoam-pahasoavan’ny olombelona. Ny tantara miafina ao amin’ny andininy faha-efapolo koa dia manomboka amin’ny 1989, ary mifarana ao amin’ny andininy faha-iraika amby efapolo, izay ny lalàna alahady any Etazonia.</w:t>
      </w:r>
    </w:p>
    <w:p>
      <w:pPr>
        <w:pStyle w:val="ArticleBody"/>
        <w:jc w:val="left"/>
      </w:pPr>
      <w:r>
        <w:rPr>
          <w:rFonts w:ascii="Times New Roman" w:hAnsi="Times New Roman" w:eastAsia="Times New Roman" w:cs="Times New Roman"/>
        </w:rPr>
        <w:t>Izany no tantara iray ihany amin’ny andininy faha-folo ka hatramin’ny faha-dimy ambin’ny folo ao amin’io toko io ihany. Io tantara io dia mifanindran-dàlana amin’ny tantaran’ny Millerita hatramin’ny fotoanan’ny farany tamin’ny 1798, ka mandra-piandohan’ny fitsarana tamin’ny 22 Oktobra 1844. Ireo tantara roa ireo dia mifanindran-dàlana amin’ilay tantara ara-paminaniana izay nanomboka tamin’ny nahaterahan’i Kristy ary nifarana teo amin’ny hazo fijaliana.</w:t>
      </w:r>
    </w:p>
    <w:p>
      <w:pPr>
        <w:pStyle w:val="ArticleBody"/>
        <w:jc w:val="left"/>
      </w:pPr>
      <w:r>
        <w:rPr>
          <w:rFonts w:ascii="Times New Roman" w:hAnsi="Times New Roman" w:eastAsia="Times New Roman" w:cs="Times New Roman"/>
        </w:rPr>
        <w:t>Ny tantara izay manomboka amin’ny 1989 dia ahitana ny fotoam-pitsapana izay nanomboka tamin’ny 11 Septambra 2001, araka ny tandindon’ny fotoam-pitsapana izay nanomboka tamin’ny 11 Aogositra 1840 sy ny fotoam-pitsapana izay nanomboka tamin’ny batisan’i Kristy. Ny fananganana ny sarin’ny bibidia dia efa voatondro mialoha tamin’ny alalan’ny tsipika maro amin’ny tantara ara-paminaniana. Anisan’ireo fanehoana ny amin’io fe-potoana io ihany ny fotoan’ny fanisiana tombo-kase ny iray hetsy sy efatra arivo sy efatra alina, izay nanomboka tamin’ny 11 Septambra 2001 ary mifarana amin’ilay lalàna alahady ho avy tsy ho ela. Ny tantara miafina ao amin’ny andininy faha-efapolo dia azo ampifanindriana koa amin’ny tsipika manomboka amin’ny 22 Oktobra 1844 ka hatramin’ny fikomiana tamin’ny 1863.</w:t>
      </w:r>
    </w:p>
    <w:p>
      <w:pPr>
        <w:pStyle w:val="ArticleBody"/>
        <w:jc w:val="left"/>
      </w:pPr>
      <w:r>
        <w:rPr>
          <w:rFonts w:ascii="Times New Roman" w:hAnsi="Times New Roman" w:eastAsia="Times New Roman" w:cs="Times New Roman"/>
        </w:rPr>
        <w:t>Tonga tamin’ny 22 Oktobra 1844 ny anjely fahatelo. Tahaka ny amin’ny fihavian’ny anjely ara-paminaniana rehetra, dia nanana hafatra izay tokony hohanina izy, nefa tsy nety hohanina izany; ary niova ho Millerisma Laodikeana ny Millerisma Filadelfiana, talohan’ny taona 1863, fony izy ireo nandray tamin’ny fomba ofisialy ny anarana hoe Advantista Mitandrina ny Andro Fahafito ka nanomboka nirenireny tany an-efitr’i fikomiana mandraka androany. Ny tantaran’ny 1844 ka hatramin’ny 1863 dia maneho ireo izay mandà ny fiantsoana mba ho isan’ny iray hetsy sy efatra arivo amby efatra alina. Izy ireo no ratsy fanahy ao amin’i Daniela toko faha-roa ambin’ny folo, ny fiangonan’ny mpaneso ao amin’i Jeremia, ny synagogan’i Satana ao amin’i Jaona, ary ny virijina adala ao amin’i Matio.</w:t>
      </w:r>
    </w:p>
    <w:p>
      <w:pPr>
        <w:pStyle w:val="ArticleBody"/>
        <w:jc w:val="left"/>
      </w:pPr>
      <w:r>
        <w:rPr>
          <w:rFonts w:ascii="Times New Roman" w:hAnsi="Times New Roman" w:eastAsia="Times New Roman" w:cs="Times New Roman"/>
        </w:rPr>
        <w:t>Ny hafatra fampitandremana izay nasehon’i Kristy ho ilay “fahavetavetana mahatonga fandravana, izay nolazain’i Daniela mpaminany,” dia mampiseho fampitandremana mba handosirana mialoha ny fandravana sy ny fanaparitahana izay hanaraka izany. Tamin’ny taona 66 taor. J.K., ilay jeneraly romana Cestius no nanatanteraka izany fampitandremana izany tamin’ireo Kristiana tamin’ny andron’i Roma jentilisa. Tamin’ny taonjato voalohany dia nosoratan’ny apostoly Paoly ihany koa izany fampitandremana izany ho an’ireo Kristiana izay hijaly mandritra ny andron’i Roma papaly. Ny fampitandremana ho an’ireo mpitandrina ny Sabata mba hiala ao an-tanàna ka honina any ambanivohitra dia tonga tamin’ny taona 1888, io ihany no taona nisian’ny Blair Bill, ilay fikasana voalohany hampiorina ny Alahady ho Andro Nasionalin’ny Fialan-tsasatra. Ny Blair Bill no ilay fampitandremana handosirana, ho fanatanterahana ny filazan’i Kristy momba ilay fahavetavetana mahatonga fandravana ao amin’i Daniela.</w:t>
      </w:r>
    </w:p>
    <w:p>
      <w:pPr>
        <w:pStyle w:val="ArticleBody"/>
        <w:jc w:val="left"/>
      </w:pPr>
      <w:r>
        <w:rPr>
          <w:rFonts w:ascii="Times New Roman" w:hAnsi="Times New Roman" w:eastAsia="Times New Roman" w:cs="Times New Roman"/>
        </w:rPr>
        <w:t>Toy ny tamin’i Cestius tamin’ny taona 66 taor. J.K., dia nesorina tamin’ny fitondran’Andriamanitra ny Blair Bill. Ny taona 1888 dia tandindon’ny 11 Septambra 2001, satria i Rahavavy White dia manamarika ny fidinan’ilay anjely ao amin’ny Apokalypsy toko faha-18 ao amin’ireo tantara roa ireo. Ny fampitandremana handosirana ny tanàna amin’ny andro farany dia nanan-kery tamin’ny 11 Septambra 2001. Noho izany, ny Blair Bill tamin’ny 1888 dia tandindon’ny Patriot Act tamin’ny 2001. Ilay anjely izay nidina tamin’ny 11 Septambra 2001 dia manambara ny hafatra fampitandremana farany ao amin’ny andininy telo voalohany amin’ny Apokalypsy toko faha-18, ary io hafatra fampitandremana farany io koa dia hafatry ny anjely fahatelo, na dia tsy mitovy aza ny fomba fanehoana ny fahamarinana asehon’ilay anjely fahatelo ao amin’ny toko faha-14 sy ao amin’ny toko faha-18. Andalana manaraka andalana, dia hafatra fampitandremana iray ihany izy ireo.</w:t>
      </w:r>
    </w:p>
    <w:p>
      <w:pPr>
        <w:pStyle w:val="ArticleBody"/>
        <w:jc w:val="left"/>
      </w:pPr>
      <w:r>
        <w:rPr>
          <w:rFonts w:ascii="Times New Roman" w:hAnsi="Times New Roman" w:eastAsia="Times New Roman" w:cs="Times New Roman"/>
        </w:rPr>
        <w:t>Ny fahavetavetana mampitandroka, izay nolazain’i Daniela mpaminany, dia famantarana nomen’i Kristy mba hamantarana ny fotoana izay tokony handosiran’ny olony ho fiarovana azy. Hafatra fampitandremana izany, ary noho izany dia tsy maintsy io no hafatra fampitandremana farany, na dia ambara amin’ny teny hafa aza noho ilay hafatra aseho ao amin’ny toko faha-efatra ambin’ny folo sy ao amin’ny toko faha-valo ambin’ny folo ao amin’ny Apokalypsy. Ny tantara izay manomboka ao amin’ny andininy faha-enina ambin’ny folo, ao amin’i Jeremia toko faha-dimy ambin’ny folo, dia ilay vanim-potoana ara-paminaniana iray ihany momba ny hafatra fampitandremana sy fitsapana. Manomboka izany rehefa mihinana ny Tenin’Andriamanitra i Jeremia, ary izany no mitranga rehefa midina ilay anjely, tahaka ny nataony tamin’ny fotoana nianjeran’ireo trano lehibe tao New York City.</w:t>
      </w:r>
    </w:p>
    <w:p>
      <w:pPr>
        <w:pStyle w:val="ArticleBody"/>
        <w:jc w:val="left"/>
      </w:pPr>
      <w:r>
        <w:rPr>
          <w:rFonts w:ascii="Times New Roman" w:hAnsi="Times New Roman" w:eastAsia="Times New Roman" w:cs="Times New Roman"/>
        </w:rPr>
        <w:t>Rehefa mitory hoe: “Hita ny teninao, ka nohaniko izany; ary ny teninao no fifaliana sy firavoravoan’ny foko,” dia maneho ny fitsapana voalohany momba ny sakafo niainan’i Daniela ao amin’ny toko voalohany izany, ary koa i Jaona ao amin’ny toko fahafolo ao amin’ny Apokalypsy, naka ny boky teny an-tànan’ilay anjely ka nihinana azy. Ny fihinanana ny hafatra dia manomboka rehefa tonga ny anjely, ary rehefa tonga ny anjely dia misy faminaniana fitsapana izay novahana tombo-kase. Rehefa tonga ny anjely dia manomboka ny vanim-potoana fitsapana voalohany ary mifarana izany rehefa manomboka ny vanim-potoana fitsapana faharoa, ary rehefa mitsangana Mikaela dia mifarana ny vanim-potoana fitsapana faharoa.</w:t>
      </w:r>
    </w:p>
    <w:p>
      <w:pPr>
        <w:pStyle w:val="ArticleBody"/>
        <w:jc w:val="left"/>
      </w:pPr>
      <w:r>
        <w:rPr>
          <w:rFonts w:ascii="Times New Roman" w:hAnsi="Times New Roman" w:eastAsia="Times New Roman" w:cs="Times New Roman"/>
        </w:rPr>
        <w:t>Rehefa tonga ilay anjely, dia manomboka mirotsaka ny ranonorana farany.</w:t>
      </w:r>
    </w:p>
    <w:p>
      <w:pPr>
        <w:pStyle w:val="ArticleScripture"/>
        <w:jc w:val="left"/>
      </w:pPr>
      <w:r>
        <w:rPr>
          <w:rFonts w:ascii="Times New Roman" w:hAnsi="Times New Roman" w:eastAsia="Times New Roman" w:cs="Times New Roman"/>
        </w:rPr>
        <w:t>“Ny ranonorana farany dia hirotsaka amin’ny vahoakan’Andriamanitra. Anjely mahery iray no hidina avy any an-danitra, ary ny tany rehetra dia hohazavain’ny voninahiny.” Review and Herald, 21 Aprily 1891.</w:t>
      </w:r>
    </w:p>
    <w:p>
      <w:pPr>
        <w:pStyle w:val="ArticleBody"/>
        <w:jc w:val="left"/>
      </w:pPr>
      <w:r>
        <w:rPr>
          <w:rFonts w:ascii="Times New Roman" w:hAnsi="Times New Roman" w:eastAsia="Times New Roman" w:cs="Times New Roman"/>
        </w:rPr>
        <w:t>Ny orana farany dia raisin’izay mandeha amin’ireo lalana fahiny ao amin’i Jeremia.</w:t>
      </w:r>
    </w:p>
    <w:p>
      <w:pPr>
        <w:pStyle w:val="ArticleScripture"/>
        <w:jc w:val="left"/>
      </w:pPr>
      <w:r>
        <w:rPr>
          <w:rFonts w:ascii="Times New Roman" w:hAnsi="Times New Roman" w:eastAsia="Times New Roman" w:cs="Times New Roman"/>
        </w:rPr>
        <w:t>Izao no lazain’i Jehovah hoe: Mijanòna eo amin’ny làlana ianareo, ka jereo, ary anontanio ny amin’ny lalana fahiny, dia izay làlana tsara; ary mandehana amin’izany, dia hahita fitsaharana ho an’ny fanahinareo ianareo. Nefa hoy izy ireo: Tsy handeha amin’izany izahay. Ary Izaho koa nanendry mpiambina ho aminareo ka nanao hoe: Henoy ny fanenoan’ny trompetra. Nefa hoy izy ireo: Tsy hihaino izahay. Jeremia 6:16, 17.</w:t>
      </w:r>
    </w:p>
    <w:p>
      <w:pPr>
        <w:pStyle w:val="ArticleBody"/>
        <w:jc w:val="left"/>
      </w:pPr>
      <w:r>
        <w:rPr>
          <w:rFonts w:ascii="Times New Roman" w:hAnsi="Times New Roman" w:eastAsia="Times New Roman" w:cs="Times New Roman"/>
        </w:rPr>
        <w:t>Ny “trompetra” izay tsofin’ireo “mpitily” dia ny hafatry ny Laodikia, izay nasehon’i Jones sy Waggoner tamin’ny taona 1888.</w:t>
      </w:r>
    </w:p>
    <w:p>
      <w:pPr>
        <w:pStyle w:val="ArticleScripture"/>
        <w:jc w:val="left"/>
      </w:pPr>
      <w:r>
        <w:rPr>
          <w:rFonts w:ascii="Times New Roman" w:hAnsi="Times New Roman" w:eastAsia="Times New Roman" w:cs="Times New Roman"/>
        </w:rPr>
        <w:t>Miantsoa mafy, aza miantra; asandrato toy ny anjomara ny feonao, ary ambarao amin’ny oloko ny fahadisoany, sy amin’ny taranak’i Jakoba ny fahotany. Isaia 58:1.</w:t>
      </w:r>
    </w:p>
    <w:p>
      <w:pPr>
        <w:pStyle w:val="ArticleBody"/>
        <w:jc w:val="left"/>
      </w:pPr>
      <w:r>
        <w:rPr>
          <w:rFonts w:ascii="Times New Roman" w:hAnsi="Times New Roman" w:eastAsia="Times New Roman" w:cs="Times New Roman"/>
        </w:rPr>
        <w:t>Tamin’ny 11 Septambra 2001 no nanombohan’ny fanisiana tombo-kase ny efatra arivo amby efa-polo sy iray hetsy. Nambara ny hafatra fampitandremana ho an’i Laodikia.</w:t>
      </w:r>
    </w:p>
    <w:p>
      <w:pPr>
        <w:pStyle w:val="ArticleScripture"/>
        <w:jc w:val="left"/>
      </w:pPr>
      <w:r>
        <w:rPr>
          <w:rFonts w:ascii="Times New Roman" w:hAnsi="Times New Roman" w:eastAsia="Times New Roman" w:cs="Times New Roman"/>
        </w:rPr>
        <w:t>“Ny hafatra nomena antsika tamin’ny alalan’i A. T. Jones sy E. J. Waggoner dia hafatr’Andriamanitra ho an’ny fiangonana Laodikia, ary loza ho an’izay rehetra milaza ho mino ny fahamarinana kanefa tsy mampitaratra amin’ny hafa ireo taratra nomen’Andriamanitra.” The 1888 Materials, 1053.</w:t>
      </w:r>
    </w:p>
    <w:p>
      <w:pPr>
        <w:pStyle w:val="ArticleBody"/>
        <w:jc w:val="left"/>
      </w:pPr>
      <w:r>
        <w:rPr>
          <w:rFonts w:ascii="Times New Roman" w:hAnsi="Times New Roman" w:eastAsia="Times New Roman" w:cs="Times New Roman"/>
        </w:rPr>
        <w:t>Ny fampitandremana ho an’i Laodikia dia ny feon’ny trompetran’ny mpiambina araka an’i Jeremia, izay lavin’ny fiangonana Advantista Mitandrina ny Andro Fahafito ao Laodikia tsy hohenoina. Izany no fampitandremana mba handosirana ny tanàna ka hifindra any amin’ny fananana any ambanivohitra mialoha ny fahatongavan’ny lalàna alahady tsy ho ela.</w:t>
      </w:r>
    </w:p>
    <w:p>
      <w:pPr>
        <w:pStyle w:val="ArticleBody"/>
        <w:jc w:val="left"/>
      </w:pPr>
      <w:r>
        <w:rPr>
          <w:rFonts w:ascii="Times New Roman" w:hAnsi="Times New Roman" w:eastAsia="Times New Roman" w:cs="Times New Roman"/>
        </w:rPr>
        <w:t>Ny zavatra vao nolazaiko momba ireo tsipika ara-paminaniana samihafa ireo dia ezaka natao hanaitra ny fahaizanareo mamantatra, mba hamporisihana anareo hizaha toetra marina tokoa izay efa hovaliko soratana. Angamba ny toetra manan-danja indrindra amin’ny sary ho an’ilay bibidia sy ny an’ilay bibidia dia ny fisian’ny fananganana roa ny sary ho an’ilay bibidia sy ny an’ilay bibidia amin’ny andro farany. Ny voalohany dia any Etazonia, ary aorian’izany any amin’ireo firenena maneran-tany.</w:t>
      </w:r>
    </w:p>
    <w:p>
      <w:pPr>
        <w:pStyle w:val="ArticleBody"/>
        <w:jc w:val="left"/>
      </w:pPr>
      <w:r>
        <w:rPr>
          <w:rFonts w:ascii="Times New Roman" w:hAnsi="Times New Roman" w:eastAsia="Times New Roman" w:cs="Times New Roman"/>
        </w:rPr>
        <w:t>Misy toetra ara-paminaniana sasantsasany mifandray amin’ny sary ho an’ny bibidia sy ny sarin’ilay bibidia, izay tsy maintsy ampiharina araka ny tokony ho izy raha tiantsika ny hahay handalo amim-pahamarinana ny fizotry ny fitsapana ara-paminaniana momba ity sarin’i Roma ity. Singa faharoa manan-danja amin’ny vanim-potoanan’ny fitsapana ny sarin’ilay bibidia (izay azo aseho amin’ny alalan’ny vavolombelona maro), dia ny hoe ny fotoana fanisiana tombo-kase ny iray hetsy sy efatra amby efapolo arivo dia miseho ao anatin’ny vanim-potoanan’ny fitsapana ny sarin’ilay bibidia any Etazonia; ary ny vanim-potoanan’ny fitsapana ny sarin’ilay bibidia any amin’ireo firenena maneran-tany no fotoana anangonan’Andriamanitra ireo zanany hafa izay mbola any Babylona amin’ny fotoanan’izany lalàna Alahady izany (asehon’ny 321), ho ao amin’ny vala.</w:t>
      </w:r>
    </w:p>
    <w:p>
      <w:pPr>
        <w:pStyle w:val="ArticleBody"/>
        <w:jc w:val="left"/>
      </w:pPr>
      <w:r>
        <w:rPr>
          <w:rFonts w:ascii="Times New Roman" w:hAnsi="Times New Roman" w:eastAsia="Times New Roman" w:cs="Times New Roman"/>
        </w:rPr>
        <w:t>Ny sarin’ilay bibidia dia maneho vanim-potoana roa manokana mifamatotra amin’ny androm-pitsapana, ary ireo androm-pitsapana roa ireo koa dia maneho ny fanangonana farany ny iray hetsy sy efatra alina sy efatra arivo ao amin’ny Apokalypsy toko faha-7, arahin’ny vahoaka betsaka ao amin’io toko io ihany.</w:t>
      </w:r>
    </w:p>
    <w:p>
      <w:pPr>
        <w:pStyle w:val="ArticleBody"/>
        <w:jc w:val="left"/>
      </w:pPr>
      <w:r>
        <w:rPr>
          <w:rFonts w:ascii="Times New Roman" w:hAnsi="Times New Roman" w:eastAsia="Times New Roman" w:cs="Times New Roman"/>
        </w:rPr>
        <w:t>Eo amin’ny lalàn’ny Alahady no itenenan’i Etazonia toy ny dragona ao amin’ny andininy faha-iraika ambin’ny folo amin’ny Apokalypsy toko faha-telo ambin’ny folo. Avy eo dia mivoaka izy hamitaka ny firenena rehetra amin’izao tontolo izao, ka milaza amin’ireo firenena ireo fa tokony hanao sarin’ilay bibidia maneran-tany koa izy, tahaka izay vao nataon’i Etazonia. Ny vanim-potoana izay manomboka amin’ny lalàn’ny Alahady, asehon’ny lalàn’ny Alahadin’i Constantin tamin’ny taona 321, dia mifarana rehefa mandohalika eo anatrehan’i Roma papaly ny firenena farany, izay anehoana ny lalàn’ny Alahady tamin’ny 538; fa ao amin’ny toko faha-telo ambin’ny folo dia manana fahefana hampisy aina ao amin’ny sarin’ilay bibidia sy hampiteny azy i Etazonia. Manomboka amin’ny lalàn’ny Alahady tamin’ny 321 io vanim-potoana io ary mifarana amin’ny lalàn’ny Alahady tamin’ny 538.</w:t>
      </w:r>
    </w:p>
    <w:p>
      <w:pPr>
        <w:pStyle w:val="ArticleBody"/>
        <w:jc w:val="left"/>
      </w:pPr>
      <w:r>
        <w:rPr>
          <w:rFonts w:ascii="Times New Roman" w:hAnsi="Times New Roman" w:eastAsia="Times New Roman" w:cs="Times New Roman"/>
        </w:rPr>
        <w:t>Tamin’ny taona 2001, ny governemantan’i Etazonia dia “niteny” ka nampanjary lalàna ny Patriot Act.</w:t>
      </w:r>
    </w:p>
    <w:p>
      <w:pPr>
        <w:pStyle w:val="ArticleBody"/>
        <w:jc w:val="left"/>
      </w:pPr>
      <w:r>
        <w:rPr>
          <w:rFonts w:ascii="Times New Roman" w:hAnsi="Times New Roman" w:eastAsia="Times New Roman" w:cs="Times New Roman"/>
        </w:rPr>
        <w:t>Hohamafisintsika ao amin’ny lahatsoratra manaraka izao fandinihana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Laharana Voalohany</dc:title>
  <dc:subject>Famoahana ny Faminaniana Voaisy Tombo-kase: Ny Andro Farany, ny Liona avy amin’i Joda, ary ny Fihetsiketsehana Farany ao amin’ny Apokalypsy</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