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Tantara Miafin’ny Andininy Faha-Efapolo — Isa Efatra</w:t>
      </w:r>
    </w:p>
    <w:p>
      <w:pPr>
        <w:pStyle w:val="ArticleSubtitle"/>
        <w:jc w:val="left"/>
      </w:pPr>
      <w:r>
        <w:rPr>
          <w:rFonts w:ascii="Arial" w:hAnsi="Arial" w:eastAsia="Arial" w:cs="Arial"/>
        </w:rPr>
        <w:t>Fitsapana sy Fandresena: Ny Fananganana ny Sarin’ny Bibidia sy ny Fanisiana Tombo-kase ny Hendry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2024-09-23</w:t>
      </w:r>
    </w:p>
    <w:p>
      <w:pPr>
        <w:pStyle w:val="ArticleBody"/>
        <w:jc w:val="left"/>
      </w:pPr>
      <w:r>
        <w:rPr>
          <w:rFonts w:ascii="Times New Roman" w:hAnsi="Times New Roman" w:eastAsia="Times New Roman" w:cs="Times New Roman"/>
        </w:rPr>
        <w:t>Ny tsipika ara-paminaniana izay maneho ny fizahan-toetra asehon’ny fananganana ny sarin’ny bibidia ao Etazonia dia mifanindran-dàlana amin’ireo mari-dalana telo izay maneho ny tsipiky ny Lalàmpanorenana. Mifanaraka sy mandeha mitovy izy ireo, ary samy manome fanazavana manokana izay miresaka ny tsipika ilany. Ahoana no mahatonga ireo izay mandalo ny fitsapana momba ny sarin’ny bibidia ho voaomana avy eo handeha ao amin’ny fahazavana izay mivoaka avy ao amin’ny efitranon’ny seza fiandrianan’Andriamanitra, mandritra ny fotoanan’ny fanenjehana izay manomboka amin’ny lalàn’ny Alahady ao Etazonia? Inona no ao amin’ny fitsapana momba ny fananganana ny sarin’ny bibidia no manisy tombo-kase ireo virijina hendry ho ao anatin’ny fanandramana iray izay ahafahany mamakivaky ny vanim-potoanan’ny fanenjehana izay manomboka amin’ny lalàn’ny Alahady, rehefa arahina faharavana nasionaly ny fihemorana amin’ny finoana eo amin’ny firenena, ary manomboka ny asa mahagagan’i Satana?</w:t>
      </w:r>
    </w:p>
    <w:p>
      <w:pPr>
        <w:pStyle w:val="ArticleScripture"/>
        <w:jc w:val="left"/>
      </w:pPr>
      <w:r>
        <w:rPr>
          <w:rFonts w:ascii="Times New Roman" w:hAnsi="Times New Roman" w:eastAsia="Times New Roman" w:cs="Times New Roman"/>
        </w:rPr>
        <w:t>“Tsy azo atao ny manome hevitra na dia kely aza ny amin’ny fanandraman’ny olon’Andriamanitra izay mbola ho velona etỳ ambonin’ny tany, rehefa mifangaro ny voninahitra avy any an-danitra sy ny famerenana indray ny fanenjehana tamin’ny lasa. Handeha ao amin’ny mazava izay mivoaka avy eo amin’ny seza fiandrianan’Andriamanitra izy ireo. Amin’ny alalan’ny anjely dia hisy fifandraisana tsy tapaka eo amin’ny lanitra sy ny tany. Ary Satana, voahodidin’ny anjely ratsy, sady milaza ho Andriamanitra, dia hanao fahagagana isan-karazany mba hamitahana, raha azo atao, ny olom-boafidy indrindra aza.” Testimonies, boky faha-9, 16.</w:t>
      </w:r>
    </w:p>
    <w:p>
      <w:pPr>
        <w:pStyle w:val="ArticleBody"/>
        <w:jc w:val="left"/>
      </w:pPr>
      <w:r>
        <w:rPr>
          <w:rFonts w:ascii="Times New Roman" w:hAnsi="Times New Roman" w:eastAsia="Times New Roman" w:cs="Times New Roman"/>
        </w:rPr>
        <w:t>Манангахи Занахары Уайт диа манорон-kevitra mikasika ilay hafatra natolotr’i Kristy tao amin’ny synagoga tany Kapernaomy, izay voarakitra ao amin’ny Jaona toko faha-enina. Ny fanamarihany dia hita ao amin’ny Ilay Fitiavana Mandresy, ao amin’ilay toko mitondra ny lohateny hoe Ny Krizy tany Galilia. Ao no anasongadinany fa tsy nanao ezaka akory Kristy mba hisorohana ilay fikomiana izay niseho tao amin’ny Jaona 6, na dia fantany tsara aza fa ho very mpianatra betsaka kokoa tamin’izany Izy noho ny tamin’ny fotoana hafa rehetra teo amin’ny asany teo amin’ny olombelona.</w:t>
      </w:r>
    </w:p>
    <w:p>
      <w:pPr>
        <w:pStyle w:val="ArticleScripture"/>
        <w:jc w:val="left"/>
      </w:pPr>
      <w:r>
        <w:rPr>
          <w:rFonts w:ascii="Times New Roman" w:hAnsi="Times New Roman" w:eastAsia="Times New Roman" w:cs="Times New Roman"/>
        </w:rPr>
        <w:t>“Raha naneho ilay fahamarinana mitsapa izay nahatonga ny maro tamin’ny mpianany hihemotra Jesosy, dia fantany izay ho vokatry ny teniny; nefa nisy fikasan’ny famindram-po hotanterahiny. Hitany mialoha fa amin’ny ora isian’ny fakam-panahy dia hosedraina mafy ny tsirairay amin’ireo mpianany malalany. Ny fijaliany tany Getsemane, ny namadihana Azy ary ny nanomboana Azy tamin’ny hazo fijaliana, dia ho fitsapana faran’izay mafy ho azy ireo. Raha tsy nisy fitsapana teo aloha nomena, dia maro tamin’izay notarihin’ny antony feno fitiavan-tena ihany no ho nifandray taminy. Rehefa voaheloka tao amin’ny efitrano fitsarana ny Tompony; rehefa nisisika sy nanevateva Azy ilay vahoaka betsaka izay efa niarahaba Azy ho mpanjakany; rehefa niantsoantso ilay vahoaka mpanaraby hoe: ‘Homboana amin’ny hazo fijaliana Izy!’—rehefa rava ny fanirian-daza araka izao tontolo izao izay nananany, dia ireo tia tena ireo, tamin’ny fandavana ny tsy fivadihany tamin’i Jesosy, no ho nitondra tamin’ny mpianatra alahelo mangidy sy fahoriana mavesatra tao am-po, ankoatra ny alahelo sy ny fahadisoam-panantenany noho ny faharavan’ireo fanantenany malalany indrindra. Tamin’izany ora maizina izany, ny ohatr’ireo izay niala taminy dia mety ho nitarika ny hafa hiara-hiala aminy. Kanefa Jesosy no nampisy izany krizy izany raha mbola afaka, tamin’ny fanatrehany manokana, nampahery ny finoan’ireo tena mpanara-dia Azy Izy.”</w:t>
      </w:r>
    </w:p>
    <w:p>
      <w:pPr>
        <w:pStyle w:val="ArticleScripture"/>
        <w:jc w:val="left"/>
      </w:pPr>
      <w:r>
        <w:rPr>
          <w:rFonts w:ascii="Times New Roman" w:hAnsi="Times New Roman" w:eastAsia="Times New Roman" w:cs="Times New Roman"/>
        </w:rPr>
        <w:t>« Mpanavotra feno fangoraham-po, Izay, tamin’ny fahalalana feno ny loza hanjo Azy, no nanamora tamim-pitiavana ny lalana ho an’ny mpianatra, nanomana azy ireo ho amin’ny fizahan-toetra lehibe indrindra hiandry azy, ary nampahery azy ireo ho amin’ny fitsapana farany! » The Desire of Ages, 394.</w:t>
      </w:r>
    </w:p>
    <w:p>
      <w:pPr>
        <w:pStyle w:val="ArticleBody"/>
        <w:jc w:val="left"/>
      </w:pPr>
      <w:r>
        <w:rPr>
          <w:rFonts w:ascii="Times New Roman" w:hAnsi="Times New Roman" w:eastAsia="Times New Roman" w:cs="Times New Roman"/>
        </w:rPr>
        <w:t>Ny lalàn’ny Alahady no fizahan-toetra farany izay anehoana ny toetra. Alohan’io fizahan-toetra farany io, Kristy, Izay tsy miova mandrakizay, dia mamela hisy fitsapana iray izay hanapahana ny anjara mandrakizain’ny olony. Fitsapana tsy maintsy laloviny izany alohan’ny hanisiana tombo-kase azy, ary alohan’ny hifaranan’ny androm-pitsapany eo amin’ny lalàn’ny Alahady. Fitsapana ara-paminaniana izany, izay manomana ny virijina hendry “ho amin’ny fizahan-toetrany ambony indrindra, ary manatanjaka azy ho amin’ny fizahan-toetra farany!” Ny “fizahan-toetrany ambony indrindra” dia ny fitsapana satroboninahiny, satria ny virijina hendry dia ireo izay “nodiovina, natao fotsy ary nozahana toetra.” Ny fizahan-toetra farany no fizahan-toetrany ambony indrindra, ary amin’izany andro fitsapana izany, ny virijina hendry dia “handeha ao amin’ny fahazavana mivoaka avy eo amin’ny seza fiandrianan’Andriamanitra”. Inona no ao anatin’ilay fizotran’ny fitsapana izay aseho ho “ny fananganana ny sarin’ny bibidia” no manomana ny virijina hendry ho amin’ilay fizahan-toetra ambony indrindra ary mamela azy handeha ao amin’ny fahazavana mivoaka avy eo amin’ny seza fiandrianan’Andriamanitra? Inona izany fahazavana mivoaka avy eo amin’ny seza fiandrianan’Andriamanitra izany?</w:t>
      </w:r>
    </w:p>
    <w:p>
      <w:pPr>
        <w:pStyle w:val="ArticleScripture"/>
        <w:jc w:val="left"/>
      </w:pPr>
      <w:r>
        <w:rPr>
          <w:rFonts w:ascii="Times New Roman" w:hAnsi="Times New Roman" w:eastAsia="Times New Roman" w:cs="Times New Roman"/>
        </w:rPr>
        <w:t>Ary rehefa nanokatra ny tombo-kase fahafito Izy, dia nisy fahanginana tany an-danitra tokony ho antsasak’adiny. Ary hitako ireo anjely fito izay nijoro teo anatrehan’Andriamanitra; ary nomena trompetra fito izy. Ary nisy anjely anankiray koa tonga ka nitsangana teo amin’ny alitara, nitondra lovia fandoroana ditin-kazo manitra volamena; ary nomena ditin-kazo manitra betsaka izy mba hanolorany izany miaraka amin’ny vavak’ireo olo-masina rehetra eo ambonin’ny alitara volamena izay teo anoloan’ny seza fiandrianana. Ary ny setroky ny ditin-kazo manitra, izay niaraka tamin’ny vavak’ireo olo-masina, dia niakatra teo anatrehan’Andriamanitra avy tamin’ny tanan’ilay anjely. Ary nalain’ilay anjely ny lovia fandoroana ditin-kazo manitra ka nofenoiny afo avy tamin’ny alitara, dia natsipiny tamin’ny tany izany; ary nisy feo sy kotrokorana sy tselatra ary horohoron-tany. Apokalypsy 8:1–5.</w:t>
      </w:r>
    </w:p>
    <w:p>
      <w:pPr>
        <w:pStyle w:val="ArticleBody"/>
        <w:jc w:val="left"/>
      </w:pPr>
      <w:r>
        <w:rPr>
          <w:rFonts w:ascii="Times New Roman" w:hAnsi="Times New Roman" w:eastAsia="Times New Roman" w:cs="Times New Roman"/>
        </w:rPr>
        <w:t>Amin’ny andro farany, amin’ilay vanim-potoana anatanterahana ny fanoharana ny amin’ny virijina folo sy ametrahana tombo-kase ny iray hetsy sy efatra amby efatra alina, dia voavaha ny tombo-kase fahafito, ary asehony fa afo no atsipy amin’ny tany ho valin’ny vavaky ny olona masina. Ilay afo atsipy midina, amin’ny fanatanterahana farany sy lavorary ny fanoharana ny amin’ny virijina folo, dia ny hafatry ny antso amin’ny misasakalina, araka ny nasehon’ny firotsahan’ny Fanahy Masina tamin’ny fivorian-dasy tao Exeter sy ny firotsahan’ny Fanahy Masina tamin’ny Pentekosta, izay naseho tao ho toy ny afo. Mariho ny fanazavan-dRahavavy White momba ny hafatry ny antso amin’ny misasakalina.</w:t>
      </w:r>
    </w:p>
    <w:p>
      <w:pPr>
        <w:pStyle w:val="ArticleScripture"/>
        <w:jc w:val="left"/>
      </w:pPr>
      <w:r>
        <w:rPr>
          <w:rFonts w:ascii="Times New Roman" w:hAnsi="Times New Roman" w:eastAsia="Times New Roman" w:cs="Times New Roman"/>
        </w:rPr>
        <w:t>“Ireo izay nandà ny hafatra voalohany dia tsy mba nahazo tombontsoa tamin’ny faharoa; ary tsy nahazo tombontsoa tamin’ny antso tamin’ny misasakalina koa izy ireo, izay natao hanomanana azy hiditra miaraka amin’i Jesosy amin’ny finoana ao amin’ny fitoerana masina indrindra ao amin’ny fitoerana masina any an-danitra. Ary noho ny nandavany ireo hafatra roa teo aloha, dia efa nohamainin’izany tokoa ny fahatakarany ka tsy mahita hazavana ao amin’ny hafatry ny anjely fahatelo izy, dia ilay mampiseho ny lalana mankany amin’ny fitoerana masina indrindra. Hitako fa tahaka ny nanomboan’ny Jiosy an’i Jesosy tamin’ny hazo fijaliana no nanomboan’ireo fiangonana anarana fotsiny ireo hafatra ireo koa; koa noho izany dia tsy manana fahalalana ny amin’ny lalana mankany amin’ny fitoerana masina indrindra izy, ary tsy afaka handray tombontsoa avy amin’ny fanelanelanan’i Jesosy any izy. Tahaka ny Jiosy, izay nanatitra ny fanatitra tsy nisy ilàna azy, dia manolotra ny vavaka tsy misy ilàna azy koa izy ireo ho any amin’ilay efitra izay efa nialan’i Jesosy; ary Satana, faly amin’izany fitaka izany, dia maka endrika ara-pivavahana, ka mitarika ny sain’ireto milaza tena ho Kristiana ireto ho aminy, sady miasa amin’ny heriny sy ny famantarany ary ny fahagagana mandainga, mba hamatorany azy ao amin’ny fandriky ny tenany.” Early Writings, 259.</w:t>
      </w:r>
    </w:p>
    <w:p>
      <w:pPr>
        <w:pStyle w:val="ArticleBody"/>
        <w:jc w:val="left"/>
      </w:pPr>
      <w:r>
        <w:rPr>
          <w:rFonts w:ascii="Times New Roman" w:hAnsi="Times New Roman" w:eastAsia="Times New Roman" w:cs="Times New Roman"/>
        </w:rPr>
        <w:t>Tamin’ny tantaran’ny Millerita, ny fitsapana ny hafatry ny antso tamin’ny misasakalina dia “natao hanomanana azy ireo hiditra miaraka amin’i Jesosy amin’ny finoana ao amin’ny fitoerana masina indrindra ao amin’ny fitoerana masina any an-danitra.” Ny hafatry ny antso tamin’ny misasakalina izay ambolavolaina ankehitriny dia aseho koa ho toy ny fitsapana ny fananganana ny sarin’ny bibidia. Samy fitsapana izy roa tonta izay mitondra ho amin’ny fifaranan’ny fotoam-pahasoavana, izay isehoan’ny toetra. Rehefa niditra tamin’ny finoana tao amin’ny Fitoerana Masina Indrindra ny Millerita, dia nosedraina indray ny finoany. Hosedraina amin’ny lalàn’ny Alahady ny finoan’ireo iray hetsy sy efatra arivo amby efatra alina, nefa nampanantenaina izy ireo fa ho voaro, fa handeha izy ireo “ao amin’ny fahazavana mivoaka avy amin’ny” tombo-kase fahafito, izay novohana tamin’ny fotoana nanombohan’ny hafatry ny antso tamin’ny misasakalina hovahana tsikelikely tamin’ny Jolay 2023.</w:t>
      </w:r>
    </w:p>
    <w:p>
      <w:pPr>
        <w:pStyle w:val="ArticleBody"/>
        <w:jc w:val="left"/>
      </w:pPr>
      <w:r>
        <w:rPr>
          <w:rFonts w:ascii="Times New Roman" w:hAnsi="Times New Roman" w:eastAsia="Times New Roman" w:cs="Times New Roman"/>
        </w:rPr>
        <w:t>Ny hafatra izay novahana tamin’izany fotoana izany dia aorina amin’ny alalan’ny metodôlôjian’ny tsipika mifanesy, izay no metodôlôjian’ny ranonorana aoriana. Nanomboka nilatsaka tsikelikely tamin’ny taona 2001 ny ranonorana aoriana, ary nanomboka ny fizahan-toetra farany ny Advantisma. Tamin’ny Jolay 2023 no nanomboka ny vanim-potoana farany ao amin’ny fizotry ny fitsapana izay mifarana amin’ny lalàna alahady, rehefa tonga ny hafatry ny fitarainan’ny misasakalina, izay koa no ranonorana aoriana, izay koa no fitomboan’ny fahalalana vokarina rehefa esorina ny tombo-kase fahafito, ary koa ny famahana ny kotrokorana fito mbamin’ny Fanambaran’i Jesosy Kristy. Ny tsipika rehetra izay maneho ny famahana ny fahazavan’ny faminaniana dia fantarina ho voavaha ao amin’ny tantara miafina amin’ny andininy faha-efapolo ao amin’ny Daniela toko faha-iraika ambin’ny folo.</w:t>
      </w:r>
    </w:p>
    <w:p>
      <w:pPr>
        <w:pStyle w:val="ArticleBody"/>
        <w:jc w:val="left"/>
      </w:pPr>
      <w:r>
        <w:rPr>
          <w:rFonts w:ascii="Times New Roman" w:hAnsi="Times New Roman" w:eastAsia="Times New Roman" w:cs="Times New Roman"/>
        </w:rPr>
        <w:t>Ao anatin’izany tantara miafina izany no aseho ny tsipika misy ireo marika fototra telo amin’ny Lalàm-panorenana. Izany no tsipika amin’ny fotoana iangonan’ny fiangonana sy ny fanjakana mba hamorona ny sarin’ny bibidia. Ahitana tsipika ara-paminaniana miresaka ny filohan’i Etazonia izany, izay maneho ny firindran’ny ady ara-politika miseho eo amin’ny tantaran’ny tandroka repoblikana an’ilay bibidia avy amin’ny tany. Tafiditra ao anatin’izany tsipika izany ny tantara mifanindran-dàlana an’ireo antoko politika lehibe roa tonta ao Etazonia. Mifandray akaiky amin’ny tandroky ny Protestanta nihemotra izany tsipika izany, hatramin’ny niandohany tamin’ny 1844, ka hatramin’ny handrombany ny fanaraha-maso ny fitondrana sivily amin’ny lalàn’ny Alahady.</w:t>
      </w:r>
    </w:p>
    <w:p>
      <w:pPr>
        <w:pStyle w:val="ArticleBody"/>
        <w:jc w:val="left"/>
      </w:pPr>
      <w:r>
        <w:rPr>
          <w:rFonts w:ascii="Times New Roman" w:hAnsi="Times New Roman" w:eastAsia="Times New Roman" w:cs="Times New Roman"/>
        </w:rPr>
        <w:t>Ny anjara asan’ny faminaniana ananan’ny Protestantisma nihemotra dia ahitana ny fijoroana vavolombelon’ny Taranaka Hasmonaean ho tandindon’ny Protestantisma nihemotra. Ao amin’ny ambadiky ny tsipiky ny tandrokan’ny Protestantisma nihemotra dia eo koa ny tsipiky ny fiangonana Advantista Mitandrina ny Andro Fahafito Laodiseana. Avy amin’ny tsipiky ny Adventisma Laodiseana no isehoan’ny tsipiky ny iray hetsy sy efatra amby efapolo arivo. Izany tantara miafina izany dia ahitana koa ny tsipiky ny finoana silamo amin’ny loza fahatelo. Manana tsipika i Rosia, manana tsipika ny Firenena Mikambana, ary mazava ho azy, manana tsipika koa ny fahefana papaly.</w:t>
      </w:r>
    </w:p>
    <w:p>
      <w:pPr>
        <w:pStyle w:val="ArticleBody"/>
        <w:jc w:val="left"/>
      </w:pPr>
      <w:r>
        <w:rPr>
          <w:rFonts w:ascii="Times New Roman" w:hAnsi="Times New Roman" w:eastAsia="Times New Roman" w:cs="Times New Roman"/>
        </w:rPr>
        <w:t>Raha misy mpianatry ny faminaniana manolo-tena tahaka ny Bereana velona amin’ny andro farany, dia hivelona amin’ireo tsipika izay voamarika ao amin’ny tantara miafin’ny andininy faha-efapolo izy. Ny mpianatry ny faminaniana dia handray ny boky avy eo an-tanan’ilay anjely ka hihinana azy. Ary rehefa tonga ny fizahan-toetra farany momba ny lalàn’ny Alahady, dia tsy hoe hahatakatra fotsiny ny hafatry ny antso amin’ny misasakalina izay novahana tombo-kase izy, fa hahatakatra tanteraka koa ny fomba namoronana ny sarin’ny bibidia tany Etazonia.</w:t>
      </w:r>
    </w:p>
    <w:p>
      <w:pPr>
        <w:pStyle w:val="ArticleBody"/>
        <w:jc w:val="left"/>
      </w:pPr>
      <w:r>
        <w:rPr>
          <w:rFonts w:ascii="Times New Roman" w:hAnsi="Times New Roman" w:eastAsia="Times New Roman" w:cs="Times New Roman"/>
        </w:rPr>
        <w:t>Ny fahazavan’ny tombo-kase fahafito dia mivoaka avy eo amin’ny seza fiandrianana, ary eo amin’ny tontolon-kevitry ny fanoharana ny amin’ireo virijina folo dia izany no hafatry ny antso amin’ny misasakalina. Ny hafatry ny antso amin’ny misasakalina no manomana ireo virijina hendry ho amin’ny vanim-potoana izay hiverenan’ny fanenjehana tamin’ny lasa.</w:t>
      </w:r>
    </w:p>
    <w:p>
      <w:pPr>
        <w:pStyle w:val="ArticleScripture"/>
        <w:jc w:val="left"/>
      </w:pPr>
      <w:r>
        <w:rPr>
          <w:rFonts w:ascii="Times New Roman" w:hAnsi="Times New Roman" w:eastAsia="Times New Roman" w:cs="Times New Roman"/>
        </w:rPr>
        <w:t>“Rehefa mandinika ny tantarantsika lasa aho, ka mamakivaky ny dingana rehetra nandrosoantsika hatramin’ny toerana ijoroantsika ankehitriny, dia azoko lazaina hoe: Isaorana anie Andriamanitra! Raha hitako izay efa nataon’Andriamanitra, dia feno fahagagana aho, ary feno fahatokiana an’i Kristy amin’ny maha-Mpitarika Azy. Tsy manana na inona na inona hatahorantsika momba ny hoavy isika, afa-tsy raha manadino ny lalana nitarihan’ny Tompo antsika sy ny fampianarany teo amin’ny tantarantsika lasa.” Testimonies to Ministers, 31.</w:t>
      </w:r>
    </w:p>
    <w:p>
      <w:pPr>
        <w:pStyle w:val="ArticleBody"/>
        <w:jc w:val="left"/>
      </w:pPr>
      <w:r>
        <w:rPr>
          <w:rFonts w:ascii="Times New Roman" w:hAnsi="Times New Roman" w:eastAsia="Times New Roman" w:cs="Times New Roman"/>
        </w:rPr>
        <w:t>Ny Tompo dia mitarika ny olony ao anatin’ilay fizahan-toetra izay nanomboka tamin’ny Jolay 2023. Tafiditra ao amin’ny fitarihany ny fanokafana ny Teny faminaniana mifandraika amin’ny tantara miafina ao amin’ny andininy faha-efapolo. Io tantara io no mampiseho ny fomba iorenan’ny sarin’ilay bibidia ao Etazonia, ary mazava ho azy fa mihoatra lavitra noho izany singa iray amin’ireo fisehoan-javatra amin’ny andro farany izany. Rehefa tonga ao amin’ilay fitsapana fara tampony isika amin’ny lalàna alahady, raha manomboka miverina indray ny fanenjehana tamin’ny andro taloha, dia “tsy manana na inona na inona hatahorantsika ny amin’ny ho avy isika, afa-tsy raha manadino ny làlana izay nitarihan’ny Tompo antsika, sy ny fampianarany teo amin’ny tantarantsika lasa.”</w:t>
      </w:r>
    </w:p>
    <w:p>
      <w:pPr>
        <w:pStyle w:val="ArticleBody"/>
        <w:jc w:val="left"/>
      </w:pPr>
      <w:r>
        <w:rPr>
          <w:rFonts w:ascii="Times New Roman" w:hAnsi="Times New Roman" w:eastAsia="Times New Roman" w:cs="Times New Roman"/>
        </w:rPr>
        <w:t>Amin’ny fotoanan’ny lalàna Alahady dia haverina ny “tantara lasa” mandritra ny vanim-potoanan’ny fananganana ny sarin’ilay bibidia any Etazonia. Ny Liona avy amin’ny fokon’i Joda no nanokatra ny hafatra farany ary nitondra ny olony ho amin’ilay tantara miafina ao amin’ny andininy faha-efapolo. Teo no nampianarany ny olony mba tsy hahatakatra fotsiny ny Teniny ara-paminaniana, fa koa ny tombontsoa sy andraikitra hahazo traikefa mendrika mba ho isan’ireo olony izay ho solontenany amin’ny krizy farany.</w:t>
      </w:r>
    </w:p>
    <w:p>
      <w:pPr>
        <w:pStyle w:val="ArticleBody"/>
        <w:jc w:val="left"/>
      </w:pPr>
      <w:r>
        <w:rPr>
          <w:rFonts w:ascii="Times New Roman" w:hAnsi="Times New Roman" w:eastAsia="Times New Roman" w:cs="Times New Roman"/>
        </w:rPr>
        <w:t>Ny iray amin’ireo toetra ara-paminaniana ananan’izany vahoaka izany dia ny fahalalany mandeha amin’ny fahazavana mivoaka avy eo amin’ny seza fiandrianana. Izany fahazavana izany dia ny fahazavan’ny tantara miafina ao amin’ny andininy faha-efapolo, izay mamaritra amin’ny antsipiriany lalina ny fironana ara-pivavahana, ara-politika, ara-tsosialy ary ara-toekarena tafiditra amin’ny fananganana ny sarin’ilay bibidia any Etazonia. Ny fahazavana izay ekena momba izany tantara masina izany dia vokarina amin’ny alalan’ny fampiharana ny hoe didy mifanindry amin’ny didy, etỳ kely ary erỳ kely, ary izany no fahazavana izay mamaritra ny tantara amin’ny fotoana hanombohana indray ireo fanenjehana tamin’ny lasa.</w:t>
      </w:r>
    </w:p>
    <w:p>
      <w:pPr>
        <w:pStyle w:val="ArticleBody"/>
        <w:jc w:val="left"/>
      </w:pPr>
      <w:r>
        <w:rPr>
          <w:rFonts w:ascii="Times New Roman" w:hAnsi="Times New Roman" w:eastAsia="Times New Roman" w:cs="Times New Roman"/>
        </w:rPr>
        <w:t>Izay mahatakatra ny fitomboan’ny fahalalana no hendry, ary ny fitomboan’ny fahalalana dia momba ny fananganana ny sarin’ilay bibidia; ary ny hendry dia hahatakatra mialoha ny hahatongavan’izany tantara izany ny tantaran’ny fananganana ny sarin’ilay bibidia eo amin’izao tontolo izao. Jesosy, amin’ny maha Alfa sy Omega Azy, dia maneho mandrakariva ny faran’ny zavatra iray amin’ny fiandohan’izany zavatra izany.</w:t>
      </w:r>
    </w:p>
    <w:p>
      <w:pPr>
        <w:pStyle w:val="ArticleBody"/>
        <w:jc w:val="left"/>
      </w:pPr>
      <w:r>
        <w:rPr>
          <w:rFonts w:ascii="Times New Roman" w:hAnsi="Times New Roman" w:eastAsia="Times New Roman" w:cs="Times New Roman"/>
        </w:rPr>
        <w:t>Tsara homarihina fa ilay andalan-teny izay amantaràn’i Sister White fa handeha amin’ny mazava avy eo amin’ny seza fiandrianana ny olon’Andriamanitra dia famaranana ny toko voalohany ao amin’ny Testimonies, boky fahasivy. Manomboka eo amin’ny pejy iraika ambin’ny folo ilay toko, koa manomboka amin’ny sivy iraika ambin’ny folo ilay toko, ary mifarana amin’ny filazalazana ny lalàn’ny Alahady izany. Asehony ny vanim-potoana anorenana ny sarin’ny bibidia sy hanehoana ireo iray hetsy sy efatra arivo amby efatra alina, nefa raha manana ny finoana hahita io toko io amin’izany endriny izany ihany ianao.</w:t>
      </w:r>
    </w:p>
    <w:p>
      <w:pPr>
        <w:pStyle w:val="ArticleBody"/>
        <w:jc w:val="left"/>
      </w:pPr>
      <w:r>
        <w:rPr>
          <w:rFonts w:ascii="Times New Roman" w:hAnsi="Times New Roman" w:eastAsia="Times New Roman" w:cs="Times New Roman"/>
        </w:rPr>
        <w:t>Amin’ny maha-fizarana voalohany amin’ny boky fahasivy azy, dia misokatra amin’izany fanondroana izany izy, ary mampiasa ny lohateny hoe: Ho amin’ny Fiavian’ny Mpanjaka. Miharihary fa tsy ny Fiavian’i Kristy Fanindroany ihany no resahiny, fa koa ny fanoharana ny amin’ireo virijina folo, satria ny lohatenin’io fizarana io dia avy eo mitanisa an’i Paoly.</w:t>
      </w:r>
    </w:p>
    <w:p>
      <w:pPr>
        <w:pStyle w:val="ArticleScripture"/>
        <w:jc w:val="left"/>
      </w:pPr>
      <w:r>
        <w:rPr>
          <w:rFonts w:ascii="Times New Roman" w:hAnsi="Times New Roman" w:eastAsia="Times New Roman" w:cs="Times New Roman"/>
        </w:rPr>
        <w:t>“Fizarana 1—Ho an’ny Fiavian’ny Mpanjaka”</w:t>
      </w:r>
    </w:p>
    <w:p>
      <w:pPr>
        <w:pStyle w:val="ArticleScripture"/>
        <w:jc w:val="left"/>
      </w:pPr>
      <w:r>
        <w:rPr>
          <w:rFonts w:ascii="Times New Roman" w:hAnsi="Times New Roman" w:eastAsia="Times New Roman" w:cs="Times New Roman"/>
        </w:rPr>
        <w:t>“‘Fa vetivety foana, dia ho avy Izay ho avy, ary tsy hitaredretra.’ Hebreo 10:37.”</w:t>
      </w:r>
    </w:p>
    <w:p>
      <w:pPr>
        <w:pStyle w:val="ArticleBody"/>
        <w:jc w:val="left"/>
      </w:pPr>
      <w:r>
        <w:rPr>
          <w:rFonts w:ascii="Times New Roman" w:hAnsi="Times New Roman" w:eastAsia="Times New Roman" w:cs="Times New Roman"/>
        </w:rPr>
        <w:t>Ireo andininy roa manaraka dia navela tsy ho ao, nefa manampy amin’ny fahazavana ao amin’ilay andalan-teny.</w:t>
      </w:r>
    </w:p>
    <w:p>
      <w:pPr>
        <w:pStyle w:val="ArticleScripture"/>
        <w:jc w:val="left"/>
      </w:pPr>
      <w:r>
        <w:rPr>
          <w:rFonts w:ascii="Times New Roman" w:hAnsi="Times New Roman" w:eastAsia="Times New Roman" w:cs="Times New Roman"/>
        </w:rPr>
        <w:t>Fa afaka kelikely sisa, dia ho avy Ilay ho avy, ary tsy hahemotra. Ary ny marina dia ho velona amin’ny finoana; fa raha misy mihemotra kosa, dia tsy sitraky ny fanahiko izy. Fa isika tsy mba isan’izay mihemotra ho amin’ny fahaverezana, fa isan’izay mino ho amin’ny famonjena ny fanahy. Hebreo 10:37–39.</w:t>
      </w:r>
    </w:p>
    <w:p>
      <w:pPr>
        <w:pStyle w:val="ArticleBody"/>
        <w:jc w:val="left"/>
      </w:pPr>
      <w:r>
        <w:rPr>
          <w:rFonts w:ascii="Times New Roman" w:hAnsi="Times New Roman" w:eastAsia="Times New Roman" w:cs="Times New Roman"/>
        </w:rPr>
        <w:t>Paoly dia nanondro an’i Habakoka, izay ampitahaina ny virijiny hendry mahatoky sy ireo izay lazain’i Paoly hoe: “mihemotra ho amin’ny fahaverezana.” Hoy i Habakoka nilaza izany:</w:t>
      </w:r>
    </w:p>
    <w:p>
      <w:pPr>
        <w:pStyle w:val="ArticleScripture"/>
        <w:jc w:val="left"/>
      </w:pPr>
      <w:r>
        <w:rPr>
          <w:rFonts w:ascii="Times New Roman" w:hAnsi="Times New Roman" w:eastAsia="Times New Roman" w:cs="Times New Roman"/>
        </w:rPr>
        <w:t>Indro, ny fanahiny izay miavonavona dia tsy mahitsy ao aminy; fa ny marina ho velona amin’ny finoany. Habakoka 2:4.</w:t>
      </w:r>
    </w:p>
    <w:p>
      <w:pPr>
        <w:pStyle w:val="ArticleBody"/>
        <w:jc w:val="left"/>
      </w:pPr>
      <w:r>
        <w:rPr>
          <w:rFonts w:ascii="Times New Roman" w:hAnsi="Times New Roman" w:eastAsia="Times New Roman" w:cs="Times New Roman"/>
        </w:rPr>
        <w:t>Ny fotoana fiandrasana ao amin’i Habakoka dia ny fotoana fiandrasan’ny virijina folo, ary ny toko momba ny Mpanjaka ho avy, mifandray amin’ny tenin’i Paoly ao amin’ny Hebreo, dia manondro ny fahatanterahana sy ny fampiharana lavorary an’ity toko ity amin’ny vanim-potoanan’ny fanisiana tombo-kase ny iray hetsy sy efatra arivo amby efatra alina. Izany vanim-potoana izany dia nanomboka tamin’ny 11 Septambra 2001 ary mifarana amin’ny lalàn’ny Alahady, izay krizy farany ho an’ny Advantisma Laodikia, izay ao amin’ny fanoharana ny amin’ny virijina folo dia ny fisehoan’ny toetra amin’ny fotoanan’ny lalàn’ny Alahady. Ny fehintsoratra farany amin’ity toko ity dia miresaka ny lalàn’ny Alahady, ary ny toko dia manomboka amin’ny firesahana ny 11 Septambra 2001.</w:t>
      </w:r>
    </w:p>
    <w:p>
      <w:pPr>
        <w:pStyle w:val="ArticleScripture"/>
        <w:jc w:val="left"/>
      </w:pPr>
      <w:r>
        <w:rPr>
          <w:rFonts w:ascii="Times New Roman" w:hAnsi="Times New Roman" w:eastAsia="Times New Roman" w:cs="Times New Roman"/>
        </w:rPr>
        <w:t>“Ang Huling Krisis”</w:t>
      </w:r>
    </w:p>
    <w:p>
      <w:pPr>
        <w:pStyle w:val="ArticleScripture"/>
        <w:jc w:val="left"/>
      </w:pPr>
      <w:r>
        <w:rPr>
          <w:rFonts w:ascii="Times New Roman" w:hAnsi="Times New Roman" w:eastAsia="Times New Roman" w:cs="Times New Roman"/>
        </w:rPr>
        <w:t>“Isika dia miaina amin’ny fotoanan’ny farany. Ny famantarana ny andro, izay tanteraka haingana, dia manambara fa efa akaiky indrindra ny fihavian’i Kristy. Manetriketrika sy manan-danja ny andro iainantsika. Ny Fanahin’Andriamanitra dia esorina tsikelikely nefa tsy isalasalana hiala amin’ny tany. Efa mihatra sahady amin’ireo izay manamavo ny fahasoavan’Andriamanitra ny loza sy ny fitsarana. Ny loza eny an-tanety sy any an-dranomasina, ny fikorontanan’ny fiarahamonina, ny fampitahorana avy amin’ny ady, dia famantarana mialoha mampitandrina. Ireo dia manambara mialoha ny zava-manakaiky izay lehibe indrindra ny lanjany.</w:t>
      </w:r>
    </w:p>
    <w:p>
      <w:pPr>
        <w:pStyle w:val="ArticleScripture"/>
        <w:jc w:val="left"/>
      </w:pPr>
      <w:r>
        <w:rPr>
          <w:rFonts w:ascii="Times New Roman" w:hAnsi="Times New Roman" w:eastAsia="Times New Roman" w:cs="Times New Roman"/>
        </w:rPr>
        <w:t>“Ny asan’ny ratsy dia mampivondrona ny heriny sy manamafy ny firaisany. Mampatanjaka tena izy ireo ho amin’ilay krizy lehibe farany. Fiovana lehibe no tsy ho ela dia hitranga eto amin’izao tontolontsika izao, ary ny hetsika farany dia ho haingana.”</w:t>
      </w:r>
    </w:p>
    <w:p>
      <w:pPr>
        <w:pStyle w:val="ArticleScripture"/>
        <w:jc w:val="left"/>
      </w:pPr>
      <w:r>
        <w:rPr>
          <w:rFonts w:ascii="Times New Roman" w:hAnsi="Times New Roman" w:eastAsia="Times New Roman" w:cs="Times New Roman"/>
        </w:rPr>
        <w:t>“Ny toe-javatra misy eto amin’izao tontolo izao dia mampiseho fa efa mby eo amintsika indrindra ny andro sarotra. Feno famantarana momba ny fifandonana mahatsiravina hitranga tsy ho ela ny gazety isan’andro. Matetika no miseho ny fandrobana atao amim-pahasahiana. Fahita mahazatra ny fitokonana. Misy hatraiza hatraiza ny halatra sy ny vonoan’olona. Ny olona azon’ny demonia dia mamono lehilahy sy vehivavy ary zaza madinika. Efa voasariky ny faharatsiana ny olona, ary manjaka ny karazan-dratsy rehetra.</w:t>
      </w:r>
    </w:p>
    <w:p>
      <w:pPr>
        <w:pStyle w:val="ArticleScripture"/>
        <w:jc w:val="left"/>
      </w:pPr>
      <w:r>
        <w:rPr>
          <w:rFonts w:ascii="Times New Roman" w:hAnsi="Times New Roman" w:eastAsia="Times New Roman" w:cs="Times New Roman"/>
        </w:rPr>
        <w:t>Nahomby tamin’ny fanodikodinana ny rariny sy tamin’ny famenoana ny fon’ny olona ny faniriana hahazo tombontsoa feno fitiavan-tena ny fahavalo. “Mijanona lavitra ny rariny; fa lavo eny an-dàlana ny fahamarinana, ary tsy mahazo miditra ny hitsiny.” Isaia 59:14. Ao amin’ireo tanàna lehibe dia misy vahoaka maro velona ao anatin’ny fahantrana sy fahoriana, saiky tsy manan-kohanina, tsy manan-kialofana, ary tsy manan-kitafy; nefa ao amin’ireo tanàna ireo ihany dia misy koa ireo izay manana mihoatra noho izay irin’ny fo, izay miaina amin’ny firoboroboana, mandany ny volany amin’ny trano voaravaka sy voaomana lafo vidy, amin’ny firavahana ny tena manokana, na izay mbola ratsy kokoa aza, amin’ny fanomezana fahafaham-po ny filan’ny nofo, amin’ny toaka, paraky, ary zavatra hafa izay manimba ny herin’ny atidoha, mampikorontana ny saina, ary manambany ny fanahy. Miakatra eo anatrehan’Andriamanitra ny fitarainan’ny olombelona noana, raha toa kosa ka amin’ny karazam-pamoretana sy fangalaram-bola rehetra no anangonan’ny olona harena goavana dia goavana.</w:t>
      </w:r>
    </w:p>
    <w:p>
      <w:pPr>
        <w:pStyle w:val="ArticleScripture"/>
        <w:jc w:val="left"/>
      </w:pPr>
      <w:r>
        <w:rPr>
          <w:rFonts w:ascii="Times New Roman" w:hAnsi="Times New Roman" w:eastAsia="Times New Roman" w:cs="Times New Roman"/>
        </w:rPr>
        <w:t>“Tamin’ny fotoana anankiray, raha tany New York City aho, dia nantsoina aho tamin’ny alina mba hahita trano mitsangana, rihana ambonin’ny rihana, miakatra mankany an-danitra. Ireo trano ireo dia nohamarinina ho tsy mety may amin’ny afo, ary natsangana izy ireo mba hanomezam-boninahitra ny tompony sy ny mpanorina azy. Nitsangana avo kokoa hatrany ireo trano ireo, ary tao aminy no nampiasana ny akora lafo vidy indrindra. Ireo izay tompon’ireo trano ireo dia tsy nanontany tena hoe: ‘Ahoana no ahafahanay manome voninahitra an’Andriamanitra amin’ny tsara indrindra?’ Tsy tao an-tsainy ny Tompo.”</w:t>
      </w:r>
    </w:p>
    <w:p>
      <w:pPr>
        <w:pStyle w:val="ArticleScripture"/>
        <w:jc w:val="left"/>
      </w:pPr>
      <w:r>
        <w:rPr>
          <w:rFonts w:ascii="Times New Roman" w:hAnsi="Times New Roman" w:eastAsia="Times New Roman" w:cs="Times New Roman"/>
        </w:rPr>
        <w:t>“Nihevitra aho hoe: ‘Indrisy, enga anie ireo izay mampiasa ny fananany toy izany hahita ny lalany tahaka ny ahitan’Andriamanitra azy! Manangona trano mijoalajoala izy, kanefa tena hadalana eo imason’ilay Mpanjakan’izao rehetra izao ny fandaminany sy ny fisainany. Tsy mandinika amin’ny herin’ny fo sy ny saina rehetra izay hahafahany manome voninahitra an’Andriamanitra izy. Very tsy hitany intsony izany, dia ny adidy voalohan’ny olona.’”</w:t>
      </w:r>
    </w:p>
    <w:p>
      <w:pPr>
        <w:pStyle w:val="ArticleScripture"/>
        <w:jc w:val="left"/>
      </w:pPr>
      <w:r>
        <w:rPr>
          <w:rFonts w:ascii="Times New Roman" w:hAnsi="Times New Roman" w:eastAsia="Times New Roman" w:cs="Times New Roman"/>
        </w:rPr>
        <w:t>“Raha nitsangana ireo trano avo sy mijoalajoala ireo, dia nifaly tamin’ny fireharehana feno fikasana ambony ny tompony, satria nanana vola hampiasaina hanomezana fahafaham-po ny tena sy hampahatezitra ny fialonan’ny namany izy. Ny ampahany lehibe tamin’ny vola izay nampiasainy tamin’izany dia azo tamin’ny fanaovana an-tery, tamin’ny fanitsakitsahana sy famoretana ny mahantra. Hadinony fa any an-danitra dia voatahiry ny kaontin’ny raharaham-barotra rehetra; ny fifanarahana tsy marina rehetra, ny asa fitaka rehetra, dia voasoratra ao. Ho avy ny fotoana izay hahatongavan’ny olona, amin’ny fitakiany sy ny fieboeboany, amin’ny fetra izay tsy havelan’ny Tompo hihoarany, ka hianatra izy fa misy fetra ny fandeferan’i Jehovah.</w:t>
      </w:r>
    </w:p>
    <w:p>
      <w:pPr>
        <w:pStyle w:val="ArticleScripture"/>
        <w:jc w:val="left"/>
      </w:pPr>
      <w:r>
        <w:rPr>
          <w:rFonts w:ascii="Times New Roman" w:hAnsi="Times New Roman" w:eastAsia="Times New Roman" w:cs="Times New Roman"/>
        </w:rPr>
        <w:t>“Ny zavatra niseho teo anoloako taorian’izany dia fampitandremana momba ny afo. Nijery ireo trano avo sy noheverina ho tsy azon’ny afo levonina ny olona ka nanao hoe: ‘Azo antoka tanteraka ireny.’ Kanjo ireo trano ireo dia levon’ny afo toy ny hoe vita tamin’ny dity. Tsy nahavita na inona na inona hanakanana ny fandravana ireo paompy famonoana afo. Tsy nahavita nampandeha ireo paompy ireo ny mpamono afo.”</w:t>
      </w:r>
    </w:p>
    <w:p>
      <w:pPr>
        <w:pStyle w:val="ArticleScripture"/>
        <w:jc w:val="left"/>
      </w:pPr>
      <w:r>
        <w:rPr>
          <w:rFonts w:ascii="Times New Roman" w:hAnsi="Times New Roman" w:eastAsia="Times New Roman" w:cs="Times New Roman"/>
        </w:rPr>
        <w:t>“Nampianarina aho fa rehefa tonga ny fotoanan’ny Tompo, raha tsy misy fiovana miseho ao am-pon’ny olona miavonavona sy fatra-paniry laza, dia ho hitan’ny olona fa ilay tanana izay nahery hamonjy dia hahery koa handringana. Tsy misy fahefana etỳ an-tany mahavonjy na mahasakana ny tanan’Andriamanitra. Tsy misy akora azo ampiasaina amin’ny fananganana trano izay hahavonjy azy ireny tsy ho ringana rehefa tonga ny fotoana voatendrin’Andriamanitra handefasany famaizana amin’ny olona noho ny fanaovany tsinontsinona ny Lalàny sy noho ny fireharehany feno fitiavan-tena.</w:t>
      </w:r>
    </w:p>
    <w:p>
      <w:pPr>
        <w:pStyle w:val="ArticleScripture"/>
        <w:jc w:val="left"/>
      </w:pPr>
      <w:r>
        <w:rPr>
          <w:rFonts w:ascii="Times New Roman" w:hAnsi="Times New Roman" w:eastAsia="Times New Roman" w:cs="Times New Roman"/>
        </w:rPr>
        <w:t>“Tsy maro, na dia eo amin’ireo mpanabe sy mpitondra fanjakana aza, no mahafantatra ny antony fototra iorenan’ny toetry ny fiaraha-monina amin’izao fotoana izao. Ireo izay mitana ny fitantanan-draharaham-panjakana dia tsy mahavaha ny olan’ny fahalotoam-pitondrantena, ny fahantrana, ny fahantrana lalina, ary ny fitomboan’ny heloka bevava. Miezaka foana izy ireo, nefa tsy mahomby, mba hampiorina ny raharaham-barotra amin’ny fototra azo antoka kokoa. Raha mba hihaino bebe kokoa ny fampianaran’ny Tenin’Andriamanitra ny olona, dia hahita vahaolana ho an’ireo olana mampisafotofoto azy izy.”</w:t>
      </w:r>
    </w:p>
    <w:p>
      <w:pPr>
        <w:pStyle w:val="ArticleScripture"/>
        <w:jc w:val="left"/>
      </w:pPr>
      <w:r>
        <w:rPr>
          <w:rFonts w:ascii="Times New Roman" w:hAnsi="Times New Roman" w:eastAsia="Times New Roman" w:cs="Times New Roman"/>
        </w:rPr>
        <w:t>Ny Soratra Masina dia manoritsoritra ny toetry ny izao tontolo izao mialoha indrindra ny fiavian’i Kristy fanindroany. Momba ireo olona izay manangona harena be amin’ny halatra sy ny fanerena no voasoratra hoe: “Efa nanangon-karena ho amin’ny andro farany hianareo. Indro, ny karaman’ny mpiasa izay nijinja ny tanimbolinareo, izay notazoninareo tamin’ny fitaka, dia mitaraina; ary ny fitarainan’ireo mpijinja dia efa tafiditra ao an-tsofin’ny Tompon’ny maro. Efa niaina tamin’ny fahafinaretana etỳ ambonin’ny tany hianareo ka nandefitra tamin’ny filanareo; efa namahanareo ny fonareo tahaka ny amin’ny andro famonoana biby. Efa nanameloka sy namono ny marina hianareo; ary tsy manohitra anareo izy.” Jakoba 5:3–6.</w:t>
      </w:r>
    </w:p>
    <w:p>
      <w:pPr>
        <w:pStyle w:val="ArticleScripture"/>
        <w:jc w:val="left"/>
      </w:pPr>
      <w:r>
        <w:rPr>
          <w:rFonts w:ascii="Times New Roman" w:hAnsi="Times New Roman" w:eastAsia="Times New Roman" w:cs="Times New Roman"/>
        </w:rPr>
        <w:t>“Fa iza no mamaky ny fampitandremana omen’ireo famantarana ny andro, izay mihatanteraka haingana? Inona no fahatsapana aterak’izany amin’ny olon’izao tontolo izao? Fiovana inona no hita eo amin’ny toe-tsainy? Tsy misy mihoatra noho izay hita teo amin’ny toe-tsain’ny mponina tamin’ny tontolo andron’i Noa. Rotiky ny raharaham-barotra sy ny fahafinaretan’izao tontolo izao, ireo olona talohan’ny Safodrano dia ‘tsy nahalala mandra-pahatongan’ny Safodrano, ka nifaoka azy rehetra izany.’ Matio 24:39. Nisy fampitandremana nalefan’ny lanitra ho azy, nefa tsy nety nihaino izy. Ary ankehitriny, izao tontolo izao, izay tsy miraharaha velively ny feon’ny fampitandreman’Andriamanitra, dia mirohotra mankany amin’ny fandringanana mandrakizay.”</w:t>
      </w:r>
    </w:p>
    <w:p>
      <w:pPr>
        <w:pStyle w:val="ArticleScripture"/>
        <w:jc w:val="left"/>
      </w:pPr>
      <w:r>
        <w:rPr>
          <w:rFonts w:ascii="Times New Roman" w:hAnsi="Times New Roman" w:eastAsia="Times New Roman" w:cs="Times New Roman"/>
        </w:rPr>
        <w:t>“Ny tany rehetra dia voahetsiky ny fanahin’ny ady. Ny faminaniana ao amin’ny toko fahiraika ambin’ny folo ao amin’i Daniela dia saika tonga amin’ny fahatanterahany tanteraka. Tsy ho ela dia hiseho ireo toe-javatra mampahory izay voalaza ao amin’ny faminaniana.”</w:t>
      </w:r>
    </w:p>
    <w:p>
      <w:pPr>
        <w:pStyle w:val="ArticleScripture"/>
        <w:jc w:val="left"/>
      </w:pPr>
      <w:r>
        <w:rPr>
          <w:rFonts w:ascii="Times New Roman" w:hAnsi="Times New Roman" w:eastAsia="Times New Roman" w:cs="Times New Roman"/>
        </w:rPr>
        <w:t>“‘“Indro, ny Tompo manao ny tany ho foana, ka mandrava azy, ary mamadika azy, ka manely patrana ny mponina ao aminy…. Fa nandika ny lalàna izy, nanova ny didy, nandika ny fanekena mandrakizay. Koa levon’ny ozona ny tany, ary tonga lao izay monina eo aminy…. Mitsahatra ny hafalian’ny ampongatapaka, tapitra ny feon’izay mifaly, ary mitsahatra ny fifalian’ny lokanga.’ Isaia 24:1–8.</w:t>
      </w:r>
    </w:p>
    <w:p>
      <w:pPr>
        <w:pStyle w:val="ArticleScripture"/>
        <w:jc w:val="left"/>
      </w:pPr>
      <w:r>
        <w:rPr>
          <w:rFonts w:ascii="Times New Roman" w:hAnsi="Times New Roman" w:eastAsia="Times New Roman" w:cs="Times New Roman"/>
        </w:rPr>
        <w:t>“‘Indrisy ny amin’izany andro izany! fa efa antomotra ny andron’i Jehovah, ary ho avy tahaka ny fandringanana avy amin’ny Tsitoha izany…. Lò ao ambanin’ny baingany ny voa, rava tsy misy intsony ny trano fitahirizana, rodana ny trano-bary, fa malazo ny vary. Endrey ny fimonomononan’ny biby fiompy! very hevitra ny omby aman’ondry, satria tsy manan-kijana izy; eny, ny andian’ondry aza dia lao tokoa.’ ‘Maina ny voaloboka, ary ritra ny aviavy; ny ampongabendanitra sy ny rofia ary ny paoma koa, dia ny hazo rehetra any an-tsaha aza dia malazo avokoa; satria efa ritra ny fifaliana tsy ho eo amin’ny zanak’olombelona.’ Joela 1:15–18, 12.</w:t>
      </w:r>
    </w:p>
    <w:p>
      <w:pPr>
        <w:pStyle w:val="ArticleScripture"/>
        <w:jc w:val="left"/>
      </w:pPr>
      <w:r>
        <w:rPr>
          <w:rFonts w:ascii="Times New Roman" w:hAnsi="Times New Roman" w:eastAsia="Times New Roman" w:cs="Times New Roman"/>
        </w:rPr>
        <w:t>“‘Marary ao am-poko indrindra aho; … tsy mahazo mangina aho, satria efa renao, ry fanahiko, ny feon’ny trompetra, dia ny fanairana amin’ny ady. Loza mitohitohy no antsoina; fa rava ny tany rehetra.’ Jeremia 4:19, 20.”</w:t>
      </w:r>
    </w:p>
    <w:p>
      <w:pPr>
        <w:pStyle w:val="ArticleScripture"/>
        <w:jc w:val="left"/>
      </w:pPr>
      <w:r>
        <w:rPr>
          <w:rFonts w:ascii="Times New Roman" w:hAnsi="Times New Roman" w:eastAsia="Times New Roman" w:cs="Times New Roman"/>
        </w:rPr>
        <w:t>“‘Nijery ny tany aho, ka, indro, foana tsy nisy endrika izy sady banga; ary ny lanitra koa, tsy nisy mazava. Nijery ny tendrombohitra aho, ka, indro, nihozongozona izy, ary ny havoana rehetra nihetsiketsika. Nijery aho, ka, indro, tsy nisy olona, ary ny voro-manidina rehetra teny amin’ny lanitra dia efa nandositra. Nijery aho, ka, indro, ny tany mahavokatra dia tonga efitra, ary ny tanàna rehetra tao aminy dia rava tanteraka.’ Andininy 23–26.</w:t>
      </w:r>
    </w:p>
    <w:p>
      <w:pPr>
        <w:pStyle w:val="ArticleScripture"/>
        <w:jc w:val="left"/>
      </w:pPr>
      <w:r>
        <w:rPr>
          <w:rFonts w:ascii="Times New Roman" w:hAnsi="Times New Roman" w:eastAsia="Times New Roman" w:cs="Times New Roman"/>
        </w:rPr>
        <w:t>“‘“Indrisy! fa lehibe izany andro izany, ka tsy misy tahaka azy; dia ny fotoan’ny fahorian’i Jakoba izany; nefa hovonjena hiala ao aminy izy.” Jeremia 30:7.</w:t>
      </w:r>
    </w:p>
    <w:p>
      <w:pPr>
        <w:pStyle w:val="ArticleScripture"/>
        <w:jc w:val="left"/>
      </w:pPr>
      <w:r>
        <w:rPr>
          <w:rFonts w:ascii="Times New Roman" w:hAnsi="Times New Roman" w:eastAsia="Times New Roman" w:cs="Times New Roman"/>
        </w:rPr>
        <w:t>“Tsy ny rehetra eto amin’izao tontolo izao no efa nifidy ny hiandany amin’ny fahavalo hanohitra an’Andriamanitra. Tsy ny rehetra no efa tonga tsy mahatoky. Misy vitsy mahatoky izay mahatoky marina amin’Andriamanitra; fa hoy Jaona manoratra: ‘Indreto izay mitandrina ny didin’Andriamanitra sy ny finoan’i Jesosy.’ Apokalypsy 14:12. Tsy ho ela dia hifanaovana ady mafy ireo manompo an’Andriamanitra sy ireo tsy manompo Azy. Tsy ho ela dia hohozongozonina izay rehetra azo hohozongozonina, mba hitoetra izay zavatra tsy azo hohozongozonina.</w:t>
      </w:r>
    </w:p>
    <w:p>
      <w:pPr>
        <w:pStyle w:val="ArticleScripture"/>
        <w:jc w:val="left"/>
      </w:pPr>
      <w:r>
        <w:rPr>
          <w:rFonts w:ascii="Times New Roman" w:hAnsi="Times New Roman" w:eastAsia="Times New Roman" w:cs="Times New Roman"/>
        </w:rPr>
        <w:t>“I Satana dia mpianatra mazoto ny Baiboly. Fantany fa fohy ny androny, ary katsahiny amin’ny lafiny rehetra ny hanohitra ny asan’ny Tompo eto ambonin’ny tany. Tsy azo ambara amin’ny teny izay hevi-piainana hanjo ny vahoakan’Andriamanitra izay mbola ho velona etỳ ambonin’ny tany, rehefa mifangaro ny voninahitra avy any an-danitra sy ny fiverimberenan’ny fanenjehana tamin’ny andro lasa. Handeha ao amin’ny fahazavana avy amin’ny seza fiandrianan’Andriamanitra izy ireo. Amin’ny alalan’ny anjely dia hisy fifandraisana tsy tapaka eo amin’ny lanitra sy ny tany. Ary Satana, voahodidin’ny anjely ratsy sady milaza ny tenany ho Andriamanitra, dia hanao fahagagana isan-karazany, mba hamitahana, raha azo atao, na dia ny voafidy aza. Tsy hahita fiarovana amin’ny fanaovana fahagagana ny vahoakan’Andriamanitra, satria hosokafan’i Satana ny fahagagana izay hatao. Ny vahoakan’Andriamanitra, voasedra sy voazaha toetra, dia hahita ny heriny ao amin’ilay famantarana voalaza ao amin’ny Eksodosy 31:12–18. Izy ireo dia tsy maintsy hiorina mafy eo amin’ny teny velona hoe: ‘Voasoratra hoe.’ Io ihany no fototra tokana ahafahany mijoro tsy ho azo hozongozonina. Izay nandika ny fanekeny tamin’Andriamanitra dia ho tsy manana an’Andriamanitra sy tsy manan-kantenaina amin’izany andro izany.</w:t>
      </w:r>
    </w:p>
    <w:p>
      <w:pPr>
        <w:pStyle w:val="ArticleScripture"/>
        <w:jc w:val="left"/>
      </w:pPr>
      <w:r>
        <w:rPr>
          <w:rFonts w:ascii="Times New Roman" w:hAnsi="Times New Roman" w:eastAsia="Times New Roman" w:cs="Times New Roman"/>
        </w:rPr>
        <w:t>Ny mpivavaka amin’Andriamanitra dia ho voamarika manokana amin’ny fanajany ny didy fahefatra, satria izany no famantarana ny herin’Andriamanitra Mpahary sy vavolombelon’ny fitakiany ny fanajana sy ny fiankohofan’ny olombelona aminy. Ny ratsy fanahy kosa dia ho voamarika amin’ny ezaka ataony handrava ny tsangambaton’ny Mpahary sy hanandratra ny fanorenan’i Roma. Amin’io raharahan’ny fifanoherana io dia ho voazarazara ho sokajy roa lehibe ny tontolo kristiana manontolo: ireo izay mitandrina ny didin’Andriamanitra sy ny finoan’i Jesosy, ary ireo izay miankohoka amin’ilay bibidia sy ny sariny ka mandray ny mariny. Na dia hampiray ny heriny aza ny fiangonana sy ny fanjakana mba hanery ny olona rehetra, “na ny madinika na ny lehibe, na ny manankarena na ny malahelo, na ny andevo na ny tsy andevo,” handray ny mariky ny bibidia, dia tsy handray izany ny olon’Andriamanitra. Apokalypsy 13:16. Ilay mpaminany tany Patmo dia mahita “ireo izay naharesy ny bibidia sy ny sariny ary ny mariny sy ny isan’ny anarany, mitsangana eo ambonin’ny ranomasina fitaratra, mitana ny lokangan’Andriamanitra,” ary mihira ny fihiran’i Mosesy sy ny Zanak’ondry. Apokalypsy 15:2.</w:t>
      </w:r>
    </w:p>
    <w:p>
      <w:pPr>
        <w:pStyle w:val="ArticleScripture"/>
        <w:jc w:val="left"/>
      </w:pPr>
      <w:r>
        <w:rPr>
          <w:rFonts w:ascii="Times New Roman" w:hAnsi="Times New Roman" w:eastAsia="Times New Roman" w:cs="Times New Roman"/>
        </w:rPr>
        <w:t>“Fitsapana sy fisedrana mampahatahotra no miandry ny vahoakan’Andriamanitra. Ny fanahin’ny ady dia mampihetsika ny firenena hatrany amin’ny faran’ny tany iray ka hatrany amin’ny ilany. Kanefa eo afovoan’ny andro fahoriana izay ho avy,—andro fahoriana izay tsy mbola nisy tahaka azy hatrizay nisian’ny firenena,—ny vahoaka voafidin’Andriamanitra dia hijoro tsy ho voahozongozona. Satana sy ny miaramilany tsy hahafaty azy, fa ny anjely izay mahery indrindra amin-kery no hiaro azy.” Testimonies, volume 9, 11–17.</w:t>
      </w:r>
    </w:p>
    <w:p>
      <w:pPr>
        <w:pStyle w:val="ArticleBody"/>
        <w:jc w:val="left"/>
      </w:pPr>
      <w:r>
        <w:rPr>
          <w:rFonts w:ascii="Times New Roman" w:hAnsi="Times New Roman" w:eastAsia="Times New Roman" w:cs="Times New Roman"/>
        </w:rPr>
        <w:t>Ilay iray hetsy sy efatra arivo amby efatra alina, izay “vahoakan’Andriamanitra nozahana sy voasedra” sy “vahoakany voafidy,” dia “hijoro tsy hohozongozonina” rehefa averina indray “ny fanenjehana tamin’ny lasa.” Ny fahazavana “handehanany” dia ny fahazavan’ny hafatry ny tombo-kase fahafito, izay ilay antso amin’ny misasakalina, izay ilay fahazavana mampahafantatra ny fiforonan’ny sarin’ilay bibidia.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Tantara Miafin’ny Andininy Faha-Efapolo — Isa Efatra</dc:title>
  <dc:subject>Fitsapana sy Fandresena: Ny Fananganana ny Sarin’ny Bibidia sy ny Fanisiana Tombo-kase ny Hendry</dc:subject>
  <dc:creator>Jeff Pippenger</dc:creator>
  <cp:keywords/>
  <dc:description>Generated by ArticleDigger from hidden_history\04_hidden_history.json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