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Tantara Miafina ao ambadik’ilay Andininy Faha-efapolo — Nomerao Dimy</w:t>
      </w:r>
    </w:p>
    <w:p>
      <w:pPr>
        <w:pStyle w:val="ArticleSubtitle"/>
        <w:jc w:val="left"/>
      </w:pPr>
      <w:r>
        <w:rPr>
          <w:rFonts w:ascii="Arial" w:hAnsi="Arial" w:eastAsia="Arial" w:cs="Arial"/>
        </w:rPr>
        <w:t>Fanavaozana ny Lahatsoratra Efatra Voalohany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2026-04-01</w:t>
      </w:r>
    </w:p>
    <w:p>
      <w:pPr>
        <w:pStyle w:val="ArticleBody"/>
        <w:jc w:val="left"/>
      </w:pPr>
      <w:r>
        <w:rPr>
          <w:rFonts w:ascii="Times New Roman" w:hAnsi="Times New Roman" w:eastAsia="Times New Roman" w:cs="Times New Roman"/>
        </w:rPr>
        <w:t>Rehefa miverina mamantatra ny tantara miafina ao amin’ny andininy faha-efapolo isika, dia hita fa fahendrena aloha ny mandinika indray ny fototra iorenan’ireo lahatsoratra efatra voalohany amin’ity andiany ity. Ny lahatsoratra voalohany amin’ireo lahatsoratra efatra amin’ity andiany ity dia namelabelatra fandikana ara-paminaniana, ka naneho an’i Kristy ho Ilay Liona avy amin’ny firenen’i Joda (sady Alfa no Omega) izay manokatra ireo ampahany sasany ao amin’ny Daniela toko faha-iraika ambin’ny folo amin’ny fotoana manan-danja mba hitarihana ny hetsika farany fanavaozana ataon’ny 144,000. Izy io dia mampahafantatra fa mifanaraka amin’ny tantaran’ny hafatry ny anjely fahatelo ny tantaran’ny anjely voalohany sy faharoa, ka izany no amantarana fa tamin’ny 1989, (126 taona taorian’ny fikomian’ny Advantista tamin’ny 1863), dia nosokafan’ilay Liona ny Daniela 11:40–45. Ireo andininy nosokafana ireo dia manaraka ny ratra nahafaty nahazo ny fahefana papaly tamin’ny 1798, ny fahasitranany tamin’ny alalan’ny firaisana telo sosona nisy ny dragona sy ny bibidia ary ny mpaminany sandoka, ka mitarika hatrany amin’i Hara-magedona eo amin’“ilay tendrombohitra masina be voninahitra” ao amin’ny andininy faha-dimy amby efapolo. Raha manakaiky ilay lalàn’ny Alahady izay ho avy tsy ho ela any Etazonia ny hetsiky ny iray hetsy sy efatra arivo sy efatra alina, dia nanomboka nosokafana tamin’ny Jolay 2023 ny tantara miafina ao amin’ny andininy faha-40 (mandrakotra ny taona 1989 ka hatramin’izany lalàn’ny Alahady izany).</w:t>
      </w:r>
    </w:p>
    <w:p>
      <w:pPr>
        <w:pStyle w:val="ArticleBody"/>
        <w:jc w:val="left"/>
      </w:pPr>
      <w:r>
        <w:rPr>
          <w:rFonts w:ascii="Times New Roman" w:hAnsi="Times New Roman" w:eastAsia="Times New Roman" w:cs="Times New Roman"/>
        </w:rPr>
        <w:t>Miorina amin’ny fanazavan’i Ellen White fa ilay ampahany amin’ny bokin’i Daniela izay mbola tsy voaseka, sady mifandray amin’ny andro farany, dia miteraka “fitomboan’ny fahalalana” izay manomana vahoaka iray hahatohitra. Ny “menaka” dia asiana heviny ho ny Fanahy Masina, hafatra avy amin’Andriamanitra ary toetra ao amin’ny fanoharana momba ireo virijina folo. Ny fanokafana ny tombo-kase dia nampandeha ilay dingam-pitsapana telo sosona ao amin’ny Daniela 12:10, izay ahatonga ny maro ho “voadio sy fotsy ary voazaha toetra.” Io tantara io dia maneho teboka ara-paminaniana maromaro izay nanokafana ny faminaniana, nanomboka tamin’ny 1989, ny 11 Septambra 2001, ary ny Jolay 2023. Ireo fanokafana samihafa ireo dia maneho fe-potoana iray manomboka amin’ny 1989 ka hatramin’ny 9/11, ny fe-potoana manomboka amin’ny 9/11 ka hatramin’ny lalàn’ny Alahady izay ho avy tsy ho ela, ary ny fe-potoan’ny fotoana fiandrasana manomboka amin’ny 18 Jolay 2020 ka hatramin’ny 31 Desambra 2023, izay anokafana tsikelikely ny hafatry ny Antso Amin’ny Mamatonalina mandra-pahatongan’ny lalàn’ny Alahady.</w:t>
      </w:r>
    </w:p>
    <w:p>
      <w:pPr>
        <w:pStyle w:val="ArticleBody"/>
        <w:jc w:val="left"/>
      </w:pPr>
      <w:r>
        <w:rPr>
          <w:rFonts w:ascii="Times New Roman" w:hAnsi="Times New Roman" w:eastAsia="Times New Roman" w:cs="Times New Roman"/>
        </w:rPr>
        <w:t>Ny fifohazan’ireo kandidà ho isan’ny iray hetsy sy efatra alina sy efatra arivo, izay asehon’ny taolana maina ao amin’ny Ezekiela 37 sy ireo vavolombelona roa ao amin’ny Apokalypsy toko faha-11 izay mitsangana rehefa feno ny Fanahy, dia tanterahin’ny fanokafana ny tombo-kase. Raha tsy mifoha amin’io “fahazavana sarobidy” io vahoakan’Andriamanitra, izay mampiseho loza tahaka ny fahefan’ny papa sy ny lalàn’ny Alahady, dia hisivana azy ny hevi-diso (ka hampisaraka ny akofa amin’ny vary). Ireo marika famantarana ara-paminaniana teo aloha, tahaka ny Blair Bill tamin’ny 1888 sy ny Patriot Act, dia faritana ho fampitandremana ara-paminaniana. Faritan’ilay lahatsoratra fa ny tsipika rehetra teo aloha amin’ny tantara ara-paminaniana izay aseho ao amin’ny Daniela toko faha-11 dia miverina indray ao amin’ny andininy 40-45. Faritan’ilay lahatsoratra fa ny sarin’ny bibidia dia atsangana aloha any Etazonia ary avy eo eo amin’izao tontolo izao, araka ny asehon’ny tandindona 321 sy ny lalàn’ny Alahady voalohany, arahin’ilay sarin’ny bibidia maneran-tany izay asehon’ny tandindona 538, rehefa mitsangana Mikaela ary mifarana ny fotoam-pahasoavana.</w:t>
      </w:r>
    </w:p>
    <w:p>
      <w:pPr>
        <w:pStyle w:val="ArticleBody"/>
        <w:jc w:val="left"/>
      </w:pPr>
      <w:r>
        <w:rPr>
          <w:rFonts w:ascii="Times New Roman" w:hAnsi="Times New Roman" w:eastAsia="Times New Roman" w:cs="Times New Roman"/>
        </w:rPr>
        <w:t>Ny faharoa amin’ireo lahatsoratra efatra dia manohy ny rafitra ara-paminaniana amin’ny famantarana ny Patriot Act tamin’ny 2001 ho ny “fitenenan” an’i Etazonia amin’ny fahatanterahan’ny Apokalypsy 13:11. Ny Patriot Act no voalohany tamin’ireo fandavana ara-panorenana telo izay mifanandrify amin’ireo mari-pamantarana telo eo am-piandohan’ny fanjakana fahenina ao amin’ny faminanian’ny Baiboly; ny Fanambarana ny Fahaleovantena 1776, ny Lalàm-panorenana 1789, ary ny Alien and Sedition Acts 1798. Ny Blair Bill tsy tanteraka tamin’ny 1888, izay ezaka hanaovana lalàna nasionaly momba ny Alahady, dia nesorina tahaka ny fahirano nataon’i Cestius tamin’ny taona 66; izy roa tonta samy tandindon’ny 2001, rehefa ny Patriot Act no nanomboka ny vanim-potoana fitsapana momba ny sarin’ny bibidia tao Etazonia. Ny Patriot Act dia mifanaraka amin’ny 1776, ary nanolo ny lalàna iombonana anglisy hoe “tsy manan-tsiny mandra-pahaporofo ho meloka”, tamin’ny lalàna sivily romana hoe “meloka mandra-pahaporofo ho tsy manan-tsiny”. Ny mari-pamantarana afovoany, izay asehon’ny 1789—ireo Pelosi Trials nanomboka tamin’ny Janoary 2022—dia nanitsakitsaka ny dingana ara-dalàna sy ny fahazoana rariny ara-dalàna amin’ny lafiny fomba sy votoaty tamin’ny alalan’ny ady ara-pitsarana ara-politika, hetsika sandoka natao hamelezana, ary kolikoly tao amin’ny sampan-draharaha, ka nandà ampahibemaso ny zo fototra. Ireo mari-pamantarana telo amin’ny fitenenana, dia ny Patriot Act 2001, ny Pelosi Trials 2022, ary ny lalàn’ny Alahady ho avy, dia samy mandà tsikelikely ny foto-kevitra rehetra ao amin’ny Lalàm-panorenan’i Etazonia.</w:t>
      </w:r>
    </w:p>
    <w:p>
      <w:pPr>
        <w:pStyle w:val="ArticleBody"/>
        <w:jc w:val="left"/>
      </w:pPr>
      <w:r>
        <w:rPr>
          <w:rFonts w:ascii="Times New Roman" w:hAnsi="Times New Roman" w:eastAsia="Times New Roman" w:cs="Times New Roman"/>
        </w:rPr>
        <w:t>Dia ny Protestantisma dia miara-mandray tanana amin’ny papa sy ny spiritisma ao anatin’ilay firaisana telo sosona; amin’izany fotoana izany no itenenan’i Etazonia tahaka ny dragona, mamorona tanteraka ny sarin’ilay bibidia, mameno ny kapoakany fanandramana, ary mitsahatra tsy ho fanjakana fahenina. Ny fihemorana amin’Andriamanitra ataon’ny firenena dia arahina avy eo amin’ny fandringanana ny firenena. Ny fitenenana eo amin’ny lalàna alahady dia tandindonin’ny fiandohana sy ny lalàna alahady voalohan’i Constantin tamin’ny 321, ary avy eo ny fiafarana sy ny lalàna alahady farany dia asehon’ny taona 538.</w:t>
      </w:r>
    </w:p>
    <w:p>
      <w:pPr>
        <w:pStyle w:val="ArticleBody"/>
        <w:jc w:val="left"/>
      </w:pPr>
      <w:r>
        <w:rPr>
          <w:rFonts w:ascii="Times New Roman" w:hAnsi="Times New Roman" w:eastAsia="Times New Roman" w:cs="Times New Roman"/>
        </w:rPr>
        <w:t>Ireo zava-nitranga rehetra ireo dia miafina ao anatin’ny tantara ara-paminaniana ao amin’ny Daniela 11:40, izay mizotra mifanitsy amin’ny tsipika Millerita ary koa amin’ny tsipika manomboka amin’i Kristy ka hatramin’ny hazo fijaliana. Ny Apokalypsy 12:15–16 dia maneho ny Lalàm-panorenana ho ilay “tany” izay indray mandeha nitelina ny safo-dranon’ny fanenjehana nentin’ilay dragona, nefa amin’ny farany dia hiteny tahaka ny dragona izany amin’ny lalàna alahady izay ho avy tsy ho ela. Ny fampitandreman’i Ellen White ao amin’ny Testimonies, boky faha-5 (pejy 711 sy 451, 452) fa izay lalàna ara-pivavahana rehetra manaiky lembenana amin’ny fahefan’ny papa, ary fa ny lalàna alahady no hampiseho ny fanahin’ny dragona, dia manamafy fa ireo dingana telo tamin’ny 1776, 1789, ary 1798 dia marika eny an-dalana izay maneho mialoha ilay fizotry ny fitsapana farany misy dingana telo, izay mifarana amin’ny fitsapana farany; ary io fizotry ny fitsapana io no manomana ny olon’Andriamanitra hiorina tsara.</w:t>
      </w:r>
    </w:p>
    <w:p>
      <w:pPr>
        <w:pStyle w:val="ArticleBody"/>
        <w:jc w:val="left"/>
      </w:pPr>
      <w:r>
        <w:rPr>
          <w:rFonts w:ascii="Times New Roman" w:hAnsi="Times New Roman" w:eastAsia="Times New Roman" w:cs="Times New Roman"/>
        </w:rPr>
        <w:t>Ny lahatsoratra fahatelo dia manazava bebe kokoa ny amin’ireo fampitandreman’i Ellen White ao amin’ny Testimonies, boky faha-5, pejy 451, 452, ka milaza fa ny lalàna alahady izay ho avy tsy ho ela any Etazonia no manamarika ilay fotoana faratampony izay isarahan’ilay firenena tanteraka amin’ny fahamarinana, ka anatanterahany ilay firaisana telo sosona (ny Protestantisma mifandray amin’ny Romanisma sy ny spiritisma). Avy eo dia mandà ny foto-kevitra rehetra ara-panorenana maha-fitondram-panjakana protestanta sy repoblikana azy i Etazonia, ary mampiely ireo fitaka papaly. Izany no famantarana fa tratra ny fetran’ny faharetan’Andriamanitra, ka feno ny kapoakàn’ny helok’ilay firenena, mahatonga ny anjelin’ny famindrampo hiala ary manomboka ny faharavan’ny firenena. Amin’izay dia tonga ny valin’ilay antson’ny maritiora ao amin’ny tombo-kase fahadimy hoe: “Mandra-pahoviana?” rehefa fenoina ny andiany faharoan’ireo maritiora papaly. Aseho ny fanahin’ny dragona rehefa miteny ny “hetsika alahady”—ka izany no miasa ho ilay “fahavetavetana fandravana” ankehitriny (izay nolazain’i Daniela sy notondroin’i Kristy) ho famantarana handosirana ny tanàna alohan’ny fandringanana. Ny lalàna alahady no famaranana ilay fandavana miandalana ny Lalàmpanorenana izay nanomboka tamin’ny 2001 tamin’ny Patriot Act (izay tandindonin’ny Blair Bills tamin’ny 1888, ny fahirano nataon’i Cestius tamin’ny taona 66 taor. J.K., ny batisan’i Kristy, ny 11 Aogositra 1840, ary The Declaration of Independence).</w:t>
      </w:r>
    </w:p>
    <w:p>
      <w:pPr>
        <w:pStyle w:val="ArticleBody"/>
        <w:jc w:val="left"/>
      </w:pPr>
      <w:r>
        <w:rPr>
          <w:rFonts w:ascii="Times New Roman" w:hAnsi="Times New Roman" w:eastAsia="Times New Roman" w:cs="Times New Roman"/>
        </w:rPr>
        <w:t>Ny vanim-potoanan’ny fananganana ny sarin’ilay bibidia any Etazonia dia ahitana tsipika roa sarotra mifamatotra, ka tafiditra ao anatin’izany ireo “tandroka” mitovy lalana, dia ny Repoblikana (politika) sy ny Protestanta (fivavahana), izay hifarana amin’ny firaisan’izy ireo eo amin’ny fanatanterahana amin’ny alalan’ny fiangonana sy ny fanjakana ny lalàn’ny Alahady. Ny fifandraisana misy eo amin’izany dia mitovy amin’ilay fifehezan’ilay vehivavy ny bibidia papaly, ary miseho amin’ny fahafenoany izany amin’ny fanonganana ny foto-kevitra fototry ny Lalàm-panorenana, dia ny fisarahan’ny fiangonana sy ny fanjakana.</w:t>
      </w:r>
    </w:p>
    <w:p>
      <w:pPr>
        <w:pStyle w:val="ArticleBody"/>
        <w:jc w:val="left"/>
      </w:pPr>
      <w:r>
        <w:rPr>
          <w:rFonts w:ascii="Times New Roman" w:hAnsi="Times New Roman" w:eastAsia="Times New Roman" w:cs="Times New Roman"/>
        </w:rPr>
        <w:t>Ao anatiny, ny sarin’ilay bibidia mitsapa ny fotoana fitsapana dia mitsapa ny fiforonan-toetra (ny sarin’i Kristy mifanohitra amin’ny sarin’ny bibidian’i Satana) eo amin’ny olona rehetra, ka manavaka ny virijina hendry sy ny virijina adala, ary eo ivelany kosa dia manondro ny tolona ara-politika amin’ny andro farany, ny firaisana sy ny fanekena izay ho rava. Ny vanim-potoana manomboka amin’ny 2001 ka hatramin’ny lalàn’ny Alahady no manomboka ny famafazana ny ranonorana fara, (manomboka tamin’ny nidinan’ny anjelin’ny Apokalypsy 18 tamin’ny 11 Septambra 2001, nanazava ny tany tamin’ny alalan’ny fianjeran’ireo trano lehibe tao New York). Ny 9/11 no manomboka ny fanivanana ny Advantista Mitandrina ny Andro Fahafito Laodiseana amin’ny alalan’ny fanekena na fandavana ny hafatry ny “boky kely” izay tsy maintsy hohanina araka ny Apokalypsy 10. Ny vary sy ny tsimparifary dia mitoetra miaraka mandra-pahatongan’ny fisarahany amin’ny lalàn’ny Alahady, rehefa hasandratra ny iray hetsy sy efatra arivo amby efatra alina ho toy ny faneva, ary ho tonga ny fandatsahana feno ny ranonorana fara mandritra ny fananganana eran-tany ny sarin’ilay bibidia, izay tandindonin’ny 321 ka hatramin’ny 538. Avy eo dia manomboka ny fanangonana ny vahoaka betsaka avy any Babylona mandra-pitsanganan’i Mikaela sy ny fifaranan’ny fotoam-pahasoavana. Mifanaraka amin’ny fanombohan’ny fitsarana amin’ny tranon’Andriamanitra izany, manomboka amin’ny 9/11, ary avy eo amin’ireo mpiasa tamin’ny ora fahiraika ambin’ny folo aorian’ny lalàn’ny Alahady.</w:t>
      </w:r>
    </w:p>
    <w:p>
      <w:pPr>
        <w:pStyle w:val="ArticleBody"/>
        <w:jc w:val="left"/>
      </w:pPr>
      <w:r>
        <w:rPr>
          <w:rFonts w:ascii="Times New Roman" w:hAnsi="Times New Roman" w:eastAsia="Times New Roman" w:cs="Times New Roman"/>
        </w:rPr>
        <w:t>Ny lahatsoratra fahatelo dia manasongadina fa ny fahavelomana mandritra ilay fotoana izay ifangaroan’ny voninahitry ny lanitra sy ny fanenjehana taloha ka averina indray, dia mitaky fahaizana mifehy mialoha ny faminaniana, amin’ny alalan’ny fomba “andalana eo ambonin’ny andalana” ao amin’ny Isaia 28. Io fomba io dia aseho amin’ireo mendrika tao amin’i Daniela, ny mpianatr’i Kristy talohan’ny Pentekosta, ary Sadraka sy Mesaka ary Abednego tao amin’ny lafaoro, izay tandindon’ireo izay voaomana hijoro amim-pahatokiana eo ambonin’ny hoe: “Voasoratra hoe,” eo afovoan’ny asan’i Satana mahagaga sy ireo hosoka fanaony.</w:t>
      </w:r>
    </w:p>
    <w:p>
      <w:pPr>
        <w:pStyle w:val="ArticleBody"/>
        <w:jc w:val="left"/>
      </w:pPr>
      <w:r>
        <w:rPr>
          <w:rFonts w:ascii="Times New Roman" w:hAnsi="Times New Roman" w:eastAsia="Times New Roman" w:cs="Times New Roman"/>
        </w:rPr>
        <w:t>Ny lahatsoratra fahefatra dia manazava fa ny fizotry ny fitsapana ara-paminaniana momba ny fananganana ny sarin’ilay bibidia any Etazonia dia mizotra mifanindran-dàlana sady mifamatotra amin’ireo tsangambato telo ara-panorenana (ny Patriot Act tamin’ny 2001 ho ilay “fitenenana” voalohany, ny Pelosi Trials tamin’ny 2022 ho eo afovoany, ary ny lalàna Alahady ho farany). Ity fizotry ny fitsapana ity dia manomana ireo virijina hendry (ireo 144 000) hiaritra ilay fitsapana faratampony amin’ny fanenjehana izay manomboka amin’ny lalàna Alahady, rehefa mitarika ho amin’ny fandringanana ny fihemorana ara-pivavahana ataon’ny firenena. Avy eo dia mamoaka hosoka mahagaga i Satana (milaza ny tenany ho Andriamanitra miaraka amin’ny fahagagana), ary ny voninahitra avy any an-danitra dia mifangaro amin’ireo fanenjehana niverimberina tamin’ny lasa, ka mahatonga ny olon’Andriamanitra handeha tsy voahozongozona ao amin’ny fahazavana mivoaka avy amin’ny seza fiandrianan’Andriamanitra. Ity fanomanana ity dia mitovy amin’ny paikadin’i Kristy ao amin’ny Jaona enina (araka ny fanamarihana ao amin’ny The Desire of Ages, 394), izay namelany hisy fitsapana henjana mba hanesorana mialoha ireo mpanaraka mitady ny tombontsoany manokana, ka hanamafisana ireo mpianatra marina ho amin’ny fitsapana farany hahazo azy ireo (Getsemane, famadihana, fanomboana amin’ny hazo fijaliana) amin’ny alalan’ny fanatrehany. Toy izany koa, ny fitsapana momba ny sarin’ilay bibidia—izay mahafaoka ny fananganana toetra ao anaty (ny sarin’i Kristy mifanohitra amin’ny sarin’ny bibidian’i Satana) sy ny firaisan’ny fiangonana sy ny fanjakana ivelany izay manafoana ny fisarahan’ny fiangonana sy ny fanjakana—dia manivana ny Advantisma Laodikeana. Ny fitsapana dia manadio ireo hendry amin’ny alalan’ny fanekena ny hafatra tsy mbola voaisy tombo-kase amin’ny alalan’ny fomba tsipika an-tsipika ao amin’ny Isaia 28.</w:t>
      </w:r>
    </w:p>
    <w:p>
      <w:pPr>
        <w:pStyle w:val="ArticleBody"/>
        <w:jc w:val="left"/>
      </w:pPr>
      <w:r>
        <w:rPr>
          <w:rFonts w:ascii="Times New Roman" w:hAnsi="Times New Roman" w:eastAsia="Times New Roman" w:cs="Times New Roman"/>
        </w:rPr>
        <w:t>Ny fahazavana tsy voaisy tombo-kase dia ny fahazavan’ny tombo-kase fahafito (Apokalypsy 8:1–5), izay aseho ho afo nariana tamin’ny tany ho valin’ny vavaky ny olomasina, araka ny nisoloan’ireo lela afo azy tamin’ny firotsahan’ny Pentekosta. Ny fahazavana tsy voaisy tombo-kase dia naseho koa tamin’ny antsoantso mamatonalina nataon’ny Millerita (izay nanomana ny fidirana amin’ny finoana ho ao amin’ny Efitra Masina Indrindra), ary izay ho tanteraka ao amin’ny antsoantso mamatonalina ankehitriny, tsy voaisy tombo-kase tamin’ny Jolay 2023, ao anatin’ny tantara miafina ao amin’ny Daniela 11:40.</w:t>
      </w:r>
    </w:p>
    <w:p>
      <w:pPr>
        <w:pStyle w:val="ArticleBody"/>
        <w:jc w:val="left"/>
      </w:pPr>
      <w:r>
        <w:rPr>
          <w:rFonts w:ascii="Times New Roman" w:hAnsi="Times New Roman" w:eastAsia="Times New Roman" w:cs="Times New Roman"/>
        </w:rPr>
        <w:t>Ny hafatry ny famafazana ranonorana fara andro hatramin’ny 9/11, miaraka amin’ny fitomboan’ny fahalalana momba ny fahefam-panjakan’ny papa sy ny lalàna alahady, ary koa ny fanokafana ny tombo-kasen’ny kotrokorana fito sy ny tantara miafina ao amin’ny andininy faha-efapolo, dia voarakitra sy voafono avokoa ao anatin’ny fanokafana ny Fanambaran’i Jesosy Kristy. Ny fanazavana ara-paminaniana amin’ny antsipiriany momba ny fiforonan’ny sarin’ny bibidia—anisan’izany ny adin’ny tandroka Repoblikana sy Protestanta, ny antoko politika, ny Advantisma Laodiseana, ny fisehoan’ny 144,000, ny loza fahatelo avy amin’ny finoana silamo, Rosia, ny Firenena Mikambana, ny fahefan’ny papa, ary ny fitoviana amin’ny Hasmoneana—dia manomana ny hendry hahafantatra sy handray ho azy ny fitarihan’Andriamanitra nefa tsy hanadino ny fitarihana nomena taloha (Testimonies to Ministers, 31).</w:t>
      </w:r>
    </w:p>
    <w:p>
      <w:pPr>
        <w:pStyle w:val="ArticleBody"/>
        <w:jc w:val="left"/>
      </w:pPr>
      <w:r>
        <w:rPr>
          <w:rFonts w:ascii="Times New Roman" w:hAnsi="Times New Roman" w:eastAsia="Times New Roman" w:cs="Times New Roman"/>
        </w:rPr>
        <w:t>Amin’ny fihinanana ilay “boky kely” (Apokalypsy 10), ka andraisany sy anasokajiany ao anatiny mialoha amin’ny alalan’ny fianarana tahaka ny an’ny Beriana ny tantara, dia mahazo fahaiza-manavaka ireo efatra arivo amby efatra alina sy iray hetsy, mba hijoroany mafy orina eo ambonin’izao hoe: “Voasoratra hoe”, eo afovoan’ny fitaka ataon’i Satana. Ny fiomanany no ahafahany misoroka ny fihemorana ho amin’ny fahaverezana (Hebreo 10:37–39; Habakoka 2:4), ary avy eo dia aseho izy ireo ho mpandresy voasedra sy voaporofo izay mitandrina ny didin’Andriamanitra (indrindra fa ny fahefatra) sy ny finoan’i Jesosy. Izy ireo no mandalo amim-pahombiazana amin’ilay krizy farany izay iainan’ny marina amin’ny finoana, sady arovana amin’ny alalan’ny anjely, raha ny adala kosa (izay mandà ny fomba fiasa sy ny hafatra) no miatrika famitahana mahery vaika ary tsy manam-panantenana. Mifanaraka amin’ny Testimonies, boky faha-9, toko For the Coming of the King, (manomboka eo amin’ny pejy 11) miaraka amin’ny tandindon’ny 9/11 izany, ka amin’izany no amantarana ny vanim-potoana manomboka amin’ny 9/11 ka hatramin’ny lalàna alahady ho fotoan’ny fanisiana tombo-kase, izay ahafantaran’ny hendry ny fahatanterahan’ny Daniela 11 ary tsy atahorany na inona na inona afa-tsy ny hanadino ny fitarihan’Andriamanitra tao amin’ireo tantara masina taloha.</w:t>
      </w:r>
    </w:p>
    <w:p>
      <w:pPr>
        <w:pStyle w:val="ArticleBody"/>
        <w:jc w:val="left"/>
      </w:pPr>
      <w:r>
        <w:rPr>
          <w:rFonts w:ascii="Times New Roman" w:hAnsi="Times New Roman" w:eastAsia="Times New Roman" w:cs="Times New Roman"/>
        </w:rPr>
        <w:t>Ireo lahatsoratra efatra ireo, raha atambatra, dia manolotra fanazavana ara-paminaniana momba an’i Kristy, amin’ny maha-Lionan’ny firenen’i Joda Azy, sy ny Alpha sy Omega Izay manokatra ny ampahany sasany amin’ny Daniela toko fahiraika ambin’ny folo amin’ireo fotoan-dehibe mba hitarihana ny hetsika farany amin’ny fanavaozana an’ireo efatra arivo amby efatra alina sy iray hetsy. Tamin’ny 1989, 126 taona taorian’ny “fikomiana” Adventista tamin’ny 1863, ny Liona dia nanokatra ny Daniela 11:40–45, ka nanambara ny fanasitranana ny ratra mahafaty nahazo ny papa tamin’ny 1798 teo amin’ilay firaisana telo sosona (dragona, bibidia, ary mpaminany sandoka) ao amin’ny andininy faha-iraika amby efapolo, ary mitarika ho amin’i Hara-magedona, “ny tendrombohitra masina be voninahitra” izay andraisan’ny papa ny fitsarana farany azy ao amin’ny andininy faha-dimy amby efapolo. Io fanokafana io no manomboka ny fiandohan’ilay hetsika, ka miteraka “fitomboan’ny fahalalana” (Selected Messages, boky 2) momba ny “fanjakan’ny papa sy ny lalàna Alahady”, ary mamoha ny fizahan-toetra telo sosona amin’ny hoe “voadio, natao fotsy, ary nozahan-toetra” araka ny aseho ao amin’ny Daniela 12:10.</w:t>
      </w:r>
    </w:p>
    <w:p>
      <w:pPr>
        <w:pStyle w:val="ArticleBody"/>
        <w:jc w:val="left"/>
      </w:pPr>
      <w:r>
        <w:rPr>
          <w:rFonts w:ascii="Times New Roman" w:hAnsi="Times New Roman" w:eastAsia="Times New Roman" w:cs="Times New Roman"/>
        </w:rPr>
        <w:t>Hotohizintsika ao amin’ny lahatsoratra manaraka ireo hevitra ireo.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Tantara Miafina ao ambadik’ilay Andininy Faha-efapolo — Nomerao Dimy</dc:title>
  <dc:subject>Fanavaozana ny Lahatsoratra Efatra Voalohany</dc:subject>
  <dc:creator>Jeff Pippenger</dc:creator>
  <cp:keywords/>
  <dc:description>Generated by ArticleDigger from hidden_history\05_hidden_history.json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