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amin’ny Andininy Faha-40 – Laharana Enina</w:t>
      </w:r>
    </w:p>
    <w:p>
      <w:pPr>
        <w:pStyle w:val="ArticleSubtitle"/>
        <w:jc w:val="left"/>
      </w:pPr>
      <w:r>
        <w:rPr>
          <w:rFonts w:ascii="Arial" w:hAnsi="Arial" w:eastAsia="Arial" w:cs="Arial"/>
        </w:rPr>
        <w:t>Iraika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Rehefa handray ny fandalinana ny tantara miafina isika dia hodinihintsika avokoa na ny tsipika anatiny na ny tsipika ivelan’ny faminaniana, izay fantatra ankehitriny fa mifanaraka amin’ny tantara manomboka amin’ny fotoan’ny farany ao amin’ny andininy faha-efapolo ka hatramin’ny lalàn’ny Alahady ao amin’ny andininy faha-iraika amby efapolo. Ny tsipika anatiny amin’izany tantara ara-paminaniana izany dia voamariky ny bokin’ny Apokalypsy, toko faha-iraika ambin’ny folo, andininy faha-iraika ambin’ny folo. Ny tsipika ivelany kosa dia voamariky ny bokin’i Daniela, toko faha-iraika ambin’ny folo, andininy faha-iraika ambin’ny folo. Ny tsipika ivelany ao amin’i Daniela 11 — andininy faha-11 — dia tonga teo amin’ny tantara tamin’ny taona 2014, ary ny tsipika anatiny ao amin’ny Apokalypsy 11 — andininy faha-11 — dia tonga teo amin’ny tantara tamin’ny 31 Desambra 2023. Ny tsipika ivelany dia maneho ny tandroka Repoblikana amin’ilay bibidia avy amin’ny tany, ary ny tsipika anatiny dia maneho ny tandroka Protestanta amin’ilay bibidia avy amin’ny tany.</w:t>
      </w:r>
    </w:p>
    <w:p>
      <w:pPr>
        <w:pStyle w:val="ArticleHeading"/>
        <w:jc w:val="left"/>
      </w:pPr>
      <w:r>
        <w:rPr>
          <w:rFonts w:ascii="Arial" w:hAnsi="Arial" w:eastAsia="Arial" w:cs="Arial"/>
        </w:rPr>
        <w:t>Etazonia</w:t>
      </w:r>
    </w:p>
    <w:p>
      <w:pPr>
        <w:pStyle w:val="ArticleBody"/>
        <w:jc w:val="left"/>
      </w:pPr>
      <w:r>
        <w:rPr>
          <w:rFonts w:ascii="Times New Roman" w:hAnsi="Times New Roman" w:eastAsia="Times New Roman" w:cs="Times New Roman"/>
        </w:rPr>
        <w:t>Ny bokin’ny Apokalypsy dia manondro firenena iray lehibe ho lohahevitra amin’ny andro farany. Izany firenena izany no bibidia avy amin’ny tany izay manery izao tontolo izao manontolo hiankohoka amin’ilay bibidia avy amin’ny ranomasina, dia ny fahefana papaly. Ny bokin’ny Apokalypsy dia manondro firenena iray lehibe, fiombonam-pirenena folo iray, ary fiangonana sandoka iray. Ny firenena dia i Etazonia, dia ilay bibidia avy amin’ny tany ao amin’ny toko faha-telo ambin’ny folo; ny fiangonana sandoka dia ilay bibidia avy amin’ny ranomasina ao amin’ny toko faha-telo ambin’ny folo; ary ny fiombonam-panjaka folo ratsy araka ny Baiboly dia ny Firenena Mikambana. Ireo hery telo ireo, izay aseho ho ny dragona sy ny bibidia ary ny mpaminany sandoka ao amin’ny Apokalypsy enina ambin’ny folo, no mitarika izao tontolo izao ho any Hara-magedona.</w:t>
      </w:r>
    </w:p>
    <w:p>
      <w:pPr>
        <w:pStyle w:val="ArticleBody"/>
        <w:jc w:val="left"/>
      </w:pPr>
      <w:r>
        <w:rPr>
          <w:rFonts w:ascii="Times New Roman" w:hAnsi="Times New Roman" w:eastAsia="Times New Roman" w:cs="Times New Roman"/>
        </w:rPr>
        <w:t>Samy voafaritra tsirairay ao amin’ny Daniela toko faha-iraika ambin’ny folo, andininy faha-efapolo ka hatramin’ny faha-dimy amby efapolo izy ireo, izay ahatongavan’ilay fiangonana sandoka amin’ny farany eo anelanelan’ny ranomasina sy ny tendrombohitra masina be voninahitra ao amin’ny andininy faha-dimy amby efapolo, izay mifanaraka ara-jeografia amin’ny Armagedona ao amin’ny Apokalypsy. Ny andininy faha-efapolo dia manomboka amin’ny taona 1798, rehefa nahazo ratra mahafaty ilay bibidia avy any an-dranomasina, izany hoe ilay fiangonana sandoka, ary mifarana amin’ilay bibidia avy any an-dranomasina izay natsangana indray ilay andalan-teny, dia ilay vehivavy janga ao amin’ny Apokalypsy fito ambin’ny folo, izay maty fanindroany; ka izany no mampifarana ilay andalan-teny eo amin’izay niandohany indrindra. Ny firenena fototra ao amin’ny bokin’ny Apokalypsy sy Daniela dia i Etazonia, dia ilay bibidia avy amin’ny tany ao amin’ny Apokalypsy toko faha-telo ambin’ny folo, toko momba ny fikomiana. Ilay bibidia avy amin’ny tany koa no mpaminany sandoka ao amin’ny toko faha-enina ambin’ny folo amin’ny Apokalypsy, ary ao amin’ny andininy faha-efapolo ao amin’ny Daniela toko faha-iraika ambin’ny folo, izy no kalesy sy sambo ary mpitaingin-tsoavaly.</w:t>
      </w:r>
    </w:p>
    <w:p>
      <w:pPr>
        <w:pStyle w:val="ArticleHeading"/>
        <w:jc w:val="left"/>
      </w:pPr>
      <w:r>
        <w:rPr>
          <w:rFonts w:ascii="Arial" w:hAnsi="Arial" w:eastAsia="Arial" w:cs="Arial"/>
        </w:rPr>
        <w:t>Ny fahamarinana antsasany dia tsy fahamarinana velively</w:t>
      </w:r>
    </w:p>
    <w:p>
      <w:pPr>
        <w:pStyle w:val="ArticleBody"/>
        <w:jc w:val="left"/>
      </w:pPr>
      <w:r>
        <w:rPr>
          <w:rFonts w:ascii="Times New Roman" w:hAnsi="Times New Roman" w:eastAsia="Times New Roman" w:cs="Times New Roman"/>
        </w:rPr>
        <w:t>Ny firenena izay lohahevitra resahin’i Daniela sy ny Apokalypsy amin’ny andro farany dia i Etazonia, ary ny Daniela toko faha iraika ambin’ny folo dia manomboka amin’ny famantarana mazava tsara ilay filoha farany an’io firenena io. Io fahamarinana io dia zava-misy ara-Baiboly efa miorina tsara, nefa lavin’ny Advantista Mitandrina ny Andro Fahafito Laodikeana amin’ny fiafenana ao ambadiky ny antsasaky ny fahamarinana. Ny antsasaky ny fahamarinana iafenany amin’ity raharaha ity dia ny fanekeny fa i Etazonia no sady bibin’ny tany ao amin’ny Apokalypsy toko faha telo ambin’ny folo no mpaminany sandoka ao amin’ny toko faha enina ambin’ny folo; kanefa mandà izy ireo tsy hahita fa i Donald Trump dia lohahevitra lehibe iray ao amin’ny faminanian’ny Baiboly amin’ny andro farany. Tsy miova na oviana na oviana Andriamanitra, ary rehefa nifandray tamin’i Egypta Izy, dia lohahevitra lehibe tao amin’ny tantara ara-paminaniana i Farao; avy eo tamin’i Babylona dia tononina anarana i Nebokadnezara sy Belsazara. Tononina anarana i Kyrosy. Tononina anarana i Dariosa. Faritan’ny Baiboly mazava tsara ilay mpanapaka farany amin’ilay bibin’ny tany, ary tsy filazana an-tsisiny izany. Fantatry ny Advantisma hoe iza i Etazonia ao amin’ny faminaniana momba ny andro farany, nefa tsy hitany fa resahin’Andriamanitra mandrakariva na ny firenena na ny mpitondra azy ao amin’ny toe-javatra ara-paminaniana rehetra, ary ireo tantara masina teo aloha rehetra ireo dia maneho an’ohatra ny andro farany.</w:t>
      </w:r>
    </w:p>
    <w:p>
      <w:pPr>
        <w:pStyle w:val="ArticleHeading"/>
        <w:jc w:val="left"/>
      </w:pPr>
      <w:r>
        <w:rPr>
          <w:rFonts w:ascii="Arial" w:hAnsi="Arial" w:eastAsia="Arial" w:cs="Arial"/>
        </w:rPr>
        <w:t>Trompetra ao amin’ny Fahitana Farany</w:t>
      </w:r>
    </w:p>
    <w:p>
      <w:pPr>
        <w:pStyle w:val="ArticleBody"/>
        <w:jc w:val="left"/>
      </w:pPr>
      <w:r>
        <w:rPr>
          <w:rFonts w:ascii="Times New Roman" w:hAnsi="Times New Roman" w:eastAsia="Times New Roman" w:cs="Times New Roman"/>
        </w:rPr>
        <w:t>Donald Trump dia lohahevitra voalohany ao amin’ny fahitana farany nomena an’i Daniela, izay tampon’ireo fahitana ara-paminaniana rehetra, tsy ao amin’ny bokin’i Daniela ihany, fa ao amin’ny Baiboly manontolo.</w:t>
      </w:r>
    </w:p>
    <w:p>
      <w:pPr>
        <w:pStyle w:val="ArticleBody"/>
        <w:jc w:val="left"/>
      </w:pPr>
      <w:r>
        <w:rPr>
          <w:rFonts w:ascii="Times New Roman" w:hAnsi="Times New Roman" w:eastAsia="Times New Roman" w:cs="Times New Roman"/>
        </w:rPr>
        <w:t>Ny lohahevitry ny fahitana farany amin’ny tantara ara-paminaniana ao anatin’ny Tenin’Andriamanitra dia i Donald Trump. Izy no tandindona mamantatra ny dian-tongotry ny faminaniana ivelany amin’ny andro farany momba ilay tantara miafina ao amin’ny andininy faha-efapolo. Izy koa no rohy izay mamantatra sy manorina ny tsipika anatiny momba ny iray hetsy sy efatra arivo sy efa-polo arivo. Ny iray hetsy sy efatra arivo sy efa-polo arivo dia ilay tandroka protestanta eo amin’ilay bibidia avy amin’ny tany ao amin’ny Apokalypsy telo ambin’ny folo, ary i Donald Trump no misolo tena ilay tandroka repoblikana amin’io bibidia io ihany. Ilay bibidia dia ny Lalàm-panorenan’i Etazonia, araka ny isehoany amin’ny alalan’ny governemanta repoblikana araka ny lalàm-panorenana izay tamin’ny voalohany nametraka fisarahana teo amin’ireo tandroka roa ireo, kanefa amin’ny farany dia mampiray azy ireo ho sary an’ilay bibidia avy amin’ny ranomasina, dia ilay papaly.</w:t>
      </w:r>
    </w:p>
    <w:p>
      <w:pPr>
        <w:pStyle w:val="ArticleBody"/>
        <w:jc w:val="left"/>
      </w:pPr>
      <w:r>
        <w:rPr>
          <w:rFonts w:ascii="Times New Roman" w:hAnsi="Times New Roman" w:eastAsia="Times New Roman" w:cs="Times New Roman"/>
        </w:rPr>
        <w:t>Naverin’i Rahavavy White matetika ny sarin-javatra volamena ao amin’ny Daniela toko fahatelo amin’ny lalàn’ny Alahady amin’ny andro farany; koa, iza àry no asehon’i Nebokadnezara? Hampahafantarin’ny Advantisma anao fa izy dia i Etazonia, ilay bibidia avy amin’ny tany ao amin’ny Apokalypsy toko fahatelo ambin’ny folo, izay mitovy amin’ny fanondroana fa Babylona no nanipy an’i Shadraka sy Mesaka ary Abednego ho ao amin’ny afo. I Nebokadnezara no ambaran’ny Baiboly ho ilay tompon’andraikitra tamin’ny fotoanan’ny lalàn’ny Alahady, koa iza no i Nebokadnezara, raha tsy ilay filoha manjaka rehefa tonga ilay lalàn’ny Alahady izay efa antomotra?</w:t>
      </w:r>
    </w:p>
    <w:p>
      <w:pPr>
        <w:pStyle w:val="ArticleHeading"/>
        <w:jc w:val="left"/>
      </w:pPr>
      <w:r>
        <w:rPr>
          <w:rFonts w:ascii="Arial" w:hAnsi="Arial" w:eastAsia="Arial" w:cs="Arial"/>
        </w:rPr>
        <w:t>Telo</w:t>
      </w:r>
    </w:p>
    <w:p>
      <w:pPr>
        <w:pStyle w:val="ArticleBody"/>
        <w:jc w:val="left"/>
      </w:pPr>
      <w:r>
        <w:rPr>
          <w:rFonts w:ascii="Times New Roman" w:hAnsi="Times New Roman" w:eastAsia="Times New Roman" w:cs="Times New Roman"/>
        </w:rPr>
        <w:t>Ny fahitana farany nomena an’i Daniela, dia ny fahitana ny amin’ny Ony Hiddekel, dia mizara ho toko telo, ka ny tsirairay amin’ireo dia mifanaraka amin’ny toetran’ireo anjely telo ao amin’ny Apokalypsy toko fahaefatra ambin’ny folo. Ireo toko telo ireo dia maneho ny anjely voalohany sy faharoa ary fahatelo, nefa koa maneho ny hafatra farany nentin’i Daniela. Ny hafatra voalohany ao amin’ny toko voalohany dia maneho ihany koa ireo anjely telo ao amin’ny Apokalypsy toko fahaefatra ambin’ny folo, ary amin’ny fanaovana izany dia apetraka eo amin’ny toko voalohany sy eo amin’ny fahitana ny amin’ny Ony Hiddekel ny mariky ny Alfa sy Omega.</w:t>
      </w:r>
    </w:p>
    <w:p>
      <w:pPr>
        <w:pStyle w:val="ArticleBody"/>
        <w:jc w:val="left"/>
      </w:pPr>
      <w:r>
        <w:rPr>
          <w:rFonts w:ascii="Times New Roman" w:hAnsi="Times New Roman" w:eastAsia="Times New Roman" w:cs="Times New Roman"/>
        </w:rPr>
        <w:t>Ny fahitana farany nomena an’i Daniela dia miorina eo ambonin’ny rafitry ny teny hebreo hoe “fahamarinana,” izay voaforon’ny litera voalohany, faha-telo ambin’ny folo, ary farany, dia ny litera faha-roa amby roapolo, amin’ny abidy hebreo. Ny toko fahafolo dia manondro an’i Daniela ho mpianatry ny faminaniana, izay avadika avy amin’ny Laodikeana ho amin’ny Filadelfiana amin’ny andro faha-roa amby roapolo. Avy eo dia omena hery i Daniela mba hahatakatra ilay fitomboan’ny fahalalana izay efa voaseho ka aseho ao amin’ny toko faharoa ambin’ny folo. Ny toko voalohany sy ny toko farany amin’ilay fahitana dia manondro an’i Daniela ho tandindon’ny iray hetsy sy efatra alina amby efatra arivo, izay tena mpianatry ny faminaniana.</w:t>
      </w:r>
    </w:p>
    <w:p>
      <w:pPr>
        <w:pStyle w:val="ArticleScripture"/>
        <w:jc w:val="left"/>
      </w:pPr>
      <w:r>
        <w:rPr>
          <w:rFonts w:ascii="Times New Roman" w:hAnsi="Times New Roman" w:eastAsia="Times New Roman" w:cs="Times New Roman"/>
        </w:rPr>
        <w:t>“Na inona na inona mety ho fandrosoan’ny sain’ny olona, aoka izy tsy hihevitra na dia vetivety akory aza fa tsy ilaina ny fandinihana lalina sy mitohy ny Soratra Masina mba hahazoana fahazavana lehibe kokoa. Amin’ny maha-vahoaka antsika dia antsoina isika tsirairay avy ho mpianatra ny faminaniana.” Testimonies, boky faha-5, 708.</w:t>
      </w:r>
    </w:p>
    <w:p>
      <w:pPr>
        <w:pStyle w:val="ArticleBody"/>
        <w:jc w:val="left"/>
      </w:pPr>
      <w:r>
        <w:rPr>
          <w:rFonts w:ascii="Times New Roman" w:hAnsi="Times New Roman" w:eastAsia="Times New Roman" w:cs="Times New Roman"/>
        </w:rPr>
        <w:t>Ny toko voalohany dia manondro ireo fahamarinana mitovy amin’ny fahitan’ny Ony Hiddekel, ary ny toko voalohan’ny fahitan’ny Ony Hiddekel dia manondro ny fahamarinana mitovy amin’ny toko fahatelo sy farany ao aminy. Ny bokin’i Daniela dia mitondra ny sonian’ny Alfa sy Omega, fa ny toko voalohany dia manondro ny fizotry ny fizahan-toetra misy dingana telo amin’ny filazantsara mandrakizay, ary toy izany koa ny toko faha-roambinifolo. Ary ao anatin’ireo toko telo mandrafitra ny fahitana farany nomena an’i Daniela, ny toko voalohany no alfa ary ny toko fahatelo no omega. Mifanaraka amin’ny fizahan-toetra voalohany natao tamin’i Daniela izany, dia ny amin’izay sakafo hohanina, ary amin’ny fizahan-toetra fahatelo sy farany, raha notsarain’i Nebokadnezara izy rehefa afaka telo taona. Ny fizahan-toetra alpha ao amin’ny Daniela toko voalohany dia mikasika ny fomba fandalinana ny Baiboly, araka ny asehon’ny fihinanana na ny hanim-py avy any Babylona, na ny sakafo anana.</w:t>
      </w:r>
    </w:p>
    <w:p>
      <w:pPr>
        <w:pStyle w:val="ArticleBody"/>
        <w:jc w:val="left"/>
      </w:pPr>
      <w:r>
        <w:rPr>
          <w:rFonts w:ascii="Times New Roman" w:hAnsi="Times New Roman" w:eastAsia="Times New Roman" w:cs="Times New Roman"/>
        </w:rPr>
        <w:t>Ny fahatokian’i Daniela tamin’ny fomba fiasa hoe “tsipika ambonin’ny tsipika” no nahafantarana azy fa “tamin’ny raharaha rehetra momba ny fahendrena sy ny fahalalana izay nanontanian’ny mpanjaka azy ireo, dia hitany fa avo impolo heny noho ny mpanao ody sy ny mpanandro rehetra izay tao amin’ny fanjakany rehetra izy ireo.” Ao amin’ny omega, dia ny toko faha-roa ambin’ny folo, no ahitan’ny hendry fahalalana ny raharaha rehetra momba ny fahendrena, izay mitombo rehefa voavaha ny Teny ara-paminaniana. Ny toko faha-roa ambin’ny folo no omega ho an’ny toko voalohany, ary izy koa no omega ho an’ny toko faha-folo, dia ny alpha-n’ny fahitana Hiddekel. Ao amin’izany alpha izany, dia ny toko faha-folo, i Daniela dia miorina ao amin’ny fanandramana ara-panahy, mifanaraka amin’ny fiorenan’ny hendry ao amin’ny fanandramana ara-tsaina ao amin’ny toko faha-roa ambin’ny folo. Ny toko voalohany dia manasongadina fa ny fomba fiasa amin’ny fandalinana ny Baiboly no ahafahan’ny mpianatry ny faminaniana miorina ao amin’ny fahamarinana, na ara-panahy na ara-tsaina, mba ho voaisy tombo-kase.</w:t>
      </w:r>
    </w:p>
    <w:p>
      <w:pPr>
        <w:pStyle w:val="ArticleBody"/>
        <w:jc w:val="left"/>
      </w:pPr>
      <w:r>
        <w:rPr>
          <w:rFonts w:ascii="Times New Roman" w:hAnsi="Times New Roman" w:eastAsia="Times New Roman" w:cs="Times New Roman"/>
        </w:rPr>
        <w:t>Maneho ireo tena mpianatry ny faminaniana amin’ny andro farany, Daniela sy ireo lehilahy mendrika telo dia ireo hendry izay tsy vitan’ny hoe mahatakatra ny fitomboan’ny fahalalana izay voasokatra tamin’ny andron’ny farany tamin’ny 1989, fa mahatakatra koa ny fitomboan’ny fahalalana tamin’ny 11 Septambra. Amin’ny farany, mahatakatra ny fitomboan’ny fahalalana voasokatra tamin’ny 31 Desambra 2023 izy ireo.</w:t>
      </w:r>
    </w:p>
    <w:p>
      <w:pPr>
        <w:pStyle w:val="ArticleBody"/>
        <w:jc w:val="left"/>
      </w:pPr>
      <w:r>
        <w:rPr>
          <w:rFonts w:ascii="Times New Roman" w:hAnsi="Times New Roman" w:eastAsia="Times New Roman" w:cs="Times New Roman"/>
        </w:rPr>
        <w:t>Ao amin’ny fikatsahany ny fahazavana ara-paminanian’Andriamanitra, dia ovaina izy ireo hiala amin’ny hetsika Advantista Mitandrina ny Andro Fahafito Laodiseana an’ny iray hetsy sy efatra arivo amby efatra alina ho amin’ny hetsika Filadelfiana an’ny iray hetsy sy efatra arivo amby efatra alina. Rehefa mitranga izany fiovana izany, dia sarahina amin’ireo izay nandositra niala tamin’ny fahitana ny fitaratra izy ireo.</w:t>
      </w:r>
    </w:p>
    <w:p>
      <w:pPr>
        <w:pStyle w:val="ArticleHeading"/>
        <w:jc w:val="left"/>
      </w:pPr>
      <w:r>
        <w:rPr>
          <w:rFonts w:ascii="Arial" w:hAnsi="Arial" w:eastAsia="Arial" w:cs="Arial"/>
        </w:rPr>
        <w:t>Hafatry ny Fikomian’ny Olombelona</w:t>
      </w:r>
    </w:p>
    <w:p>
      <w:pPr>
        <w:pStyle w:val="ArticleBody"/>
        <w:jc w:val="left"/>
      </w:pPr>
      <w:r>
        <w:rPr>
          <w:rFonts w:ascii="Times New Roman" w:hAnsi="Times New Roman" w:eastAsia="Times New Roman" w:cs="Times New Roman"/>
        </w:rPr>
        <w:t>Ny toko fahafolo sy faharoa ambin’ny folo dia miresaka ny amin’ilay efatra arivo amby efatra alina sy iray hetsy sy efatra alina, satria izy ireo no dingana voalohany sy fahatelo ao anatin’ny rafitry ny fahamarinana. Rehefa nomen-kery tamin’ny alalan’ny fanandramana anaty momba ny fahitan’ny fitaratra ao amin’ny toko fahafolo izy ireo, sady nohazavaina tamin’ny fahatakarana voavaha tombo-kase ao amin’ny Daniela 12, dia natao hitory ny hafatry ny fikomian’ny olombelona izy. Ny hafatry ny fikomian’ny olombelona dia asehon’ny bokin’i Daniela sy ny Apokalypsy, ary ny hafatry ny fikomiana dia apetraka ao anatin’ilay rafitra ara-paminaniana momba ireo fanjakana amin’ny faminanian’ny Baiboly izay aseho ao amin’i Daniela. Ny tandindona ara-paminanian’ny fijoroana vavolombelona momba ny fikomian’ny olombelona ao amin’ny bokin’i Daniela dia aseho amin’ny fahafenoany ao amin’ny toko fahiraika ambin’ny folo. Ny toko fahiraika ambin’ny folo dia tantara manomboka amin’ny fiafaran’i Babylona sy ny fiandohan’ny Mediana sy Persiana. Koa izany no anombohany amin’ny ratra mahafaty nahazo an’i Babylona, izay tandindon’ny ratra mahafaty nahazo ny fahefana papaly tamin’ny 1798. Rehefa sitrana amin’ilay ratra mahafaty ny fahefana papaly amin’ilay lalàn’ny Alahady izay ho avy tsy ho ela, dia tonga lohan’ilay firaisana telo sosona an’ny dragona sy ny bibidia ary ny mpaminany sandoka izy. Amin’izay fotoana izay dia izy no vehivavy mitaingina ny bibidia ao amin’ny Apokalypsy 17, ary eo amin’ny handriny no voasoratra hoe Babylona Lehibe. Amin’ilay lalàn’ny Alahady izay ho avy tsy ho ela dia sitrana ny ratra mahafaty nahazo an’i Babylona sy ny fahefana papaly.</w:t>
      </w:r>
    </w:p>
    <w:p>
      <w:pPr>
        <w:pStyle w:val="ArticleBody"/>
        <w:jc w:val="left"/>
      </w:pPr>
      <w:r>
        <w:rPr>
          <w:rFonts w:ascii="Times New Roman" w:hAnsi="Times New Roman" w:eastAsia="Times New Roman" w:cs="Times New Roman"/>
        </w:rPr>
        <w:t>Ny fikomian’ny olombelona, izay aseho hatramin’ny andron’i Babylona ka hatramin’ny faran’izao tontolo izao, no rafitra iorenan’ny bokin’i Daniela, ary ny toko fahiraika ambin’ny folo no hafatra ara-paminaniana ivelany izay mitantara izany fikomiana izany amin’ny andro farany. Izany fijoroana vavolombelona momba ny fikomiana hita ao amin’ny toko fahiraika ambin’ny folo izany dia mifanaraka amin’ireo andininy enina farany ao amin’ilay toko sady ao anatin’ireny. Ireo andininy enina farany no hafatry ny fikomian’ny olombelona, ary ireo andininy enina farany ireo dia aseho miaraka amin’ny tantara miafina ao amin’ny andininy faha-efapolo sady ao anatin’izany. Amin’ny fanaovana izany, ny bokin’i Daniela dia ahena ho toko iray, izay avy eo ahena ho andininy enina amin’izany toko izany ihany, ary izany kosa dia ahena ho amin’ny tantara miafina ao amin’ny tapany farany amin’ny andininy iray.</w:t>
      </w:r>
    </w:p>
    <w:p>
      <w:pPr>
        <w:pStyle w:val="ArticleBody"/>
        <w:jc w:val="left"/>
      </w:pPr>
      <w:r>
        <w:rPr>
          <w:rFonts w:ascii="Times New Roman" w:hAnsi="Times New Roman" w:eastAsia="Times New Roman" w:cs="Times New Roman"/>
        </w:rPr>
        <w:t>Ny toko fahiraika ambin’ny folo dia maneho ny litera fahatelo ambin’ny folo, izay ialohavan’ny litera voalohany sady arahina ny litera farany amin’ny abidy hebreo, ary ny voalohany sy ny farany dia mitovy mandrakariva. Ny toko voalohany dia manondro ny fisarahan’ny hendry amin’ny adala eo amin’ny fahitana eo amin’ny fitaratra, ary ny toko farany dia manondro ny fisarahan’ny hendry amin’ny adala eo amin’ny fanokafana ny famehezana. Mampahafantatra antsika ny tsindrimandry fa ny famehezana ny iray hetsy sy efatra alina sy efatra arivo dia “fiorenana ao amin’ny fahamarinana, na ara-tsaina na ara-panahy.” Ny toko fahafolo dia manondro ny famehezana ny iray hetsy sy efatra alina sy efatra arivo amin’ny lafiny ara-panahy, ary ny toko faharoa ambin’ny folo dia mampiseho ny lafiny ara-tsaina. Ny toko fahafolo dia manondro fikasihana telo sy fifaneraserana telo amin’ny zavamananaina any an-danitra. Ny toko faharoa ambin’ny folo dia manondro fanadiovana misy dingana telo ho an’ny hendry, izay tanterahin’ny fitomboan’ny fahamarinana ara-paminaniana ara-tsaina, dia ny hoe “nodiovina, natao fotsy ary nozahan-toetra.” Tahaka ny ananan’ny toko fahafolo tandindona roa amin’ny telo, dia ny fikasihana telo sy ny fihaonana telo amin’ny any an-danitra, no ananan’ny toko faharoa ambin’ny folo koa ny fizotry ny fizahan-toetra misy dingana telo, ary koa faminaniana ara-potoana telo.</w:t>
      </w:r>
    </w:p>
    <w:p>
      <w:pPr>
        <w:pStyle w:val="ArticleBody"/>
        <w:jc w:val="left"/>
      </w:pPr>
      <w:r>
        <w:rPr>
          <w:rFonts w:ascii="Times New Roman" w:hAnsi="Times New Roman" w:eastAsia="Times New Roman" w:cs="Times New Roman"/>
        </w:rPr>
        <w:t>Ny fihaonana telo tany an-danitra ao amin’ny toko fahafolo dia mitondra ny mariky ny fahamarinana, fa ilay zavaboary any an-danitra voalohany sy farany nifandray tamin’i Daniela dia ilay anjely Gabriela, ary i Mikaela no ilay teo afovoany. Anjely telo, nefa Kristy no ilay anjely tamin’ny dingana faharoa. Ireo fikasihana telo ireo dia maneho fanomezam-pahefana miandalana amin’ny dingana telo ho an’i Daniela. Ao anatin’io andalana io dia amantarin’i Daniela in-telo ilay fahitana amin’ny alalan’ny fitaratra, ary amin’izany dia apetrany ao anatin’ireo filazana fito momba ny fahitana mareh ao amin’ny toko fahafolo ireo fahitana telo amin’ny alalan’ny fitaratra. Indroa ny teny hebreo hoe mareh no nadika hoe “fisehoana”, ary indroa hoe “fahitana”, ary in-telo hafa koa dia nadika hoe “fahitana”. Ireo “in-telo hafa” ireo dia tsy mareh, fa endrika feminin’ny mareh, dia ny hoe marah. Ny toko fahafolo dia manana fikasihana telo amin’ny fanomezam-pahefana miandalana, fihaonana telo tany an-danitra izay mitondra ny mariky ny fahamarinana, ary fahitana telo amin’ny alalan’ny fitaratra izay ampahany amin’ireo filazana fito momba ny fisehoan’i Kristy.</w:t>
      </w:r>
    </w:p>
    <w:p>
      <w:pPr>
        <w:pStyle w:val="ArticleHeading"/>
        <w:jc w:val="left"/>
      </w:pPr>
      <w:r>
        <w:rPr>
          <w:rFonts w:ascii="Arial" w:hAnsi="Arial" w:eastAsia="Arial" w:cs="Arial"/>
        </w:rPr>
        <w:t>Fisehoana</w:t>
      </w:r>
    </w:p>
    <w:p>
      <w:pPr>
        <w:pStyle w:val="ArticleBody"/>
        <w:jc w:val="left"/>
      </w:pPr>
      <w:r>
        <w:rPr>
          <w:rFonts w:ascii="Times New Roman" w:hAnsi="Times New Roman" w:eastAsia="Times New Roman" w:cs="Times New Roman"/>
        </w:rPr>
        <w:t>Ny fotoana roa andikana ny hoe *mareh* ho **fisehoana** dia mifanaraka amin’ireo fotoana roa andikana azy ho **fahitana**. Miaraka izy ireo no manondro an’i Kristy ho tandindona iray izay miseho tahaka ny mari-dalana eo amin’ny tantara ara-paminaniana. Ao amin’ny Apokalypsy toko faha-folo, misy anjely iray midina ka mametraka ny tongotra iray eo amin’ny tany ary ny iray eo amin’ny ranomasina. Sister White dia mampahafantatra antsika fa ilay anjely dia “tsy iza fa Jesosy Kristy mihitsy.” Ilay anjelin’ny Apokalypsy faha-folo dia ny **fisehoan’i** Kristy eo amin’ny tantara ara-paminaniana. Miseho ao amin’ny andininy faha-telo ambin’ny folo ao amin’ny Daniela toko faha-valo Izy amin’ny maha-Palmoni Azy, ary manomboka ao amin’ny Apokalypsy toko faha-dimy dia miseho Izy amin’ny maha-Liona avy amin’ny firenen’i Joda Azy. Daniela dia maneho ireo amin’ny andro farany izay manaraka ireo fisehoana ara-paminanian’i Kristy, na aiza na aiza halehany. Raha mahatoky amin’izany izy ireo, dia tarihina ho amin’ilay fahitan’ny fitaratra izy, izay andosiran’ny tsy mahatoky.</w:t>
      </w:r>
    </w:p>
    <w:p>
      <w:pPr>
        <w:pStyle w:val="ArticleBody"/>
        <w:jc w:val="left"/>
      </w:pPr>
      <w:r>
        <w:rPr>
          <w:rFonts w:ascii="Times New Roman" w:hAnsi="Times New Roman" w:eastAsia="Times New Roman" w:cs="Times New Roman"/>
        </w:rPr>
        <w:t>Ny dingana telo amin’ny fanadiovana ao amin’ny toko faha-roa ambin’ny folo, izay miorina amin’ny fahatakarana ny fahalalana mitombo rehefa voaseho ny faminaniana iray, dia arahina “faminanian’ny fotoana” telo, izay maneho fahatanterahana telo samy hafa ho an’ny andininy telo tsirairay avy. Ny arivo sy roan-jato sy enimpolo taona ao amin’ny andininy faha-fito, ny arivo sy roan-jato sy sivifolo taona ao amin’ny andininy faha-iraika ambin’ny folo, ary ny arivo sy telon-jato sy dimy amby telopolo taona ao amin’ny andininy faha-roa ambin’ny folo dia manondro andininy telo izay samy ahitana faminanian’ny fotoana, ka tanteraka teo amin’ny tantara, ary taorian’izany dia neken’ny Millerita ho fanamafisana ara-tantara ny hafatra izay nambaran’izy ireo. Ny faminaniana ao amin’ny andininy, ny fahatanterahany ara-tantara, ary ny fampiharan’ny Millerita izany tantara izany dia samy mijoro ho vavolombelon’ny fahatanterahana amin’ny andro farany an’ireo faminaniana telo ireo. Kanefa tsy manan-kery intsony ny fampiharan’ny Millerita ny fotoana, koa ny filazana ny fotoana ao amin’ireo andininy ireo dia tsy maintsy ampiharina ho tandindona fa tsy ho fotoana. Ny tandindona dia apetraka ao amin’ireo andininy amin’ny alalan’ny fampiharana ilay andininy, ny fahatanterahan’ilay andininy teo amin’ny tantara, ary ny fanoloran’ny Millerita ny hafatra.</w:t>
      </w:r>
    </w:p>
    <w:p>
      <w:pPr>
        <w:pStyle w:val="ArticleBody"/>
        <w:jc w:val="left"/>
      </w:pPr>
      <w:r>
        <w:rPr>
          <w:rFonts w:ascii="Times New Roman" w:hAnsi="Times New Roman" w:eastAsia="Times New Roman" w:cs="Times New Roman"/>
        </w:rPr>
        <w:t>Ny fitohizan’ny fotoana momba ny fikomian’ny olombelona ao amin’ny toko fahiraika ambin’ny folo dia voarandrana miaraka amin’ny firaisana, fifanekena ary fanekena. Ireo fanekem-pihavanan’olombelona izay aseho ao anatin’ny tantaran’ny toko fahiraika ambin’ny folo dia ampitahaina amin’ny Fanekena avy amin’Andriamanitra.</w:t>
      </w:r>
    </w:p>
    <w:p>
      <w:pPr>
        <w:pStyle w:val="ArticleScripture"/>
        <w:jc w:val="left"/>
      </w:pPr>
      <w:r>
        <w:rPr>
          <w:rFonts w:ascii="Times New Roman" w:hAnsi="Times New Roman" w:eastAsia="Times New Roman" w:cs="Times New Roman"/>
        </w:rPr>
        <w:t>“Amin’ny andro farany amin’ny tantaran’ity tany ity, dia havaozina ny faneken’Andriamanitra amin’ny olony izay mitandrina ny didiny.” Review and Herald, 26 Febroary 1914.</w:t>
      </w:r>
    </w:p>
    <w:p>
      <w:pPr>
        <w:pStyle w:val="ArticleBody"/>
        <w:jc w:val="left"/>
      </w:pPr>
      <w:r>
        <w:rPr>
          <w:rFonts w:ascii="Times New Roman" w:hAnsi="Times New Roman" w:eastAsia="Times New Roman" w:cs="Times New Roman"/>
        </w:rPr>
        <w:t>Rôma no mametraka ny fahitana manontolo, ary rehefa resahina voalohany ao amin’ny toko fahiraika ambin’ny folo ny Rôma papaly, dia faritana ho “ireo izay mahafoy ny fanekena masina” izy. Ny tsipika anatiny ao amin’ny Daniela fahiraika ambin’ny folo, izay sady tsipika anatiny ao anatin’ilay tantara miafina ao amin’ny andininy faha-efapolo koa, dia maneho ireo izay miditra ao amin’ny fanekena amin’Andriamanitra amin’ny andro farany; ary ny tsipika ivelany kosa no manondro ireo izay mahafoy izany fanekena izany indrindra. Ao amin’ny fanoharana ny amin’ilay antokon’olona izay tsy hahazo tombontsoa amin’ny fitomboan’ny fahalalana amin’ny andro farany, ny tantarany ivelany dia voatenona eo amin’ny kofehy ara-paminaniana nisy ireo fifanekena olombelona voadika.</w:t>
      </w:r>
    </w:p>
    <w:p>
      <w:pPr>
        <w:pStyle w:val="ArticleBody"/>
        <w:jc w:val="left"/>
      </w:pPr>
      <w:r>
        <w:rPr>
          <w:rFonts w:ascii="Times New Roman" w:hAnsi="Times New Roman" w:eastAsia="Times New Roman" w:cs="Times New Roman"/>
        </w:rPr>
        <w:t>Voatenona ao anatin’ilay tsipika anatiny momba ireo iray hetsy sy efatra arivo sy efatra alina dia misy tandindona sy fanoharana maro maneho ny fifandraisan’ny fanekena eo amin’Andriamanitra sy ny vahoaka sisa tavela amin’ny andro farany ananany. Ny tandindon’ny isa “iraika ambin’ny folo” dia iray amin’ireo fahamarinana ireo, ary asongadin’i Isaia ny zava-misy fa ny andininy faha-iraika ambin’ny folo ao amin’ny toko faha-iraika ambin’ny folo no manondro ny fahitana ivelany sy anatiny momba ny andro farany, amin’ny alalan’ny famantarany ao amin’ny toko faha-iraika ambin’ny folo sy ny andininy faha-iraika ambin’ny folo ny tanjona sy ny asan’ny vahoakan’ny faneken’Andriamanitra amin’ny andro farany.</w:t>
      </w:r>
    </w:p>
    <w:p>
      <w:pPr>
        <w:pStyle w:val="ArticleScripture"/>
        <w:jc w:val="left"/>
      </w:pPr>
      <w:r>
        <w:rPr>
          <w:rFonts w:ascii="Times New Roman" w:hAnsi="Times New Roman" w:eastAsia="Times New Roman" w:cs="Times New Roman"/>
        </w:rPr>
        <w:t>Ary amin’izany andro izany dia haninjitra ny tànany fanindroany indray Jehovah mba hamerenany ny sisa amin’ny olony izay mbola tavela, avy any Asyria sy avy any Egypta sy avy any Patrosa sy avy any Kosy sy avy any Elama sy avy any Sinara sy avy any Hamata ary avy any amin’ny nosin-dranomasina. Isaia 11:11.</w:t>
      </w:r>
    </w:p>
    <w:p>
      <w:pPr>
        <w:pStyle w:val="ArticleHeading"/>
        <w:jc w:val="left"/>
      </w:pPr>
      <w:r>
        <w:rPr>
          <w:rFonts w:ascii="Arial" w:hAnsi="Arial" w:eastAsia="Arial" w:cs="Arial"/>
        </w:rPr>
        <w:t>Ny Fanaparitahana</w:t>
      </w:r>
    </w:p>
    <w:p>
      <w:pPr>
        <w:pStyle w:val="ArticleBody"/>
        <w:jc w:val="left"/>
      </w:pPr>
      <w:r>
        <w:rPr>
          <w:rFonts w:ascii="Times New Roman" w:hAnsi="Times New Roman" w:eastAsia="Times New Roman" w:cs="Times New Roman"/>
        </w:rPr>
        <w:t>Amin’ny andro farany, ny vahoakan’Andriamanitra sisa tavela dia ho efa niparitaka indroa ka mila hangonina. Ny andininy faha-fito ao amin’ny Daniela roa ambin’ny folo dia manondro ny fanaparitahana ny vahoakan’Andriamanitra amin’ny andro farany, ka noho izany dia maneho ireo roa arivo amby enimpolo sy roanjato andro ho tandindon’ny fanaparitahana.</w:t>
      </w:r>
    </w:p>
    <w:p>
      <w:pPr>
        <w:pStyle w:val="ArticleScripture"/>
        <w:jc w:val="left"/>
      </w:pPr>
      <w:r>
        <w:rPr>
          <w:rFonts w:ascii="Times New Roman" w:hAnsi="Times New Roman" w:eastAsia="Times New Roman" w:cs="Times New Roman"/>
        </w:rPr>
        <w:t>Ary reko ilay lehilahy nitafy rongony madinika, izay teo ambonin’ny ranon’ny ony, raha nanandratra ny tanany ankavanana sy ny tanany ankavia ho amin’ny lanitra izy ka nianiana tamin’Ilay velona mandrakizay fa ho amin’ny andro iray sy andro roa ary antsasaky ny andro izany; ary rehefa vitany ny hanaparitaka ny herin’ny vahoaka masina, dia ho tanteraka izany zavatra rehetra izany. Daniela 12:7.</w:t>
      </w:r>
    </w:p>
    <w:p>
      <w:pPr>
        <w:pStyle w:val="ArticleBody"/>
        <w:jc w:val="left"/>
      </w:pPr>
      <w:r>
        <w:rPr>
          <w:rFonts w:ascii="Times New Roman" w:hAnsi="Times New Roman" w:eastAsia="Times New Roman" w:cs="Times New Roman"/>
        </w:rPr>
        <w:t>Naparitaka tao amin’ny Apokalypsy toko faha-iraika ambin’ny folo ireo vavolombelona roa, rehefa avy nanome ny fanambarany izy ireo.</w:t>
      </w:r>
    </w:p>
    <w:p>
      <w:pPr>
        <w:pStyle w:val="ArticleScripture"/>
        <w:jc w:val="left"/>
      </w:pPr>
      <w:r>
        <w:rPr>
          <w:rFonts w:ascii="Times New Roman" w:hAnsi="Times New Roman" w:eastAsia="Times New Roman" w:cs="Times New Roman"/>
        </w:rPr>
        <w:t>Ary rehefa mahavita ny fanambarany izy, dia ilay bibidia izay miakatra avy ao amin’ny lavaka tsy hita noanoa no hiady aminy ka haharesy azy sy hamono azy. Ary ny fatiny dia handry eo amin’ny lalamben’ny tanàna lehibe, izay antsoina ara-panahy hoe Sodoma sy Egypta, sady teo koa no nanomboana ny Tompontsika tamin’ny hazo fijaliana. Ary ny avy amin’ny fokom-bahoaka sy ny firazanana sy ny fiteny ary ny firenena dia hijery ny fatiny mandritra ny telo andro sy tapany, ka tsy hamela ny fatiny halevina ao am-pasana. Ary izay monina ambonin’ny tany dia hifaly noho ny aminy sy hiravoravo, ary hifanolotra fanomezana; satria ireo mpaminany roa ireo dia nampijaly izay nonina ambonin’ny tany. Apokalypsy 11:7–10.</w:t>
      </w:r>
    </w:p>
    <w:p>
      <w:pPr>
        <w:pStyle w:val="ArticleBody"/>
        <w:jc w:val="left"/>
      </w:pPr>
      <w:r>
        <w:rPr>
          <w:rFonts w:ascii="Times New Roman" w:hAnsi="Times New Roman" w:eastAsia="Times New Roman" w:cs="Times New Roman"/>
        </w:rPr>
        <w:t>Ao amin’ny andininy manaraka, dia ny andininy fahiraika ambin’ny folo, ireo vavolombelona roa dia hatsangana amin’ny maty avy amin’ny fahafatesany teo amin’ny arabe ao Sodoma sy Egypta. Izany fahafatesana izany ihany no asehon’i Ezekiela ho lohasaha feno taolana niparitaka, maty, ka maina. Ireo vavolombelona roa ireo dia maneho ny tandroka Repoblikana sy Protestanta izay novonoina tamin’ny taona 2020. Ny tandroka Protestanta dia maty tamin’ny faminaniany sandoka momba ny 18 Jolay 2020, ary ny tandroka Repoblikana dia maty tamin’ilay fifidianana nangalarina tamin’ny taona 2020. Isaia dia manondro fa rehefa atsangana amin’ny maty ireo vavolombelona, izay faritany ho voaangona fanindroany, dia ireo vavolombelona ireo no tonga faneva izay manangona ny mpiasa amin’ny ora fahiraika ambin’ny folo.</w:t>
      </w:r>
    </w:p>
    <w:p>
      <w:pPr>
        <w:pStyle w:val="ArticleScripture"/>
        <w:jc w:val="left"/>
      </w:pPr>
      <w:r>
        <w:rPr>
          <w:rFonts w:ascii="Times New Roman" w:hAnsi="Times New Roman" w:eastAsia="Times New Roman" w:cs="Times New Roman"/>
        </w:rPr>
        <w:t>Ary amin’izany andro izany dia hisy ny Solofon’i Jese, izay hijoro ho faneva ho an’ny firenena; Izy no hotadiavin’ny jentilisa; ary ho be voninahitra ny fitsaharany. Ary amin’izany andro izany dia haninjitra ny tànany fanindroany Jehovah mba hampody ny sisa amin’ny olony izay mbola ho tavela avy any Asyria sy avy any Egypta sy avy any Patrosa sy avy any Kosy sy avy any Elama sy avy any Sinara sy avy any Hamata ary avy any amin’ny nosin-dranomasina. Ary hanangana faneva ho an’ny firenena Izy ka hanangona ny voaroakan’ny Isiraely ary hampivory ny Joda miely patrana avy any amin’ny vazan-tany efatra. Isaia 11:10–12.</w:t>
      </w:r>
    </w:p>
    <w:p>
      <w:pPr>
        <w:pStyle w:val="ArticleBody"/>
        <w:jc w:val="left"/>
      </w:pPr>
      <w:r>
        <w:rPr>
          <w:rFonts w:ascii="Times New Roman" w:hAnsi="Times New Roman" w:eastAsia="Times New Roman" w:cs="Times New Roman"/>
        </w:rPr>
        <w:t>Rehefa mamelatra ny tànany fanindroany ny Tompo mba hamory, dia angoniny “ireo voaroaka amin’ny Isiraely.” Ireo “voaroaka amin’ny Isiraely” no tonga famantarana ho an’ny Jentilisa, ary noho izany antony izany dia tsy maintsy voaroaka izy ireo alohan’ny hanangonana azy. Noroahina ho any amin’ny lohasahan’ny taolana maina ao amin’i Ezekiela izy ireo, ary rehefa novonoina indray mandeha, dia nandry teny an-dalambe, dia ilay toerana izay nanomboana ny Tompontsika koa, raha mbola nifaly kosa ilay sokajy hafa.</w:t>
      </w:r>
    </w:p>
    <w:p>
      <w:pPr>
        <w:pStyle w:val="ArticleScripture"/>
        <w:jc w:val="left"/>
      </w:pPr>
      <w:r>
        <w:rPr>
          <w:rFonts w:ascii="Times New Roman" w:hAnsi="Times New Roman" w:eastAsia="Times New Roman" w:cs="Times New Roman"/>
        </w:rPr>
        <w:t>Mihainoa ny tenin’i Jehovah, ianareo izay mangovitra amin’ny teniny; ny rahalahinareo izay nankahala anareo, izay nandroaka anareo noho ny anarako, dia nanao hoe: Aoka homem-boninahitra anie Jehovah; nefa hiseho ho fifalianareo Izy, ary izy ireo ho menatra. Isaia 66:5.</w:t>
      </w:r>
    </w:p>
    <w:p>
      <w:pPr>
        <w:pStyle w:val="ArticleBody"/>
        <w:jc w:val="left"/>
      </w:pPr>
      <w:r>
        <w:rPr>
          <w:rFonts w:ascii="Times New Roman" w:hAnsi="Times New Roman" w:eastAsia="Times New Roman" w:cs="Times New Roman"/>
        </w:rPr>
        <w:t>Izay mangovitra noho ny Tenin’Andriamanitra dia arian’ireo rahalahiny izay nankahala azy. Jeremia dia manambara izay manjo ireo rahalahy izay nankahala ny faneva.</w:t>
      </w:r>
    </w:p>
    <w:p>
      <w:pPr>
        <w:pStyle w:val="ArticleScripture"/>
        <w:jc w:val="left"/>
      </w:pPr>
      <w:r>
        <w:rPr>
          <w:rFonts w:ascii="Times New Roman" w:hAnsi="Times New Roman" w:eastAsia="Times New Roman" w:cs="Times New Roman"/>
        </w:rPr>
        <w:t>Koa izao no lazain’i Jehovah Tompo: Indro, hampidi-doza aminy Aho, izay tsy ho hainy ialana; ary na dia hiantso Ahy aza izy, dia tsy hihaino azy Aho. Jeremia 11:11.</w:t>
      </w:r>
    </w:p>
    <w:p>
      <w:pPr>
        <w:pStyle w:val="ArticleBody"/>
        <w:jc w:val="left"/>
      </w:pPr>
      <w:r>
        <w:rPr>
          <w:rFonts w:ascii="Times New Roman" w:hAnsi="Times New Roman" w:eastAsia="Times New Roman" w:cs="Times New Roman"/>
        </w:rPr>
        <w:t>Ny tontolon’ny andininy fahiraika ambin’ny folo dia ny faneken’Andriamanitra, ary ny mpaminany rehetra dia miresaka ny andro farany, koa ny fanekena resahina dia ny fanavaozana ny fanekena amin’ireo iray hetsy sy efatra arivo amby efatra alina.</w:t>
      </w:r>
    </w:p>
    <w:p>
      <w:pPr>
        <w:pStyle w:val="ArticleScripture"/>
        <w:jc w:val="left"/>
      </w:pPr>
      <w:r>
        <w:rPr>
          <w:rFonts w:ascii="Times New Roman" w:hAnsi="Times New Roman" w:eastAsia="Times New Roman" w:cs="Times New Roman"/>
        </w:rPr>
        <w:t>Ny teny tonga tamin’i Jeremia avy tamin’i Jehovah nanao hoe: Henoy ny tenin’ity fanekena ity, ka lazao amin’ny lehilahy amin’ny Joda sy amin’ny mponina any Jerosalema; ary lazao aminy hoe: Izao no lazain’i Jehovah, Andriamanitry ny Isiraely: Hozonina anie ny olona izay tsy mankatò ny tenin’ity fanekena ity, izay nandidiako ny razanareo tamin’ny andro nitondrako azy nivoaka avy tany amin’ny tany Egypta, avy tao amin’ny memy vy, nanao hoe: Ankatoavy ny feoko, ka tanteraho izany araka izay rehetra andidiako anareo; dia ho oloko ianareo, ary Izaho ho Andriamanitrareo; mba hahatanterahako ny fianianana izay nianianako tamin’ny razanareo hanome azy tany tondra-dronono sy tantely, tahaka izao anio izao. Dia namaly aho ka nanao hoe: Amena, Jehovah ô.</w:t>
      </w:r>
    </w:p>
    <w:p>
      <w:pPr>
        <w:pStyle w:val="ArticleScripture"/>
        <w:jc w:val="left"/>
      </w:pPr>
      <w:r>
        <w:rPr>
          <w:rFonts w:ascii="Times New Roman" w:hAnsi="Times New Roman" w:eastAsia="Times New Roman" w:cs="Times New Roman"/>
        </w:rPr>
        <w:t>Dia hoy Jehovah tamiko, Iproklamao amin’ireto teny rehetra ireto ao amin’ny tanànan’i Joda sy eny an-dalamben’i Jerosalema, ka lazao hoe: Henoy ny tenin’izao fanekena izao, ary tanteraho izany. Fa efa nanambara mafy tamin’ny razanareo Aho tamin’ny andro nitondrako azy niakatra avy tany amin’ny tany Egypta ka mandraka androany, dia nifoha maraina koa Aho ka nanambara hoe: Mankatoava ny feoko. Kanjo tsy nankatò izy, na nanongilana ny sofiny, fa samy nandeha araka ny fisainan’ny fony ratsiny avy izy rehetra; koa hataoko mihatra aminy ny teny rehetra amin’izao fanekena izao, izay nandidiako azy hotanterahiny; nefa tsy notanterahiny izany.</w:t>
      </w:r>
    </w:p>
    <w:p>
      <w:pPr>
        <w:pStyle w:val="ArticleScripture"/>
        <w:jc w:val="left"/>
      </w:pPr>
      <w:r>
        <w:rPr>
          <w:rFonts w:ascii="Times New Roman" w:hAnsi="Times New Roman" w:eastAsia="Times New Roman" w:cs="Times New Roman"/>
        </w:rPr>
        <w:t>Ary hoy Jehovah tamiko hoe: Misy tsikombakomba hita eo amin’ny lehilahin’i Joda sy eo amin’ny mponin’i Jerosalema. Niverina ho amin’ny heloky ny razany izy, izay tsy nety nihaino ny teniko; ary nanaraka andriamani-kafa izy mba hanompoany azy; ny taranak’Israely sy ny taranak’i Joda dia nandika ny fanekeko izay nataoko tamin’ny razany. Koa izao no lazain’i Jehovah: Indro, hampiditra loza aminy Aho, izay tsy ho azony ialana; ary na dia hitaraina amiko aza izy, dia tsy hihaino azy Aho. Jeremia 11:1–11.</w:t>
      </w:r>
    </w:p>
    <w:p>
      <w:pPr>
        <w:pStyle w:val="ArticleBody"/>
        <w:jc w:val="left"/>
      </w:pPr>
      <w:r>
        <w:rPr>
          <w:rFonts w:ascii="Times New Roman" w:hAnsi="Times New Roman" w:eastAsia="Times New Roman" w:cs="Times New Roman"/>
        </w:rPr>
        <w:t>Ny foto-kevitry ny fitsarana an’i Advantisma Mitandrina ny Andro Fahafito Laodiseana izay ambaran’i Jeremia dia averin’i Ezekiela ao amin’ny toko faha-iraika ambin’ny folo, andininy faha-iraika ambin’ny folo.</w:t>
      </w:r>
    </w:p>
    <w:p>
      <w:pPr>
        <w:pStyle w:val="ArticleScripture"/>
        <w:jc w:val="left"/>
      </w:pPr>
      <w:r>
        <w:rPr>
          <w:rFonts w:ascii="Times New Roman" w:hAnsi="Times New Roman" w:eastAsia="Times New Roman" w:cs="Times New Roman"/>
        </w:rPr>
        <w:t>Ity tanàna ity tsy ho vilany handrahoana anareo, ary ianareo tsy ho nofo eo afovoany; fa hotsaraiko any amin’ny sisin-tanin’ny Isiraely ianareo. Ezekiela 11:11.</w:t>
      </w:r>
    </w:p>
    <w:p>
      <w:pPr>
        <w:pStyle w:val="ArticleBody"/>
        <w:jc w:val="left"/>
      </w:pPr>
      <w:r>
        <w:rPr>
          <w:rFonts w:ascii="Times New Roman" w:hAnsi="Times New Roman" w:eastAsia="Times New Roman" w:cs="Times New Roman"/>
        </w:rPr>
        <w:t>Ny Tsindrimandry dia mamantatra mivantana fa ny fanombohana tombo-kase ao amin’ny Ezekiela toko fahasivy dia io fanombohana tombo-kase io ihany koa an’ireo efatra arivo amby efa-polo sy iray hetsy ao amin’ny Apokalypsy fito. Ny andininy fahiraika ambin’ny folo ao amin’ny toko fahiraika ambin’ny folo dia fitohizan’ny fitantarana mitohy ataon’i Ezekiela momba ny fitsarana atao amin’ny fiangonana Advantista mitandrina ny Andro Fahafito, izay ambaran-dRahavavy White ho Jerosalema ao amin’ny Ezekiela toko fahasivy. Ireo izay tsy nandray ny tombo-kase dia tsaraina sy levonina ao amin’ny fahitana ao amin’ny toko fahasivy ka hatramin’ny fahiraika ambin’ny folo.</w:t>
      </w:r>
    </w:p>
    <w:p>
      <w:pPr>
        <w:pStyle w:val="ArticleBody"/>
        <w:jc w:val="left"/>
      </w:pPr>
      <w:r>
        <w:rPr>
          <w:rFonts w:ascii="Times New Roman" w:hAnsi="Times New Roman" w:eastAsia="Times New Roman" w:cs="Times New Roman"/>
        </w:rPr>
        <w:t>Ny fahitana ny 9/11 ao amin’i Ezekiela dia manondro fa ireo tsy mahatoky dia entina any ivelan’i Jerosalema mba hotsaraina, ka amin’izany dia aseho ny fisarahana farany amin’ireo izay milaza fa izy no fiangonana farany araka ny aseho ao amin’ny bokin’ny Apokalypsy. Ny tandindon’ny “iraika ambin’ny folo, iraika ambin’ny folo” dia tandindon’ny fanekena izay idiràn’ny iray hetsy sy efatra arivo sy efatra alina amin’Andriamanitra. Rehefa atambatra ireo isa ireo dia maneho roa amby roapolo, izay ampahafolon’ny roanjato sy roapolo, iray amin’ireo tandindon’ny fitambaran’ny Maha-Andriamanitra amin’ny maha-olombelona.</w:t>
      </w:r>
    </w:p>
    <w:p>
      <w:pPr>
        <w:pStyle w:val="ArticleBody"/>
        <w:jc w:val="left"/>
      </w:pPr>
      <w:r>
        <w:rPr>
          <w:rFonts w:ascii="Times New Roman" w:hAnsi="Times New Roman" w:eastAsia="Times New Roman" w:cs="Times New Roman"/>
        </w:rPr>
        <w:t>Ny roanjato sy roapolo taona eo anelanelan’ny 677 sy 457 talohan’i Kristy dia mampifandray ny faminanian’i Daniela momba ny roa arivo sy telon-jato andro amin’ny faminaniana ara-potoanan’i Mosesy momba ny impito. Betsaka no azo fantarina ao amin’ireo roanjato sy roapolo taona ireo ho tandindon’ny asan’ny fanavotana izay nanomboka raha niara-tonga tamin’ny taona 1844 ireo faminaniana roa ireo. Betsaka koa no azo aseho momba izay aseho ara-tandindona amin’ny isa roa amby roapolo, izay ampahafolon’ny roanjato sy roapolo, tahaka ny amin’ny isa iraika ambin’ny folo. Ny tiako ho marihina eto dia ny fifandraisana misy eo amin’ny iraika ambin’ny folo sy ny roa amby roapolo.</w:t>
      </w:r>
    </w:p>
    <w:p>
      <w:pPr>
        <w:pStyle w:val="ArticleBody"/>
        <w:jc w:val="left"/>
      </w:pPr>
      <w:r>
        <w:rPr>
          <w:rFonts w:ascii="Times New Roman" w:hAnsi="Times New Roman" w:eastAsia="Times New Roman" w:cs="Times New Roman"/>
        </w:rPr>
        <w:t>Ho tohizantsika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amin’ny Andininy Faha-40 – Laharana Enina</dc:title>
  <dc:subject>Iraika ambin’ny folo</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