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Faha-efapolo — Laharana Fahasivy</w:t>
      </w:r>
    </w:p>
    <w:p>
      <w:pPr>
        <w:pStyle w:val="ArticleSubtitle"/>
        <w:jc w:val="left"/>
      </w:pPr>
      <w:r>
        <w:rPr>
          <w:rFonts w:ascii="Arial" w:hAnsi="Arial" w:eastAsia="Arial" w:cs="Arial"/>
        </w:rPr>
        <w:t>Hery sy Voninahitra ary Fijaliana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Peter dia tao Panium (Caesarea Philippi), enina na enina andro monja talohan’ny afovoan’ireo fotoana telo izay nandehanan’i Peter sy John ary James nitokana niaraka tamin’i Jesosy. Ny voalohany dia ny fanehoana ny heriny tamin’ny fitsanganan’ny zanakavavin’i Jarius izay roa ambin’ny folo taona; ny faharoa dia ny fanehoana ny voninahiny teo an-tendrombohitra fiovan-tarehy; ary ny fahatelo dia Getsemane, fanehoana ny fijaliany. Tao Panium ao amin’ny toko fahiraika ambin’ny folo dia apetraka eo alohan’ny hazo fijaliana ao amin’ny andininy fahenina ambin’ny folo i Peter. Ny tendrombohitra no afovoan’ireo dia manokana telo nataon’ireo mpianatra telo. Teo an-tendrombohitra koa no nitenenan’ny Ray any an-danitra fanindroany tamin’ireo in-telo; niteny tamin’ny batisa ny Ray, teo an-tendrombohitra, ary avy eo talohan’ny hazo fijaliana. Indroa i Peter no eo amin’ny afovoan’ireo zava-nitranga telo voafaritra manokana. Izy koa no afovoan’ny toko fahiraika ambin’ny folo ka hatramin’ny roa amby roapolon’i Matio.</w:t>
      </w:r>
    </w:p>
    <w:p>
      <w:pPr>
        <w:pStyle w:val="ArticleHeading"/>
        <w:jc w:val="left"/>
      </w:pPr>
      <w:r>
        <w:rPr>
          <w:rFonts w:ascii="Arial" w:hAnsi="Arial" w:eastAsia="Arial" w:cs="Arial"/>
        </w:rPr>
        <w:t>Asa</w:t>
      </w:r>
    </w:p>
    <w:p>
      <w:pPr>
        <w:pStyle w:val="ArticleBody"/>
        <w:jc w:val="left"/>
      </w:pPr>
      <w:r>
        <w:rPr>
          <w:rFonts w:ascii="Times New Roman" w:hAnsi="Times New Roman" w:eastAsia="Times New Roman" w:cs="Times New Roman"/>
        </w:rPr>
        <w:t>Ang bundok ay nauna sa matagumpay na pagpasok, na nagsimula sa pagkakalag ng asno upang dalhin ang handog patungong Jerusalem, gaya ng pagdadala ng asno ni Abraham ng kahoy para sa handog sa Moriah, ang sinaunang pook ng templo sa Jerusalem. Ang kapistahan ng mga trumpeta sa hanay ng Levitico 23 ang nagmamarka sa pagkakalag ng asno, kaya ang karanasan sa bundok ng pagbabagong-anyo ay nauna sa matagumpay na pagpasok, at sa gayon ay inilalagay si Pedro sa kasaysayan ng tatlumpung araw ng Levitico 23 na nakaayon sa panahon ng Pentecostes. Sa loob ng tatlumpung araw na iyon, ang templo (ang panggitnang pagsubok) ay dinadala sa mga kandidato upang mapabilang sa walumpung magigiting na saserdote. Sa patotoo ng paghihimagsik ni haring Uzias sa banal na dako, ang walumpung saserdote ay kinikilalang magigiting, sa gayon ay ipinahihiwatig na may mga saserdoteng hindi nakibahagi.</w:t>
      </w:r>
    </w:p>
    <w:p>
      <w:pPr>
        <w:pStyle w:val="ArticleScripture"/>
        <w:jc w:val="left"/>
      </w:pPr>
      <w:r>
        <w:rPr>
          <w:rFonts w:ascii="Times New Roman" w:hAnsi="Times New Roman" w:eastAsia="Times New Roman" w:cs="Times New Roman"/>
        </w:rPr>
        <w:t>Dia Azaria mpisorona dia niditra nanaraka azy, ary nisy mpisoron’i Jehovah valo-polo niaraka taminy, lehilahy mahery fo; ary izy ireo nanohitra an’i Ozia mpanjaka ka nanao taminy hoe: Tsy anjaranao, ry Ozia, no handoro ditin-kazo manitra ho an’i Jehovah, fa anjaran’ny mpisorona, dia ny taranak’i Arona, izay nohamasinina handoro ditin-kazo manitra izany; mivoaha hiala amin’ny fitoerana masina; fa efa nanota ianao; ary tsy ho voninahitra ho anao avy amin’i Jehovah Andriamanitra izany. 2 Tantara 26:17, 18.</w:t>
      </w:r>
    </w:p>
    <w:p>
      <w:pPr>
        <w:pStyle w:val="ArticleBody"/>
        <w:jc w:val="left"/>
      </w:pPr>
      <w:r>
        <w:rPr>
          <w:rFonts w:ascii="Times New Roman" w:hAnsi="Times New Roman" w:eastAsia="Times New Roman" w:cs="Times New Roman"/>
        </w:rPr>
        <w:t>Ny mpisorona mahery fo dia ireo izay manaraka ny Zanak’ondry na aiza na aiza alehany.</w:t>
      </w:r>
    </w:p>
    <w:p>
      <w:pPr>
        <w:pStyle w:val="ArticleScripture"/>
        <w:jc w:val="left"/>
      </w:pPr>
      <w:r>
        <w:rPr>
          <w:rFonts w:ascii="Times New Roman" w:hAnsi="Times New Roman" w:eastAsia="Times New Roman" w:cs="Times New Roman"/>
        </w:rPr>
        <w:t>Ireo no tsy mba voaloton’ny vehivavy; fa virjiny izy. Ireo no manaraka ny Zanak’ondry na aiza na aiza alehany. Ireo no navotana avy tamin’ny olona, ho santatra ho an’Andriamanitra sy ho an’ny Zanak’ondry. Apokalypsy 14:4.</w:t>
      </w:r>
    </w:p>
    <w:p>
      <w:pPr>
        <w:pStyle w:val="ArticleBody"/>
        <w:jc w:val="left"/>
      </w:pPr>
      <w:r>
        <w:rPr>
          <w:rFonts w:ascii="Times New Roman" w:hAnsi="Times New Roman" w:eastAsia="Times New Roman" w:cs="Times New Roman"/>
        </w:rPr>
        <w:t>Ny Liona avy amin’ny firenen’i Joda no mitarika ny olony ho ao amin’ny Efitra Masina Indrindra ka mampibanjina azy ireo ny fiaran’ny fanekena, sady mampandinika azy ny amin’ilay Mpisoronabe izay ao no manao fanompoana amin’ny asany farany famafana ny ota. Natsangana tamin’ny maty i Peter tamin’ny 31 Desambra 2023, ary avy eo dia niatrika ny fizahan-toetra fototra momba ny anjara asan’i Roma izy eo amin’ny fametrahana ny fahitana ivelany momba ny faminaniana. Avy eo dia tonga tamin’i Peter ny fizahan-toetra faharoan’ny tempoly, ary eo no anehoana ny fahitan’ny tsipika anatiny ao amin’ny fahitana toy ny fitaratra ao amin’ny Daniela toko faha-folo.</w:t>
      </w:r>
    </w:p>
    <w:p>
      <w:pPr>
        <w:pStyle w:val="ArticleBody"/>
        <w:jc w:val="left"/>
      </w:pPr>
      <w:r>
        <w:rPr>
          <w:rFonts w:ascii="Times New Roman" w:hAnsi="Times New Roman" w:eastAsia="Times New Roman" w:cs="Times New Roman"/>
        </w:rPr>
        <w:t>Nandà an’i Tompony intelo i Petera tamin’ny 18 Jolay 2020.</w:t>
      </w:r>
    </w:p>
    <w:p>
      <w:pPr>
        <w:pStyle w:val="ArticleScripture"/>
        <w:jc w:val="left"/>
      </w:pPr>
      <w:r>
        <w:rPr>
          <w:rFonts w:ascii="Times New Roman" w:hAnsi="Times New Roman" w:eastAsia="Times New Roman" w:cs="Times New Roman"/>
        </w:rPr>
        <w:t>“Telo no nandàvan’i Petera ampahibemaso ny Tompony, ary telo no nakàn’i Jesosy taminy ny toky momba ny fitiavany sy ny fahatokiany, ka nampiditra lalina tao am-pony ilay fanontaniana maranitra, tahaka ny zana-tsipìka misy tsilo manindrona ny fony maratra. Teo anatrehan’ny mpianatra tafangona no nanambaran’i Jesosy ny halalin’ny fibebahan’i Petera, ary nasehony ny halehiben’ny fanetren-tenan’ilay mpianatra izay mba nirehareha fahiny.” The Desire of Ages, 812.</w:t>
      </w:r>
    </w:p>
    <w:p>
      <w:pPr>
        <w:pStyle w:val="ArticleBody"/>
        <w:jc w:val="left"/>
      </w:pPr>
      <w:r>
        <w:rPr>
          <w:rFonts w:ascii="Times New Roman" w:hAnsi="Times New Roman" w:eastAsia="Times New Roman" w:cs="Times New Roman"/>
        </w:rPr>
        <w:t>Petera no naneho sokajin’ny mpivavaka roa.</w:t>
      </w:r>
    </w:p>
    <w:p>
      <w:pPr>
        <w:pStyle w:val="ArticleScripture"/>
        <w:jc w:val="left"/>
      </w:pPr>
      <w:r>
        <w:rPr>
          <w:rFonts w:ascii="Times New Roman" w:hAnsi="Times New Roman" w:eastAsia="Times New Roman" w:cs="Times New Roman"/>
        </w:rPr>
        <w:t>“Ho an’ny sokajin’olona tsirairay asehon’ilay Fariseo sy ilay mpamory hetra dia misy lesona ao amin’ny tantaran’ny apostoly Petera. Tamin’ny fiandohan’ny maha-mpianatra azy, dia nihevitra ny tenany ho matanjaka Petera. Tahaka ilay Fariseo, araka ny fanombanany ny tenany ihany, dia ‘tsy mba tahaka ny olona sasany izy.’ Rehefa nampitandrina mialoha ny mpianany Kristy, tamin’ny alina mialoha ny namadihana Azy, hoe: ‘Hianareo rehetra ho tafintohina noho ny amiko anio alina,’ dia nanambara tamim-pahatokiana Petera hoe: ‘Na dia ho tafintohina aza izy rehetra, izaho kosa tsy mba ho tafintohina.’ Marka 14:27, 29. Tsy nahalala ny loza nananontanona azy Petera. Fitokisana tamin’ny tena no namitaka azy. Nihevitra ny tenany ho mahavita hanohitra ny fakam-panahy izy; nefa ora vitsy monja taorian’izany dia tonga ny fitsapana, ary sady nanozona no nianiana izy raha nandà ny Tompony.” Christ’s Object Lessons, 152.</w:t>
      </w:r>
    </w:p>
    <w:p>
      <w:pPr>
        <w:pStyle w:val="ArticleBody"/>
        <w:jc w:val="left"/>
      </w:pPr>
      <w:r>
        <w:rPr>
          <w:rFonts w:ascii="Times New Roman" w:hAnsi="Times New Roman" w:eastAsia="Times New Roman" w:cs="Times New Roman"/>
        </w:rPr>
        <w:t>Ilay poblikana dia nody tany an-tranony efa nohamarinina.</w:t>
      </w:r>
    </w:p>
    <w:p>
      <w:pPr>
        <w:pStyle w:val="ArticleScripture"/>
        <w:jc w:val="left"/>
      </w:pPr>
      <w:r>
        <w:rPr>
          <w:rFonts w:ascii="Times New Roman" w:hAnsi="Times New Roman" w:eastAsia="Times New Roman" w:cs="Times New Roman"/>
        </w:rPr>
        <w:t>“Ny Fariseo sy ilay mpamory hetra dia maneho sokajy roa lehibe izay izaràn’ireo tonga hiankohoka amin’Andriamanitra. Ny solontenany roa voalohany dia hita ao amin’ireo zaza roa voalohany izay teraka teto amin’izao tontolo izao.” Christ’s Object Lessons, 152.</w:t>
      </w:r>
    </w:p>
    <w:p>
      <w:pPr>
        <w:pStyle w:val="ArticleBody"/>
        <w:jc w:val="left"/>
      </w:pPr>
      <w:r>
        <w:rPr>
          <w:rFonts w:ascii="Times New Roman" w:hAnsi="Times New Roman" w:eastAsia="Times New Roman" w:cs="Times New Roman"/>
        </w:rPr>
        <w:t>Abela sy ilay poblikana dia tandindon’ny fanamarinana amin’ny finoana.</w:t>
      </w:r>
    </w:p>
    <w:p>
      <w:pPr>
        <w:pStyle w:val="ArticleScripture"/>
        <w:jc w:val="left"/>
      </w:pPr>
      <w:r>
        <w:rPr>
          <w:rFonts w:ascii="Times New Roman" w:hAnsi="Times New Roman" w:eastAsia="Times New Roman" w:cs="Times New Roman"/>
        </w:rPr>
        <w:t>Fa ilay mpamory hetra, nijanona teny lavidavitra teny, dia tsy sahy niandrandra ny masony ho any an-danitra akory aza, fa namely ny tratrany sady nanao hoe: Andriamanitra ô, mamindrà fo amiko mpanota. Lazaiko aminareo fa ity lehilahy ity no nidina nody tany an-tranony efa nohamarinina, fa tsy tahaka ilay anankiray; fa izay rehetra manandra-tena no haetry, ary izay manetry tena no hasandratra. Lioka 18:13, 14.</w:t>
      </w:r>
    </w:p>
    <w:p>
      <w:pPr>
        <w:pStyle w:val="ArticleBody"/>
        <w:jc w:val="left"/>
      </w:pPr>
      <w:r>
        <w:rPr>
          <w:rFonts w:ascii="Times New Roman" w:hAnsi="Times New Roman" w:eastAsia="Times New Roman" w:cs="Times New Roman"/>
        </w:rPr>
        <w:t>Ny hafatry ny taona 1888 dia niaraka tamin’ny fidinan’ilay anjely ao amin’ny Apokalypsy toko faha-18.</w:t>
      </w:r>
    </w:p>
    <w:p>
      <w:pPr>
        <w:pStyle w:val="ArticleScripture"/>
        <w:jc w:val="left"/>
      </w:pPr>
      <w:r>
        <w:rPr>
          <w:rFonts w:ascii="Times New Roman" w:hAnsi="Times New Roman" w:eastAsia="Times New Roman" w:cs="Times New Roman"/>
        </w:rPr>
        <w:t>“Ny Tompo tamin’ny famindram-pony lehibe dia nandefa hafatra sarobidy indrindra ho an’ny olony tamin’ny alalan’ny Loholona Waggoner sy Jones. Io hafatra io dia natao hampibaribary bebe kokoa eo anatrehan’izao tontolo izao ny Mpamonjy nasandratra, dia ny fanatitra noho ny fahotan’izao tontolo izao manontolo. Nasehony ny fanamarinana amin’ny finoana ao amin’Ilay Mpiantoka; niantso ny olona izy mba handray ny fahamarinan’i Kristy, izay aseho amin’ny fankatoavana ny didin’Andriamanitra rehetra. Maro no tsy nahita an’i Jesosy intsony. Nila ny hitarika ny masony ho amin’ny tenany maha-Andriamanitra Azy izy ireo, ho amin’ny fahamendrehany, ary ho amin’ny fitiavany tsy miova ho an’ny taranak’olombelona. Efa nomena eo an-tanany ny fahefana rehetra, mba hahafahany mizara fanomezana be dia be ho an’ny olona, ka hampita amin’ilay mpiasa maha-olombelona tsy afa-manoatra ny fanomezana tsy manam-paharoa, dia ny fahamarinany manokana. Io no hafatra nandidian’Andriamanitra homena an’izao tontolo izao. Izany no hafatry ny anjely fahatelo, izay tsy maintsy hotorina amin’ny feo mahery, sady harahin’ny fandatsahana ny Fanahiny amin’ny fatra lehibe.” Testimonies to Ministers, 91.</w:t>
      </w:r>
    </w:p>
    <w:p>
      <w:pPr>
        <w:pStyle w:val="ArticleHeading"/>
        <w:jc w:val="left"/>
      </w:pPr>
      <w:r>
        <w:rPr>
          <w:rFonts w:ascii="Arial" w:hAnsi="Arial" w:eastAsia="Arial" w:cs="Arial"/>
        </w:rPr>
        <w:t>Ny Hafatry ny Laodikia</w:t>
      </w:r>
    </w:p>
    <w:p>
      <w:pPr>
        <w:pStyle w:val="ArticleScripture"/>
        <w:jc w:val="left"/>
      </w:pPr>
      <w:r>
        <w:rPr>
          <w:rFonts w:ascii="Times New Roman" w:hAnsi="Times New Roman" w:eastAsia="Times New Roman" w:cs="Times New Roman"/>
        </w:rPr>
        <w:t>“Ang mensaheng ibinigay sa atin sa pamamagitan nina A. T. Jones at E. J. Waggoner ay ang mensahe ng Diyos sa iglesiang Laodicea, at sa aba ng sinumang nagpapahayag na sumasampalataya sa katotohanan, gayunma’y hindi naman nagpapaaninag sa iba ng mga sinag na bigay ng Diyos.” The 1888 Materials, 1053.</w:t>
      </w:r>
    </w:p>
    <w:p>
      <w:pPr>
        <w:pStyle w:val="ArticleHeading"/>
        <w:jc w:val="left"/>
      </w:pPr>
      <w:r>
        <w:rPr>
          <w:rFonts w:ascii="Arial" w:hAnsi="Arial" w:eastAsia="Arial" w:cs="Arial"/>
        </w:rPr>
        <w:t>Ny Hafatry ny Orana Farany</w:t>
      </w:r>
    </w:p>
    <w:p>
      <w:pPr>
        <w:pStyle w:val="ArticleScripture"/>
        <w:jc w:val="left"/>
      </w:pPr>
      <w:r>
        <w:rPr>
          <w:rFonts w:ascii="Times New Roman" w:hAnsi="Times New Roman" w:eastAsia="Times New Roman" w:cs="Times New Roman"/>
        </w:rPr>
        <w:t>“Ang ulan sa huling panahon ay ibubuhos sa bayan ng Diyos. Isang makapangyarihang anghel ang bababa mula sa langit, at ang buong lupa ay liliwanagan ng kaniyang kaluwalhatian.” Review and Herald, Abril 21, 1891.</w:t>
      </w:r>
    </w:p>
    <w:p>
      <w:pPr>
        <w:pStyle w:val="ArticleHeading"/>
        <w:jc w:val="left"/>
      </w:pPr>
      <w:r>
        <w:rPr>
          <w:rFonts w:ascii="Arial" w:hAnsi="Arial" w:eastAsia="Arial" w:cs="Arial"/>
        </w:rPr>
        <w:t>Tanànan’i New York sy 9/11</w:t>
      </w:r>
    </w:p>
    <w:p>
      <w:pPr>
        <w:pStyle w:val="ArticleScripture"/>
        <w:jc w:val="left"/>
      </w:pPr>
      <w:r>
        <w:rPr>
          <w:rFonts w:ascii="Times New Roman" w:hAnsi="Times New Roman" w:eastAsia="Times New Roman" w:cs="Times New Roman"/>
        </w:rPr>
        <w:t>“Ankehitriny moa tonga ve ny teny nolazaiko fa hosaforan’ny onjan-drano mahery i New York? Tsy mbola nilaza izany mihitsy aho. Efa nilaza aho, raha nijery ireo trano lehibe natsangana tany aho, rihana manaraka rihana, hoe: ‘Zava-niseho mahatsiravina toy inona no hitranga rehefa hitsangana Jehovah hampihorohoro mafy ny tany! Amin’izay dia ho tanteraka ny tenin’ny Apokalypsy 18:1–3.’ Ny toko fahavalo ambin’ny folo manontolon’ny Apokalypsy dia fampitandremana ny amin’izay ho tonga amin’ny tany. Nefa tsy manana fahazavana manokana aho momba izay ho tonga amin’i New York, afa-tsy izao ihany: fantatro fa indray andro any dia harodana ireo trano lehibe any noho ny fihodinana sy ny fanonganana ataon’ny herin’Andriamanitra. Avy amin’ny fahazavana nomena ahy dia fantatro fa misy fandringanana eto amin’izao tontolo izao. Teny iray avy amin’ny Tompo, fikasihan’ny heriny mahery iray monja, dia hirodana ireo rafitra goavana ireo. Hisy zava-niseho izay tsy azontsika saintsainina akory ny mahatahotra azy.” Review and Herald, 5 Jolay 1906.</w:t>
      </w:r>
    </w:p>
    <w:p>
      <w:pPr>
        <w:pStyle w:val="ArticleBody"/>
        <w:jc w:val="left"/>
      </w:pPr>
      <w:r>
        <w:rPr>
          <w:rFonts w:ascii="Times New Roman" w:hAnsi="Times New Roman" w:eastAsia="Times New Roman" w:cs="Times New Roman"/>
        </w:rPr>
        <w:t>Petera mpamory hetra dia maneho fanahy iray izay nohamarinina tamin’ny finoana, ary ny fanamarinana amin’ny finoana no hafatry ny anjely fahatelo; izany no hafatry Laodikia izay tonga tamin’ny 9/11, rehefa rava ireo trano lehibe tao New York ka tanteraka ny Apokalypsy 18:1–3. Avy eo dia nanomboka niparitaka ny ranonorana fara ary nanomboka ny fanisiana tombo-kase ny iray hetsy sy efatra alina sy efatra arivo. Tamin’ny famaranana ny fotoan’ny fanisiana tombo-kase ny iray hetsy sy efatra alina sy efatra arivo dia nidina ilay anjely ao amin’ny Apokalypsy toko fahavalo ambin’ny folo amin’ny maha-Mikaela arkanjely azy ka nanangana an’i Petera tamin’ny alalan’ny fizahan-toetra telo. Ny fizahan-toetra voalohany dia nanomboka tamin’ny 31 Desambra 2023, ary naneho ilay fahamarinana fototra fa i Roma no fahefana ao amin’ny andininy faha-efatra ambin’ny folo ao amin’ny Daniela iraika ambin’ny folo izay mampiorina ny fahitana. Izany fahitana izany dia ny fahitana chazon, izay maneho ny tsipika faminaniana ivelany, izay lazain’i Solomona fa fiainana na fahafatesana.</w:t>
      </w:r>
    </w:p>
    <w:p>
      <w:pPr>
        <w:pStyle w:val="ArticleScripture"/>
        <w:jc w:val="left"/>
      </w:pPr>
      <w:r>
        <w:rPr>
          <w:rFonts w:ascii="Times New Roman" w:hAnsi="Times New Roman" w:eastAsia="Times New Roman" w:cs="Times New Roman"/>
        </w:rPr>
        <w:t>Izay tsy misy [chazon] fahitana, dia levona ny olona; fa izay mitandrina ny lalàna no sambatra. Ohabolana 29:18.</w:t>
      </w:r>
    </w:p>
    <w:p>
      <w:pPr>
        <w:pStyle w:val="ArticleBody"/>
        <w:jc w:val="left"/>
      </w:pPr>
      <w:r>
        <w:rPr>
          <w:rFonts w:ascii="Times New Roman" w:hAnsi="Times New Roman" w:eastAsia="Times New Roman" w:cs="Times New Roman"/>
        </w:rPr>
        <w:t>Ny fitsapana faharoa niainan’i Petera dia ny fitsapana momba ny tempoly, izay mitaky ny hidirana ao amin’ny Toerana Indrindra Masina amin’ny finoana, araka ny nasehon-dRahavavy White tamin’ireo fahitany voalohany. Tao no nahitany ny didy momba ny Sabata andro fahafito namirapiratra ambonin’ireo didy sivy hafa. Io foto-pampianarana io, tamin’ny fanokafana ny fitsarana, dia maneho ny foto-pampianarana momba ny fahatongavana ho nofo, izay mamirapiratra ambonin’ireo foto-pampianarana ara-paminaniana hafa amin’ny andro farany, mandritra ny famaranana ny fitsarana. Ny fahatongavan’i Kristy, Ilay Andriamanitra, ho nofo, ka nitondrany ny nofo lavo sy mpanota teo Aminy, na dia tsy nahalala ota aza Izy, dia aseho amin’ny fanoharana maro samihafa. Ny manan-danja indrindra amin’izany dia ny foto-pampianarana momba ny fito heny. Ny foto-pampianarana momba ny fito heny no alfa tamin’ireo fahitana ara-paminaniana hitan’i Miller, ary io no foto-pampianarana tamin’ny 1856 izay naneho ny foto-pampianarana omega teo amin’ny tantaran’ny Millerita, izay niavian’ny Adventisma Millerita Filadelfiana nikomy nandritra ny fito taona ka tonga Fiangonana Advantista Mitandrina ny Andro Fahafito Laodiseana tamin’ny 1863.</w:t>
      </w:r>
    </w:p>
    <w:p>
      <w:pPr>
        <w:pStyle w:val="ArticleBody"/>
        <w:jc w:val="left"/>
      </w:pPr>
      <w:r>
        <w:rPr>
          <w:rFonts w:ascii="Times New Roman" w:hAnsi="Times New Roman" w:eastAsia="Times New Roman" w:cs="Times New Roman"/>
        </w:rPr>
        <w:t>Ireo tapa-kazo roa ao amin’ny Ezekiela toko faha-37 dia maneho ireo fitsarana roa maharitra 2.520 taona nentina namely ny fanjakana avaratra sy ny fanjakana atsimo. Ny fanjakana avaratra dia maneho ny nofon’olombelona, ary ny fanjakana atsimo dia maneho ny saina izay namboarina mba hiombona amin’ny sain’i Kristy; araka izany, ny Maha-Andriamanitra dia hiombona amin’ny maha-olombelona. Izany no fampianarana momba ny fahatongavana ho nofo amin’ny fanehoana voafintina. Ny fito fotoana dia ny alfa sy omega-n’ny tantara Millerita, ary satria maneho ny fahatongavana ho nofo izany, dia izy koa no omega-n’ny tantaran’ny Advantista Mitandrina ny Andro Fahafito mifandraika amin’ny foto-pampianaran’ny Sabata alfa tamin’ny 1844. Ny iray dia famantarana ny Sabata andro fahafito, ary ny iray kosa dia famantarana ny Sabata taona fahafito.</w:t>
      </w:r>
    </w:p>
    <w:p>
      <w:pPr>
        <w:pStyle w:val="ArticleBody"/>
        <w:jc w:val="left"/>
      </w:pPr>
      <w:r>
        <w:rPr>
          <w:rFonts w:ascii="Times New Roman" w:hAnsi="Times New Roman" w:eastAsia="Times New Roman" w:cs="Times New Roman"/>
        </w:rPr>
        <w:t>Ovaina ny anaran’i Petera tao Panium, izay dingana faharoa amin’ny fanehoan’i Abrahama ny fanekena voalohany miaraka amin’ny vahoaka voafidy; ary Petera dia tonga solontenan’ny fanekena farany miaraka amin’ny vahoaka voafidy eo amin’ny dingana faharoany. Izany no dingana faharoa ao amin’ny andian-toko manomboka amin’ny toko faha-iraika ambin’ny folo ka hatramin’ny faha-roa amby roapolo, ary izy no fanindroany amin’ireo intelo nitondrana an’i Petera sy Jakoba ary Jaona niaraka tamin’i Jesosy niala tamin’ny mpianatra hafa, ary fanindroany amin’ireo intelo nitenenan’ny Ray any an-danitra. Mifarana eo afovoany manelanelana ny ady tao Raphia sy Panium ny andalan’i Nero, satria mifanaraka amin’ireo vanim-potoana roa hafa samy 250 taona izay nanomboka tamin’ny 457 tal. J.K. sy 1776 izany. Ny 457 tal. J.K. dia nifarana tamin’ny 207 tal. J.K., ary ny 1776 dia mifarana amin’ny 2026. Petera dia eo amin’ny 207 tal. J.K., 2026, 313 ary ny fitsapana ny tempoly izay mialoha ny fitsapana fahatelo sady fitsapana faratampony momba ny famahana ny zana-boriky, izay aseho ho amin’ny fetin’ny trompetra.</w:t>
      </w:r>
    </w:p>
    <w:p>
      <w:pPr>
        <w:pStyle w:val="ArticleBody"/>
        <w:jc w:val="left"/>
      </w:pPr>
      <w:r>
        <w:rPr>
          <w:rFonts w:ascii="Times New Roman" w:hAnsi="Times New Roman" w:eastAsia="Times New Roman" w:cs="Times New Roman"/>
        </w:rPr>
        <w:t>Ny fitsapana an’i Petera dia ny hanaraka an’i Kristy hiditra ao amin’ny Efitra Masina Indrindra, ary ny asany dia ny hanitsy, ary avy eo hanambara, ilay hafatra voahitsy momba ireo baolina afo tao Nashville. Ny hafatr’i Petera momba ireo baolina afo tao Nashville dia ny hafatry ny Pentekosta izay natolotra voalohany tao amin’ny efi-trano ambony ary taorian’izany tao amin’ny tempoly. Manolotra ny hafany izy amin’ny famantarana ireo baolina afo tao Nashville sy ny fahatanterahan’ny adin’i Raphia, miaraka amin’ny adin’i Panium, izay tonga adin’i Actium amin’ny lalàna alahady ao amin’ny andininy fahenina ambin’ny folo. Ny lalàna alahady ao amin’ny andininy fahenina ambin’ny folo dia ilay lalàna alahady ao amin’ny andininy faha-efapolo amby iray sy ao amin’ny andininy faha-roa amby roapolo koa. Ireo andininy telo ireo dia mifanaraka koa amin’ny andininy faha-iraika amby telopolo izay nandraisan’ny fahefana papaly fanaraha-maso tamin’ny 538 ary namoahany lalàna alahady tamin’ny Konsily fahatelo tao Orléans. Ireo andininy izay mitondra mankany amin’ny andininy faha-iraika amby telopolo dia manondro ireo mariky ny lalana izay nitarika ho amin’ny lalàna alahady tamin’ny 538 ary manahaka ny tantara izay mialoha ilay lalàna alahady izay ho avy tsy ho ela.</w:t>
      </w:r>
    </w:p>
    <w:p>
      <w:pPr>
        <w:pStyle w:val="ArticleScripture"/>
        <w:jc w:val="left"/>
      </w:pPr>
      <w:r>
        <w:rPr>
          <w:rFonts w:ascii="Times New Roman" w:hAnsi="Times New Roman" w:eastAsia="Times New Roman" w:cs="Times New Roman"/>
        </w:rPr>
        <w:t>Fa ny sambon’i Kitima dia ho avy hanohitra azy; koa halahelo izy ka hiverina, sady haneho fahatezerana amin’ny fanekena masina; dia toy izany no hataony; eny, hiverina izy ka hifandray hevitra amin’izay mandao ny fanekena masina. Ary hisy hery hiandany aminy, ka handoto ny fitoerana masina, dia ny fiarovana mafy, ary hanaisotra ny fanatitra isan’andro, ary hametraka ny fahavetavetana mahavery. Daniela 11:30, 31.</w:t>
      </w:r>
    </w:p>
    <w:p>
      <w:pPr>
        <w:pStyle w:val="ArticleBody"/>
        <w:jc w:val="left"/>
      </w:pPr>
      <w:r>
        <w:rPr>
          <w:rFonts w:ascii="Times New Roman" w:hAnsi="Times New Roman" w:eastAsia="Times New Roman" w:cs="Times New Roman"/>
        </w:rPr>
        <w:t>Ny “sambon’i Chittim” dia naneho ny Vandals, izay aseho koa ho ny trompetra faharoa ao amin’ny Apokalypsy toko faha-valo. Ny faharavan’i Roma miandalana dia nanomboka tamin’ny taona 330, rehefa nozarain’i Constantin ny fanjakana ho atsinanana sy andrefana. Taorian’izany dia mbola nozarainy tamin’ireo zanany telo lahy izany. Ny Empira Romanina, izay tsy azo noresena hatramin’ny adin’i Actium, dia nozaraina ho roa, avy eo ho telo, ary avy eo ny trompetra efatra voalohany ao amin’ny Apokalypsy 8 dia naneho ny fanafihan’ny fahavalo izay namarana an’i Roma andrefana tamin’ny 476. Roma atsinanana tao Constantinople kosa dia nitohy hatramin’ny fiafaran’ny trompetra fahadimy sy ny fiandohan’ny trompetra fahenina, izay loza voalohany sy faharoa koa. Ny faminanian’ny fotoana maharitra dimampolo amby zato taona momba ny loza voalohany dia nifarana tamin’ilay daty nanombohan’ny faminanian’ny fotoana momba ny loza faharoa. Izany daty izany dia ny fahalavoan’i Constantinople tamin’ny tanin’ny Tiorka Ottoman tamin’ny 1453.</w:t>
      </w:r>
    </w:p>
    <w:p>
      <w:pPr>
        <w:pStyle w:val="ArticleBody"/>
        <w:jc w:val="left"/>
      </w:pPr>
      <w:r>
        <w:rPr>
          <w:rFonts w:ascii="Times New Roman" w:hAnsi="Times New Roman" w:eastAsia="Times New Roman" w:cs="Times New Roman"/>
        </w:rPr>
        <w:t>Babylona dia lavo tao anatin’ny alina iray; angamba ianao hiady hevitra fa i Kirosy dia tsy maintsy namily ny ony aloha, ary izany dia nitaky fe-potoana iray, nefa ny fahalavoan’i Babylona dia tao anatin’ny alina iray; fa ny fahalavoan’i Roma kosa dia naharitra 1123 taona. Ireo taona ireo dia nahitana mari-pamantarana ara-paminaniana voafaritra tsara izay manoritsoritra ny faharavan’i Roma Imperialy miandalana; ary i Roma Imperialy jentilisa dia tandindon’i Etazonia amin’ny asany fametrahana ny fahefana papaly eo ambonin’ny seza fiandrianana ho fanjakana fahadimin’ny faminanian’ny Baiboly tamin’ny 538. Ny fahefana papaly dia apetraka eo ambonin’ny seza fiandrianana amin’ny lalàn’ny Alahady ao amin’ny andininy fahenina ambin’ny folo ao amin’ny Daniela toko faha-11. Ny mari-pamantarana izay mitandrify amin’ny asan’i Etazonia dia aseho ao amin’ireo mari-pamantarana amin’ny faharavan’i Roma jentilisa miandalana.</w:t>
      </w:r>
    </w:p>
    <w:p>
      <w:pPr>
        <w:pStyle w:val="ArticleBody"/>
        <w:jc w:val="left"/>
      </w:pPr>
      <w:r>
        <w:rPr>
          <w:rFonts w:ascii="Times New Roman" w:hAnsi="Times New Roman" w:eastAsia="Times New Roman" w:cs="Times New Roman"/>
        </w:rPr>
        <w:t>Ny sambon’i Kitima dia naneho loza ara-bola ho an’i Roma, satria ny tafika an-dranomasin’ny Vandaly dia nitondra faharavana teo amin’ny lalan-tsambo tao amin’ny Ranomasina Mediterane. Amin’ny andro farany, ny Silamo dia aseho ho loza ara-bola ho an’ireo mpanjakan’ny tany. Ny Vandaly sy ny sambony no hery tamin’ny trompetra faharoa, ary ireo loza telo dia hery silamo amin’ny trompetra. Ny voalohany dia Arabia, ny faharoa dia Torkia, ary ny fahatelo dia maneran-tany.</w:t>
      </w:r>
    </w:p>
    <w:p>
      <w:pPr>
        <w:pStyle w:val="ArticleBody"/>
        <w:jc w:val="left"/>
      </w:pPr>
      <w:r>
        <w:rPr>
          <w:rFonts w:ascii="Times New Roman" w:hAnsi="Times New Roman" w:eastAsia="Times New Roman" w:cs="Times New Roman"/>
        </w:rPr>
        <w:t>Ny sambo dia tandindon’ny hery ara-toekarena, ary ao amin’ny Soratra Masina ny sambon’i Kitima no tandindona lehibe indrindra amin’ny hery ara-toekarena. Ireo sambo ireo dia alentiky ny rivotra avy any atsinanana izay mirefodrefotra eo afovoan’ny ranomasina, ary ao amin’ny Soratra Masina ny finoana silamo no zanaky ny atsinanana. Rehefa voamarika ao amin’ny filaharan’ny fisehoan-javatra ara-paminaniana ny finoana silamo, dia miteraka krizy ara-toekarena izany. Ny finoana silamo dia aseho miaraka amin’i Balama amin’ny alalan’ny ampondra, izay ilay teny hebreo adika hoe “olona dia” tamin’ny fampidirana voalohany an’i Isimaela ao amin’ny Soratra Masina. Isimaela no rain’ny finoana silamo eo amin’ny sehatra ara-paminaniana, tsy fandavana an’i Abrahama ho rain’i Isimaela, fa ny foko roa ambin’ny folon’i Isimaela kosa no fantatra ao amin’ny Soratra Masina amin’ny anarana hoe zanaky ny atsinanana.</w:t>
      </w:r>
    </w:p>
    <w:p>
      <w:pPr>
        <w:pStyle w:val="ArticleBody"/>
        <w:jc w:val="left"/>
      </w:pPr>
      <w:r>
        <w:rPr>
          <w:rFonts w:ascii="Times New Roman" w:hAnsi="Times New Roman" w:eastAsia="Times New Roman" w:cs="Times New Roman"/>
        </w:rPr>
        <w:t>Amin’ny andro farany Balaama, tandindon’i Etazonia amin’ny maha-mpaminany sandoka azy, dia mamely ny ampondrany intelo, izay maneho fitokonana intelon’ny Silamo. Ny 9/11 no voalohany tamin’ireo fitokonana ireo ary nanamarika ny fahatongavan’ilay anjely mpamehy tombo-kase, izay miakatra avy any atsinanana mandritra ny rivotra mahery avy any atsinanana, dia ny rivotry ny ady. Ny fitokonana faharoan’ny Silamo dia misy lafiny roa, satria ny dingana faharoa dia manamarika fampitomboana avo roa heny. Tamin’ny 7 Oktobra 2023 dia namely tampoka an’i Isiraely ara-bakiteny ny Silamo, ary rehefa voadaroky ny Silamo tampoka i Nashville, Tennessee, dia ho voadaroka i Isiraely ara-panahy. Ao amin’ny tantaran’i Balaama, ny mari-pamantarana faharoa dia teo anelanelan’ny tanim-boaloboka roa, ary ireo tanim-boaloboka roan’ny Tompon’ny maro dia i Isiraely fahiny ara-bakiteny sy Etazonia, Isiraely ara-panahy maoderina. Ny mari-pamantarana fahatelo tamin’i Balaama dia tamin’ny nitenenan’ny ampondra; ary ny tandindon’ny fitenenana izay manamarika ny fiafaran’ny fotoana fametahana tombo-kase an’ny iray hetsy sy efatra arivo sy efatra alina, izay nanomboka tamin’ny 9/11, dia ny lalàn’ny Alahady, rehefa miteny toy ny dragona i Etazonia. Ilay horohoron-tany lehibe ao amin’ny Apokalypsy toko fahiraika ambin’ny folo dia io lalàn’ny Alahady io, izay ahatongavan’ny loza fahatelo faingana, izay itenenan’i Etazonia sy ny ampondra ary i Zakaria.</w:t>
      </w:r>
    </w:p>
    <w:p>
      <w:pPr>
        <w:pStyle w:val="ArticleBody"/>
        <w:jc w:val="left"/>
      </w:pPr>
      <w:r>
        <w:rPr>
          <w:rFonts w:ascii="Times New Roman" w:hAnsi="Times New Roman" w:eastAsia="Times New Roman" w:cs="Times New Roman"/>
        </w:rPr>
        <w:t>Ny rain’i Jaona Mpanao-batisa dia isan’ny antokon’ny mpisorona fahavalo amin’ireo antoko efatra amby roapolo naorin’i Davida mba hanompo ao amin’ny tempoly. Zakaria, ilay mpisorona, dia natao moana noho ny tsi-finoany mandra-pahaterahan’ny zanany lahy, dia Jaona; ary tandindon’ny isa valo izy, (izay tandindon’ny fisoronana). Amin’ny fotoanan’ny lalàna alahady, ny taranaka farany amin’ny mpisorona, izay asehon’i Jaona Mpanao-batisa, dia hiteny araka izay asehon-drainy, dia Zakaria. Nampahafantarin’i Kristy fa Elia i Jaona, ary ny hafatry Elia amin’ny andro farany dia aseho amin’ny fifandraisan-dray sy zanaka, tahaka an’i Zakaria sy Jaona. Jaona dia nanehoana mialoha tamin’i Jeremia, izay efa nolazaina fa raha miverina izy, dia ho vavan’Andriamanitra.</w:t>
      </w:r>
    </w:p>
    <w:p>
      <w:pPr>
        <w:pStyle w:val="ArticleBody"/>
        <w:jc w:val="left"/>
      </w:pPr>
      <w:r>
        <w:rPr>
          <w:rFonts w:ascii="Times New Roman" w:hAnsi="Times New Roman" w:eastAsia="Times New Roman" w:cs="Times New Roman"/>
        </w:rPr>
        <w:t>Nitaraina i Jeremia noho ny fahadisoam-panantenana voalohany tamin’ny 18 Jolay 2020, ary raha niverina izy, dia ho tonga vavan’Andriamanitra amin’ny fotoanan’ny lalàn’ny Alahady, rehefa nanolotra ny hafatra ara-paminaniana ao amin’i Habakoka izy, izay efa niandry ela, nefa “hiteny” amin’ny farany. Jeremia, ary noho izany Jaona, ary noho izany Petera, dia tsy maintsy hiteny ny hafatr’i Habakoka eo amin’ny fotoana hitenenan’ny borikin’ny finoana silamo, sy rehefa miteny tahaka ny dragona i Etazonia.</w:t>
      </w:r>
    </w:p>
    <w:p>
      <w:pPr>
        <w:pStyle w:val="ArticleBody"/>
        <w:jc w:val="left"/>
      </w:pPr>
      <w:r>
        <w:rPr>
          <w:rFonts w:ascii="Times New Roman" w:hAnsi="Times New Roman" w:eastAsia="Times New Roman" w:cs="Times New Roman"/>
        </w:rPr>
        <w:t>Petera tao Kaisaria Filipy, izay Panium, dia ao anatin’ny vanim-potoana iray izay nialoha ny mari-dalana momba ilay “tendrombohitra” izay tokony harahin’ilay fidirana amim-boninahitra izay nitarika ho amin’ny hazo fijaliana, na ny lalàn’ny Alahady. Io vanim-potoana io dia asehon’ny ady tao Panium, izay mifarana amin’ny fandresen’ny papa sy ny fahefana solontenany, dia i Etazonia. Panium no fahatelo amin’ireo ady an’olon-kafa telo, ka ny voalohany tamin’ireo dia nifarana teo amin’ny rindrin’i Berlin tamin’ny 1989, ary ny ady an’olon-kafa farany, na fahatelo, dia mifarana amin’ny fandravana ilay “rindrina” mampisaraka ny fiangonana sy ny fanjakana. Ny taona 1989 no nanamarika ny fara tampon’ny ady an’olon-kafa nantsoina hoe “ady mangatsiaka” izay nanomboka tamin’ny fiafaran’ny Ady Lehibe Faharoa, ary Panium dia maneho ady mangatsiaka iray izay mifarana amin’ny Ady Lehibe Fahatelo asehon’ny ady tao Actium. Eo afovoan’ny mari-dalana voalohany sy fahatelo amin’ireo ady an’olon-kafa telo no misy ilay ady ara-bakiteny any Okraina, izay asehon’ny ady tao Raphia ao amin’ny andininy faha-iraika ambin’ny folo sy faha-roa ambin’ny folo.</w:t>
      </w:r>
    </w:p>
    <w:p>
      <w:pPr>
        <w:pStyle w:val="ArticleBody"/>
        <w:jc w:val="left"/>
      </w:pPr>
      <w:r>
        <w:rPr>
          <w:rFonts w:ascii="Times New Roman" w:hAnsi="Times New Roman" w:eastAsia="Times New Roman" w:cs="Times New Roman"/>
        </w:rPr>
        <w:t>Panium dia ady mangatsiaka iray izay mitondra ho amin’ny Ady Lehibe Fahatelo, araka ny asehon’ilay ady mangatsiaka izay nifarana tamin’ny fotoanan’ny farany tamin’ny taona 1989, sady efa nanomboka tamin’ny fiafaran’ny Ady Lehibe Faharoa. Ao amin’ireo mari-pamantarana asehon’ny andininy faha-folo sy ny taona 1989, ny andininy faha-iraika ambin’ny folo sy faha-roa ambin’ny folo ary ny Ady Okrainiana izay nanomboka tamin’ny taona 2014, ary ny andininy faha-telo ambin’ny folo ka hatramin’ny faha-dimy ambin’ny folo sy ny ady mangatsiaka ankehitriny eo amin’ny MAGA-ism sy ny globalisma, dia nisy filoha telo izay nanamarika fifanekena teo amin’ny fitondrana papa sy i Etazonia.</w:t>
      </w:r>
    </w:p>
    <w:p>
      <w:pPr>
        <w:pStyle w:val="ArticleBody"/>
        <w:jc w:val="left"/>
      </w:pPr>
      <w:r>
        <w:rPr>
          <w:rFonts w:ascii="Times New Roman" w:hAnsi="Times New Roman" w:eastAsia="Times New Roman" w:cs="Times New Roman"/>
        </w:rPr>
        <w:t>Ronald Reagan dia nanao fiaraha-miafina tamin’i Papa Joany Paoly II, papa mpandala ny nentin-drazana araka ny faminaniana satanika ao Fatima, ary mifandray amin’ny tantara ara-paminaniana ao amin’ny andininy faha-folo izany. Ny fitondrana filoham-pirenena nataon’i Obama dia mifanaraka amin’ny tantaran’ny ady tao Raphia ao amin’ny andininy faha-iraika ambin’ny folo sy faha-roa ambin’ny folo. Tamin’ny fitondrany dia nisy papa roa tandindona, satria ny waymark faharoa dia manondro fampitomboana avo roa heny. Ao amin’ny waymark fahatelo, ao amin’ny andininy faha-telo ambin’ny folo ka hatramin’ny faha-dimy ambin’ny folo, ny papa dia ilay papa voalohany avy any Etazonia. Tamin’ny voalohany dia nihevitra izahay fa i Papa Leo dia papa mpandala ny nentin-drazana, araka ny tandindon’i Joany Paoly II, saingy rehefa ampiharina eo ambanin’ny fampiharana ara-paminaniana misy fampiharana intelo izany, ny waymark fahatelo dia mitana ny toetran’ireo fahatanterahana roa voalohany, koa i Leo no Joany Paoly II mpandala ny nentin-drazana ary izy koa no lehiben’ny taloha tao amin’ny Biraon’ny Inquisition, i Benoà XVI, izay nametra-pialana ho an’ilay papa woke François nandritra ny fe-potoam-piasan’i Obama.</w:t>
      </w:r>
    </w:p>
    <w:p>
      <w:pPr>
        <w:pStyle w:val="ArticleBody"/>
        <w:jc w:val="left"/>
      </w:pPr>
      <w:r>
        <w:rPr>
          <w:rFonts w:ascii="Times New Roman" w:hAnsi="Times New Roman" w:eastAsia="Times New Roman" w:cs="Times New Roman"/>
        </w:rPr>
        <w:t>Ny ady ankolaka voalohany dia asehon’ny andininy iray, ny faharoa amin’ny andininy roa, ary ny fahatelo amin’ny andininy telo. Ny ady mangatsiaka izay nifarana tamin’ny 1989 dia nanomboka tamin’ny fiafaran’ny Ady Lehibe Faharoa, ary ny Ady Lehibe Fahatelo, izay asehon’ny ady tao Actium, dia manomboka amin’ny fiafaran’ilay ady mangatsiaka izay asehon’ny ady tao Panium. Ireo ady lehibe telo eran-tany, tahaka ireo ady ankolaka telo, dia tarihin’ireo fitsipika mifamatotra amin’ny fampiharana in-telo ny faminaniana. Ny fiafaran’ny Ady Lehibe Faharoa dia nanomboka ady mangatsiaka iray izay nifarana tamin’ilay filoha fahavalo manomboka amin’i Roosevelt tamin’ny 1945, dia Reagan. Reagan, tamin’ny fotoan’ny farany tamin’ny 1989, dia nanomboka andiana filoha valo mitarika ho amin’i Trump (izay isan’ny fito). Ny ady mangatsiakan’i Trump dia nanomboka tamin’ny 2015, fony izy nanambara ny firotsahany hofidiana ho filoham-pirenena ka nampihetsi-po ny globalista, ho fahatanterahan’ny Daniela 11:2. Io ady mangatsiaka io dia mifarana amin’ny lalàna Alahady, izay ilay ady tao Actium, sakana fahatelo an’i Roma alohan’ny hanjakany amin’ny fomba fara-tampony.</w:t>
      </w:r>
    </w:p>
    <w:p>
      <w:pPr>
        <w:pStyle w:val="ArticleBody"/>
        <w:jc w:val="left"/>
      </w:pPr>
      <w:r>
        <w:rPr>
          <w:rFonts w:ascii="Times New Roman" w:hAnsi="Times New Roman" w:eastAsia="Times New Roman" w:cs="Times New Roman"/>
        </w:rPr>
        <w:t>Roosevelt no nanomboka filoha valo nankany amin’i Reagan, izay nanomboka filoha valo nankany amin’i Trump. Roosevelt no manamarika ny Ady Lehibe Faharoa, satria maty tamin’ny 12 Aprily 1945 izy, ary avy eo i Truman no filoha raha nifarana tamin’ny 8 Mey ny ady tany Eoropa, ary nifarana tamin’ny 2 Septambra ny ady tany Pasifika. Ny ady tany Eoropa dia ady an-tanety indrindra, ary ny ady tany Pasifika dia ady an-dranomasina, tahaka ny anomezan’i Panium sary ady an-tanety ary ny anomezan’i Actium sary ady an-dranomasina. Ny voalohany no manazava ny farany, ary ny filaharan’ny filoha valo dia miorina amin’ny fijoroana vavolombelon’ny Daniela toko faha-iraika ambin’ny folo, andininy faha-roa sy faha-telo, ary koa amin’ilay zava-miafina momba ilay fahavalo izay avy amin’ny fito. Tamin’ireo Kongresy Kontinantaly roa voalohany, teo am-piandohan’ny tantaran’ilay bibidia avy amin’ny tany ao amin’ny Apokalypsy telo ambin’ny folo, dia nisy fe-potoam-piasana fito an’ny filoha. Tamin’izany tantara izany dia notendrena ho Commander and Chief i George Washington. Amin’ny maha-filoha ofisialy voalohany azy, ny fanendrena an’i Washington tao amin’ny Kongresy Kontinantaly Faharoa dia maneho an’i Washington eo am-piandohana indrindra ho ilay fahavalo amin’ny fito filoha.</w:t>
      </w:r>
    </w:p>
    <w:p>
      <w:pPr>
        <w:pStyle w:val="ArticleBody"/>
        <w:jc w:val="left"/>
      </w:pPr>
      <w:r>
        <w:rPr>
          <w:rFonts w:ascii="Times New Roman" w:hAnsi="Times New Roman" w:eastAsia="Times New Roman" w:cs="Times New Roman"/>
        </w:rPr>
        <w:t>Ny filoha voalohany dia ilay fahavalo avy amin’ireo filoha fito voalohany, ary ny filoha farany dia ilay fahavalo izay avy amin’ny fito. Miteny ny mpisorona Zakaria amin’ny fahaterahan’i Jaona, rehefa miteny ny ampondra, ary rehefa miteny ny bibidia avy amin’ny tany. Eo ihany koa no itenenan’ny fahitan’i Habakoka. Ny fahaterahan’i Jaona, izay maneho mialoha ny fanevan’ny iray hetsy sy efatra alina amby efatra arivo amin’ny lalàn’ny Alahady, no taranaka farany an’i Zakaria mpisorona. Zakaria dia tao amin’ny sokajy fahavalo amin’ireo sokajy efatra amby roapolo nisy ny mpisorona. Amin’ny lalàn’ny Alahady dia miteny Zakaria (ny mpisorona), rehefa miteny ny Silamo (ny ampondra) ary miteny tahaka ny dragona i Etazonia. Amin’izany waymark izany dia sitrana ny ratra nahafaty ny papa, ary tonga ilay fahavalo izay avy amin’ny fito izy. Trump koa dia ilay fahavalo izay avy amin’ny fito, ary izy no mamorona ny sarin’ny bibidia izay tanterahina farany amin’ny lalàn’ny Alahady. Ny fisoronana an’ny iray hetsy sy efatra alina amby efatra arivo dia avy eo tonga vavan’Andriamanitra, ka miteny ny hafatra amin’ny antso mafin’ny anjely fahatelo. Izany fisoronana izany no fiangonana fahavalo izay avy amin’ny fito.</w:t>
      </w:r>
    </w:p>
    <w:p>
      <w:pPr>
        <w:pStyle w:val="ArticleBody"/>
        <w:jc w:val="left"/>
      </w:pPr>
      <w:r>
        <w:rPr>
          <w:rFonts w:ascii="Times New Roman" w:hAnsi="Times New Roman" w:eastAsia="Times New Roman" w:cs="Times New Roman"/>
        </w:rPr>
        <w:t>I Roosevelt no nanomboka ireo filoha valo izay mitondra hatramin’ny fotoanan’ny farany amin’ny 1989, ary izy no manamarika ny fifindrana avy amin’ny Ady Lehibe Faharoa ho amin’ny ady mangatsiaka izay mifarana amin’ny 1989. Ny Filoha Truman no nanaraka an’i Roosevelt ary nanjaka tamin’ny fotoana nifaranan’ireo ady an-tanety sy an-dranomasina izay nahaforona ny Ady Lehibe Faharoa. Amin’ny maha-filoha azy, dia nanjaka i Truman tamin’ny nanombohan’ny Firenena Mikambana tamin’ny 24 Oktobra 1945. Ny fifandraisan’i Roosevelt sy Truman dia apetraka amin’ny taona 1945. Samy filoha izy roa tamin’izany taona izany, ary tamin’izany taona izany no nifaranan’ilay ady roa sosona izay Ady Lehibe Faharoa, ary niorina ny Firenena Mikambana, ary nanomboka ny ady mangatsiaka.</w:t>
      </w:r>
    </w:p>
    <w:p>
      <w:pPr>
        <w:pStyle w:val="ArticleBody"/>
        <w:jc w:val="left"/>
      </w:pPr>
      <w:r>
        <w:rPr>
          <w:rFonts w:ascii="Times New Roman" w:hAnsi="Times New Roman" w:eastAsia="Times New Roman" w:cs="Times New Roman"/>
        </w:rPr>
        <w:t>Tamin’ny 1989 dia nisy filoha roa koa, tahaka ny tamin’ny 1945; Ronald Reagan sy George Bush zokiny. Reagan no namarana ny ady mangatsiaka, ary George Bush zokiny kosa dia nanambara fa izy dia ambonin’ny zavatra rehetra dia mpomba ny fanatontoloana, raha nanao lahateny teo anatrehan’ny Fivoriambe Faobe “faha-45” an’ny Firenena Mikambana izy tamin’ny 1 Oktobra 1990, izay nilazany ny amin’ny fanorenana “filaminam-baovao eran-tany.” Tao amin’ilay lahateny dia nambarany hoe: “Eo an-tanantsika ny hamela ireny milina maizina ireny any aoriana, any amin’ny Andro Antenatenany izay tokony hisy azy, ary handroso mba hamita hetsika ara-tantara mankany amin’ny filaminam-baovao eran-tany sy vanim-potoana lava iainan’ny fiadanana.”</w:t>
      </w:r>
    </w:p>
    <w:p>
      <w:pPr>
        <w:pStyle w:val="ArticleBody"/>
        <w:jc w:val="left"/>
      </w:pPr>
      <w:r>
        <w:rPr>
          <w:rFonts w:ascii="Times New Roman" w:hAnsi="Times New Roman" w:eastAsia="Times New Roman" w:cs="Times New Roman"/>
        </w:rPr>
        <w:t>Tamin’ity kabary ity, i Bush dia nampifandray io hevi-kevitra io tamin’ny fiaraha-miasa taorian’ny Ady Mangatsiaka, ny Krizin’ny Golfa (ny fanafihan’i Iràka an’i Koety), ny fanamafisana ny Firenena Mikambana, ary fiaraha-miombon’antoka vaovao eo amin’ireo firenena miorina amin’ny fanapahan’ny lalàna. I Bush no nampalaza voalohany ny andian-teny hoe “fandaminana vaovao maneran-tany” herinandro vitsivitsy talohan’izany, tao anatin’ny lahateny nataony tamin’ny 11 Septambra 1990 teo anatrehan’ny fivoriana iombonan’ny Kongresy.</w:t>
      </w:r>
    </w:p>
    <w:p>
      <w:pPr>
        <w:pStyle w:val="ArticleBody"/>
        <w:jc w:val="left"/>
      </w:pPr>
      <w:r>
        <w:rPr>
          <w:rFonts w:ascii="Times New Roman" w:hAnsi="Times New Roman" w:eastAsia="Times New Roman" w:cs="Times New Roman"/>
        </w:rPr>
        <w:t>Mariho fa ny lahatenin’i Bush tao amin’ny Firenena Mikambana dia napetrany tao anatin’ny toe-javatra iray izay nanondroany ny fiafaran’ilay ady mangatsiaka vao nitranga tamin’ny voambolana hoe “Andro Antenatenany Maizina.” Ny Andro Antenatenany Maizina dia nifarana tamin’ny fotoanan’ny farany tamin’ny 1798, ary Bush dia teo amin’ny fotoanan’ny farany tamin’ny 1989. Mariho fa tamin’ny namoronany voalohany ny andian-teny hoe “filaminana vaovao eran-tany,” dia nampahatezitra ny firenena ny Islamo, ary tamin’ny 9/11 no nanaovana ilay lahateny. Nanomboka tamin’i Roosevelt ka hatramin’i Carter dia filoha valo, ary nanomboka tamin’i Reagan ka hatramin’i Trump dia filoha valo. I Trump no filoha farany, ary nasehon’ny filoha voalohany ho tandindona izy, izay ilay fahavalo tamin’ireo filoha fito voalohany.</w:t>
      </w:r>
    </w:p>
    <w:p>
      <w:pPr>
        <w:pStyle w:val="ArticleBody"/>
        <w:jc w:val="left"/>
      </w:pPr>
      <w:r>
        <w:rPr>
          <w:rFonts w:ascii="Times New Roman" w:hAnsi="Times New Roman" w:eastAsia="Times New Roman" w:cs="Times New Roman"/>
        </w:rPr>
        <w:t>Ny fotoanan’ny farany tamin’ny 1798 dia manondro ny ratra mahafaty nahazo ny fahefan’ny papa, ary ny fahefan’ny papa no hery nanjaka tamin’ireo mpanjakan’i Eoropa nandritra ny Vanim-potoana Maizina. Ao amin’ny Apokalypsy toko fahafito ambin’ny folo, izany fifandraisana izany dia aseho ho toy ny vehivavy janga mitaingina sy manjaka amin’ny bibidia iray. Tamin’ny 1798 dia nesorina ny fanohanan’ireo mpanjakan’i Eoropa, ka maty ilay bibidia. Tamin’ny 1799 dia maty tany an-tsesitany ny papa. Ny 1798 sy 1799 dia maneho ny fotoanan’ny farany amin’ny heviny feno indrindra, tahaka ny amaritan’ny nahaterahan’i Jaona Mpanao-batisa aloha, ary enim-bolana tatỳ aoriana ny nahaterahan’i Kristy, ny fotoanan’ny farany tamin’ny andron’i Kristy. Ny fanambaran’i Bush tamin’ny 1990 dia maneho an’i Bush ho faharoa amin’ireo filoha roa izay manamarika ny fotoanan’ny farany, ary manamarika ny firosoana mankany amin’ny fanatontoloana, izay herin’ny dragona. Ny tandindon’i Bush dia manamarika dingana iray mankany amin’ny lalàna alahady rehefa mifarana amin’ny maha-fanjakana fahenina amin’ny faminanian’ny Baiboly azy i Etazonia amin’ny fitenenany tahaka ny dragona. Amin’ny fotoanan’ny lalàna alahady dia tonga feon’ny Firenena Mikambana i Etazonia. Ao anatin’izany toe-javatra izany indrindra no mampahatezitra ny firenena ny Silamo, ary voamarika ny 9/11. Ny 11 Septambra 1990, fony i Bush voalohany niteny tamin’ny Kongresy momba ny fandaharam-potoanany fanatontoloana, dia naneho mialoha ny fotoana izay hampahatezitra indray ny firenena ny Silamo amin’ny 9/11 tamin’ny 2001, saingy amin’izany fotoana izany dia i Bush farany no ho filoha.</w:t>
      </w:r>
    </w:p>
    <w:p>
      <w:pPr>
        <w:pStyle w:val="ArticleBody"/>
        <w:jc w:val="left"/>
      </w:pPr>
      <w:r>
        <w:rPr>
          <w:rFonts w:ascii="Times New Roman" w:hAnsi="Times New Roman" w:eastAsia="Times New Roman" w:cs="Times New Roman"/>
        </w:rPr>
        <w:t>Roosevelt, ilay voalohany amin’ireo filoha valo, no nanamarika ny fiafaran’ny Ady Lehibe Faharoa tamin’ny 1945, ary narahin’ilay filoha manaraka izany izay nampiditra ny Firenena Mikambana. Reagan, ilay voalohany amin’ireo filoha valo, no nanamarika ny fiafaran’ny ady mangatsiaka tamin’ny 1989, ary narahin’ilay filoha manaraka izany izay nampiroborobo ny Firenena Mikambana. Ilay filoha farany amin’ireo filoha valo no hamarana ny ady mangatsiaka izay nanomboka tamin’ny fotoana nanambarany ny fikasany hirotsaka hofidiana tamin’ny 2015, ary hanomboka ny Ady Lehibe Fahatelo. Izy no hampita ny fanjakana fahenina amin’ny faminanian’ny Baiboly ho amin’ny lohan’ny fanjakana fahafito amin’ny faminanian’ny Baiboly (ny UN), ary avy eo hanaiky hanome izany fanjakana izany ho an’ilay bibidia amin’ny lalàn’ny Alahady.</w:t>
      </w:r>
    </w:p>
    <w:p>
      <w:pPr>
        <w:pStyle w:val="ArticleBody"/>
        <w:jc w:val="left"/>
      </w:pPr>
      <w:r>
        <w:rPr>
          <w:rFonts w:ascii="Times New Roman" w:hAnsi="Times New Roman" w:eastAsia="Times New Roman" w:cs="Times New Roman"/>
        </w:rPr>
        <w:t>Tahaka ny nahaforonan’ny Ady Lehibe Faharoa tamin’ny ady an-tanety sy ady an-dranomasina, ny filoha farany dia hanana ady mangatsiaka, asehon’ny ady an-tanety tao Panium izay mitondra ho amin’ny ady an-dranomasina tao Actium. Amin’ny lalàn’ny Alahady, ny ady mangatsiaka izay nanomboka tamin’i Trump nampisahotaka ny globalista tamin’ny 2015 dia miova ho Ady Lehibe Fahatelo, araka ny asehon’ny ady an-tanety sy an-dranomasina tamin’ny Ady Lehibe Faharoa. Tamin’ny fiafaran’ny Ady Lehibe Faharoa, ny dingana manaraka dia ny globalisma nentin’ny Firenena Mikambana, tahaka izay ihany koa tamin’ny fiafaran’ny ady mangatsiaka tamin’i Reagan sy Bush. Voalohany, mifarana amin’ny lalàn’ny Alahady i Etazonia, avy eo ny “fandaminana vaovao maneran-tany” an’i Bush no mampiditra ny fanjakana fahafito, izay manaiky avy hatrany hanome ny fahefany ho an’ny fanjakana fahavalo.</w:t>
      </w:r>
    </w:p>
    <w:p>
      <w:pPr>
        <w:pStyle w:val="ArticleBody"/>
        <w:jc w:val="left"/>
      </w:pPr>
      <w:r>
        <w:rPr>
          <w:rFonts w:ascii="Times New Roman" w:hAnsi="Times New Roman" w:eastAsia="Times New Roman" w:cs="Times New Roman"/>
        </w:rPr>
        <w:t>Bush wa pele na Bush wa mwisho wamefungamanishwa pamoja na tangazo la yule wa kwanza kwa Congress kuhusu “utaratibu mpya wa dunia” wakati wa 9/11 na Patriot Act ya mwaka 2001 ya yule wa mwisho. Alama zote mbili za njia zimewekwa ndani ya muktadha wa Uislamu kuzikasirisha mataifa.</w:t>
      </w:r>
    </w:p>
    <w:p>
      <w:pPr>
        <w:pStyle w:val="ArticleBody"/>
        <w:jc w:val="left"/>
      </w:pPr>
      <w:r>
        <w:rPr>
          <w:rFonts w:ascii="Times New Roman" w:hAnsi="Times New Roman" w:eastAsia="Times New Roman" w:cs="Times New Roman"/>
        </w:rPr>
        <w:t>Hotohizintsika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Faha-efapolo — Laharana Fahasivy</dc:title>
  <dc:subject>Hery sy Voninahitra ary Fijaliana</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