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ambadik’ny Andininy faha-40 — Isa folo</w:t>
      </w:r>
    </w:p>
    <w:p>
      <w:pPr>
        <w:pStyle w:val="ArticleSubtitle"/>
        <w:jc w:val="left"/>
      </w:pPr>
      <w:r>
        <w:rPr>
          <w:rFonts w:ascii="Arial" w:hAnsi="Arial" w:eastAsia="Arial" w:cs="Arial"/>
        </w:rPr>
        <w:t>Ny Antsasany / Afovoany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Ny tantara miafin’ny Daniela toko faha-iraika ambin’ny folo andininy faha-efapolo dia mifanaraka amin’ny tantara aseho ao amin’ny andininy faha-folo ka hatramin’ny faha-enina ambin’ny folo amin’io toko io ihany. Ao amin’ny andininy faha-folo ka hatramin’ny faha-enina ambin’ny folo, ny tsipika an’ilay bibidia avy amin’ny tany ao amin’ny Apokalypsy telo ambin’ny folo, dia ilay tandroka Repoblikana mpiodina ao amin’i Etazonia, ka i Donald Trump no misolo tena azy; ny tsipika an’ilay tandroka Protestanta mpiodina ao amin’i Etazonia kosa dia asehon’ny Makabeo; ny tsipika an’ilay bibidia avy amin’ny ranomasina, dia ny fahefana papaly, dia aseho ho ireo “mpandroba amin’ny olonao”; ary ny tsipika an’ilay dragona dia asehon’ireo mpanjakan’ny atsimo isan-karazany sy Filipo avy any Makedonia. Ny tsipikan’ireo iray hetsy sy efatra amby efa-polo arivo dia asehon’i Petera.</w:t>
      </w:r>
    </w:p>
    <w:p>
      <w:pPr>
        <w:pStyle w:val="ArticleHeading"/>
        <w:jc w:val="left"/>
      </w:pPr>
      <w:r>
        <w:rPr>
          <w:rFonts w:ascii="Arial" w:hAnsi="Arial" w:eastAsia="Arial" w:cs="Arial"/>
        </w:rPr>
        <w:t>Ny Afovoany</w:t>
      </w:r>
    </w:p>
    <w:p>
      <w:pPr>
        <w:pStyle w:val="ArticleBody"/>
        <w:jc w:val="left"/>
      </w:pPr>
      <w:r>
        <w:rPr>
          <w:rFonts w:ascii="Times New Roman" w:hAnsi="Times New Roman" w:eastAsia="Times New Roman" w:cs="Times New Roman"/>
        </w:rPr>
        <w:t>Ao anatin’izany tantara miafina izany, dia asongadina imbetsaka ny afovoany. Ny 250 taona izay nanomboka tamin’ny 457 tal. J.K. dia nifarana tamin’ny 207 tal. J.K. teo afovoan’ny adin’i Raphia sy Panium, dia ireo ady roa farany nifanaovana tamin’ny alalan’ny solontena ao amin’ny andininy fahairaika ambin’ny folo ka hatramin’ny faha dimy ambin’ny folo. Ny 250 taonan’ilay bibidia avy amin’ny tany, izay nanomboka tamin’ny 1776, dia hifarana amin’ny 2026, taona anaovana ny “fifidianana tapaky ny fe-potoam-piasana” eo amin’ny sehatra politika an’ilay bibidia avy amin’ny tany. Petera dia eo Kaisaria Filipy (Panium), afovoan’ireo fotoana telo izay nitondran’i Kristy mpianatra telo monja niaraka taminy irery.</w:t>
      </w:r>
    </w:p>
    <w:p>
      <w:pPr>
        <w:pStyle w:val="ArticleBody"/>
        <w:jc w:val="left"/>
      </w:pPr>
      <w:r>
        <w:rPr>
          <w:rFonts w:ascii="Times New Roman" w:hAnsi="Times New Roman" w:eastAsia="Times New Roman" w:cs="Times New Roman"/>
        </w:rPr>
        <w:t>Ao amin’ny tantaran’ireo tsipika mifanindran-dalana ireo, i Petera dia maneho ireo izay manitsy sy mamerina ny fampitandremana momba ireo baolina afo hianjera amin’i Nashville. Novana teo afovoan’ny toko iraika ambin’ny folo ka hatramin’ny roa amby roa-polo ao amin’ny Matio indrindra ny anaran’i Petera, tahaka ny tamin’ny toko afovoan’i Abrama ao anatin’ny toko iraika ambin’ny folo ka hatramin’ny roa amby roa-polo no nanondroana ny famorana ho famantarana ny fanekena, miaraka amin’izany koa ny afovoan’ny toko iraika ambin’ny folo ka hatramin’ny roa amby roa-polo ao amin’ny Apokalypsy izay manamarika ny famantarana ny faneken’ny fahafatesana ao amin’ny Apokalypsy fito ambin’ny folo. Ny afovoany no toerana ovaovan’ireo iray hetsy sy efatra alina sy efatra arivo avy amin’ny Laodikia ho amin’ny Filadelfia, ary ny afovoan’ireo anjely telo dia ny anjely faharoa.</w:t>
      </w:r>
    </w:p>
    <w:p>
      <w:pPr>
        <w:pStyle w:val="ArticleBody"/>
        <w:jc w:val="left"/>
      </w:pPr>
      <w:r>
        <w:rPr>
          <w:rFonts w:ascii="Times New Roman" w:hAnsi="Times New Roman" w:eastAsia="Times New Roman" w:cs="Times New Roman"/>
        </w:rPr>
        <w:t>Ny dingana faharoa, na ny teboka afovoany, dia ny fotoanan’ny fitsapana faharoa momba ny tempoly, izay manaraka ny fitsapana voalohany sady fototra. Ny fitsapana voalohany tamin’ny 2024 dia ny fanorenana ny fahitana ivelany asehon’ny tandindon’i Roma, ary ny fitsapana faharoa kosa dia ny fahitana anatiny marah (fitaratra) an’i Kristy ao amin’ny Toerana Indrindra Masina. Ao amin’ny tantaran’ny anjely faharoa, ny hafatry ny antso amin’ny misasakalina dia tonga mba hanome hery ny hafatry ny anjely faharoa.</w:t>
      </w:r>
    </w:p>
    <w:p>
      <w:pPr>
        <w:pStyle w:val="ArticleBody"/>
        <w:jc w:val="left"/>
      </w:pPr>
      <w:r>
        <w:rPr>
          <w:rFonts w:ascii="Times New Roman" w:hAnsi="Times New Roman" w:eastAsia="Times New Roman" w:cs="Times New Roman"/>
        </w:rPr>
        <w:t>Tamin’ny tantaran’ny Millerita tamin’ny 1840, Josiah (“fototry ny Andriamanitra”) Litch dia nanao fanitsiana ny famantarany ny faminaniana momba ny Silamo amin’ny loza voalohany sy faharoa, ary tamin’ny 1844, Samuel Snow dia nanao ny fanitsiana ny faminaniana momba ny 1843 ho fahatanterahan’ny fanoharana ny amin’ny virijina folo. Petra amin’ny 2026 dia hanitsy ny faminaniana tsy tanteraka momba ireo baolina afo tao Nashville, araka ny tandindon’ny fahadisoam-panantenana Millerita tamin’ny 1843, ary hanitsy ny hafatra momba ny Silamo araka ny tandindon’ny asa nataon’i Josiah Litch tamin’ny 1840. Ireo fisehoan-javatra Millerita roa ireo tamin’ny 1840 sy 1844 dia maneho ny fanomezana hery ny hafatry ny anjely voalohany tamin’ny 11 Aogositra 1840 sy ny fanomezana hery ny hafatry ny anjely faharoa tamin’ny 17 Aogositra 1844. Miara-manondro ny fanomezana hery ny antso amin’ny misasakalina izy ireo rehefa midina ireo baolina afo ao Nashville.</w:t>
      </w:r>
    </w:p>
    <w:p>
      <w:pPr>
        <w:pStyle w:val="ArticleScripture"/>
        <w:jc w:val="left"/>
      </w:pPr>
      <w:r>
        <w:rPr>
          <w:rFonts w:ascii="Times New Roman" w:hAnsi="Times New Roman" w:eastAsia="Times New Roman" w:cs="Times New Roman"/>
        </w:rPr>
        <w:t>“Ilay anjely izay miara-mitambatra amin’ny fanambarana ny hafatry ny anjely fahatelo dia hampahazava ny tany rehetra amin’ny voninahiny. Asa iray maneran-tany sy manana hery tsy fahita no voalaza mialoha eto. Ny hetsika Adventista tamin’ny 1840–44 dia fanehoana be voninahitry ny herin’Andriamanitra; ny hafatry ny anjely voalohany dia nentina tany amin’ny toby misionera rehetra eran’izao tontolo izao, ary tany amin’ny firenena sasany dia nisy ny fahalianana ara-pivavahana lehibe indrindra izay efa hitan’ny tany rehetra hatramin’ny Fanavaozana tamin’ny taonjato fahenina ambin’ny folo; nefa ireo dia mbola ho resin’ny hetsika mahery vaika eo ambanin’ny fampitandremana farany ataon’ny anjely fahatelo.” The Great Controversy, 611.</w:t>
      </w:r>
    </w:p>
    <w:p>
      <w:pPr>
        <w:pStyle w:val="ArticleBody"/>
        <w:jc w:val="left"/>
      </w:pPr>
      <w:r>
        <w:rPr>
          <w:rFonts w:ascii="Times New Roman" w:hAnsi="Times New Roman" w:eastAsia="Times New Roman" w:cs="Times New Roman"/>
        </w:rPr>
        <w:t>Ny fanontaniana dia izao: nahoana, amin’ireo tanàna rehetra ao Etazonia, no i Nashville no nofidin’ny fitondran’Andriamanitra. Tamin’ny fahatongavan’ny loza fahatelo tamin’ny 11 Septambra, ny Tilikambo Kambana tao New York sy ny Pentagon tao Washington, DC no lasibatra. Fiaramanidina fahefatra no nianjera tamin’ny tany. Ny tandindon’ilay bibidia avy amin’ny tany dia ny tany; ny tandindon’ny heriny ara-toekarena dia i New York; ary ny tandindon’ny heriny ara-tafika dia ny Pentagon. Rehefa manery izao tontolo izao handray ny mariky ny fahefan’ny papa sy ny rafitra ara-politikan’ny fiangonana sy ny fanjakana izay sarin’ilay bibidia i Etazonia, dia amin’ny alalan’ny heriny ara-tafika sy ara-toekarena no anaovany izany; fa ny Apokalypsy toko fahatelo ambin’ny folo dia maneho ny fampiasan’ilay bibidia avy amin’ny tany ny fahefany mba handraràna ny mahatoky tsy hividy na hivarotra, ary mamono koa izay mijoro ho an’ny Sabatan’Andriamanitra amin’ny andro fahafito. Ny tandindona ara-paminaniana dia aseho ho “kalesy, mpitaingin-tsoavaly (hery ara-tafika) ary sambo” (hery ara-toekarena) ao amin’ny Daniela toko fahiraika ambin’ny folo andininy faha-efapolo.</w:t>
      </w:r>
    </w:p>
    <w:p>
      <w:pPr>
        <w:pStyle w:val="ArticleBody"/>
        <w:jc w:val="left"/>
      </w:pPr>
      <w:r>
        <w:rPr>
          <w:rFonts w:ascii="Times New Roman" w:hAnsi="Times New Roman" w:eastAsia="Times New Roman" w:cs="Times New Roman"/>
        </w:rPr>
        <w:t>Amin’ny fotoana fanisiana tombo-kase ny iray hetsy sy efatra arivo amby efatra alina, dia namely tampoka ny tany mahafinaritra inefatra ny finoana silamo. Ny voalohany dia ny 9/11, ny faharoa sy fahatelo dia ilay tany mahafinaritra ara-bakiteny fahiny ary avy eo Nashville. Ny fahefatra dia ilay horohoron-tany ao amin’ny Apokalypsy iraika ambin’ny folo, izany hoe ny lalàn’ny Alahady. Ao anatin’ny tontolon-kevitry ny tantaran’i Balama sy ny anjely telo, ireo famelezana roa tamin’ny 7 Oktobra 2023 sy Nashville dia maneho ireo tanimboaloboka ara-Baiboly roa an’ny vahoakan’ny faneken’Andriamanitra.</w:t>
      </w:r>
    </w:p>
    <w:p>
      <w:pPr>
        <w:pStyle w:val="ArticleBody"/>
        <w:jc w:val="left"/>
      </w:pPr>
      <w:r>
        <w:rPr>
          <w:rFonts w:ascii="Times New Roman" w:hAnsi="Times New Roman" w:eastAsia="Times New Roman" w:cs="Times New Roman"/>
        </w:rPr>
        <w:t>Rehefa sitrana ny ratra mahafatin’ny fahefana papaly amin’ny lalàn’ny Alahady, dia manomboka ny fisehoana faharoa amin’ny Vanim-potoana Maizina. Ny loza voalohany sy ny loza fahatelo dia iray ihany, satria i Kristy dia mandrakariva maneho ny farany amin’ny alalan’ny fiandohana; koa ilay kintana latsaka dia i Mohammed ao amin’ny loza voalohany, izay nanodina ny fanalahidy ka nanokatra ny lavaka tsy hita noanoa, ary vetivety taorian’ny 9/11 dia namono ny vavolombelona roa ao amin’ny Apokalypsy toko faha-iraika ambin’ny folo ny tsy finoana an’Andriamanitra avy amin’ilay lavaka tsy hita noanoa. Amin’ny lalàn’ny Alahady dia sitrana ny ratra mahafatin’ny fahefana papaly, ary ny bibin’ny Katolisisma dia manatanteraka ilay zava-miafina ara-paminaniana momba ny fahavalo, izay tanteraka amin’ny maha-fitsanganana amin’ny maty azy. Avy eo dia manomboka ny vanim-potoana faharoan’ny Vanim-potoana Maizina, amin’ny maha-mari-pamantarana fahatelo an’i Balaama azy, rehefa miteny ny ampondra ka manodina ny fanalahidy mba hanokatra indray ny lavaka tsy hita noanoa. Taorian’ny 9/11, ny tsy finoana an’Andriamanitra, dia ilay dragona, no nivoaka avy tao amin’ny lavaka mba hiady amin’ilay filoha manan-karena indrindra izay nampihetsika ny fanjakana rehetra tao Gresy. Amin’ny lalàn’ny Alahady dia miakatra avy ao amin’ny lavaka tsy hita noanoa ny biby ao amin’ny Apokalypsy faha-fito ambin’ny folo, ary ny haizina dia manarona indray ny masoandro.</w:t>
      </w:r>
    </w:p>
    <w:p>
      <w:pPr>
        <w:pStyle w:val="ArticleBody"/>
        <w:jc w:val="left"/>
      </w:pPr>
      <w:r>
        <w:rPr>
          <w:rFonts w:ascii="Times New Roman" w:hAnsi="Times New Roman" w:eastAsia="Times New Roman" w:cs="Times New Roman"/>
        </w:rPr>
        <w:t>Nahoana no Nashville? Ilay fanontaniana izay mbola tsy voavaha? Nashville no manamarika ny fiandohan’ilay fotoana fohy fanambarana ny hafatry ny antso amin’ny misasakalina, ary izany dia manomboka amin’ny fanafihana manimba tsy nampoizina ataon’ny Islama, ary mifarana tahaka izany koa. Ny lalàna alahady amin’ny faran’io fe-potoana io dia maneho ny fampiharana ny mariky ny bibidia any Etazonia, sy ny fiandohan’ny fandringanana ny tanàna. “Fandringanana” dia toetra ara-paminaniana mampiavaka ny Islama.</w:t>
      </w:r>
    </w:p>
    <w:p>
      <w:pPr>
        <w:pStyle w:val="ArticleHeading"/>
        <w:jc w:val="left"/>
      </w:pPr>
      <w:r>
        <w:rPr>
          <w:rFonts w:ascii="Arial" w:hAnsi="Arial" w:eastAsia="Arial" w:cs="Arial"/>
        </w:rPr>
        <w:t>Fandringanana</w:t>
      </w:r>
    </w:p>
    <w:p>
      <w:pPr>
        <w:pStyle w:val="ArticleScripture"/>
        <w:jc w:val="left"/>
      </w:pPr>
      <w:r>
        <w:rPr>
          <w:rFonts w:ascii="Times New Roman" w:hAnsi="Times New Roman" w:eastAsia="Times New Roman" w:cs="Times New Roman"/>
        </w:rPr>
        <w:t>“Tamin’ny alin’ny afakomaly dia nisy sehatra tena manaitra tokoa nandalo teo anoloako. Nahita baolina afo lehibe dia lehibe aho nilatsaka teo afovoan’ny trano lehibe tsara tarehy sasany, ka nahatonga ny fandringanana azy avy hatrany. Reko ny sasany nanao hoe: ‘Fantatray fa ho tonga amin’ny tany ny fitsaran’Andriamanitra, nefa tsy fantatray fa ho tonga haingana toy izao izany.’ Ny hafa kosa nanao hoe: ‘Fantatrareo izany! Koa nahoana ary no tsy nilazanareo anay? Tsy fantatray izany.’ Teny toy izany no reko niely tamin’ny lafiny rehetra.” Taratasy 217, 1904.</w:t>
      </w:r>
    </w:p>
    <w:p>
      <w:pPr>
        <w:pStyle w:val="ArticleHeading"/>
        <w:jc w:val="left"/>
      </w:pPr>
      <w:r>
        <w:rPr>
          <w:rFonts w:ascii="Arial" w:hAnsi="Arial" w:eastAsia="Arial" w:cs="Arial"/>
        </w:rPr>
        <w:t>Sivy ambin’ny folo amby iray-polo</w:t>
      </w:r>
    </w:p>
    <w:p>
      <w:pPr>
        <w:pStyle w:val="ArticleBody"/>
        <w:jc w:val="left"/>
      </w:pPr>
      <w:r>
        <w:rPr>
          <w:rFonts w:ascii="Times New Roman" w:hAnsi="Times New Roman" w:eastAsia="Times New Roman" w:cs="Times New Roman"/>
        </w:rPr>
        <w:t>Ny Apokalypsy “Sivy Ambin’ny Folo” dia manondro ny toetran’ny fanjakan’ny Silamo ho fahafatesana sy fandringanana, satria ny anarana ao amin’ny faminaniana dia maneho toetra.</w:t>
      </w:r>
    </w:p>
    <w:p>
      <w:pPr>
        <w:pStyle w:val="ArticleBody"/>
        <w:jc w:val="left"/>
      </w:pPr>
      <w:r>
        <w:rPr>
          <w:rFonts w:ascii="Times New Roman" w:hAnsi="Times New Roman" w:eastAsia="Times New Roman" w:cs="Times New Roman"/>
        </w:rPr>
        <w:t>Ary nanana mpanjaka nanjaka taminy izy, dia ilay anjelin’ny lavaka tsy hita noanoa, izay Abadona no anarany amin’ny teny Hebreo, fa Apoliona kosa no anarany amin’ny teny Grika. Apokalypsy 9/11.</w:t>
      </w:r>
    </w:p>
    <w:p>
      <w:pPr>
        <w:pStyle w:val="ArticleBody"/>
        <w:jc w:val="left"/>
      </w:pPr>
      <w:r>
        <w:rPr>
          <w:rFonts w:ascii="Times New Roman" w:hAnsi="Times New Roman" w:eastAsia="Times New Roman" w:cs="Times New Roman"/>
        </w:rPr>
        <w:t>Abadona dia midika hoe “fandringanana na toerana fandringanana,” ary Apolyona kosa dia midika hoe “ilay mpandrava.”</w:t>
      </w:r>
    </w:p>
    <w:p>
      <w:pPr>
        <w:pStyle w:val="ArticleScripture"/>
        <w:jc w:val="left"/>
      </w:pPr>
      <w:r>
        <w:rPr>
          <w:rFonts w:ascii="Times New Roman" w:hAnsi="Times New Roman" w:eastAsia="Times New Roman" w:cs="Times New Roman"/>
        </w:rPr>
        <w:t>“Nitazona ny rivotra efatra ny anjely, izay aseho amin’ny alalan’ny soavaly tezitra mitady hiala sy hirohotra manerana ny tany rehetra, ka mitondra fandringanana sy fahafatesana eo amin’ny lalany.</w:t>
      </w:r>
    </w:p>
    <w:p>
      <w:pPr>
        <w:pStyle w:val="ArticleScripture"/>
        <w:jc w:val="left"/>
      </w:pPr>
      <w:r>
        <w:rPr>
          <w:rFonts w:ascii="Times New Roman" w:hAnsi="Times New Roman" w:eastAsia="Times New Roman" w:cs="Times New Roman"/>
        </w:rPr>
        <w:t>“Moa hatory eo amin’ilay sisin’ny tontolo mandrakizay indrindra va isika? Moa ho donto sy mangatsiaka ary toy ny maty va isika? Endrey, enga anie ka hanana ao amin’ny fiangonantsika ny Fanahy sy fofon’Andriamanitra, izay tsofina ao amin’ny olony, mba hitsanganany amin’ny tongony ka ho velona izy. Mila mahita isika fa tery ny lalana ary ety ny vavahady. Kanefa rehefa mandalo amin’ilay vavahady ety isika, dia tsy manam-petra ny halehibeny.” Manuscript Releases, boky faha-20, 217.</w:t>
      </w:r>
    </w:p>
    <w:p>
      <w:pPr>
        <w:pStyle w:val="ArticleBody"/>
        <w:jc w:val="left"/>
      </w:pPr>
      <w:r>
        <w:rPr>
          <w:rFonts w:ascii="Times New Roman" w:hAnsi="Times New Roman" w:eastAsia="Times New Roman" w:cs="Times New Roman"/>
        </w:rPr>
        <w:t>Ny lalan’ny finoana silamo ao amin’ny loza fahatelo dia lalan’i Balama sy ny boriky. Ny lalan’ilay soavaly tezitra ao amin’ny finoana silamo, izany hoe ireo rivotra efatry ny fifandirana ao amin’i Jaona, ny rivotra mahery ao amin’i Isaia, ary ilay “rivotra” na “fofonaina” ao amin’i Ezekiela izay avy amin’ny rivotra efatra, dia mandray làlana miainga avy amin’ny 9/11 izay mitondra mankany amin’ilay vavahady “tery” sy “mahitsy”. Io vavahady tery io no marika fahatelo eny an-dalana ao amin’i Balama sy ny boriky.</w:t>
      </w:r>
    </w:p>
    <w:p>
      <w:pPr>
        <w:pStyle w:val="ArticleScripture"/>
        <w:jc w:val="left"/>
      </w:pPr>
      <w:r>
        <w:rPr>
          <w:rFonts w:ascii="Times New Roman" w:hAnsi="Times New Roman" w:eastAsia="Times New Roman" w:cs="Times New Roman"/>
        </w:rPr>
        <w:t>Dia nandeha lavidavitra kokoa ny anjelin’i Jehovah ka nijanona teo amin’ny toerana ety, izay tsy nisy làlana hiviliana na ho amin’ny ankavanana na ho amin’ny ankavia. Ary rehefa hitan’ilay boriky ny anjelin’i Jehovah, dia niankohoka teo ambanin’i Balama izy; ary nirehitra ny fahatezeran’i Balama, ka nokapohiny tamin’ny tehina ilay boriky. Ary Jehovah nanokatra ny vavan’ilay boriky, ka hoy izy tamin’i Balama: Inona no nataoko taminao, no dia nokapohinao intelo izao aho? Nomery 22:26–28.</w:t>
      </w:r>
    </w:p>
    <w:p>
      <w:pPr>
        <w:pStyle w:val="ArticleBody"/>
        <w:jc w:val="left"/>
      </w:pPr>
      <w:r>
        <w:rPr>
          <w:rFonts w:ascii="Times New Roman" w:hAnsi="Times New Roman" w:eastAsia="Times New Roman" w:cs="Times New Roman"/>
        </w:rPr>
        <w:t>Nanomboka tamin’ny 9/11 ny lalan’ny loza fahatelo amin’ny fandringanana ny Silamo, rehefa tanteraka ny Apokalypsy 18:1–3.</w:t>
      </w:r>
    </w:p>
    <w:p>
      <w:pPr>
        <w:pStyle w:val="ArticleScripture"/>
        <w:jc w:val="left"/>
      </w:pPr>
      <w:r>
        <w:rPr>
          <w:rFonts w:ascii="Times New Roman" w:hAnsi="Times New Roman" w:eastAsia="Times New Roman" w:cs="Times New Roman"/>
        </w:rPr>
        <w:t>“Avy eo dia avy ve ilay teny izay nolazaiko fa i New York dia ho voafafan’ny onjan-dranomasina goavana? Tsy mbola nilaza izany mihitsy aho. Izaho dia efa nilaza, raha nijery ireo trano lehibe natsangana tany aho, rihana ambonin’ny rihana: ‘Hanao ahoana loatra ireo toe-javatra mampihoron-koditra hitranga rehefa hitsangana ny Tompo hampihorohoro mafy ny tany! Amin’izay dia ho tanteraka ny tenin’ny Apokalypsy 18:1–3.’ Ny toko fahavalo ambin’ny folo manontolo ao amin’ny Apokalypsy dia fampitandremana ny amin’izay ho tonga eto ambonin’ny tany. Kanefa tsy manana fahazavana manokana aho mikasika izay ho tonga amin’i New York, afa-tsy izao ihany, fa fantatro fa indray andro any ireo trano lehibe any dia harodana noho ny fihodinana sy fanodikodinana ateraky ny herin’Andriamanitra. Araka ny fahazavana nomena ahy, dia fantatro fa misy fandringanana eto amin’izao tontolo izao. Teny iray avy amin’ny Tompo, fikasihan’ny heriny mahery iray monja, dia hirodana ireo rafitra goavana ireo. Hisy toe-javatra hitranga izay tsy hainay saintsainina ny hakitroky ny mampatahotra azy.” Review and Herald, 5 Jolay 1906.</w:t>
      </w:r>
    </w:p>
    <w:p>
      <w:pPr>
        <w:pStyle w:val="ArticleBody"/>
        <w:jc w:val="left"/>
      </w:pPr>
      <w:r>
        <w:rPr>
          <w:rFonts w:ascii="Times New Roman" w:hAnsi="Times New Roman" w:eastAsia="Times New Roman" w:cs="Times New Roman"/>
        </w:rPr>
        <w:t>Mbola mitoetra ny fanontaniana hoe: Nahoana i Nashville? Ny baolina afo tao Nashville dia maneho toe-javatra ara-paminaniana izay mahamenatra sokajin’ny Advantisma iray, ary araka an’i Joela dia “voakapa.” Ny sokajy iray kosa dia aseho ho tsy menatra na oviana na oviana, sady feno fifaliana. Ny fifaliana ara-paminaniana dia tsy noho ny fitsarana nentina tamin’i Nashville sy Etazonia, fa noho ny fanamarinana aseho eo amin’ireo ao amin’ny fanoharana izay manana ny menaka sy ireo izay tsy manana ny menaka. Ny menaka dia misy hevitra an’ohatra maro mifamatotra aminy, kanefa ny iray amin’ireo heviny fototra dia ny hafatry ny antso amin’ny misasakalina. Io hafatra io dia nanomboka novelarina tsikelikely tamin’ny faran’ny taona 2023, ary naneho ny fitomboan’ny fahalalana izay na lavina na ekena. Mazava i Hosea fa ireo izay mandà ny fahalalana dia lavina tsy ho mpisoron’Andriamanitra. I Petera dia mitoetra eo afovoan’ny firafitry ny Levitikosy telo amby roa-polo rehefa mahatakatra ny baolina afo tao Nashville izy, ary ny isa telopolo dia tandindon’ny mpisorona.</w:t>
      </w:r>
    </w:p>
    <w:p>
      <w:pPr>
        <w:pStyle w:val="ArticleScripture"/>
        <w:jc w:val="left"/>
      </w:pPr>
      <w:r>
        <w:rPr>
          <w:rFonts w:ascii="Times New Roman" w:hAnsi="Times New Roman" w:eastAsia="Times New Roman" w:cs="Times New Roman"/>
        </w:rPr>
        <w:t>Ny oloko dia ringana noho ny tsy fahampian’ny fahalalana; satria ianao nandà ny fahalalana, Izaho kosa handà anao, ka tsy ho mpisorona ho Ahy intsony ianao; ary satria hadinonao ny lalàn’Andriamanitrao, Izaho kosa hanadino ny zanakao. Hosea 4:6.</w:t>
      </w:r>
    </w:p>
    <w:p>
      <w:pPr>
        <w:pStyle w:val="ArticleBody"/>
        <w:jc w:val="left"/>
      </w:pPr>
      <w:r>
        <w:rPr>
          <w:rFonts w:ascii="Times New Roman" w:hAnsi="Times New Roman" w:eastAsia="Times New Roman" w:cs="Times New Roman"/>
        </w:rPr>
        <w:t>Ny olana momba ny “fahalalana” na ny tsy fisiany dia iray amin’ireo fahamarinana mifandray amin’ny fahatongavan’ireo afomanga mirehitra tao Nashville. Ny “fahalalana” ara-paminaniana, na ny tsy fisiany, no manamarika ny fiandohan’ny fanambaràna ny antsoantso amin’ny mamatonalina, ary io vanim-potoana io dia mifarana amin’ny raharaha momba ny fankatoavana ny Tenin’Andriamanitra, araka ny asehon’ny raharaha Sabata sy Alahady. Kristy mandrakariva no mampiseho ny farany amin’ny alalan’ny fiandohana, ary tamin’ny fiandohana ny fankatoavana ny Tenin’Andriamanitra no hafatra fampitandremana nomena an’i Adama sy Eva tao amin’ny saha.</w:t>
      </w:r>
    </w:p>
    <w:p>
      <w:pPr>
        <w:pStyle w:val="ArticleBody"/>
        <w:jc w:val="left"/>
      </w:pPr>
      <w:r>
        <w:rPr>
          <w:rFonts w:ascii="Times New Roman" w:hAnsi="Times New Roman" w:eastAsia="Times New Roman" w:cs="Times New Roman"/>
        </w:rPr>
        <w:t>Ang usapin ng pagsunod sa wakas ay hindi maaaring ikulong sa iisang halamanan kung “bawat bansa ay masasangkot,” gaya ng sinasabi ni Sister White. Ang usapin ng Sabbath at Linggo ay ang pag-uulit ng panimulang pagsubok kay Adan at Eva sa halamanan, na inuulit sa buong sanlibutan sa wakas. Ang pagsubok na iyon ay nagsisimula sa batas ukol sa Linggo sa Estados Unidos, na siya ring katapusan ng panahon ng pagpapahayag ng sigaw sa hatinggabi.</w:t>
      </w:r>
    </w:p>
    <w:p>
      <w:pPr>
        <w:pStyle w:val="ArticleBody"/>
        <w:jc w:val="left"/>
      </w:pPr>
      <w:r>
        <w:rPr>
          <w:rFonts w:ascii="Times New Roman" w:hAnsi="Times New Roman" w:eastAsia="Times New Roman" w:cs="Times New Roman"/>
        </w:rPr>
        <w:t>Ny fanambarana ny hafatra fampitandremana fa ho avy i Kristy dia omen’ireo izay efa nandray ny fitomboan’ny fahalalana avy amin’ny fanokafana ny tombo-kasen’ny hafatry ny fanambaran’i Jesosy Kristy, izay nanomboka tamin’ny faran’ny taona 2023 ihany. Ny fitsapana momba ny fahalalana, na ny tsy fisian’izany, dia tanterahina tanteraka amin’ny fanafihana tao Nashville. Ny fitsapana fototra, amin’ireo fitsapana telo izay nanomboka tamin’ny fanokafana ny tombo-kase tamin’ny taona 2023, dia miorina amin’ny diloilo, izay “fahalalana” voarakitra ao anatin’ilay hafatra ara-paminaniana izay nosokafana tamin’izany fotoana izany.</w:t>
      </w:r>
    </w:p>
    <w:p>
      <w:pPr>
        <w:pStyle w:val="ArticleBody"/>
        <w:jc w:val="left"/>
      </w:pPr>
      <w:r>
        <w:rPr>
          <w:rFonts w:ascii="Times New Roman" w:hAnsi="Times New Roman" w:eastAsia="Times New Roman" w:cs="Times New Roman"/>
        </w:rPr>
        <w:t>Ny “fahalalana” voavaha dia mitsapa, ary amin’ny farany dia aseho ho hita, tahaka ny diloilo izay fitsapana fahatelo sy fitsapana famantarana. Io fitsapana io no manomboka ny vanim-potoanan’ny fanambarana ny hafatry ny antso amin’ny misasakalina, izay mifarana amin’ny fitsapana ny fankatoavana. Io fitsapana ny fankatoavana io dia tanterahina amin’i Eva, izay misolo tena ny fiangonana, sy i Adama, izay misolo tena ny fanjakana. Ny firaisan’ireo antokon-javatra roa ireo dia tonga amin’ny famaranana rehefa ampiharina ny mariky ny bibidia. Ny fitsapana tao amin’ny saha no fitsapana amin’ny farany. Fitsapana ho an’ny lehilahy sy ny vehivavy izany, izay ahitana ny firaisan’ny fiangonana sy ny fanjakana, izay lehilahy sy vehivavy. Ny hafatra fampitandremana izay voavaha ka mitarika ho amin’ny fitsapana farany ny fankatoavana dia asehon’ny hazon’ny “fahalalana” ny tsara sy ny ratsy.</w:t>
      </w:r>
    </w:p>
    <w:p>
      <w:pPr>
        <w:pStyle w:val="ArticleBody"/>
        <w:jc w:val="left"/>
      </w:pPr>
      <w:r>
        <w:rPr>
          <w:rFonts w:ascii="Times New Roman" w:hAnsi="Times New Roman" w:eastAsia="Times New Roman" w:cs="Times New Roman"/>
        </w:rPr>
        <w:t>Nashville dia tandindon’ny fanabeazana grika ao amin’ny tanin’ilay bibidia avy amin’ny tany. Ny fanabeazana grika dia fanabeazana sandoka; fahalalana ratsy izany; ary ny fahalalana tsara dia fanabeazana marina. Ny filankevi-pitantanana tokana neken’i Ellen White handraisany anjara dia ny Madison College, izay ao Nashville, izay antsoina hoe “Athens of the South.” Nashville dia tandindon’ny fanabeazana grika, na fanabeazana sandoka. Ny fanabeazana sandoka dia fahalalana sandoka. Ny lanjan’ny Nashville dia mifanandrify amin’ny tandindon’i New York City sy ny Pentagon.</w:t>
      </w:r>
    </w:p>
    <w:p>
      <w:pPr>
        <w:pStyle w:val="ArticleBody"/>
        <w:jc w:val="left"/>
      </w:pPr>
      <w:r>
        <w:rPr>
          <w:rFonts w:ascii="Times New Roman" w:hAnsi="Times New Roman" w:eastAsia="Times New Roman" w:cs="Times New Roman"/>
        </w:rPr>
        <w:t>Hanohy ireo zavatra ireo isika ao amin’ny lahatsoratra manaraka.</w:t>
      </w:r>
    </w:p>
    <w:p>
      <w:pPr>
        <w:pStyle w:val="ArticleHeading"/>
        <w:jc w:val="left"/>
      </w:pPr>
      <w:r>
        <w:rPr>
          <w:rFonts w:ascii="Arial" w:hAnsi="Arial" w:eastAsia="Arial" w:cs="Arial"/>
        </w:rPr>
        <w:t>Soratanana 188, 1905</w:t>
      </w:r>
    </w:p>
    <w:p>
      <w:pPr>
        <w:pStyle w:val="ArticleScripture"/>
        <w:jc w:val="left"/>
      </w:pPr>
      <w:r>
        <w:rPr>
          <w:rFonts w:ascii="Times New Roman" w:hAnsi="Times New Roman" w:eastAsia="Times New Roman" w:cs="Times New Roman"/>
        </w:rPr>
        <w:t>“Fony tany Nashville aho, dia niteny tamin’ny olona, ary tamin’ny alina dia nisy baolina afo lehibe dia lehibe nidina mivantana avy tany an-danitra ka niorina teo Nashville. Nisy lelafo nivoaka tahaka ny zana-tsipìka avy tamin’izany baolina izany; trano no levona; trano no nihozongozona ka nirodana. Nisy ny sasany tamin’ny olontsika nitsangana teo. ‘Toy izao indrindra no nantenaintsika,’ hoy izy ireo, ‘efa nantenaintsika izao.’ Ny hafa kosa dia nikapoka ny tanany tamin’ny fangirifiriana sady nitaraina tamin’Andriamanitra nangataka famindram-po. ‘Fantatrareo izany,’ hoy izy ireo, ‘fantatrareo fa ho avy izao, nefa tsy niteny na dia teny iray akory aza ianareo mba hampitandrina anay!’ Toa saiky handrovitra azy ireo mihitsy izy, noho ny fiheverana fa tsy mba nilaza taminy velively izy ireo na nanome fampitandremana na dia kely aza.”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ambadik’ny Andininy faha-40 — Isa folo</dc:title>
  <dc:subject>Ny Antsasany / Afovoany</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