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Isan’ny Roa Ambin’ny Folo</w:t>
      </w:r>
    </w:p>
    <w:p>
      <w:pPr>
        <w:pStyle w:val="ArticleSubtitle"/>
        <w:jc w:val="left"/>
      </w:pPr>
      <w:r>
        <w:rPr>
          <w:rFonts w:ascii="Arial" w:hAnsi="Arial" w:eastAsia="Arial" w:cs="Arial"/>
        </w:rPr>
        <w:t>Nomera Roambinifolo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Matetika no lazaina fa raha olona dimy no nahita lozam-pifamoivoizana iray ihany, dia homen’ireo vavolombelona dimy ireo dika dimy samy hafa momba io faharavana io; kanefa ankehitriny, amin’izao vanim-potoana ialan’ny Fanahy Masina amin’ny olombelona izao, dia tsy isalasalana fa ho isan’izany vavolombelona izany koa ireo izay hanamboatra sy handainga ny amin’izay hitany mba hanohanana ny fomba fijeriny manokana an’izao tontolo izao, sady mino fa manao ny marina izy amin’ny fanaovana izany. Ao amin’ny tantara miafina dia misy tsipika maro samihafa amin’ny fahamarinana ara-paminaniana, izay maneho vavolombelona samihafa momba ireo zava-nitranga iray ihany. Ao amin’ny Tenin’Andriamanitra dia tsy misy lainga; kanefa matetika no misy fandikana olombelona tsy lavorary momba ireny zava-nitranga ireny; nefa ny vavolombelona ara-baiboly momba ity tantara ity, rehefa zaraina araka ny tokony ho izy, dia mifanaraka avokoa.</w:t>
      </w:r>
    </w:p>
    <w:p>
      <w:pPr>
        <w:pStyle w:val="ArticleBody"/>
        <w:jc w:val="left"/>
      </w:pPr>
      <w:r>
        <w:rPr>
          <w:rFonts w:ascii="Times New Roman" w:hAnsi="Times New Roman" w:eastAsia="Times New Roman" w:cs="Times New Roman"/>
        </w:rPr>
        <w:t>Petera dia tandindon’ireo iray hetsy sy efatra arivo amby efatra alina ao amin’ity tantara ity, ary ny fijoroany ho vavolombelona dia maneho tantara mandroso manomboka amin’ny fahadisoam-panantenana tamin’ny 18 Jolay 2020 ka hatramin’ny fifohazana tamin’ny 31 Desambra 2023, avy eo amin’ny maha-iray voakasika azy tamin’ny fitsapana voalohany ny fahitana ivelany, dia ny fitsapana faharoa ny fahitana anatiny izay harahin’ny fitsapana litmosa amin’ireo baolina afo tao Nashville, mandra-pampiakarana ny faneva ho an’ny Jentilisa.</w:t>
      </w:r>
    </w:p>
    <w:p>
      <w:pPr>
        <w:pStyle w:val="ArticleBody"/>
        <w:jc w:val="left"/>
      </w:pPr>
      <w:r>
        <w:rPr>
          <w:rFonts w:ascii="Times New Roman" w:hAnsi="Times New Roman" w:eastAsia="Times New Roman" w:cs="Times New Roman"/>
        </w:rPr>
        <w:t>Donald Trump dia ao anatin’izany tantara miafina izany, amin’ny maha-ilay manetsika ny mpaneran-tany rehetra, izay ahitana ny mpaneran-tany maneran-tany, ny antoko Demokraty, ary ireo RINO ao amin’ny antoko Repoblikana. Izy no manatanteraka ireo toetra ara-paminaniana mifamatotra amin’ny sarin’ilay bibidia, satria natsangana indray avy tamin’ny fahafatesana ara-politika izy ho ilay fahavalo izay avy amin’ny fito. Izy dia hita manerana izany tantara miafina izany, voatendry hanjaka amin’ny fotoana hampiharana voalohany ny “active despotism” amin’i Etazonia ary avy eo amin’izao tontolo izao. Ny Protestanta nihemotra, amin’ny maha-mpiara-mifanandrina amin’i Trump ao amin’ireo tandroka roa an’ilay bibidia avy amin’ny tany, dia eo ao amin’ny tantaran’ny Makabeo. Ireo fisehoan-javatra samihafa amin’ny herin’ilay dragona ao amin’ny Firenena Mikambana sy Rosia dia manambara izany ao amin’ny tantara. Ny papa, amin’ny maha-mpandrobaky ny olonao azy, dia eo mba hampifamatotra ny zava-drehetra sy hampitoetra ny fahitana.</w:t>
      </w:r>
    </w:p>
    <w:p>
      <w:pPr>
        <w:pStyle w:val="ArticleBody"/>
        <w:jc w:val="left"/>
      </w:pPr>
      <w:r>
        <w:rPr>
          <w:rFonts w:ascii="Times New Roman" w:hAnsi="Times New Roman" w:eastAsia="Times New Roman" w:cs="Times New Roman"/>
        </w:rPr>
        <w:t>Petera dia ianao, ry mpamaky malala. Petera dia kandidà ho isan’ireo fanevan’ny iray hetsy sy efatra arivo sy efatra alina. Petera dia mitsangana eo afovoany, eo amin’ny teboka afovoan’ny tsipika faminaniana maromaro, ka amin’ny finoana no idirany ao amin’ny Toerana Masina Indrindra ary andraisany ny fanovàna izay tanterahin’ny fahitana an’i Kristy. Petera dia eo an-Tendrombohitry ny Fiovam-po, izay hanovàna azy ho amin’ny endrik’i Kristy, raha i Etazonia kosa mamorona ny sarin’ny bibidia.</w:t>
      </w:r>
    </w:p>
    <w:p>
      <w:pPr>
        <w:pStyle w:val="ArticleScripture"/>
        <w:jc w:val="left"/>
      </w:pPr>
      <w:r>
        <w:rPr>
          <w:rFonts w:ascii="Times New Roman" w:hAnsi="Times New Roman" w:eastAsia="Times New Roman" w:cs="Times New Roman"/>
        </w:rPr>
        <w:t>“Ry rahalahy, tsy maintsy hihena ny tena ao anatintsika ary hitombo kokoa Andriamanitra. Izy no mitaky ny herin’ny Fiangonana; kanefa amin’ny ampahany lehibe dia lanin-javatra tsy mendrika ny fahaizan’ny olontsika. Be loatra ny fotoana atokana ho amin’ny hevitra sy fitakiana madinika. Tian’Andriamanitra isika hiakatra any an-tendrombohitra, hiditra mivantana kokoa eo anatrehany. Miditra ao anatin’ny krizy isika, izay, mihoatra noho ny fotoana rehetra teo aloha hatramin’ny niandohan’izao tontolo izao, dia hitaky ny fanokanana tanteraka avy amin’ny olona rehetra izay nanonona ny anaran’i Kristy. Ny asan’Andriamanitra dia mitaky izay rehetra ao amintsika. Nefa tsy hanao izany fanokanana izany mihitsy ny olontsika mandra-piovan’ny fony. Mila fiovam-po tahaka an’i Petera koa izy ireo. Rehefa velomina tahaka izany izy, dia afaka milaza aminy Kristy hoe: ‘Ampaherezo ny rahalahinao,’ ‘Andraso ny ondriko,’ ‘Andraso ny zanak’ondriko.’”</w:t>
      </w:r>
    </w:p>
    <w:p>
      <w:pPr>
        <w:pStyle w:val="ArticleScripture"/>
        <w:jc w:val="left"/>
      </w:pPr>
      <w:r>
        <w:rPr>
          <w:rFonts w:ascii="Times New Roman" w:hAnsi="Times New Roman" w:eastAsia="Times New Roman" w:cs="Times New Roman"/>
        </w:rPr>
        <w:t>“Rehefa ampiarahina amin’ny ezaka ataon’ny olombelona ny hery avy amin’Andriamanitra, dia hiparitaka tahaka ny afo mamely vodivary maina ny asa. Hampiasa fitaovana izay tsy ho hain’ny olona hamantatra ny niaviany Andriamanitra; hanao asa izay azon’ny olona natao sy nahazoany fitahiana ny anjely, raha tsy nataon’izy ireo an-tsirambina ny namaly ny fitakian’Andriamanitra. Aseho amin’ny olona ankehitriny ny asa. Horaisiny va izany? Amin’izao fotoana izao dia maro ny varavarana efa voavaha sy novohana malalaka ho an’ny mpiasa. Hiditra amin’ireo varavarana ireo va izy? Iza no vonona, amin’ny antson’ny Tompo, hilaza hoe: ‘Inty aho, Tompo ô, iraho aho’? Tonga amintsika avy amin’ny faritra rehetra amin’izao tontolo izao, amin’ny fitalahoana mampalahelo, ny antso makedoniana hoe: ‘Mankanesa atỳ ka vonjeo izahay.’” Review and Herald, December 15, 1885.</w:t>
      </w:r>
    </w:p>
    <w:p>
      <w:pPr>
        <w:pStyle w:val="ArticleBody"/>
        <w:jc w:val="left"/>
      </w:pPr>
      <w:r>
        <w:rPr>
          <w:rFonts w:ascii="Times New Roman" w:hAnsi="Times New Roman" w:eastAsia="Times New Roman" w:cs="Times New Roman"/>
        </w:rPr>
        <w:t>Isika dia tsy maintsy manatona ny tendrombohitra ka hiova fo tahaka an’i Petera, ary rehefa manao izany isika, dia hodiovina tahaka an’i Isaia. Ny fanadiovana dia aseho ho tanteraka rehefa atambatra ny herin’Andriamanitra sy ny ezaky ny olombelona. Ny antso Makedoniana dia miseho ao amin’ny tantara miafin’ny andininy faha-efapolo.</w:t>
      </w:r>
    </w:p>
    <w:p>
      <w:pPr>
        <w:pStyle w:val="ArticleScripture"/>
        <w:jc w:val="left"/>
      </w:pPr>
      <w:r>
        <w:rPr>
          <w:rFonts w:ascii="Times New Roman" w:hAnsi="Times New Roman" w:eastAsia="Times New Roman" w:cs="Times New Roman"/>
        </w:rPr>
        <w:t>“Tonga ny fotoana hanaovana ezaka hentitra sy mazava ao amin’ireo tanànantsika. Vakio ny Lioka 21. Izany no hafatra ho an’izao andro izao, ary voasoratra ho an’ity taranaka farany ity. Tsy tokony havelantsika hisy na inona na inona hisakana eo anelanelantsika sy ny asa nomen’Andriamanitra antsika hatao. Tsy maintsy atao ny ezaka manokana hampahafantarana ny fahamarinana eo anatrehan’ireo ao an-tanàna.</w:t>
      </w:r>
    </w:p>
    <w:p>
      <w:pPr>
        <w:pStyle w:val="ArticleScripture"/>
        <w:jc w:val="left"/>
      </w:pPr>
      <w:r>
        <w:rPr>
          <w:rFonts w:ascii="Times New Roman" w:hAnsi="Times New Roman" w:eastAsia="Times New Roman" w:cs="Times New Roman"/>
        </w:rPr>
        <w:t>“Aoka tsy handany andro na dia kely aza amin’ny fanakianana sy famakiana ny kileman’ny hafa. Tsy maintsy atsahatra ny fifandirana rehetra. Aoka isika hifankatia tahaka ny mpirahalahy. Andeha isika hiakatra any an-tendrombohitra miaraka amin’Andriamanitra, mba hiverenantsika mitondra eo amintsika ny taratry ny voninahitr’Andriamanitra. Ny hany toerana ahazoantsika izany dia any an-tendrombohitra miaraka amin’Andriamanitra. Misy asa tsy maintsy atao amin’ny fandalinana ny Tenin’ny Tompo araka izay nanehoana azy tao amin’ny lalàny. Efa nisy famakiana an-tsirambina be dia be, nefa firy no tena fandalinana? Kristy dia nonina teo amin’ny olona ka nitory teto amin’izao tontolo izao ny didy aman-dalàna indrindra ao amin’izany lalàna izany.”</w:t>
      </w:r>
    </w:p>
    <w:p>
      <w:pPr>
        <w:pStyle w:val="ArticleScripture"/>
        <w:jc w:val="left"/>
      </w:pPr>
      <w:r>
        <w:rPr>
          <w:rFonts w:ascii="Times New Roman" w:hAnsi="Times New Roman" w:eastAsia="Times New Roman" w:cs="Times New Roman"/>
        </w:rPr>
        <w:t>“Hofohezina tsy ho ela ao amin’ny fahamarinana ny asa. Tsy maintsy ho tonga mafimafy kokoa sy manetry tena kokoa amin’ny ezaka ataontsika isika mba hampandroso azy ho amin’ny fahavitany. Tonga ny fotoana izay tsy tokony ho mavitrika ihany isika, fa tsy maintsy hampifantoka izany fahavitrihana izany koa mba hahatonga azy hiasa amin-kery. Raha mandany fotoana bebe kokoa eny an-tendrombohitra miaraka amin’Andriamanitra isika, dia ho mahomby kokoa ny asantsika.”</w:t>
      </w:r>
    </w:p>
    <w:p>
      <w:pPr>
        <w:pStyle w:val="ArticleScripture"/>
        <w:jc w:val="left"/>
      </w:pPr>
      <w:r>
        <w:rPr>
          <w:rFonts w:ascii="Times New Roman" w:hAnsi="Times New Roman" w:eastAsia="Times New Roman" w:cs="Times New Roman"/>
        </w:rPr>
        <w:t>“Tsy maintsy hisy hery mandresy lahatra bebe kokoa hiditra ao amin’ny fitoriantsika. Ny sabatry ny Fanahy dia tsy maintsy harenina indray ny lelany ka halefa hivoaka amim-pahefana. Moa va isika hanolo-tena amin’izany tahaka ny lehilahy izay eo anoloan’izy ireo ny zava-misy rehetra momba ny mandrakizay? Irintsika ny hery avy amin’ny Fanahy Masina handroso ka hamita ny asan’Andriamanitra eto an-tany.” Australian Union Conference Recorder, 1 Oktobra 1906.</w:t>
      </w:r>
    </w:p>
    <w:p>
      <w:pPr>
        <w:pStyle w:val="ArticleBody"/>
        <w:jc w:val="left"/>
      </w:pPr>
      <w:r>
        <w:rPr>
          <w:rFonts w:ascii="Times New Roman" w:hAnsi="Times New Roman" w:eastAsia="Times New Roman" w:cs="Times New Roman"/>
        </w:rPr>
        <w:t>Eo an-tendrombohitra, izay sady ny Masina Indrindra koa, no ampiraisana ny Maha-Andriamanitra amin’ny maha-olombelona antsika; ary ny Lioka 21 no hafatra ho an’ny taranaka farany, izay hotendrena hanome ny fampitandremana farany ho an’ireo tanàna. Ny fampitandremana ho an’ireo tanàna dia asa izay hotanterahin’ny anjely raha mandà tsy hiakatra any an-tendrombohitra isika ka hovana ho amin’ny endriny. Ho an’ireo tanàna ny asa, fa ny taranaka farany dia miaina amin’ny vanim-potoana izay “tanàna an’arivony” no tsy maintsy horavana. Ny vanim-potoana ara-paminaniana momba ny fandravana ireo tanàna dia manomboka amin’ny baolina afo tao Nashville, ary eo no iantombohan’ny asa fampitandremana, ary izany asa izany no tondroina ao amin’ny Lioka 21. Nandritra ny taona maro dia nasehonay imbetsaka fa ny Lioka 21 dia fampitandremana momba ny finoana silamo amin’ny loza fahatelo.</w:t>
      </w:r>
    </w:p>
    <w:p>
      <w:pPr>
        <w:pStyle w:val="ArticleBody"/>
        <w:jc w:val="left"/>
      </w:pPr>
      <w:r>
        <w:rPr>
          <w:rFonts w:ascii="Times New Roman" w:hAnsi="Times New Roman" w:eastAsia="Times New Roman" w:cs="Times New Roman"/>
        </w:rPr>
        <w:t>Ao amin’ny Lioka 21, dia nanoritra ny tantara i Jesosy, manomboka amin’ny fandavan’i Isiraely fahiny amin’ny maha-vahoaka nofidin’Andriamanitra azy ka hatrany amin’ny faran’ny Andro Maizin’ny fanenjehana nataon’ny fahefana papaly, ary avy eo miditra amin’ireo famantarana izay nampiditra ny tantaran’ny Millerita. Ny tantaran’ny Millerita dia manasongadina ny tantaran’ny iray hetsy sy efatra arivo amby efatra alina.</w:t>
      </w:r>
    </w:p>
    <w:p>
      <w:pPr>
        <w:pStyle w:val="ArticleScripture"/>
        <w:jc w:val="left"/>
      </w:pPr>
      <w:r>
        <w:rPr>
          <w:rFonts w:ascii="Times New Roman" w:hAnsi="Times New Roman" w:eastAsia="Times New Roman" w:cs="Times New Roman"/>
        </w:rPr>
        <w:t>Ary ho lavo noho ny lelan-tsabatra izy, ary hoentina ho babo any amin’ny firenena rehetra; ary Jerosalema ho voahitsakitsaky ny Jentilisa mandra-pahatapitry ny andron’ny Jentilisa. Ary hisy famantarana eo amin’ny masoandro sy eo amin’ny volana ary eo amin’ny kintana; ary etỳ ambonin’ny tany fahoriana ho an’ny firenena, amin’ny fisavorovoroana; ny ranomasina sy ny onja mirohondrohona; ny fon’ny olona reraka noho ny tahotra sy noho ny fiandrasana izay zavatra mananontanona ny tany; fa hohozongozonina ny herin’ny lanitra. Ary amin’izany dia hahita ny Zanak’olona avy eo amin’ny rahona amin-kery sy voninahitra lehibe izy. Lioka 21:24–27.</w:t>
      </w:r>
    </w:p>
    <w:p>
      <w:pPr>
        <w:pStyle w:val="ArticleBody"/>
        <w:jc w:val="left"/>
      </w:pPr>
      <w:r>
        <w:rPr>
          <w:rFonts w:ascii="Times New Roman" w:hAnsi="Times New Roman" w:eastAsia="Times New Roman" w:cs="Times New Roman"/>
        </w:rPr>
        <w:t>Jaona, ao amin’ny toko fahiraika ambin’ny folo ao amin’ny Apokalypsy, dia manambara fa ireo taona 1.260 nanjakan’ny papa dia nomena ara-paminaniana “ho an’ny jentilisa,” ary Lioka kosa dia milaza fa tamin’ny 1798 dia tanteraka ny andron’ny jentilisa. Avy eo Kristy dia niresaka ireo famantarana teo amin’ny masoandro sy ny volana ary ny kintana izay manamarika ny hetsika Millerita, ary namarana tamin’izao teny izao: “fahorian’ny firenena, amin’ny fisafotofotoana; ny ranomasina sy ny onja mirohondrohona; ny fon’ny olona reraka noho ny tahotra sy noho ny fiandrasana ireo zavatra izay ho tonga amin’ny tany.” Ny “fahorian’ny firenena” ao amin’i Lioka dia ilay “fahatezeran’ny firenena” ao amin’ny Apokalypsy.</w:t>
      </w:r>
    </w:p>
    <w:p>
      <w:pPr>
        <w:pStyle w:val="ArticleScripture"/>
        <w:jc w:val="left"/>
      </w:pPr>
      <w:r>
        <w:rPr>
          <w:rFonts w:ascii="Times New Roman" w:hAnsi="Times New Roman" w:eastAsia="Times New Roman" w:cs="Times New Roman"/>
        </w:rPr>
        <w:t>Dia tezitra ny firenena, ary tonga ny fahatezeranao sy ny fotoanan’ny maty mba hotsaraina, ary mba hanomezanao valisoa ny mpanomponao, dia ny mpaminany sy ny olona masina ary izay matahotra ny anaranao, na ny madinika na ny lehibe; ary mba handringananao izay mandringana ny tany. Apokalypsy 11:18.</w:t>
      </w:r>
    </w:p>
    <w:p>
      <w:pPr>
        <w:pStyle w:val="ArticleBody"/>
        <w:jc w:val="left"/>
      </w:pPr>
      <w:r>
        <w:rPr>
          <w:rFonts w:ascii="Times New Roman" w:hAnsi="Times New Roman" w:eastAsia="Times New Roman" w:cs="Times New Roman"/>
        </w:rPr>
        <w:t>Ny “fahatezeran’Andriamanitra” dia miseho ao amin’ireo loza fito farany, ary manomboka rehefa mitsangana Mikaela ka mifarana ny fotoam-pitsapana ho an’ny olombelona. Ny fahatezeran’ireo firenena dia vanim-potoana iray izay mitarika ho amin’ny fifaranan’ny fotoam-pitsapana. Ny fahatezeran’ireo firenena dia nanomboka tamin’ny 9/11, rehefa tonga ny finoana silamo amin’ny maha-loza fahatelo azy, ka izany no nanamarika ny fahatongavan’ny ranonorana farany.</w:t>
      </w:r>
    </w:p>
    <w:p>
      <w:pPr>
        <w:pStyle w:val="ArticleScripture"/>
        <w:jc w:val="left"/>
      </w:pPr>
      <w:r>
        <w:rPr>
          <w:rFonts w:ascii="Times New Roman" w:hAnsi="Times New Roman" w:eastAsia="Times New Roman" w:cs="Times New Roman"/>
        </w:rPr>
        <w:t>“Hitako fa ny fahatezeran’ny firenena, ny fahatezeran’Andriamanitra, ary ny fotoana hitsarana ny maty dia samy miavaka sy misaraka, ka ny iray manaraka ny iray; ary koa fa Mikaela dia mbola tsy nitsangana, ary ny fotoan’ny fahoriana izay tsy mbola nisy toy izany dia mbola tsy nanomboka. Ankehitriny dia mihatezitra ny firenena; fa rehefa vitan’ny Mpisoronabentsika ny asany ao amin’ny fitoerana masina, dia hitsangana Izy, hitafy ny fitafian’ny famaliana, ary amin’izay dia hararaka ny loza fito farany.</w:t>
      </w:r>
    </w:p>
    <w:p>
      <w:pPr>
        <w:pStyle w:val="ArticleScripture"/>
        <w:jc w:val="left"/>
      </w:pPr>
      <w:r>
        <w:rPr>
          <w:rFonts w:ascii="Times New Roman" w:hAnsi="Times New Roman" w:eastAsia="Times New Roman" w:cs="Times New Roman"/>
        </w:rPr>
        <w:t>“Hitako fa ireo anjely efatra dia hihazona ny rivotra efatra mandra-pahavitan’ny asan’i Jesosy ao amin’ny fitoerana masina, ary avy eo no hihavian’ireo loza fito farany.” Early Writings, 36.</w:t>
      </w:r>
    </w:p>
    <w:p>
      <w:pPr>
        <w:pStyle w:val="ArticleBody"/>
        <w:jc w:val="left"/>
      </w:pPr>
      <w:r>
        <w:rPr>
          <w:rFonts w:ascii="Times New Roman" w:hAnsi="Times New Roman" w:eastAsia="Times New Roman" w:cs="Times New Roman"/>
        </w:rPr>
        <w:t>Tamin’ny tantaran’ny Millerita, ny fahatezeran’ny firenena, na araka ny voarakitr’i Lioka hoe: “ny fahorian’ny firenena,” dia tanterahin’ny Silamo.</w:t>
      </w:r>
    </w:p>
    <w:p>
      <w:pPr>
        <w:pStyle w:val="ArticleScripture"/>
        <w:jc w:val="left"/>
      </w:pPr>
      <w:r>
        <w:rPr>
          <w:rFonts w:ascii="Times New Roman" w:hAnsi="Times New Roman" w:eastAsia="Times New Roman" w:cs="Times New Roman"/>
        </w:rPr>
        <w:t>“Tamin’ny taona 1838 dia voasarika ho amin’ny ady tamin’i Ejipta i Torkia. Toa nananontanona ny handrava ny fahefan’i Torkia ny Ejipsianina. Mba hisorohana izany, dia niditra an-tsehatra ireo hery lehibe efatra tao Eoropa, dia Angletera, Rosia, Aotrisy, ary Prusia, mba hanohana ny fitondram-panjakana torka.” Uriah Smith, Synopsis of Present Truth, 218.</w:t>
      </w:r>
    </w:p>
    <w:p>
      <w:pPr>
        <w:pStyle w:val="ArticleBody"/>
        <w:jc w:val="left"/>
      </w:pPr>
      <w:r>
        <w:rPr>
          <w:rFonts w:ascii="Times New Roman" w:hAnsi="Times New Roman" w:eastAsia="Times New Roman" w:cs="Times New Roman"/>
        </w:rPr>
        <w:t>Tamin’ny taona 1838, ilay antsoina hoe “fanontaniana tatsinanana” dia nampihorohoro ny firenena, ary ny “fanontaniana tatsinanana” dia ny finoana silamo, dia ny rivotra avy any atsinanana ara-Baiboly. Ao amin’ny tantaran’ny Millerita dia hita fa nohozongozonin’ny finoana silamo ny firenena, ary avy eo dia tonga tao amin’ny rahona ny Tompo ho any amin’ny Toerana Masina Indrindra, ka izany no tandindon’ny fotoana hihavian’ny Tompo ao amin’ny rahona amin’ny Fiaviany Fanindroany. Alohan’ny fihaviany ao amin’ny rahona dia mampahory ny firenena ny finoana silamo, ary izany no hafatra nomena an’i Petera hotorina mialoha any amin’ny tanàna alohan’ny fandravana ny “tanàna an’arivony.” Ny vanim-potoanan’ny fandravana ny tanàna dia manomboka amin’ireo baolina afo tao Nashville.</w:t>
      </w:r>
    </w:p>
    <w:p>
      <w:pPr>
        <w:pStyle w:val="ArticleScripture"/>
        <w:jc w:val="left"/>
      </w:pPr>
      <w:r>
        <w:rPr>
          <w:rFonts w:ascii="Times New Roman" w:hAnsi="Times New Roman" w:eastAsia="Times New Roman" w:cs="Times New Roman"/>
        </w:rPr>
        <w:t>“Enga anie mba hananan’ny vahoakan’Andriamanitra fahatsapana ny amin’ny fandringanana mananontanona izay hanjo tanàna an’arivony, izay ankehitriny saika efa natolotra ho amin’ny fanompoan-tsampy! Kanefa maro amin’izay tokony hanambara ny fahamarinana no miampanga sy manameloka ny rahalahiny. Rehefa tonga amin’ny saina ny hery mampibebaka avy amin’Andriamanitra, dia hisy fiovana mazava sy hentitra. Ny olona dia tsy hanana fironana hitsikera sy handrava. Tsy hijoro amin’ny toerana manakana ny mazava tsy hamirapiratra amin’izao tontolo izao izy. Hitsahatra ny tsikerany sy ny fiampangany. Miangona ho amin’ny ady ny herin’ny fahavalo. Misy fifandirana mafy miandry antsika. Mifanatòna, ry rahalahiko sy anabaviko, mifanatòna. Mifamatòra amin’i Kristy. ‘Aza ilazanareo hoe: Firaisana tetika,... ary aza matahotra izay atahorany, na mivadi-po. Jehovah, Tompon’ny maro, Izy no hamasinareo; ary aoka Izy no atahoranareo sy hampangovitra anareo. Dia ho fitoerana masina Izy; nefa ho vato mahatafintohina sy vatolampy mahadiso ho an’ny taranak’Israely roa tonta, ary ho fandrika sy ho tonta ho an’ny mponina any Jerosalema. Ary maro eo aminy no ho tafintohina sy ho lavo ary ho torotoro, sady ho voafandrika sy ho voasambotra.’</w:t>
      </w:r>
    </w:p>
    <w:p>
      <w:pPr>
        <w:pStyle w:val="ArticleScripture"/>
        <w:jc w:val="left"/>
      </w:pPr>
      <w:r>
        <w:rPr>
          <w:rFonts w:ascii="Times New Roman" w:hAnsi="Times New Roman" w:eastAsia="Times New Roman" w:cs="Times New Roman"/>
        </w:rPr>
        <w:t>“Ny izao tontolo izao dia toy ny teatra. Ireo mpilalao, dia ny mponina ao aminy, no miomana hilalao ny anjara asany ao amin’ilay tantara an-tsehatra lehibe farany. Tsy hitan’ny maso intsony Andriamanitra. Eo amin’ny vahoaka betsaka amin’ny taranak’olombelona dia tsy misy firaisana, afa-tsy rehefa miara-mikambana ny olona mba hanatanteraka ny tanjony feno fitiavan-tena. Andriamanitra dia mijery izany. Ny fikasany momba ireo olom-peheziny mpikomy dia ho tanteraka. Tsy natolotra eo an-tanan’ny olona izao tontolo izao, na dia avelan’Andriamanitra hitondra mandritra ny fotoana fohy aza ny herin’ny fifanjevoana sy ny fikorontanana. Misy hery avy any ambany miasa mba hampisy ireo sehatra lehibe farany ao amin’ilay tantara an-tsehatra,—Satana miseho ho Kristy, ka miasa amin’ny fitaka rehetra avy amin’ny tsi-fahamarinana ao amin’ireo izay mamatotra ny tenany hifandray ao anatin’ny fikambanana miafina. Ireo izay manaiky ho resin’ny firehetan’ny fiombonam-pikambanana dia manatanteraka ny teti-dratsin’ny fahavalo. Ny antony dia harahin’ny vokany. ”</w:t>
      </w:r>
    </w:p>
    <w:p>
      <w:pPr>
        <w:pStyle w:val="ArticleScripture"/>
        <w:jc w:val="left"/>
      </w:pPr>
      <w:r>
        <w:rPr>
          <w:rFonts w:ascii="Times New Roman" w:hAnsi="Times New Roman" w:eastAsia="Times New Roman" w:cs="Times New Roman"/>
        </w:rPr>
        <w:t>“Ang pagsalangsang ay halos umabot na sa kasukdulan nito. Nilulukob ng kalituhan ang sanlibutan, at malapit nang dumating sa sangkatauhan ang isang matinding kakilabutan. Ang wakas ay totoong malapit na. Tayong nakaaalam ng katotohanan ay dapat naghahanda para sa malapit nang sumapit sa sanlibutan bilang isang lubhang nakagugulat na pangyayari.” Review and Herald, Setyembre 10, 1903.</w:t>
      </w:r>
    </w:p>
    <w:p>
      <w:pPr>
        <w:pStyle w:val="ArticleBody"/>
        <w:jc w:val="left"/>
      </w:pPr>
      <w:r>
        <w:rPr>
          <w:rFonts w:ascii="Times New Roman" w:hAnsi="Times New Roman" w:eastAsia="Times New Roman" w:cs="Times New Roman"/>
        </w:rPr>
        <w:t>Ny “singa mampifangaro saina sy tsy filaminana” dia amboarina ho vokatry ny rafitra izay ambaran-dRahavavy White ho “fanabeazana ambony,” izay ambarany koa ho “zava-miafina momba ny heloka.” Ny tempolin’ny Parthenon ao Nashville no tandindon’ny fanabeazana sandoka izay mamokatra ankehitriny ilay “fampifangaroana saina sy tsy filaminana” izay “manjaka vetivety.” Ny baolina afo amin’i Nashville dia entin’ny Islam ary maneho ny fitsaran’Andriamanitra amin’ilay “hazon’ny fahalalana ny tsara sy ny ratsy.” Rehefa voadona i Nashville dia manomboka ilay fotoana fohy hanaovana ny fanambarana ny antso amin’ny sasakalina, ary mitarika ho amin’ny lalàna alahady izany, izay anaovan’ilay “firaisana tsikombakomba” ratsy ao amin’i Isaia ny hetsika farany ataony raha terena handray ny fitondrana tokana maneran-tany izao tontolo izao, izay amantarina ho sarin’ny bibidia ao amin’ny Apokalypsy 13. Ny famantarana ataon’i Isaia momba ilay firaisana tsikombakomba ratsy dia mifanaraka amin’ny fanisiana tombo-kase ny efatra arivo sy iray hetsy.</w:t>
      </w:r>
    </w:p>
    <w:p>
      <w:pPr>
        <w:pStyle w:val="ArticleScripture"/>
        <w:jc w:val="left"/>
      </w:pPr>
      <w:r>
        <w:rPr>
          <w:rFonts w:ascii="Times New Roman" w:hAnsi="Times New Roman" w:eastAsia="Times New Roman" w:cs="Times New Roman"/>
        </w:rPr>
        <w:t>Aza ianareo manao hoe: Firaisan-kina, amin’izay rehetra lazain’ity firenena ity hoe: Firaisan-kina; ary aza matahotra izay atahorany, na mangovitra amin’izany. Jehovah, Tompon’ny maro, no hamasininao; ary aoka Izy no hatahoranao sy hangovitanao. Ary Izy dia ho fitoerana masina; nefa koa ho vato mahasolafaka sy vatolampy mahatafintohina ho an’ny taranak’Isiraely roa tonta, ary ho fandrika sy tonta ho an’ny mponin’i Jerosalema. Ary maro amin’izy ireo no ho tafintohina sy ho lavo ary ho torotoro, ary ho voafandrika sy ho voababo.</w:t>
      </w:r>
    </w:p>
    <w:p>
      <w:pPr>
        <w:pStyle w:val="ArticleScripture"/>
        <w:jc w:val="left"/>
      </w:pPr>
      <w:r>
        <w:rPr>
          <w:rFonts w:ascii="Times New Roman" w:hAnsi="Times New Roman" w:eastAsia="Times New Roman" w:cs="Times New Roman"/>
        </w:rPr>
        <w:t>Fehezo ny vavolombelona, asio tombo-kase ny lalàna eo amin’ny mpianatro. Ary hiandry an’i Jehovah aho, Izay manafina ny tavany amin’ny taranak’i Jakoba, ary Izy no hotadiaviko. Indro, izaho sy ny zanaka nomen’i Jehovah ahy dia famantarana sy fahagagana ao amin’ny Isiraely avy amin’i Jehovah, Tompon’ny maro, Izay mitoetra ao an-tendrombohitra Ziona. Ary raha hoy izy aminao: Mitadiava amin’izay manana fanahy mahazatra sy amin’ny mpisikidy izay mibitsibitsika sy momonomonona; moa tsy tokony hitady amin’Andriamaniny va ny olona? Ny velona va dia hitady amin’ny maty? Ho amin’ny lalàna sy ny vavolombelona! Raha tsy miteny araka izany teny izany izy, dia satria tsy misy mazava ao aminy. Isaia 8:12–20.</w:t>
      </w:r>
    </w:p>
    <w:p>
      <w:pPr>
        <w:pStyle w:val="ArticleBody"/>
        <w:jc w:val="left"/>
      </w:pPr>
      <w:r>
        <w:rPr>
          <w:rFonts w:ascii="Times New Roman" w:hAnsi="Times New Roman" w:eastAsia="Times New Roman" w:cs="Times New Roman"/>
        </w:rPr>
        <w:t>Ny andalan-teny avy amin’i Sister White dia manondro fa vanim-potoanan’ny “fisafotofotoana sy fikorontanana” no mitarika ho amin’ny “fahatongavan’i Satana ho toy ny Kristy.” Satana dia hiseho maka tahaka an’i Kristy amin’ny fotoanan’ny lalàna alahady.</w:t>
      </w:r>
    </w:p>
    <w:p>
      <w:pPr>
        <w:pStyle w:val="ArticleScripture"/>
        <w:jc w:val="left"/>
      </w:pPr>
      <w:r>
        <w:rPr>
          <w:rFonts w:ascii="Times New Roman" w:hAnsi="Times New Roman" w:eastAsia="Times New Roman" w:cs="Times New Roman"/>
        </w:rPr>
        <w:t>“Amin’ny alàlan’ny didy manery ny fametrahana ny Papa, ka mandika ny lalàn’Andriamanitra, dia hisaraka tanteraka amin’ny fahamarinana ny firenentsika. Rehefa haninjitra ny tanany hiampita ny hantsana ny Protestanta mba handray ny tanan’ny fahefana romana, rehefa hiampita eo ambonin’ny hantsana lalina izy mba hifampitantana amin’ny Spiritisma, rehefa, eo ambanin’ny herin’ity firaisana telo sosona ity, ny firenentsika dia handà ny foto-kevitra rehetra ao amin’ny Lalàmpanorenany amin’ny maha-fitondrana protestanta sy repoblikana azy, ary hanao fanomezana làlana ho amin’ny fampielezana ny lainga sy ny fitaka papaly, dia amin’izay no ahafantarantsika fa tonga ny fotoana hisehoan’ny fiasan’i Satana mahagaga, ary efa akaiky ny farany.” Testimonies, boky faha-5, 451.</w:t>
      </w:r>
    </w:p>
    <w:p>
      <w:pPr>
        <w:pStyle w:val="ArticleBody"/>
        <w:jc w:val="left"/>
      </w:pPr>
      <w:r>
        <w:rPr>
          <w:rFonts w:ascii="Times New Roman" w:hAnsi="Times New Roman" w:eastAsia="Times New Roman" w:cs="Times New Roman"/>
        </w:rPr>
        <w:t>Ny vanim-potoanan’ny “fisafotofotoana sy fikorontanana” dia miseho mialoha ny lalàna Alahady. Fotoana fohy mialoha ny lalàna Alahady, ao anatin’ilay fe-potoana asehon’ny fivorian-dasy tany Exeter sy ireo andro folo tao amin’ny efitra ambony talohan’ny Pentekosta, dia tsy maintsy “mifanery, ry rahalahiko sy anabaviko, … hifamatotra amin’i Kristy” ny iray hetsy sy efatra arivo amby efatra alina. Ny fanisiana tombo-kase dia mitranga alohan’ny lalàna Alahady, ary ao anatin’izany tantara izany no anombohan’ilay fiombonam-pirenena ratsy fanahy ny asa farany ataony amin’ny fananganana fitondram-panjakana iray maneran-tany.</w:t>
      </w:r>
    </w:p>
    <w:p>
      <w:pPr>
        <w:pStyle w:val="ArticleBody"/>
        <w:jc w:val="left"/>
      </w:pPr>
      <w:r>
        <w:rPr>
          <w:rFonts w:ascii="Times New Roman" w:hAnsi="Times New Roman" w:eastAsia="Times New Roman" w:cs="Times New Roman"/>
        </w:rPr>
        <w:t>Amin’ny fotoan’ny fanisiana tombo-kase, Kristy dia ho fitoerana masina ho an’ny marina, fa ho vato mahatafintohina ho an’ny ratsy fanahy. Izy no ho “fandrika sy tonta ho an’ny mponina ao Jerosalema,” izay ilay “maro” lavo; fa ho an’ilay vitsy voaisy tombo-kase kosa, “Izy” no ho “fahatahorany.”</w:t>
      </w:r>
    </w:p>
    <w:p>
      <w:pPr>
        <w:pStyle w:val="ArticleBody"/>
        <w:jc w:val="left"/>
      </w:pPr>
      <w:r>
        <w:rPr>
          <w:rFonts w:ascii="Times New Roman" w:hAnsi="Times New Roman" w:eastAsia="Times New Roman" w:cs="Times New Roman"/>
        </w:rPr>
        <w:t>Ny “fahatahorana” an’Andriamanitra no tsy nananan’i Eva, ary ireo izay matahotra an’Andriamanitra dia manana karazam-pahatahorana hafa noho ilay tahotra mihatra amin’ny maro izay tafintohina. Ireo karazam-pahatahorana roa ireo no manamarika ireo izay mandalo sy ireo izay tsy mahavita ny fizahan-toetra. Ireo izay mandalo dia asiana tombo-kase, fa ireo izay tsy mandalo kosa dia asehon’ny isa dimy, fa izy ireo dia “tafintohina, ka lavo, ka torotoro, ka voafandrika, ka voasambotra.” Ny fotoan’ny fanisiana tombo-kase, izay aseho ho mitranga alohan’ny lalàna Alahady, rehefa misy fotoana iray ahitana fisafotofotoana sy filaminana very, dia amin’izay no tanteraka ny fanoharana ny amin’ny virijina folo.</w:t>
      </w:r>
    </w:p>
    <w:p>
      <w:pPr>
        <w:pStyle w:val="ArticleBody"/>
        <w:jc w:val="left"/>
      </w:pPr>
      <w:r>
        <w:rPr>
          <w:rFonts w:ascii="Times New Roman" w:hAnsi="Times New Roman" w:eastAsia="Times New Roman" w:cs="Times New Roman"/>
        </w:rPr>
        <w:t>Ny vitsy izay voaisy tombo-kase, mifanohitra amin’ny maro izay tafintohina, dia ireo izay “miandry” an’i Jehovah; ka izany no mampahafantatra azy ho ireo virijina hendry izay “niandry.” Misy koa fiandrasana ara-paminaniana voamasina sy tsy voamasina ao anatin’ireo sokajy roa amin’ny virijina, izay mifanandrify amin’ireo karazany roa amin’ny fahatahorana.</w:t>
      </w:r>
    </w:p>
    <w:p>
      <w:pPr>
        <w:pStyle w:val="ArticleScripture"/>
        <w:jc w:val="left"/>
      </w:pPr>
      <w:r>
        <w:rPr>
          <w:rFonts w:ascii="Times New Roman" w:hAnsi="Times New Roman" w:eastAsia="Times New Roman" w:cs="Times New Roman"/>
        </w:rPr>
        <w:t>“‘Raha ela ny mpampakatra, dia samy rendrehina ka natory izy rehetra.’ Ny fahataran’ny mpampakatra dia maneho ny fandalovan’ny fotoana izay nanantenana ny Tompo, ny fahadisoam-panantenana, ary ny fahatarana toa hita. Tao anatin’izany vanim-potoanan’ny fisalasalana izany, dia tsy ela dia nanomboka niha-malemy ny fahalianan’ireo ambonin-javatra sy tsy tena feno fo, ary niha-nahalafo ny ezaka nataony; fa ireo izay niorina tamin’ny fahalalana manokana ny Baiboly ny finoany kosa dia nanana vatolampy teo ambanin’ny tongony, izay tsy hain’ny onjan’ny fahadisoam-panantenana kosehina hiala. ‘Samy rendrehina ka natory izy rehetra;’ ny andaniny tamin’ny tsy firaharahiana sy ny fialana tamin’ny finoany, ary ny ankilany niandry tamim-paharetana mandra-panomezana mazava kokoa. Kanefa, tao amin’ny alin’ny fizahan-toetra, dia toa very, amin’ny lafiny sasany, ny hafanam-pony sy ny fanoloran-tenany ireto farany. Ireo tsy tena feno fo sy ambonin-javatra dia tsy nahazo niantehitra intsony tamin’ny finoan’ny rahalahiny. Tsy maintsy mijoro na lavo ho an’ny tenany avy ny tsirairay.” The Great Controversy, 395.</w:t>
      </w:r>
    </w:p>
    <w:p>
      <w:pPr>
        <w:pStyle w:val="ArticleBody"/>
        <w:jc w:val="left"/>
      </w:pPr>
      <w:r>
        <w:rPr>
          <w:rFonts w:ascii="Times New Roman" w:hAnsi="Times New Roman" w:eastAsia="Times New Roman" w:cs="Times New Roman"/>
        </w:rPr>
        <w:t>Ireo izay miandry amin’ny fomba nohamasinina dia tokony ho “famantarana sy fahagagana”, rehefa asandratra ho toy ny faneva eo anatrehan’izao tontolo izao izy ireo amin’ny lalàn’ny Alahady, raha ny raharaha mikasika ny hazon’ny fahalalana ny tsara sy ny ratsy kosa dia maneho ny fahalalana momba “izay manana fanahy mahazatra, sy amin’ny mpisikidy izay mibitsika sy mimonomonona” ary ny fahalalana voatondro amin’ny hoe “ny lalàna sy ny fanambarana.” Fitsapana mitovy amin’izay nahazo an’i Eva sy Adama ihany izany. Moa ve isika hanaiky fanabeazana izay afangaro sy atambatra amin’ny fahadisoana ny fahamarinana, sa hijoro eo ambonin’ny hoe “izao no lazain’i Jehovah” isika; fa raha tsy miteny araka izao Teny izao izy, dia satria tsy misy fahazavana ao aminy. Ny fanabeazana marina sy ny fanabeazana diso dia tsipika fototry ny fahamarinana ao amin’ilay fifanandrinana lehibe eo amin’i Kristy sy Satana. Nashville dia tandindon’ny fikomiana manohitra ny Tenin’Andriamanitra, tahaka ny maha-tandindon’ny fahavetavetana ara-nofo an’i Sodoma, ary tahaka ny maha-tandindon’ny herin-toekaren’i Etazonia an’i New York sy ny maha-tandindon’ny heriny ara-tafika ny Pentagon.</w:t>
      </w:r>
    </w:p>
    <w:p>
      <w:pPr>
        <w:pStyle w:val="ArticleBody"/>
        <w:jc w:val="left"/>
      </w:pPr>
      <w:r>
        <w:rPr>
          <w:rFonts w:ascii="Times New Roman" w:hAnsi="Times New Roman" w:eastAsia="Times New Roman" w:cs="Times New Roman"/>
        </w:rPr>
        <w:t>Petera dia mitsangana eo am-baravaran’ny afomanga ao Nashville, ao Panium sy eny an-tendrombohitra, izay maneho ny fizahan-toetra ny tempoly. Fantany fa ny Advantista Mitandrina ny Andro Fahafito Laodiseana dia efa hofaizinina sy hampahamenarina rehefa milatsaka ny afomanga, ary fa i Nashville, i Etazonia ary izao tontolo izao dia mila hampitandremana. Ny hafatry ny Silamo dia manamarina ireo iraka tahaka ny nanamarinan’ny afo nilatsaka teny Karmela fa Elia no mpaminany marina. Kanefa ny fampitandremana ho an’i Nashville dia tsy ny Silamo amin’ny loza fahatelo fotsiny, mainka fa ny karazam-piadiana ampiasaina amin’ilay fanafihana tampoka. Ny hafatry ny fampitandremana dia tsy maintsy mampahafantatra ny antony avela hitondran’ny Silamo fitsarana, dia fitsarana izay manomboka vanim-potoana iray izay handravana tanàna an’arivony. Ny famantarana mialoha fa ny Silamo no hiteraka fanafihana tampoka amin’i Nashville dia hanamarina ireo iraka, nefa fampitandremana tsy feno izany raha izay ihany no ataony.</w:t>
      </w:r>
    </w:p>
    <w:p>
      <w:pPr>
        <w:pStyle w:val="ArticleBody"/>
        <w:jc w:val="left"/>
      </w:pPr>
      <w:r>
        <w:rPr>
          <w:rFonts w:ascii="Times New Roman" w:hAnsi="Times New Roman" w:eastAsia="Times New Roman" w:cs="Times New Roman"/>
        </w:rPr>
        <w:t>Ny bala-afo tao Nashville dia fitsaran’Andriamanitra izay manomboka fe-potoana fohy iray mifarana amin’ny lalàna alahady, izay, tahaka ny tamin’ny fiandohan’ilay fe-potoana, dia fitsaran’Andriamanitra koa. Nolazain’Andriamanitra mialoha tamin’i Adama sy Eva izay fitsapana, ary izay ho vokany raha tsy mahazaka izany fitsapana izany izy ireo. Sister White dia manasongadina ny maha-zava-dehibe ny fahaizana mandinika “avy amin’ny antony mankany amin’ny vokany,” ary ny Baiboly dia manambara fa ny “ozona” tsy misy “antony” dia tsy ho tonga.</w:t>
      </w:r>
    </w:p>
    <w:p>
      <w:pPr>
        <w:pStyle w:val="ArticleScripture"/>
        <w:jc w:val="left"/>
      </w:pPr>
      <w:r>
        <w:rPr>
          <w:rFonts w:ascii="Times New Roman" w:hAnsi="Times New Roman" w:eastAsia="Times New Roman" w:cs="Times New Roman"/>
        </w:rPr>
        <w:t>Tahaka ny vorona miriorio, ary tahaka ny sidintsidina manidina, dia tsy ho tonga ny ozona tsy misy antony. Ohabolana 26:2.</w:t>
      </w:r>
    </w:p>
    <w:p>
      <w:pPr>
        <w:pStyle w:val="ArticleBody"/>
        <w:jc w:val="left"/>
      </w:pPr>
      <w:r>
        <w:rPr>
          <w:rFonts w:ascii="Times New Roman" w:hAnsi="Times New Roman" w:eastAsia="Times New Roman" w:cs="Times New Roman"/>
        </w:rPr>
        <w:t>Ny baolina afo tao Nashville no “vokany”, ary ny “ozona” izay tonga. Tsy maintsy ahitana ny “antony” ny hafatra fampitandremana. Ny hafatry ny mpaminany Jona dia tsy famantarana fotsiny ny fandringanana ao anatin’ny efapolo andro, fa niteraka fifohazana sy fanavaozana hatramin’ny mpanjaka ka hatramin’ny vahoaka rehetra izany. Izay naseho mazava dia nahatonga ny mpanjaka sy ny olony hiala amin’ny lalany ratsy. Efa nilaza taminy i Jona ny amin’ny fandringanana ho avy, ary nilaza taminy koa izy fa noho ny fiainany feno faharatsiana sy faharatsiam-panahy izany.</w:t>
      </w:r>
    </w:p>
    <w:p>
      <w:pPr>
        <w:pStyle w:val="ArticleScripture"/>
        <w:jc w:val="left"/>
      </w:pPr>
      <w:r>
        <w:rPr>
          <w:rFonts w:ascii="Times New Roman" w:hAnsi="Times New Roman" w:eastAsia="Times New Roman" w:cs="Times New Roman"/>
        </w:rPr>
        <w:t>Fa tonga tamin’ny mpanjakan’i Ninive ny teny, dia nitsangana niala teo amin’ny seza fiandrianany izy, ka nanala ny fitafiany ivelany, nitafy lamba fisaonana, ary nipetraka teo amin’ny lavenona. Ary nasainy nambara sy navoaka eran’i Ninive izany araka ny didin’ny mpanjaka sy ny manan-kajany, hoe: Aoka tsy hisy olona na biby fiompy, na omby aman’ondry, hanandrana na inona na inona; aoka tsy hihinana izy, na hisotro rano; fa aoka ny olona sy ny biby fiompy hitafy lamba fisaonana, ka hiantso mafy amin’Andriamanitra; eny, aoka samy hiala amin’ny lalan-dratsiny avy izy rehetra, sy amin’ny fampahoriana izay eo an-tanany. Jona 3:6–8.</w:t>
      </w:r>
    </w:p>
    <w:p>
      <w:pPr>
        <w:pStyle w:val="ArticleBody"/>
        <w:jc w:val="left"/>
      </w:pPr>
      <w:r>
        <w:rPr>
          <w:rFonts w:ascii="Times New Roman" w:hAnsi="Times New Roman" w:eastAsia="Times New Roman" w:cs="Times New Roman"/>
        </w:rPr>
        <w:t>Silamo dia fa hery trompetra, ary ny trompetra fito ao amin’ny Apokalypsy toko faha-8 ka hatramin’ny faha-11, ary koa ny toko faha-16, dia manana toetra ara-paminaniana manokana. Ny trompetra efatra voalohany dia fitsarana namely an’i Roma amperora noho ny namoahany ny lalàna Alahady voalohany tamin’ny 321. Ny trompetra roa manaraka dia fitsarana namely an’i Roma papa noho ny namoahany lalàna Alahady tamin’ny 538. Ny trompetra fito ao amin’ny Apokalypsy toko faha-8 ka hatramin’ny faha-11 dia tandindon’ny loza fito farany ao amin’ny Apokalypsy toko faha-16, izay fitsaran’Andriamanitra amin’ny olombelona noho ny fanerena ny fitandremana Alahady.</w:t>
      </w:r>
    </w:p>
    <w:p>
      <w:pPr>
        <w:pStyle w:val="ArticleBody"/>
        <w:jc w:val="left"/>
      </w:pPr>
      <w:r>
        <w:rPr>
          <w:rFonts w:ascii="Times New Roman" w:hAnsi="Times New Roman" w:eastAsia="Times New Roman" w:cs="Times New Roman"/>
        </w:rPr>
        <w:t>Ny hafatra fampitandremana avy ao Nashville dia tsy maintsy mamantatra ireo diany mitarika ho amin’ny lalàna Alahady, ary araka ny fijoroana ho vavolombelon’ny faminaniana, ny fitsarana dia manaraka, fa tsy mialoha, ny antony. Ny fitsarana no vokatry ny fampiharana ny Alahady. Ireo vavolombelona dimy avy amin’ny tantara miafina ao amin’ny andininy faha-efapolo izay dinihintsika dia manome fijoroana samihafa, kanefa, tsy tahaka ireo vavolombelona olombelona, ireo tsipika faminaniana rehetra dia mifangaro ho iray. Ny famantarana ireo diany mankany amin’ilay lalàna Alahady faratampony any Etazonia dia tanteraka rehefa ampiraisin’i Petera ny fijoroana ho vavolombelon’i Donald Trump mba hanazavana ny vokatry ny baolina afo tao Nashville.</w:t>
      </w:r>
    </w:p>
    <w:p>
      <w:pPr>
        <w:pStyle w:val="ArticleBody"/>
        <w:jc w:val="left"/>
      </w:pPr>
      <w:r>
        <w:rPr>
          <w:rFonts w:ascii="Times New Roman" w:hAnsi="Times New Roman" w:eastAsia="Times New Roman" w:cs="Times New Roman"/>
        </w:rPr>
        <w:t>Ny fampitandreman’i Nashville ho an’izao tontolo izao dia izao: amin’izany fotoana izany no anombohan’Andriamanitra ny fitsarany farany amin’ny olona sy ny firenena. Dia manomboka eo ny vanim-potoanan’ny fandringanana ny tanàna, ka mitarika haingana ho amin’ny lalàn’ny Alahady, izay anarahan’ny fihemorana ara-pivavahan’ny firenena ny faharavan’ny firenena. Avy eo dia tonga i Satana mba hisolo tena an’i Kristy, ary atsangana ny fiombonana ratsy, raha manaiky hanome ny fanjakany ho an’ny mpandroba ny olonao ny mpanjaka folo, izay mampiorina ny fahitana. Ny fampitandreman’i Nashville dia asehon’ny tantara mialoha an’i Nashville, araka ny asehon’i Donald Trump amin’ny fananganana sary ho an’ilay bibidia. Ny hafatr’i Trump no trompetra fampitandremana mialoha ny baolina afo ao Nashville.</w:t>
      </w:r>
    </w:p>
    <w:p>
      <w:pPr>
        <w:pStyle w:val="ArticleBody"/>
        <w:jc w:val="left"/>
      </w:pPr>
      <w:r>
        <w:rPr>
          <w:rFonts w:ascii="Times New Roman" w:hAnsi="Times New Roman" w:eastAsia="Times New Roman" w:cs="Times New Roman"/>
        </w:rPr>
        <w:t>Hodinihintsika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Isan’ny Roa Ambin’ny Folo</dc:title>
  <dc:subject>Nomera Roambinifolo</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