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Iraika amby Roapolo</w:t>
      </w:r>
    </w:p>
    <w:p>
      <w:pPr>
        <w:pStyle w:val="ArticleSubtitle"/>
        <w:jc w:val="left"/>
      </w:pPr>
      <w:r>
        <w:rPr>
          <w:rFonts w:ascii="Arial" w:hAnsi="Arial" w:eastAsia="Arial" w:cs="Arial"/>
        </w:rPr>
        <w:t>Ny Loza Faharoa — Fizarana Fahavalo — Ezekiela Laharana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Ezekiela dia maneho ireo izay efa nanaovan’ilay Liona avy amin’ny fokon’i Joda asa fanabeazana, ary ny foto-pampianarany fototra dia “didy anampy didy.”</w:t>
      </w:r>
    </w:p>
    <w:p>
      <w:pPr>
        <w:pStyle w:val="ArticleScripture"/>
        <w:jc w:val="left"/>
      </w:pPr>
      <w:r>
        <w:rPr>
          <w:rFonts w:ascii="Times New Roman" w:hAnsi="Times New Roman" w:eastAsia="Times New Roman" w:cs="Times New Roman"/>
        </w:rPr>
        <w:t>Izay nolazainy hoe: Ito no fitsaharana izay ahafahanareo mampitsahatra ny reraka; ary ito no famelombelomana; kanefa tsy nety nihaino izy. Fa ny tenin’i Jehovah taminy dia didy anampy didy, didy anampy didy; andalana anampy andalana, andalana anampy andalana; kely etỳ, ary kely erỳ; mba handehanany ka hihemotra, ary ho torotoro, sy ho voafandrika, ary ho voasambotra. Isaia 28:12, 13.</w:t>
      </w:r>
    </w:p>
    <w:p>
      <w:pPr>
        <w:pStyle w:val="ArticleBody"/>
        <w:jc w:val="left"/>
      </w:pPr>
      <w:r>
        <w:rPr>
          <w:rFonts w:ascii="Times New Roman" w:hAnsi="Times New Roman" w:eastAsia="Times New Roman" w:cs="Times New Roman"/>
        </w:rPr>
        <w:t>Amin’izao fotoana izao dia mamaha ny bokin’i Ezekiela ny Liona avy amin’ny firenen’i Joda. Ampahafantarina antsika fa mpisorona i Ezekiela tamin’ny taona fahatelopolo, na ny “telopolo” dia maneho ny taonany ara-tandindona amin’ny maha-mpisorona azy, na ny taona fahatelopolo ao amin’ilay tsipika ara-paminaniana izay nanomboka tamin’ilay Paska Lehibe nataon’i Josia. Ny fisoronana farany amin’ny andro farany dia ireo efatra arivo amby efatra alina sy iray hetsy, ary ny tantara fahiny ara-bakiteny dia tandindon’ny tantara ara-tandindona amin’ny andro farany.</w:t>
      </w:r>
    </w:p>
    <w:p>
      <w:pPr>
        <w:pStyle w:val="ArticleScripture"/>
        <w:jc w:val="left"/>
      </w:pPr>
      <w:r>
        <w:rPr>
          <w:rFonts w:ascii="Times New Roman" w:hAnsi="Times New Roman" w:eastAsia="Times New Roman" w:cs="Times New Roman"/>
        </w:rPr>
        <w:t>Fa ianareo no hatao hoe Mpisoron’i Jehovah; ny olona hiantso anareo hoe Mpanompon’Andriamanitsika; hihinana ny haren’ny jentilisa ianareo, ary ao amin’ny voninahiny no hireharehanareo. Isaia 61:6.</w:t>
      </w:r>
    </w:p>
    <w:p>
      <w:pPr>
        <w:pStyle w:val="ArticleBody"/>
        <w:jc w:val="left"/>
      </w:pPr>
      <w:r>
        <w:rPr>
          <w:rFonts w:ascii="Times New Roman" w:hAnsi="Times New Roman" w:eastAsia="Times New Roman" w:cs="Times New Roman"/>
        </w:rPr>
        <w:t>I Ezekiela dia tandindon’ny olon’Andriamanitra amin’ny andro farany—dia ilay tantara masina izay asongadin’ny fijoroana ho vavolombelona ara-paminaniana rehetra. Izany tantara masina izany no fihetsiky ny anjely fahatelo, izay naseho manokana mialoha tamin’ny alalan’ny fihetsiky ny anjely voalohany tamin’ny 1840. Ny fihetsiky ny anjely voalohany no anjely alfa amin’ireo anjely telo, ary ny fahatelo no anjely omega. Koa izany no mampifandrindra an’i Ezekiela amin’i Petera ao amin’ny fotoanan’ny fanisiana tombo-kase ireo iray hetsy sy efatra arivo sy efatra alina. Ilay tantara ara-tandindona izay iorenan’i Petera sy i Ezekiela dia aseho ho tantaran’i Panium.</w:t>
      </w:r>
    </w:p>
    <w:p>
      <w:pPr>
        <w:pStyle w:val="ArticleHeading"/>
        <w:jc w:val="left"/>
      </w:pPr>
      <w:r>
        <w:rPr>
          <w:rFonts w:ascii="Arial" w:hAnsi="Arial" w:eastAsia="Arial" w:cs="Arial"/>
        </w:rPr>
        <w:t>Ny Boky Kely</w:t>
      </w:r>
    </w:p>
    <w:p>
      <w:pPr>
        <w:pStyle w:val="ArticleBody"/>
        <w:jc w:val="left"/>
      </w:pPr>
      <w:r>
        <w:rPr>
          <w:rFonts w:ascii="Times New Roman" w:hAnsi="Times New Roman" w:eastAsia="Times New Roman" w:cs="Times New Roman"/>
        </w:rPr>
        <w:t>Nalain’i Ezekiela ny boky kely, tahaka ny nataon’i Jaona ao amin’ny Apokalypsy toko faha-folo.</w:t>
      </w:r>
    </w:p>
    <w:p>
      <w:pPr>
        <w:pStyle w:val="ArticleScripture"/>
        <w:jc w:val="left"/>
      </w:pPr>
      <w:r>
        <w:rPr>
          <w:rFonts w:ascii="Times New Roman" w:hAnsi="Times New Roman" w:eastAsia="Times New Roman" w:cs="Times New Roman"/>
        </w:rPr>
        <w:t>Fa ianao kosa, ry zanak’olona, henoy izay lazaiko aminao; aza mba mpiodina tahaka izany taranaka mpiodina izany ianao; sokafy ny vavanao, ka hano izay omeko anao. Ary raha nijery aho, indro, nisy tanana nahinjitra tamiko; ary, indro, nisy horonam-boky tao anatiny; ary novelariny teo anoloako izany; ary nisy soratra tao anatiny sy tao ivelany; ary voasoratra tao anatiny ny fitomaniana sy ny fidradradradrana ary ny loza. Ary hoy koa Izy tamiko: Ry zanak’olona, hano izay hitanao; hano ity horonana ity, dia mandehana miteny amin’ny taranak’Isiraely. Dia nosokafako ny vavako, ary nampihinaniny ahy izany horonana izany. Ary hoy Izy tamiko: Ry zanak’olona, ampihinano ny kibonao, ary fenoy ity horonana izay omeko anao ity ny tsinainao. Dia nohaniko izany; ary teo am-bavako dia mamy tahaka ny tantely izany. Ezekiela 2:8–10, 3:1–3.</w:t>
      </w:r>
    </w:p>
    <w:p>
      <w:pPr>
        <w:pStyle w:val="ArticleBody"/>
        <w:jc w:val="left"/>
      </w:pPr>
      <w:r>
        <w:rPr>
          <w:rFonts w:ascii="Times New Roman" w:hAnsi="Times New Roman" w:eastAsia="Times New Roman" w:cs="Times New Roman"/>
        </w:rPr>
        <w:t>Ao amin’ny Apokalypsy toko fahafolo, Jaona dia mihinana ilay boky kely, ary ny toko manontolo dia maneho ny fisehoan’ny herin’Andriamanitra nanomboka tamin’ny 11 Aogositra 1840 ka hatramin’ny 22 Oktobra 1844.</w:t>
      </w:r>
    </w:p>
    <w:p>
      <w:pPr>
        <w:pStyle w:val="ArticleScripture"/>
        <w:jc w:val="left"/>
      </w:pPr>
      <w:r>
        <w:rPr>
          <w:rFonts w:ascii="Times New Roman" w:hAnsi="Times New Roman" w:eastAsia="Times New Roman" w:cs="Times New Roman"/>
        </w:rPr>
        <w:t>“Ilay anjely izay miray amin’ny fanambarana ny hafatry ny anjely fahatelo dia hampahazava ny tany rehetra amin’ny voninahiny. Asa iray maneran-tany sy manana hery tsy mbola fahita no voalaza mialoha eto. Ny hetsika momba ny fiavian’i Kristy tamin’ny taona 1840–44 dia fanehoana be voninahitra ny herin’Andriamanitra; ny hafatry ny anjely voalohany dia nentina tany amin’ny tobim-pitoriana rehetra eran’izao tontolo izao, ary tany amin’ny firenena sasany dia nisy fahalianana ara-pivavahana lehibe indrindra izay efa hita tamin’ny tany rehetra hatramin’ny Fanavaozana tamin’ny taonjato fahenina ambin’ny folo; nefa ireo dia ho resen’ny hetsika mahery eo ambanin’ny fampitandremana farany ataon’ny anjely fahatelo.” The Great Controversy, 611.</w:t>
      </w:r>
    </w:p>
    <w:p>
      <w:pPr>
        <w:pStyle w:val="ArticleBody"/>
        <w:jc w:val="left"/>
      </w:pPr>
      <w:r>
        <w:rPr>
          <w:rFonts w:ascii="Times New Roman" w:hAnsi="Times New Roman" w:eastAsia="Times New Roman" w:cs="Times New Roman"/>
        </w:rPr>
        <w:t>Ezekiela dia mifanaraka amin’i Jaona ao amin’ny toko fahafolon’ny Apokalypsy, koa i Petera sy Jaona ary Ezekiela dia miara-mijoro ao amin’ny toerana voatendry ho azy mandritra ny fotoan’ny fanisiana tombo-kase ny iray hetsy sy efatra amby efapolo arivo.</w:t>
      </w:r>
    </w:p>
    <w:p>
      <w:pPr>
        <w:pStyle w:val="ArticleBody"/>
        <w:jc w:val="left"/>
      </w:pPr>
      <w:r>
        <w:rPr>
          <w:rFonts w:ascii="Times New Roman" w:hAnsi="Times New Roman" w:eastAsia="Times New Roman" w:cs="Times New Roman"/>
        </w:rPr>
        <w:t>Ny taona 1840 ka hatramin’ny 1844 dia maneho fe-potoana efatra taona izay nanomboka tamin’ny fanombohan’ilay faminaniana ara-potoana izay niandoha tamin’ny fe-potoana dimy amby zato taona tamin’ny 27 Jolay 1299. Ireo “dimy volana” ireo dia nifarana ka niray tamin’ilay faminaniana ara-potoana telo-jato iraika amby sivifolo taona sy dimy ambin’ny folo andro izay nifarana tamin’ny 11 Aogositra 1840, raha ny fisehoana be voninahitr’ny herin’Andriamanitra kosa dia naseho hatramin’ny 22 Oktobra 1844. Ary tamin’izany dia nitsahatra ny fampiharana ny fotoana ara-paminaniana.</w:t>
      </w:r>
    </w:p>
    <w:p>
      <w:pPr>
        <w:pStyle w:val="ArticleScripture"/>
        <w:jc w:val="left"/>
      </w:pPr>
      <w:r>
        <w:rPr>
          <w:rFonts w:ascii="Times New Roman" w:hAnsi="Times New Roman" w:eastAsia="Times New Roman" w:cs="Times New Roman"/>
        </w:rPr>
        <w:t>Ary nianiana tamin’izay velona mandrakizay doria, Izay nahary ny lanitra sy izay rehetra ao aminy, ary ny tany sy izay rehetra eo aminy, ary ny ranomasina sy izay rehetra ao aminy, fa tsy hisy andro intsony. Apokalypsy 10:6.</w:t>
      </w:r>
    </w:p>
    <w:p>
      <w:pPr>
        <w:pStyle w:val="ArticleBody"/>
        <w:jc w:val="left"/>
      </w:pPr>
      <w:r>
        <w:rPr>
          <w:rFonts w:ascii="Times New Roman" w:hAnsi="Times New Roman" w:eastAsia="Times New Roman" w:cs="Times New Roman"/>
        </w:rPr>
        <w:t>Nifarana ny fotoana ara-paminaniana ho fampiharana manan-kery ny faminaniana tamin’ny 22 Oktobra 1844. I Ezekiela sy Petera ary Jaona dia samy misolo tena ireo virijina hendrin’Andriamanitra tao amin’ny hetsiky ny anjely voalohany sy faharoa, ary koa ny hetsiky ny anjely fahatelo.</w:t>
      </w:r>
    </w:p>
    <w:p>
      <w:pPr>
        <w:pStyle w:val="ArticleHeading"/>
        <w:jc w:val="left"/>
      </w:pPr>
      <w:r>
        <w:rPr>
          <w:rFonts w:ascii="Arial" w:hAnsi="Arial" w:eastAsia="Arial" w:cs="Arial"/>
        </w:rPr>
        <w:t>Fahitana</w:t>
      </w:r>
    </w:p>
    <w:p>
      <w:pPr>
        <w:pStyle w:val="ArticleBody"/>
        <w:jc w:val="left"/>
      </w:pPr>
      <w:r>
        <w:rPr>
          <w:rFonts w:ascii="Times New Roman" w:hAnsi="Times New Roman" w:eastAsia="Times New Roman" w:cs="Times New Roman"/>
        </w:rPr>
        <w:t>Ny ‘toko iraika ambin’ny folo’ voalohany ao amin’i Ezekiela dia mampiseho andianà “fahitana”, araka izay aseho ao amin’ny andininy voalohany amin’ny toko voalohany.</w:t>
      </w:r>
    </w:p>
    <w:p>
      <w:pPr>
        <w:pStyle w:val="ArticleScripture"/>
        <w:jc w:val="left"/>
      </w:pPr>
      <w:r>
        <w:rPr>
          <w:rFonts w:ascii="Times New Roman" w:hAnsi="Times New Roman" w:eastAsia="Times New Roman" w:cs="Times New Roman"/>
        </w:rPr>
        <w:t>Ary tamin’ny taona fahatelopolo, tamin’ny volana fahefatra, tamin’ny andro fahadimin’ny volana, raha teo amin’ny babo aho teny amoron’ny reniranon’i Kebara, dia nisokatra ny lanitra, ary nahita fahitan’Andriamanitra aho. Ezekiela 1:1.</w:t>
      </w:r>
    </w:p>
    <w:p>
      <w:pPr>
        <w:pStyle w:val="ArticleBody"/>
        <w:jc w:val="left"/>
      </w:pPr>
      <w:r>
        <w:rPr>
          <w:rFonts w:ascii="Times New Roman" w:hAnsi="Times New Roman" w:eastAsia="Times New Roman" w:cs="Times New Roman"/>
        </w:rPr>
        <w:t>Ny “fahitana” ao amin’ny toko iraika ambin’ny folo voalohany dia nomena voalohany tao amin’ny toko voalohany teo amoron’ny ony Kebara; avy eo dia nohalalina sy nitarina tao amin’ny fahitana ao amin’ny toko fahatelo teny amin’ny “lembalemba”; ary avy eo indray tao amin’ny fahitana ao Jerosalema ao amin’ny toko fahavalo. Ireo toerana telo, dia ny ony Kebara sy ny lembalemba ary Jerosalema, dia maneho fahitana telo izay miaraka mandrafitra fahitana iray ihany, dia ny “fahitana” ao amin’ny andininy voalohany sy ao amin’ireo toko ‘iraika ambin’ny folo’ voalohany.</w:t>
      </w:r>
    </w:p>
    <w:p>
      <w:pPr>
        <w:pStyle w:val="ArticleHeading"/>
        <w:jc w:val="left"/>
      </w:pPr>
      <w:r>
        <w:rPr>
          <w:rFonts w:ascii="Arial" w:hAnsi="Arial" w:eastAsia="Arial" w:cs="Arial"/>
        </w:rPr>
        <w:t>Jobily</w:t>
      </w:r>
    </w:p>
    <w:p>
      <w:pPr>
        <w:pStyle w:val="ArticleBody"/>
        <w:jc w:val="left"/>
      </w:pPr>
      <w:r>
        <w:rPr>
          <w:rFonts w:ascii="Times New Roman" w:hAnsi="Times New Roman" w:eastAsia="Times New Roman" w:cs="Times New Roman"/>
        </w:rPr>
        <w:t>Ny fiheverana ny taona fahatelopolo ho taona fahatelopolo amin’ny tsingerin’ny Jobily izay nanomboka tamin’ilay Paska malaza tamin’ny andron’i Josia, ary avy eo nifarana tamin’ny 22 Oktobra, dia mora tohanana; fa io andalana manokana amin’ny tantara masina io dia aseho mazava tsara, andalana eo ambonin’ny andalana, miaraka amin’ny vavolombelona mihoatra ny iray. Ohatra iray izao: ny Paska dia maneho ny fety amin’ny lohataona ary ny Andro Fanavotana kosa maneho ny fety amin’ny fararano. Koa izany, ny Levitikosy faha-roa-polo amby telo dia mifanaraka amin’ny tsingerin’ny Jobily izay nanomboka tamin’i Josia. Misy andalana hafa koa izay mifanaraka amin’ny tantara asehon’i Josia mpanjaka hatramin’ny 22 Oktobra 573 tal. K. Ny fahatanterahana ara-tantara tamin’ny 22 Oktobra 573 tal. K. momba ny taonan’ny Jobily dia tohanan’ny mpahay tantara.</w:t>
      </w:r>
    </w:p>
    <w:p>
      <w:pPr>
        <w:pStyle w:val="ArticleBody"/>
        <w:jc w:val="left"/>
      </w:pPr>
      <w:r>
        <w:rPr>
          <w:rFonts w:ascii="Times New Roman" w:hAnsi="Times New Roman" w:eastAsia="Times New Roman" w:cs="Times New Roman"/>
        </w:rPr>
        <w:t>Amin’ny ankapobeny dia mahazo aina ny mpandinika ny datin-taona amin’ny fametrahana ny andron’ny fanavotana ho ny 22 Oktobra 573 T.K., ary ny Paska Lehibe tamin’ny andron’i Josia ho tamin’ny 622 T.K. dia eken’ireo mpandinika ny fotoana ara-Baiboly ihany koa. Ny Paska, izay tandindon’ny fetin’ny lohataona, no nanomboka tsingerin’ny Jobily naharitra sivy amby efapolo taona, ka nifarana tamin’ny tandindon’ny fetin’ny fararano tamin’ny andron’ny fanavotana. Ireo fito herinandron’ny taona izay nahaforona sivy amby efapolo taona dia tandindon’ny Sabatan’ny tany.</w:t>
      </w:r>
    </w:p>
    <w:p>
      <w:pPr>
        <w:pStyle w:val="ArticleScripture"/>
        <w:jc w:val="left"/>
      </w:pPr>
      <w:r>
        <w:rPr>
          <w:rFonts w:ascii="Times New Roman" w:hAnsi="Times New Roman" w:eastAsia="Times New Roman" w:cs="Times New Roman"/>
        </w:rPr>
        <w:t>“Isaky ny pejy, na tantara, na fitsipika, na faminaniana, dia mamirapiratry ny voninahitry ny Zanak’Andriamanitra ny Soratra Masina ao amin’ny Testamenta Taloha. Araka izay niorina tamin’ny fanendren’Andriamanitra azy, ny rafitra manontolon’ny Jodaisma dia faminaniana mirindra momba ny filazantsara. An’i Kristy no “anambaran’ny mpaminany rehetra.” Asan’ny Apostoly 10:43. Hatramin’ny teny fikasana nomena an’i Adama ka nidina tamin’ny tsipiky ny patriarka sy ny rafitry ny lalàna, dia ny fahazavana be voninahitr’ny lanitra no nampiseho mazava ny dian’ny Mpanavotra. Nahita ny Kintan’i Betlehema ireo mpahita, dia i Siloha izay ho avy, raha nandalo teo anoloany tamin’ny filaharana miafina ny zavatra mbola ho avy. Tamin’ny fanatitra rehetra dia naseho ny fahafatesan’i Kristy. Tamin’ny rahon’ny ditin-kazo manitra rehetra no niakaran’ny fahamarinany. Tamin’ny trompetran’ny Jobily rehetra no nanenoan’ny anarany. Tao amin’ilay zava-miafina mahatahotra tao amin’ny efitra masina indrindra no nitoeran’ny voninahiny.” Ilay Fitiavan’Andriamanitra, 211.</w:t>
      </w:r>
    </w:p>
    <w:p>
      <w:pPr>
        <w:pStyle w:val="ArticleHeading"/>
        <w:jc w:val="left"/>
      </w:pPr>
      <w:r>
        <w:rPr>
          <w:rFonts w:ascii="Arial" w:hAnsi="Arial" w:eastAsia="Arial" w:cs="Arial"/>
        </w:rPr>
        <w:t>Fito Ambin’ny Folo</w:t>
      </w:r>
    </w:p>
    <w:p>
      <w:pPr>
        <w:pStyle w:val="ArticleBody"/>
        <w:jc w:val="left"/>
      </w:pPr>
      <w:r>
        <w:rPr>
          <w:rFonts w:ascii="Times New Roman" w:hAnsi="Times New Roman" w:eastAsia="Times New Roman" w:cs="Times New Roman"/>
        </w:rPr>
        <w:t>Zedekia dia efa nentina ho any Babylona tamin’ny nianjeran’i Jerosalema, efatra ambin’ny folo taona talohan’ny 573 tal. JK. Ny mpahay tantara jiosy dia mamantatra ny tsingerin’ny Jobily hatramin’i Josia tamin’ny 622 ka hatramin’ny 22 Oktobra 573 ho tsingerin’ny Jobily faha-17. Ny fe-potoana nanomboka tamin’ny adin’i Raphia ka hatramin’ny adin’i Panium dia fito ambin’ny folo taona. Ptolemaios no mpandresy tamin’ny adin’i Raphia, ary nanjaka fito ambin’ny folo taona izy tamin’ny maha-mpanjakan’ny atsimo azy. Hatramin’ny Edict of Milan ka hatramin’ny nizara ny fanjakany i Constantin tamin’ny 330 dia fito ambin’ny folo taona. Tamin’ny tsingerin’ny Jobily faha-17 no nandravan’i Nebokadnezara an’i Jerosalema.</w:t>
      </w:r>
    </w:p>
    <w:p>
      <w:pPr>
        <w:pStyle w:val="ArticleScripture"/>
        <w:jc w:val="left"/>
      </w:pPr>
      <w:r>
        <w:rPr>
          <w:rFonts w:ascii="Times New Roman" w:hAnsi="Times New Roman" w:eastAsia="Times New Roman" w:cs="Times New Roman"/>
        </w:rPr>
        <w:t>Fa ny zanak’Isiraely dia hitoetra andro maro tsy misy mpanjaka, ary tsy misy andriana, ary tsy misy fanatitra, ary tsy misy tsangambato, ary tsy misy efoda, ary tsy misy terafima; rehefa afaka izany dia hiverina ny zanak’Isiraely ka hitady an’i Jehovah Andriamaniny sy Davida mpanjakany; ary hatahotra an’i Jehovah sy ny fahatsarany izy amin’ny andro farany. Hosea 3:4, 5.</w:t>
      </w:r>
    </w:p>
    <w:p>
      <w:pPr>
        <w:pStyle w:val="ArticleBody"/>
        <w:jc w:val="left"/>
      </w:pPr>
      <w:r>
        <w:rPr>
          <w:rFonts w:ascii="Times New Roman" w:hAnsi="Times New Roman" w:eastAsia="Times New Roman" w:cs="Times New Roman"/>
        </w:rPr>
        <w:t>I Hosea dia miresaka lohahevitra izay misy ifandraisany mivantana amin’ny fahababoana nanjo an’i Zedekia, na dia maneho koa aza izany ny fiandohan’ny fahababoana ho an’ny fanjakana avaratra tamin’ny 723 tal. J.K. Ny antony mampifandray ity andalan-tenin’i Hosea ity amin’ny fijoroana vavolombelon’i Ezekiela dia mifandray amin’ny fandavana an’Andriamanitra tamin’ny nanizingizinan’ny Isiraely hanana mpanjaka olombelona. Ny fanirian’ny Isiraely hotapahin’ny mpanjaka olombelona, fa tsy Mpanjaka avy amin’Andriamanitra, no aseho ho “ny avonavon’ny herinareo” ao amin’ny fitsarana “impito” ao amin’ny Levitikosy 26.</w:t>
      </w:r>
    </w:p>
    <w:p>
      <w:pPr>
        <w:pStyle w:val="ArticleScripture"/>
        <w:jc w:val="left"/>
      </w:pPr>
      <w:r>
        <w:rPr>
          <w:rFonts w:ascii="Times New Roman" w:hAnsi="Times New Roman" w:eastAsia="Times New Roman" w:cs="Times New Roman"/>
        </w:rPr>
        <w:t>Ary raha na mbola tsy hihaino Ahy ihany ianareo na dia eo aza izany rehetra izany, dia hamaiziko impito mihoatra noho izany noho ny fahotanareo ianareo. Ary horotidiko ny fireharehan’ny herinareo; ary hataoko ho tahaka ny vy ny lanitrareo, ary ho tahaka ny varahina ny taninareo. Levitikosy 26:18, 19.</w:t>
      </w:r>
    </w:p>
    <w:p>
      <w:pPr>
        <w:pStyle w:val="ArticleBody"/>
        <w:jc w:val="left"/>
      </w:pPr>
      <w:r>
        <w:rPr>
          <w:rFonts w:ascii="Times New Roman" w:hAnsi="Times New Roman" w:eastAsia="Times New Roman" w:cs="Times New Roman"/>
        </w:rPr>
        <w:t>Ny “fireharehan’ny herinareo” dia maneho ny fanirian’ny Isiraely hitovy amin’izao tontolo izao sy hanana mpanjakany ho azy. Ny fanesorana ny mpanjaka tamin’ny fanjakana avaratra tamin’ny 723 tal. J.K., ary avy eo ny fahababoan’i Zedekia mpanjakan’ny fanjakana atsimo tamin’ny 586 tal. J.K., dia maneho ny faharavan’ny “fireharehana”n’ny Isiraely fahiny, ary ny fireharehana dia mialoha ny fahalavoana. Ao amin’ny faminanian’ny Baiboly, ny “hery” dia mpanjaka na fanjakana, ary ny fireharehan’ny Isiraely tamin’ny fiantohana mpanjaka olombelona ho azy dia manamarika ny fandavana ny fitondram-panjakana araka an’Andriamanitra sy ny Mpanjaka Masina.</w:t>
      </w:r>
    </w:p>
    <w:p>
      <w:pPr>
        <w:pStyle w:val="ArticleScripture"/>
        <w:jc w:val="left"/>
      </w:pPr>
      <w:r>
        <w:rPr>
          <w:rFonts w:ascii="Times New Roman" w:hAnsi="Times New Roman" w:eastAsia="Times New Roman" w:cs="Times New Roman"/>
        </w:rPr>
        <w:t>Ary raha Samoela, rehefa antitra izy, dia ny zanany no nataony mpitsara ny Isiraely. Ary Joela no anaran’ny lahimatoany, ary Abia no anaran’ny faharoa; mpitsara tany Beri-sheba izy ireo. Nefa ny zanany tsy nandeha tamin’ny lalany, fa nivily nanaraka ny harena tsy marina, ka nandray kolikoly sy nanodikodina ny fitsarana. Dia niara-nivory ny loholon’ny Isiraely rehetra ka nankany amin’i Samoela tany Rama, ary hoy izy taminy: Indro, efa antitra ianao, ary ny zanakao tsy mandeha amin’ny lalanao; koa ankehitriny manendre mpanjaka ho anay hitsara anay tahaka ny firenena rehetra. Fa tsy sitrak’i Samoela izany teny izany, raha hoy izy ireo: Omeo mpanjaka izahay hitsara anay. Dia nivavaka tamin’i Jehovah Samoela. Ary hoy Jehovah tamin’i Samoela: Henoy ny feon’ny olona amin’izay rehetra lazainy aminao; fa tsy ianao no nolaviny, fa Izaho no nolaviny, tsy tiany hanjaka aminy Aho. Araka ny asa rehetra izay nataony hatramin’ny andro nitondrako azy niakatra avy tany Egypta ka mandraka androany, dia ny nandaozany Ahy sy nanompoany andriamani-kafa no ataony aminao kosa. Koa ankehitriny henoy ny feony; kanefa aoka hananatra mafy azy ianao sady hampahafantatra azy ny fomban’ny mpanjaka izay hanjaka aminy. 1 Samoela 8:1–9.</w:t>
      </w:r>
    </w:p>
    <w:p>
      <w:pPr>
        <w:pStyle w:val="ArticleBody"/>
        <w:jc w:val="left"/>
      </w:pPr>
      <w:r>
        <w:rPr>
          <w:rFonts w:ascii="Times New Roman" w:hAnsi="Times New Roman" w:eastAsia="Times New Roman" w:cs="Times New Roman"/>
        </w:rPr>
        <w:t>Tsara homarihina fa tamin’izany fotoana izany dia nolavin’ny Isiraely tsy Andriamanitra ho Mpanjakany ihany, fa nolaviny koa ny Fanahin’ny Faminaniana, izay nasehon’i Samoela, fa hoy ny Soratra: “efa nahafoy Ahy izy, ka nanompo andriamani-kafa, dia toy izany koa no ataony aminao.”</w:t>
      </w:r>
    </w:p>
    <w:p>
      <w:pPr>
        <w:pStyle w:val="ArticleScripture"/>
        <w:jc w:val="left"/>
      </w:pPr>
      <w:r>
        <w:rPr>
          <w:rFonts w:ascii="Times New Roman" w:hAnsi="Times New Roman" w:eastAsia="Times New Roman" w:cs="Times New Roman"/>
        </w:rPr>
        <w:t>“I Satana dia ... manery tsy an-kijanona ny sandoka—mba hampivily hiala amin’ny fahamarinana. Ny fitaka farany indrindra hataon’i Satana dia ny hanafoana ny herin’ny fijoroana vavolombelon’ny Fanahin’Andriamanitra. ‘Raha tsy misy fahitana, dia mihahaka ny olona’ (Ohabolana 29:18). Hiasa amim-pahakingana i Satana, amin’ny fomba samihafa sy amin’ny alalan’ny fitaovana samihafa, mba hampihozongozona ny fitokisan’ny vahoaka sisa tavela an’Andriamanitra amin’ilay fijoroana vavolombelona marina.”</w:t>
      </w:r>
    </w:p>
    <w:p>
      <w:pPr>
        <w:pStyle w:val="ArticleScripture"/>
        <w:jc w:val="left"/>
      </w:pPr>
      <w:r>
        <w:rPr>
          <w:rFonts w:ascii="Times New Roman" w:hAnsi="Times New Roman" w:eastAsia="Times New Roman" w:cs="Times New Roman"/>
        </w:rPr>
        <w:t>“Hisy fankahalana hovelomina hanohitra ny Testimonies, izay avy amin’i Satana. Ny asan’i Satana dia ny hampihozongozona ny finoan’ny fiangonana momba izany, noho izao antony izao: tsy ho azon’i Satana atao ny hanana lalana mazava toy izany hampidirany ny fitaka ataony sy hamatorany fanahy ao anatin’ny famitahany, raha toa ka hajaina ny fampitandremana sy ny fananarana ary ny torohevitra avy amin’ny Fanahin’Andriamanitra.” Selected Messages, boky 1, 48.</w:t>
      </w:r>
    </w:p>
    <w:p>
      <w:pPr>
        <w:pStyle w:val="ArticleBody"/>
        <w:jc w:val="left"/>
      </w:pPr>
      <w:r>
        <w:rPr>
          <w:rFonts w:ascii="Times New Roman" w:hAnsi="Times New Roman" w:eastAsia="Times New Roman" w:cs="Times New Roman"/>
        </w:rPr>
        <w:t>Ny fitaka farany ho an’ny teôkrasian’i Isiraely fahiny dia fandavana tsy an’Andriamanitra ihany, fa koa ny Fanahin’ny Faminaniana. Io fandavana tamin’ny 1097 talohan’i K. io dia tandindon’ny fitaka farany an’ny Advantista Mitandrina ny Andro Fahafito Laodiseana tamin’ny 1863. Ny “impito” ao amin’ny Levitikosy faha-roa amby roapolo dia Tenin’Andriamanitra, ary ny Fanahin’ny Faminaniana dia milaza momba ny “impito” fa “tsy tokony hovaina izany.”</w:t>
      </w:r>
    </w:p>
    <w:p>
      <w:pPr>
        <w:pStyle w:val="ArticleScripture"/>
        <w:jc w:val="left"/>
      </w:pPr>
      <w:r>
        <w:rPr>
          <w:rFonts w:ascii="Times New Roman" w:hAnsi="Times New Roman" w:eastAsia="Times New Roman" w:cs="Times New Roman"/>
        </w:rPr>
        <w:t>“Hitako fa ny tabilao 1843 dia notarihin’ny tanan’ny Tompo, ary tsy tokony hovàna izany; fa ny tarehimarika dia araka izay tiany; fa ny tanany no nanarona sy nanafina fahadisoana iray teo amin’ny tarehimarika sasany, mba tsy hisy hahita izany, mandra-panesorana ny tanany.” Early Writings, 74.</w:t>
      </w:r>
    </w:p>
    <w:p>
      <w:pPr>
        <w:pStyle w:val="ArticleBody"/>
        <w:jc w:val="left"/>
      </w:pPr>
      <w:r>
        <w:rPr>
          <w:rFonts w:ascii="Times New Roman" w:hAnsi="Times New Roman" w:eastAsia="Times New Roman" w:cs="Times New Roman"/>
        </w:rPr>
        <w:t>Mazava ho azy fa nankatoavin’ny Fanahin’ny Faminaniana ny “fito andro”, ary ny fanohanany izany dia fampitandremana mba tsy hanova ny tarehimarika eo amin’ny tabilao, izay ahitana ny “fito andro” ho andry afovoany sy eo amin’ny zoro ambony ankavanana. Tamin’ny tabilao sandoka nataon’i Uriah Smith tamin’ny 1863, dia niseho ny fandavana niandalana ireo fahamarinana fototra, izay notondroin’i Isiraely fahiny tamin’ny fandavany an’Andriamanitra, ary ny Fanahin’ny Faminaniana dia nanondro ny fikomiana tamin’ny 1863. Ny datin’ny fikomiana tamin’ny 1863 dia mifanaraka amin’ny tsipika ara-paminaniana aseho ao amin’ny bokin’i Ezekiela. Ao amin’izany tsipika ara-tantara izany, ny famaranana dia ny fandravana an’i Jerosalema, izay tandindon’ny lalàna alahady. Ny vanim-potoana 1863 hatramin’ny lalàna alahady izay ho avy tsy ho ela dia notondroin’ny tantaran’i Saoly mpanjaka tamin’ny 1097 tal. JK hatramin’i Zedekia tamin’ny 586 tal. JK.</w:t>
      </w:r>
    </w:p>
    <w:p>
      <w:pPr>
        <w:pStyle w:val="ArticleBody"/>
        <w:jc w:val="left"/>
      </w:pPr>
      <w:r>
        <w:rPr>
          <w:rFonts w:ascii="Times New Roman" w:hAnsi="Times New Roman" w:eastAsia="Times New Roman" w:cs="Times New Roman"/>
        </w:rPr>
        <w:t>Zedekia dia nentina ho babo tany Babylona efatra ambin’ny folo taona talohan’ny Jobily tamin’ny 573 tal. J.K. Nanomboka tamin’ny 622 tal. J.K. ny tsingerin’ny Jobily fahafito ambin’ny folo, ary tamin’ny taona fahatelopolo no anehoana an’i Ezekiela ho mpisorona, tamin’ny 591 tal. J.K.; ary dimy taona taorian’izany dia rava Jerosalema tamin’ny 586 tal. J.K. Rava tamin’io andro iray amin’ny taona io ihany izy, tahaka ny nandravana azy fanindroany tamin’ny taona 70 taor. J.K. nataon’i Titosy. Ny andininy voalohany ao amin’ny Ezekiela toko voalohany dia dimy taona talohan’ny nandravana an’i Jerosalema ary sivy ambin’ny folo taona talohan’ny fahitan’ny tempoly ao amin’ny toko fahaefapolo.</w:t>
      </w:r>
    </w:p>
    <w:p>
      <w:pPr>
        <w:pStyle w:val="ArticleScripture"/>
        <w:jc w:val="left"/>
      </w:pPr>
      <w:r>
        <w:rPr>
          <w:rFonts w:ascii="Times New Roman" w:hAnsi="Times New Roman" w:eastAsia="Times New Roman" w:cs="Times New Roman"/>
        </w:rPr>
        <w:t>Tamin’ny taona fahadimy amby roa-polo tamin’ny fahababoanay, tany am-piandohan’ny taona, tamin’ny andro fahafolon’ny volana, tamin’ny taona fahefatra ambin’ny folo taorian’ny namelezana ny tanàna, tamin’izany andro izany indrindra no nahatongavan’ny tanan’i Jehovah tamiko, ka nitondra ahy tany. Ezekiela 40:1.</w:t>
      </w:r>
    </w:p>
    <w:p>
      <w:pPr>
        <w:pStyle w:val="ArticleBody"/>
        <w:jc w:val="left"/>
      </w:pPr>
      <w:r>
        <w:rPr>
          <w:rFonts w:ascii="Times New Roman" w:hAnsi="Times New Roman" w:eastAsia="Times New Roman" w:cs="Times New Roman"/>
        </w:rPr>
        <w:t>Noho ny tsy fankatoavana ny faneken’ny Sabatan’ny tany, dia nambaran’Andriamanitra fa ny “impito” no ho ozona noho ny tsy fankatoavana ny taona fahafito, izay Sabatan’ny tany. Ny “fotoana” dia taona iray, ary ny “taona” dia enimpolo amby telonjato andro, ka ny impito avoakan’ny enimpolo amby telonjato dia roa arivo diman-jato sy roapolo taona. Mety tsy nampiasa ny fiteny hoe “ny diman-jato amby roa arivo sy roapolo” ireo Millerita, kanefa samy nanondro ara-pilaza isa ny roa arivo diman-jato sy roapolo taona ireo tabilao masina roa nampiasainy.</w:t>
      </w:r>
    </w:p>
    <w:p>
      <w:pPr>
        <w:pStyle w:val="ArticleBody"/>
        <w:jc w:val="left"/>
      </w:pPr>
      <w:r>
        <w:rPr>
          <w:rFonts w:ascii="Times New Roman" w:hAnsi="Times New Roman" w:eastAsia="Times New Roman" w:cs="Times New Roman"/>
        </w:rPr>
        <w:t>Ny fanambarana ny ozona impito tamin’ny fanjakana avaratr’i Isiraely sy tamin’ny fanjakana atsimon’i Joda dia ny fahatakarana voalohany, na azo lazaina hoe “fototra,” ary azo ambara mihitsy aza hoe ny fahatakarana “alfa” an’i William Miller. Tamin’ny 1863 dia nandà ny fahatakarana fototra momba ireo zavatra hitan’i Miller ny fiangonana Advantista Mitandrina ny Andro Fahafito laodiseana; “zavatra hita” izay nisolo tena ny fototra manontolon’ny hetsika Millerita. Nampitandrina mivantana ny Fanahy avy amin’Andriamanitra fa mety hitranga izany, ary efa nisy izany, sady efa ela no nitrangany.</w:t>
      </w:r>
    </w:p>
    <w:p>
      <w:pPr>
        <w:pStyle w:val="ArticleBody"/>
        <w:jc w:val="left"/>
      </w:pPr>
      <w:r>
        <w:rPr>
          <w:rFonts w:ascii="Times New Roman" w:hAnsi="Times New Roman" w:eastAsia="Times New Roman" w:cs="Times New Roman"/>
        </w:rPr>
        <w:t>Ny fototry ny tempoly izay naorina indray taorian’ny fahababoana tany Babylona dia vita nandritra ny tantaran’ny didy voalohany, ary talohan’ny didy faharoa. Ny tempoly dia naorina tanteraka tao amin’ny tantaran’ny didy faharoa. Tamin’ny didy fahatelo dia naverina tamin’ny laoniny ny fiandrianam-pirenena ho an’ny Isiraely fahiny ara-bakiteny. William Miller dia naneho ny anjely voalohany izay tonga tamin’ny 1798 ary nomen-kery tamin’ny 11 Aogositra 1840. Tonga ny anjely faharoa rehefa voapetraka ny fanorenana, araka ny asehon’ny tabilao 1843, izay navoaka tamin’ny Mey 1842. Tamin’ny fahadisoam-panantenana voalohany tamin’ny 1844, dia ny fahadisoam-panantenana alfa tamin’ny 1844, dia tonga ny anjely faharoa ary koa ny fotoana fiandrasana ao amin’ny fanoharana momba ireo virijina, ary rehefa nomen-kery ny hafatry ny anjely faharoa tamin’ny fivorian’ny lasy tao Exeter dia vita ny tempoly. Ary avy eo, tamin’ilay fahadisoam-panantenana lehibe, na omega, tamin’ny 1844, dia tonga tampoka tao amin’ny tempoliny ny Iraky ny Fanekena, ho fanatanterahana ny roa arivo sy telonjato taona izay nanomboka tamin’ny didy fahatelo ary nifarana tamin’ny fahatongavan’ny anjely fahatelo.</w:t>
      </w:r>
    </w:p>
    <w:p>
      <w:pPr>
        <w:pStyle w:val="ArticleBody"/>
        <w:jc w:val="left"/>
      </w:pPr>
      <w:r>
        <w:rPr>
          <w:rFonts w:ascii="Times New Roman" w:hAnsi="Times New Roman" w:eastAsia="Times New Roman" w:cs="Times New Roman"/>
        </w:rPr>
        <w:t>Josia dia midika hoe “ny fanorenan’Andriamanitra.” Na Josia mpanjaka izany, na Josiah Litch; samy tandindon’ny fanorenana izy roa tonta, araka izay aseho ao amin’ny tantaran’ilay didy voalohany sy araka izay asehon’ireo fanasana amin’ny lohataona izay apetraka ao amin’ireo andininy roa amby roapolo voalohany ao amin’ny Levitikosy toko faha-roa amby roapolo. Ny fanorenana, ny fanasana amin’ny lohataona, ary ny didy voalohany dia samy tandindon’ny 1840 sy ny fanomezam-pahefana ny anjely voalohany avokoa. Ny 22 Oktobra 573 tal. J.K., araka izay aseho ao amin’ny Ezekiela toko faha-efapolo sy andininy voalohany, dia tandindon’ny 22 Oktobra 1844 sy ny fanokafana ny fitsarana ny maty, ary koa tandindon’ny 11 Septambra 2001 amin’ny fanokafana ny fitsarana ny velona. Izay rehetra nanaraka ireo lahatsoratra ireo dia tokony hahafantatra ny fampiharana ampiasainy.</w:t>
      </w:r>
    </w:p>
    <w:p>
      <w:pPr>
        <w:pStyle w:val="ArticleBody"/>
        <w:jc w:val="left"/>
      </w:pPr>
      <w:r>
        <w:rPr>
          <w:rFonts w:ascii="Times New Roman" w:hAnsi="Times New Roman" w:eastAsia="Times New Roman" w:cs="Times New Roman"/>
        </w:rPr>
        <w:t>I Ezekiela dia tandindona iray ao anatin’ny tantara ara-paminaniana aseho ao amin’ny asa sorany. Eo i Ezekiela rehefa miankohoka amin’ny masoandro ireo lehilahy dimy amby roapolo amin’ny faran’ny toko fahavalo. Eo koa izy ao amin’ireo toko manaraka, rehefa ampiharina amin’i Jerosalema ilay hoe “fanisiana tombo-kase arahina famonoana,” izay lazain’i Ellen White fa ny fiangonana Advantista Mitandrina ny Andro Fahafito. Ao anatin’ny toko iraika ambin’ny folo voalohany, Ezekiela dia entina ao amin’ny fitoerana masina any an-danitra mba handray ny toromariny, tahaka ny niantsoana ny Millerita hatao tamin’ny 1844, ary tahaka ny iantsoana ity hetsika ity ankehitriny hatao.</w:t>
      </w:r>
    </w:p>
    <w:p>
      <w:pPr>
        <w:pStyle w:val="ArticleScripture"/>
        <w:jc w:val="left"/>
      </w:pPr>
      <w:r>
        <w:rPr>
          <w:rFonts w:ascii="Times New Roman" w:hAnsi="Times New Roman" w:eastAsia="Times New Roman" w:cs="Times New Roman"/>
        </w:rPr>
        <w:t>Koa Ezekiela dia famantarana ho anareo; araka izay rehetra nataony no hataonareo; ary rehefa tanteraka izany, dia ho fantatrareo fa Izaho no Jehovah Tompo. Ezekiela 24:24.</w:t>
      </w:r>
    </w:p>
    <w:p>
      <w:pPr>
        <w:pStyle w:val="ArticleHeading"/>
        <w:jc w:val="left"/>
      </w:pPr>
      <w:r>
        <w:rPr>
          <w:rFonts w:ascii="Arial" w:hAnsi="Arial" w:eastAsia="Arial" w:cs="Arial"/>
        </w:rPr>
        <w:t>Rehefa Tonga Ity</w:t>
      </w:r>
    </w:p>
    <w:p>
      <w:pPr>
        <w:pStyle w:val="ArticleBody"/>
        <w:jc w:val="left"/>
      </w:pPr>
      <w:r>
        <w:rPr>
          <w:rFonts w:ascii="Times New Roman" w:hAnsi="Times New Roman" w:eastAsia="Times New Roman" w:cs="Times New Roman"/>
        </w:rPr>
        <w:t>Rehefa tonga amin’ny fotoana amin’ny andro farany isika ka miverimberina eo amin’ny olon’Andriamanitra ireo zavatra nasehon’i Ezekiela, dia tonga eo amin’ny famantaran’i Ezekiela isika. Rehefa fantatrareo fa i Ezekiela dia maneho ireo iray hetsy sy efatra alina sy efatra arivo, ary fantatrareo izany amin’ny ambaratongan’ny finoana sy ny fahatakarana izay mitana ny fanantenana nohamasinina fa ny zavatra rehetra nasehon’i Ezekiela tao amin’ny asa sorany dia tandindon’ny filaharana masina misy zava-mitranga amin’ny andro farany mahakasika ireo iray hetsy sy efatra alina sy efatra arivo—rehefa fantatrareo izany, dia “ho fantatrareo” fa “Jehovah” no “Andriamanitra.”</w:t>
      </w:r>
    </w:p>
    <w:p>
      <w:pPr>
        <w:pStyle w:val="ArticleBody"/>
        <w:jc w:val="left"/>
      </w:pPr>
      <w:r>
        <w:rPr>
          <w:rFonts w:ascii="Times New Roman" w:hAnsi="Times New Roman" w:eastAsia="Times New Roman" w:cs="Times New Roman"/>
        </w:rPr>
        <w:t>Ho tohizantsika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Iraika amby Roapolo</dc:title>
  <dc:subject>Ny Loza Faharoa — Fizarana Fahavalo — Ezekiela Laharana Faharoa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