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23</w:t>
      </w:r>
    </w:p>
    <w:p>
      <w:pPr>
        <w:pStyle w:val="ArticleSubtitle"/>
        <w:jc w:val="left"/>
      </w:pPr>
      <w:r>
        <w:rPr>
          <w:rFonts w:ascii="Arial" w:hAnsi="Arial" w:eastAsia="Arial" w:cs="Arial"/>
        </w:rPr>
        <w:t>Isa na Efatra ao amin’i Ezekiela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Ezekiela dia fantatra ho ilay “mpaminany mitomany,” satria tandindon’ireo iray hetsy sy efatra alina sy efatra arivo izy, izay ao amin’ny toko fahasivy amin’ny bokiny dia misaona (misento sy mitaraina) noho ny fahavetavetana atao eo amin’ny tany sy ao amin’ny fiangonana. Ao amin’ilay andalan-teny avy ao amin’ny Testimonies izay notanisaintsika tao amin’ny lahatsoratra farany, dia nanoratra toy izao Rahavavy White: “Ilay mpaminany tenany dia vahiny tany amin’ny tany hafa firenena, izay nanapahan’ny fireharehana tsy manam-petra sy ny habibiana feno hasiahana tsy refesi-mandidy. Izay hitany sy reny momba ny fanjakazakan’olombelona sy ny tsy rariny dia nampahory ny fanahiny, ary nisaona mafy izy andro aman’alina.”</w:t>
      </w:r>
    </w:p>
    <w:p>
      <w:pPr>
        <w:pStyle w:val="ArticleBody"/>
        <w:jc w:val="left"/>
      </w:pPr>
      <w:r>
        <w:rPr>
          <w:rFonts w:ascii="Times New Roman" w:hAnsi="Times New Roman" w:eastAsia="Times New Roman" w:cs="Times New Roman"/>
        </w:rPr>
        <w:t>Ny iray hetsy sy efatra amby efatra alina dia ireo “voaroaka avy amin’ny Isiraely”, izay naely patrana, araka ny asehon’ny nitondrana an’i Ezekiela ho babo. Ny fizotry ny fanombohan-kase aseho ao amin’ny Ezekiela toko faha-sivy dia mitovy amin’ny ao amin’ny Apokalypsy toko faha-fito, ary ireo toko roa ireo dia samy aseho ho miseho amin’ny andro farany.</w:t>
      </w:r>
    </w:p>
    <w:p>
      <w:pPr>
        <w:pStyle w:val="ArticleScripture"/>
        <w:jc w:val="left"/>
      </w:pPr>
      <w:r>
        <w:rPr>
          <w:rFonts w:ascii="Times New Roman" w:hAnsi="Times New Roman" w:eastAsia="Times New Roman" w:cs="Times New Roman"/>
        </w:rPr>
        <w:t>“Ity fanisiana tombo-kase ny mpanompon’Andriamanitra ity dia ilay naseho an’i Ezekiela tao amin’ny fahitana ihany.” Testimonies to Ministers, 445.</w:t>
      </w:r>
    </w:p>
    <w:p>
      <w:pPr>
        <w:pStyle w:val="ArticleBody"/>
        <w:jc w:val="left"/>
      </w:pPr>
      <w:r>
        <w:rPr>
          <w:rFonts w:ascii="Times New Roman" w:hAnsi="Times New Roman" w:eastAsia="Times New Roman" w:cs="Times New Roman"/>
        </w:rPr>
        <w:t>Avy eo ambonin’ny seza fiandrianana no itarihan’Andriamanitra ny kerobima, ary izy ireo indray no mifehy ny kodia. Tokony ho fantatr’i Ezekiela tamin’ny alalan’ny fahitana fa Andriamanitra no nifehy, na dia tamin’ny fotoana izay nisehoan’ny zavatra rehetra ho tao anatin’ny fisavoritahana aza. Hoy ny Ranabavy White hoe: “toy izany koa,” rehefa avy nanolotra ny rafitry ny fitondran’Andriamanitra eo ambonin’ny seza fiandrianana Izy, mitari-dalana ny kerobima izay nitantana ny raharahan’ny tany, tahaka ny amaritany an’i Jaona tao amin’ny fitoerana masina, izay nandehanan’i Kristy teo afovoan’ny fiangonana fito. Ezekiela sy Jaona dia tandindon’ireo izay velona amin’ny fotoana fametahana tombo-kase ny iray hetsy sy efatra arivo sy efatra alina, izay, araka ny voasoratr’ny tsindrimandry, dia “Ny toe-javatra hiseho eto amin’izao tontolo izao dia mbola tsy nofinofisina akory.”</w:t>
      </w:r>
    </w:p>
    <w:p>
      <w:pPr>
        <w:pStyle w:val="ArticleBody"/>
        <w:jc w:val="left"/>
      </w:pPr>
      <w:r>
        <w:rPr>
          <w:rFonts w:ascii="Times New Roman" w:hAnsi="Times New Roman" w:eastAsia="Times New Roman" w:cs="Times New Roman"/>
        </w:rPr>
        <w:t>Mazava ho azy fa tamin’ny fotoana nanoratan-dRahavavy White izany teny izany dia marina ireo teny ireo, nefa amin’ny fotoan’ny fanisiana tombo-kase no ahitany ny fahatanterahany tanteraka. Roapolo taona teo ho eo lasa izay, moa va nisy nieritreritra fa izao izay mitranga ankehitriny eto amin’izao tontolo izao izao dia mifandray amin’ny firongatry ny valala ao amin’ny finoana silamo? Ny valala, amin’ny maha-tandindon’ny finoana silamo azy ao amin’ny toko fahasivy amin’ny Apokalypsy, dia ahitana koa ny fifindran’ny valala avy any Afrika avaratra eo amin’ny zavaboary. Mifanaraka amin’ny jeografia noraisin’ny finoana silamo ny lalan’ny fifindran’ireo valala mivondrona avy any Afrika ireo. Taranak’i Ismaela ny finoana silamo, ary Hagara no renin’i Ismaela. Ny hoe Hagara dia midika hoe “sidina” na hoe “mandositra.” Amin’ny teny arabo, ny anarana dia matetika aseho hoe Hajar (هاجر), ary mifandray amin’ilay fototeny iray ihany izay manome antsika ny hoe Hijra (ny fifindra-monina/sidinan’i Muhammad). Ny fototry ny finoana silamo dia tsy mifandray amin’ny firongatry ny valala ihany, fa ny fotony koa dia ahitana ny hevitry ny fifindra-monina. Moa va nisy olona nanonofy akory fa ny fifindra-monina tsy ara-dalàna dia fanehoan’ilay valalan’ny finoana silamo?</w:t>
      </w:r>
    </w:p>
    <w:p>
      <w:pPr>
        <w:pStyle w:val="ArticleBody"/>
        <w:jc w:val="left"/>
      </w:pPr>
      <w:r>
        <w:rPr>
          <w:rFonts w:ascii="Times New Roman" w:hAnsi="Times New Roman" w:eastAsia="Times New Roman" w:cs="Times New Roman"/>
        </w:rPr>
        <w:t>Nisy ve olona nanonofy fa hanorina firaisana ny kaominista maneran-tany sy ny vahoaka maro tahaka ny andian-tafika islamika? Samy miakatra avy ao amin’ny lavaka tsy hita noanoa ao amin’ny Apokalypsy 9 sy 11 avy ny finoana silamo sy ny fahefana dragona an’ny mpaneran-tany avy, ary ny lavaka tsy hita noanoa dia maneho fisehoan’ny herin’i Satana. Samy fitaovan’i Satana avokoa ireo mpiara-dia amin’izao fotoana izao, araka ny Soratra Masin’ny fahamarinana.</w:t>
      </w:r>
    </w:p>
    <w:p>
      <w:pPr>
        <w:pStyle w:val="ArticleScripture"/>
        <w:jc w:val="left"/>
      </w:pPr>
      <w:r>
        <w:rPr>
          <w:rFonts w:ascii="Times New Roman" w:hAnsi="Times New Roman" w:eastAsia="Times New Roman" w:cs="Times New Roman"/>
        </w:rPr>
        <w:t>“‘Rehefa vita [eo am-pamaranana] ny filazany.’ Ny vanim-potoana izay tokony haminanian’ireo vavolombelona roa niakanjo lamba fisaonana dia nifarana tamin’ny taona 1798. Raha nanakaiky ny fiafaran’ny asany tao anatin’ny tsy fisongadinana izy ireo, dia hisy ady hatao aminy amin’ilay hery aseho ho ‘ilay bibidia miakatra avy ao amin’ny lavaka tsy hita noanoa.’ Tamin’ny firenena maro tany Eoropa, ny fahefana izay nanjaka tao amin’ny Fiangonana sy ny Fanjakana dia efa notarihin’i Satana nandritra ny taonjato maro, tamin’ny alalan’ny papa. Kanefa eto dia aseho ny fisehoana vaovao iray amin’ny herin’i Satana.” Ilay Ady Lehibe, 268.</w:t>
      </w:r>
    </w:p>
    <w:p>
      <w:pPr>
        <w:pStyle w:val="ArticleBody"/>
        <w:jc w:val="left"/>
      </w:pPr>
      <w:r>
        <w:rPr>
          <w:rFonts w:ascii="Times New Roman" w:hAnsi="Times New Roman" w:eastAsia="Times New Roman" w:cs="Times New Roman"/>
        </w:rPr>
        <w:t>Eto dia amantarin’i Rahavavy White ny fahatongavan’ny sosialisma tamin’ny vanim-potoanan’ny Revolisiona Frantsay, sady marihiny koa fa i Satana dia mifehy ny fahefana papaly ihany koa. Ny fahefana papaly koa dia mivoaka avy amin’ny lavaka tsy hita noanoa ao amin’ny Apokalypsy toko fahafito ambin’ny folo, ary ao amin’ny Apokalypsy toko fahasivy, ny finoana silamo no setroka izay niakatra avy tamin’ny lavaka tsy hita noanoa. Mbola mitoetra ihany anefa ny hevi-dehibe; tena izany tokoa va no tian’ny tsindrimandry holazaina hoe: “Ny seho izay hiseho eo amin’izao tontolontsika izao dia mbola tsy nofinofisina akory?” Iza no nanonofy fa ny finoana silamo dia hiparitaka manerana an’i Eoropa ankehitriny ary hidina hankeny amin’ny Amerika? Efa nanonofy va ianao fa ny valala dia hiparitaka manerana izao tontolo izao amin’ny alalan’ireo mpaneran-tany ao amin’ny Firenena Mikambana, ny Vondrona Eoropeana ary ny antoko demokratikan’i Etazonia?</w:t>
      </w:r>
    </w:p>
    <w:p>
      <w:pPr>
        <w:pStyle w:val="ArticleBody"/>
        <w:jc w:val="left"/>
      </w:pPr>
      <w:r>
        <w:rPr>
          <w:rFonts w:ascii="Times New Roman" w:hAnsi="Times New Roman" w:eastAsia="Times New Roman" w:cs="Times New Roman"/>
        </w:rPr>
        <w:t>Iza no nanonofy fa ny andrim-pampianarana dia ho resin’ny firaisan’ny komonista sy ny silamo izay vatsian’ny volan-ketra alain’ny fanjakana amin’ny olom-pirenena ankehitriny, nefa ireo olom-pirenena ireo velively tsy nikasa ny hampiasana ny volan-ketrany handravana ilay firenena izay manome izany volan-ketra izany.</w:t>
      </w:r>
    </w:p>
    <w:p>
      <w:pPr>
        <w:pStyle w:val="ArticleBody"/>
        <w:jc w:val="left"/>
      </w:pPr>
      <w:r>
        <w:rPr>
          <w:rFonts w:ascii="Times New Roman" w:hAnsi="Times New Roman" w:eastAsia="Times New Roman" w:cs="Times New Roman"/>
        </w:rPr>
        <w:t>Iza no nihevitra fa i Grande-Bretagne dia hampiroborobo sy hanohana ny fanolanana an-jorom-bala atao amin’ireo tovovavy fotsy hoditra, ny fakàna an-keriny sy fanagadrana ary famonoana azy ireo ataon’ny finoana silamo? Maro no manondro ny zava-misy fa ny rafitra kaominista rehetra izay nisy teo amin’ny tantaran’ny olombelona dia tsy nahomby tanteraka; nefa ny vokatra nateraky ny sôsialisman’i Grande-Bretagne dia fanamelohana ny sôsialisma ihany koa, tahaka ny tsy fahombiazan’ny foto-pisainana ara-toekarena sy ara-politikan’ilay rafitra.</w:t>
      </w:r>
    </w:p>
    <w:p>
      <w:pPr>
        <w:pStyle w:val="ArticleBody"/>
        <w:jc w:val="left"/>
      </w:pPr>
      <w:r>
        <w:rPr>
          <w:rFonts w:ascii="Times New Roman" w:hAnsi="Times New Roman" w:eastAsia="Times New Roman" w:cs="Times New Roman"/>
        </w:rPr>
        <w:t>Iza no ho nihevitra fa havela hampiditra poizina ny mpivarotra eto an-tany mba hanatanterahana famonoana faobe nahafaty olona maherin’ny fito ambin’ny folo tapitrisa?</w:t>
      </w:r>
    </w:p>
    <w:p>
      <w:pPr>
        <w:pStyle w:val="ArticleBody"/>
        <w:jc w:val="left"/>
      </w:pPr>
      <w:r>
        <w:rPr>
          <w:rFonts w:ascii="Times New Roman" w:hAnsi="Times New Roman" w:eastAsia="Times New Roman" w:cs="Times New Roman"/>
        </w:rPr>
        <w:t>Iza no nieritreritra fa olona tahaka an’i George Soros, Bill Gates ary Anthony Fauci dia havela hanatanteraka ny asan-dratsy demoniakan’izy ireo tsy hisy vokany akory?</w:t>
      </w:r>
    </w:p>
    <w:p>
      <w:pPr>
        <w:pStyle w:val="ArticleBody"/>
        <w:jc w:val="left"/>
      </w:pPr>
      <w:r>
        <w:rPr>
          <w:rFonts w:ascii="Times New Roman" w:hAnsi="Times New Roman" w:eastAsia="Times New Roman" w:cs="Times New Roman"/>
        </w:rPr>
        <w:t>Rehefa nilaza i Ranabavy White fa ireo toe-javatra hiseho dia tsy ho nofinofisina akory, dia nataony tao anatin’ny tontolon’ny fotoana famehezana ny iray hetsy efatra amby efapolo arivo izany. Nanohy ny fanamarihany momba ny fampitandreman’i Kristy ao amin’ny Matio toko fahefatra amby roapolo izy, izay nanoratany hoe: “Ireo lesona ireo dia ho tombontsoantsika. Mila mampiorina ny finoantsika amin’Andriamanitra isika, satria eo anoloantsika indrindra dia misy fotoana iray izay hitsapa ny fanahin’ny olona. Kristy, teo an-Tendrombohitra Oliva, dia namerina ny fitsarana mahatahotra izay hialoha ny fiaviany fanindroany.”</w:t>
      </w:r>
    </w:p>
    <w:p>
      <w:pPr>
        <w:pStyle w:val="ArticleBody"/>
        <w:jc w:val="left"/>
      </w:pPr>
      <w:r>
        <w:rPr>
          <w:rFonts w:ascii="Times New Roman" w:hAnsi="Times New Roman" w:eastAsia="Times New Roman" w:cs="Times New Roman"/>
        </w:rPr>
        <w:t>Ny lesona izay vao noresahiny dia ireo sary fanoharana hita amin’i Ezekiela sy Jaona tao amin’ny fitoerana masina, mianatra mahatakatra fa Andriamanitra no mifehy ny zavatra rehetra. Ao anatin’izao fisafotofotoana sy fikomiana izay efa manomboka izao izao—fisafotofotoana sy fikomiana izay mbola hitombo hatrany arakaraka ny fandrosoan’ny tantara—ireo izay irak’Andriamanitra, araka ny asehon’i Ezekiela sy Jaona ao amin’ny tempoly, ary koa Isaia, dia tsy hahavita handeha amin’ny tantara amin’ny fomba manome voninahitra ny Tompo raha tsy mahatakatra fa na dia ireo zavatra izay tsy mba nofinofisintsika akory aza dia mbola eo ambanin’ny fifehezan’Andriamanitra ihany.</w:t>
      </w:r>
    </w:p>
    <w:p>
      <w:pPr>
        <w:pStyle w:val="ArticleBody"/>
        <w:jc w:val="left"/>
      </w:pPr>
      <w:r>
        <w:rPr>
          <w:rFonts w:ascii="Times New Roman" w:hAnsi="Times New Roman" w:eastAsia="Times New Roman" w:cs="Times New Roman"/>
        </w:rPr>
        <w:t>Ireo kodiarana mifandray amin’ny kodiarana hafa ireo dia ahitana ireo zava-mitranga izay tsy mba nofinofisina velively, ary izy ireo no zava-mitranga miseho amin’ny fotoanan’ny fanisiana tombo-kase izay nanomboka tamin’ny 9/11. Ny lesona izay tokony hianarana dia ianaran’ireo ihany izay amin’ny finoana no miditra ao amin’ny Efitra Masina Indrindra ka mahita an’i Kristy sy ny fahazavany mamirapiratra avy eo amin’ny Vata fanekena. Rehefa io voninahitra io no jerena araka izay asehon’i Daniela ao amin’ny toko fahafolo, dia avahana amin’ireo izay nandositra ny fahitana ilay antokon’olona mahazo tombontsoa avy amin’ny fahazavana.</w:t>
      </w:r>
    </w:p>
    <w:p>
      <w:pPr>
        <w:pStyle w:val="ArticleScripture"/>
        <w:jc w:val="left"/>
      </w:pPr>
      <w:r>
        <w:rPr>
          <w:rFonts w:ascii="Times New Roman" w:hAnsi="Times New Roman" w:eastAsia="Times New Roman" w:cs="Times New Roman"/>
        </w:rPr>
        <w:t>Ary izaho Daniela irery no nahita ny fahitana; fa ny lehilahy izay niaraka tamiko tsy nahita ny fahitana; kanjo fahatahorana lehibe no nahazo azy, ka nandositra niafina izy. Daniela 10:7.</w:t>
      </w:r>
    </w:p>
    <w:p>
      <w:pPr>
        <w:pStyle w:val="ArticleBody"/>
        <w:jc w:val="left"/>
      </w:pPr>
      <w:r>
        <w:rPr>
          <w:rFonts w:ascii="Times New Roman" w:hAnsi="Times New Roman" w:eastAsia="Times New Roman" w:cs="Times New Roman"/>
        </w:rPr>
        <w:t>Mbola misy zavatra maro kokoa azo tsoahina avy amin’ilay andalan-teny tao amin’ny lahatsoratra teo aloha, nefa hodinihintsika ny amin’ny kodia iray eo am-pamaranana ity lahatsoratra ity. Efa nomarihintsika tao amin’ny lahatsoratra farany ny tandindon’ny isa dimy amby roapolo, ary talohan’izany dia nandany fotoana tamin’ny isa telopolo isika. Ny fahazavana avy amin’ny bokin’i Ezekiela dia tsy isa tandindona fotsiny akory, kanefa mahasoa ny miezaka hahafantatra mialoha ny sasany amin’ireny tandindona ara-pisalasalana ireny, alohan’ny hanombohana hamoaka mazava avy ao anatin’ny fisafotofotoana.</w:t>
      </w:r>
    </w:p>
    <w:p>
      <w:pPr>
        <w:pStyle w:val="ArticleHeading"/>
        <w:jc w:val="left"/>
      </w:pPr>
      <w:r>
        <w:rPr>
          <w:rFonts w:ascii="Arial" w:hAnsi="Arial" w:eastAsia="Arial" w:cs="Arial"/>
        </w:rPr>
        <w:t>Fito ambin’ny folo</w:t>
      </w:r>
    </w:p>
    <w:p>
      <w:pPr>
        <w:pStyle w:val="ArticleBody"/>
        <w:jc w:val="left"/>
      </w:pPr>
      <w:r>
        <w:rPr>
          <w:rFonts w:ascii="Times New Roman" w:hAnsi="Times New Roman" w:eastAsia="Times New Roman" w:cs="Times New Roman"/>
        </w:rPr>
        <w:t>Ang tatlong propesiya ng tig-dalawang daan at limampung taon ay tumutukoy sa isang yugto ng labimpitong taon na nagsisimula sa wakas ng kasaysayan ng iglesya ng Smyrna. Mula 313 hanggang 330, ang labimpitong taon ay kumakatawan sa pagtatatag ng larawan ng halimaw.</w:t>
      </w:r>
    </w:p>
    <w:p>
      <w:pPr>
        <w:pStyle w:val="ArticleBody"/>
        <w:jc w:val="left"/>
      </w:pPr>
      <w:r>
        <w:rPr>
          <w:rFonts w:ascii="Times New Roman" w:hAnsi="Times New Roman" w:eastAsia="Times New Roman" w:cs="Times New Roman"/>
        </w:rPr>
        <w:t>Ny roanjato sy dimampolo taona izay nanomboka tamin’ny 457 talohan’i Kristy dia nifarana tamin’ny 207 talohan’i Kristy, folo taona taorian’ny ady tao Raphia ary fito taona talohan’ny ady tao Panium. Hatramin’i Raphia ka hatramin’i Panium dia fito ambin’ny folo taona, ary izany no maneho ny tantara miafina ao amin’ny andininy faha-efapolo, araka ny aseho ao amin’ny andininy faha-iraika ambin’ny folo ka hatramin’ny faha-dimy ambin’ny folo ao amin’ny Daniela toko faha-iraika ambin’ny folo.</w:t>
      </w:r>
    </w:p>
    <w:p>
      <w:pPr>
        <w:pStyle w:val="ArticleBody"/>
        <w:jc w:val="left"/>
      </w:pPr>
      <w:r>
        <w:rPr>
          <w:rFonts w:ascii="Times New Roman" w:hAnsi="Times New Roman" w:eastAsia="Times New Roman" w:cs="Times New Roman"/>
        </w:rPr>
        <w:t>Ptolémée IV Philopator (antsoina koa hoe Ptolémée IV) no mpanjaka nahazo ny Fandresena tao amin’ny Adin’i Raphia tamin’ny 217 tal. J.K. Nanjaka tamin’ny naha-mpanjaka azy (ary Farao) tao Ejipta Ptolemaika izy nanomboka tamin’ny 221 tal. J.K. ka hatramin’ny 204 tal. J.K.; noho izany dia fito ambin’ny folo taona no nanjakany. Nanomboka ny fanjakany talohan’ny adin’i Raphia izy, saingy maty talohan’ny adin’i Panium.</w:t>
      </w:r>
    </w:p>
    <w:p>
      <w:pPr>
        <w:pStyle w:val="ArticleBody"/>
        <w:jc w:val="left"/>
      </w:pPr>
      <w:r>
        <w:rPr>
          <w:rFonts w:ascii="Times New Roman" w:hAnsi="Times New Roman" w:eastAsia="Times New Roman" w:cs="Times New Roman"/>
        </w:rPr>
        <w:t>Ny adin’i Raphia izay maneho ny Ady Okrainiana dia nanomboka tamin’ny 2014, rehefa nampisy revolisiona miloko tao Okraina i Etazonia. Ptolemaiosy IV, mpanjakan’ny atsimo, dia tandindon’i Vladimir Putin, izay nanomboka nanjaka tamin’ny 2000, taona iray talohan’ny nanombohan’ny famehezana ny iray hetsy sy efatra amby efatra alina tamin’ny 2001. Tahaka an’i Ptolemaiosy, Putin dia nanomboka nanjaka talohan’ny ady Okrainiana, izay asehon’ny adin’i Raphia nanomboka tamin’ny 2014. Talohan’i Panium, Putin, araka ny tandindon’i Ptolemaiosy, dia esorina. Putin dia nanomboka nanjaka tamin’ny 2000, ka izany dia mampifanaraka azy amin’ny fiandohan’ny fotoan’ny famehezana izay nanomboka tamin’ny taona manaraka, dia ny 2001. Fito ambin’ny folo taona ara-tandindona, araka ny asehon’i Ptolemaiosy, no manondro ny vanim-potoana anjakan’i Putin, ary izany no ataony mandritra ny fotoan’ny famehezana.</w:t>
      </w:r>
    </w:p>
    <w:p>
      <w:pPr>
        <w:pStyle w:val="ArticleBody"/>
        <w:jc w:val="left"/>
      </w:pPr>
      <w:r>
        <w:rPr>
          <w:rFonts w:ascii="Times New Roman" w:hAnsi="Times New Roman" w:eastAsia="Times New Roman" w:cs="Times New Roman"/>
        </w:rPr>
        <w:t>Trump, izay asehon’ny famaranana ny dimampolo amby roanjato taona izay nanomboka tamin’ny 457 TK, dia hita ao anatin’ilay tantara miafina iray ihany amin’i Putin, dia tantara maharitra fito ambin’ny folo taona izay manomboka amin’ny adin’i Raphia. Ilay dragona (Putin) sy ilay mpaminany sandoka (Trump) dia samy hita ao anatin’io tantara miafina io. Ao amin’izany tantara izany, ilay bibidia, aseho ho “ny mpandroba amin’ny firenenao,” izay maneho ny fahefana papa, dia hita eo amin’ny faran’ireo fito ambin’ny folo taona manomboka amin’i Raphia ka hatramin’i Panium.</w:t>
      </w:r>
    </w:p>
    <w:p>
      <w:pPr>
        <w:pStyle w:val="ArticleBody"/>
        <w:jc w:val="left"/>
      </w:pPr>
      <w:r>
        <w:rPr>
          <w:rFonts w:ascii="Times New Roman" w:hAnsi="Times New Roman" w:eastAsia="Times New Roman" w:cs="Times New Roman"/>
        </w:rPr>
        <w:t>Ny taona 321 dia maneho ny lalàn’ny Alahady any Etazonia, ary ny 321 dia hita ao anatin’ny fe-potoana fito ambin’ny folo taona manomboka amin’ny Didin’i Milan tamin’ny 313 ka hatramin’ny fizaràn’ny fanjakana tamin’ny 330.</w:t>
      </w:r>
    </w:p>
    <w:p>
      <w:pPr>
        <w:pStyle w:val="ArticleBody"/>
        <w:jc w:val="left"/>
      </w:pPr>
      <w:r>
        <w:rPr>
          <w:rFonts w:ascii="Times New Roman" w:hAnsi="Times New Roman" w:eastAsia="Times New Roman" w:cs="Times New Roman"/>
        </w:rPr>
        <w:t>Ny tantara aseho manomboka amin’ilay antsoina hoe Paska Lehiben’i Josia dia manomboka ny tsingerin’ny Jobily fahafito ambin’ny folo an’ny Jiosy. Hatramin’ny Paskan’i Josia, izay no fifohazana lehibe indrindra ao amin’ny Testamenta Taloha, ka hatramin’ny 22 Oktobra, dia maneho ny tantaran’ny Millerita manomboka amin’ny 11 Aogositra 1840 ka hatramin’ny 22 Oktobra 1844, nefa ny zava-dehibe kokoa dia maneho ny tantara manomboka amin’ny 11 Septambra ka hatramin’ny lalàn’ny Alahady. Ny fotoan’ny fanisiana tombo-kase ny iray hetsy sy efatra arivo amby efatra alina dia asehon’ilay tsingerin’ny Jobily fahafito ambin’ny folo manomboka amin’i Josia ka hatramin’ny 22 Oktobra. Ny fito ambin’ny folo dia tandindona mifandray amin’ireo zava-nitranga lehibe amin’ny fotoan’ny fanisiana tombo-kase, ary ny isa fito ambin’ny folo dia teboka iray ifanindrianan’ny kodiaran’i Ezekiela.</w:t>
      </w:r>
    </w:p>
    <w:p>
      <w:pPr>
        <w:pStyle w:val="ArticleBody"/>
        <w:jc w:val="left"/>
      </w:pPr>
      <w:r>
        <w:rPr>
          <w:rFonts w:ascii="Times New Roman" w:hAnsi="Times New Roman" w:eastAsia="Times New Roman" w:cs="Times New Roman"/>
        </w:rPr>
        <w:t>Ao amin’ny tantara miafina ao amin’ny andininy faha-efapolo ao amin’ny Daniela, araka ny anehoana izany ao amin’ny andininy faha-folo ka hatramin’ny faha-dimy ambin’ny folo amin’io toko io ihany, dia ampifandraisina amin’ny isa “17” ilay dragona amin’ny alalan’ny fanjakan’i Ptolemaios. Ny tantaran’ny adin’i Raphia ao amin’ny andininy faha-11 ka hatramin’ny adin’i Raphia ao amin’ny andininy faha-15 dia “17” taona. Izany tantara izany dia mametraka an’i Donald Trump eo afovoan’ireo fito ambin’ny folo taona asehon’ireo ady roa ireo. Ny sarin’ilay bibidia izay foronin’i Trump sy atsangany ao Etazonia dia asehon’ny “17” taona manomboka amin’ny 313 ka hatramin’ny 330. Ao amin’ny andininy voalohany amin’ny toko voalohany, i Ezekiela dia ao amin’ny taona fahatelopolo amin’ny tsingerin’ny Jobily faha-“17”. Efa mba nofinofisinao va fa ny isa fito ambin’ny folo dia naneho ny iray amin’ireo kodia hitan’i Ezekiela tao amin’ny Efitra Masina Indrindra?</w:t>
      </w:r>
    </w:p>
    <w:p>
      <w:pPr>
        <w:pStyle w:val="ArticleBody"/>
        <w:jc w:val="left"/>
      </w:pPr>
      <w:r>
        <w:rPr>
          <w:rFonts w:ascii="Times New Roman" w:hAnsi="Times New Roman" w:eastAsia="Times New Roman" w:cs="Times New Roman"/>
        </w:rPr>
        <w:t>Ezekiela dia tandindon’ireo izay, mandritra ny fotoanan’ny fanisiana tombo-kase, no efa niditra tamin’ny finoana tao amin’ny Toerana Masina Indrindra. Izy ireo no mpisoron’i Petera.</w:t>
      </w:r>
    </w:p>
    <w:p>
      <w:pPr>
        <w:pStyle w:val="ArticleScripture"/>
        <w:jc w:val="left"/>
      </w:pPr>
      <w:r>
        <w:rPr>
          <w:rFonts w:ascii="Times New Roman" w:hAnsi="Times New Roman" w:eastAsia="Times New Roman" w:cs="Times New Roman"/>
        </w:rPr>
        <w:t>Hianareo koa, tahaka ny vato velona, dia aorina ho trano ara-panahy sy ho fisoronana masina, mba hanolotra fanatitra ara-panahy izay ankasitrahan’Andriamanitra amin’ny alalan’i Jesosy Kristy. 1 Petera 2:5.</w:t>
      </w:r>
    </w:p>
    <w:p>
      <w:pPr>
        <w:pStyle w:val="ArticleBody"/>
        <w:jc w:val="left"/>
      </w:pPr>
      <w:r>
        <w:rPr>
          <w:rFonts w:ascii="Times New Roman" w:hAnsi="Times New Roman" w:eastAsia="Times New Roman" w:cs="Times New Roman"/>
        </w:rPr>
        <w:t>Izy ireo dia notendrena hitondra hafatra ho an’ny vahoakan’Andriamanitra taloha tao amin’ny fanekena, izay andalovan’Andriamanitra amin’izany fotoana izany; na dia efa nampitandremana mialoha aza izy, dia tsy hahita na handre ny vahoakan’Andriamanitra taloha tao amin’ny fanekena.</w:t>
      </w:r>
    </w:p>
    <w:p>
      <w:pPr>
        <w:pStyle w:val="ArticleScripture"/>
        <w:jc w:val="left"/>
      </w:pPr>
      <w:r>
        <w:rPr>
          <w:rFonts w:ascii="Times New Roman" w:hAnsi="Times New Roman" w:eastAsia="Times New Roman" w:cs="Times New Roman"/>
        </w:rPr>
        <w:t>Ary hoy Izy tamiko hoe: Ry zanak’olona, ampihinano ny kibonao, ary fenoy ity horonam-boky izay omeko anao ity ny tsinainao. Dia nohaniko izany; ary teo am-bavako dia mamy tahaka ny tantely izy. Ary hoy Izy tamiko hoe: Ry zanak’olona, mandehana, mankanesa any amin’ny taranak’Isiraely, ka teneno aminy ny teniko. Fa tsy ho amin’ny olona miteny hafahafa sy manana fiteny sarotra no anirahana anao, fa ho amin’ny taranak’Isiraely; tsy ho amin’ny firenena maro miteny hafahafa sy manana fiteny sarotra, izay tsy azonao ny teniny. Raha ireny tokoa no nanirahako anao, dia ho nihaino anao izy. Fa ny taranak’Isiraely tsy hihaino anao, satria tsy mihaino Ahy izy; fa ny taranak’Isiraely rehetra dia maditra sady mafy fo. Indro, nataoko mafy manohitra ny tavany ny tavanao, ary nataoko mafy manohitra ny handriny ny handrinao. Tahaka ny vato adamanta, mafy noho ny afo-vato, no nanaovako ny handrinao; aza matahotra azy, ary aza kivy noho ny fijeriny, na dia taranaka mpiodina aza izy. Ezekiela 3:3–9.</w:t>
      </w:r>
    </w:p>
    <w:p>
      <w:pPr>
        <w:pStyle w:val="ArticleBody"/>
        <w:jc w:val="left"/>
      </w:pPr>
      <w:r>
        <w:rPr>
          <w:rFonts w:ascii="Times New Roman" w:hAnsi="Times New Roman" w:eastAsia="Times New Roman" w:cs="Times New Roman"/>
        </w:rPr>
        <w:t>I Ezekiela dia nasaina hanambara hafatra amin’ilay vahoakan’ny fanekena taloha, araka ny isehoany ao amin’ny Protestanta amin’ny tantara Millerita sy ny fiangonana Advantista Mitandrina ny Andro Fahafito Laodiseana amin’ny andro farany. Raha mandà tsy hanambara izany hafatra izany izy, dia ho eo aminy ny ran’ireo izay navela tsy nampitandremana.</w:t>
      </w:r>
    </w:p>
    <w:p>
      <w:pPr>
        <w:pStyle w:val="ArticleScripture"/>
        <w:jc w:val="left"/>
      </w:pPr>
      <w:r>
        <w:rPr>
          <w:rFonts w:ascii="Times New Roman" w:hAnsi="Times New Roman" w:eastAsia="Times New Roman" w:cs="Times New Roman"/>
        </w:rPr>
        <w:t>Ry zanak’olona, efa nataoko mpiambina ho an’ny taranak’Isiraely ianao; koa henoy ny teny avy amin’ny vavako, ary ampitandremo amin’ny anarako izy. Raha hoy Aho amin’ny ratsy fanahy: Ho faty tokoa ianao; nefa ianao tsy mampitandrina azy, na tsy miteny hampitandrina ny ratsy fanahy hiala amin’ny lalany ratsy mba hamonjena ny ainy, dia ho faty amin’ny helony ihany izany ratsy fanahy izany; kanefa ny rany dia hotakiako amin’ny tananao. Fa raha mampitandrina ny ratsy fanahy ianao, nefa izy tsy miala amin’ny faharatsiany sy amin’ny lalany ratsy, dia ho faty amin’ny helony ihany izy; fa ianao kosa efa namonjy ny fanahinao. Ary koa, raha ny marina miala amin’ny fahamarinany ka manao heloka, ary Asiko fahatafintohinana eo anoloany, dia ho faty izy; satria tsy nampitandrina azy ianao, dia ho faty amin’ny fahotany izy, ary ny fahamarinany izay nataony dia tsy hotsarovana; kanefa ny rany dia hotakiako amin’ny tananao. Nefa raha mampitandrina ny marina ianao mba tsy hanota ny marina, ka tsy manota izy, dia ho velona tokoa izy, satria efa nampitandremana; ary ianao koa efa namonjy ny fanahinao. Ezekiela 3:17–21.</w:t>
      </w:r>
    </w:p>
    <w:p>
      <w:pPr>
        <w:pStyle w:val="ArticleBody"/>
        <w:jc w:val="left"/>
      </w:pPr>
      <w:r>
        <w:rPr>
          <w:rFonts w:ascii="Times New Roman" w:hAnsi="Times New Roman" w:eastAsia="Times New Roman" w:cs="Times New Roman"/>
        </w:rPr>
        <w:t>Ao amin’ireo toko iraika ambin’ny folo voalohany ao amin’i Ezekiela, dia aseho aminy ny fandravana an’i Jerosalema, sary asehon’ny fahitana teo amoron’ny ony Kebara sy teo amin’ny lemaka ary tao Jerosalema. Tendrena izy hanambara fampitandremana ny amin’ny fitsarana ho avy tsy ho ela amin’i Jerosalema. Ny hafatra fampitandremana momba ny fitsarana ho avy tsy ho ela amin’i Jerosalema dia ilay fampitandremana nomena voalohany ny fiangonan’ny Advantista Mitandrina ny Andro Fahafito Laodiseana. Io fampitandremana io dia manondro ny fitsarana sy ny fandavana ny vahoakan’Andriamanitra ao Jerosalema izay tsy manana ny tombo-kasen’Andriamanitra. Ny fampitandremana asehon’i Ezekiela ho tandindona dia ny fampitandremana ny amin’ny lalàn’ny Alahady izay ho avy tsy ho ela.</w:t>
      </w:r>
    </w:p>
    <w:p>
      <w:pPr>
        <w:pStyle w:val="ArticleBody"/>
        <w:jc w:val="left"/>
      </w:pPr>
      <w:r>
        <w:rPr>
          <w:rFonts w:ascii="Times New Roman" w:hAnsi="Times New Roman" w:eastAsia="Times New Roman" w:cs="Times New Roman"/>
        </w:rPr>
        <w:t>Ao amin’ireo toko iraika ambin’ny folo voalohany izay anehoana ireo fahamarinana ireo, dia natao ho moana i Ezekiela, ary tsy niteny izy taorian’izany raha tsy rehefa nosokafan’Andriamanitra manokana ny vavany; ary izany no nitohy mandra-pandravan’i Jerosalema, izay vao afaka niteny indray izy.</w:t>
      </w:r>
    </w:p>
    <w:p>
      <w:pPr>
        <w:pStyle w:val="ArticleScripture"/>
        <w:jc w:val="left"/>
      </w:pPr>
      <w:r>
        <w:rPr>
          <w:rFonts w:ascii="Times New Roman" w:hAnsi="Times New Roman" w:eastAsia="Times New Roman" w:cs="Times New Roman"/>
        </w:rPr>
        <w:t>Dia ny fanahy niditra tao anatiko ka nampitsangana ahy tamin’ny tongotro, dia niteny tamiko ka nanao hoe: Mandehana, mihiboka ao an-tranonao. Fa ianao kosa, ry zanak’olona, indro, hasiany fatorana ianao ka hofatorany amin’izany, ary tsy hivoaka eo aminy ianao; ary hataoko miraikitra amin’ny lanilanin’ny vavanao ny lelanao, ka ho moana ianao, ary tsy ho mpanarin’ireo; fa trano mpiodina izy. Fa rehefa miteny aminao Aho, dia hovohako ny vavanao, ka holazainao aminy hoe: Izao no lazain’i Jehovah Tompo; izay mihaino, aoka izy hihaino; ary izay mandà, aoka izy handà; fa trano mpiodina izy. Ezekiela 3:24–27.</w:t>
      </w:r>
    </w:p>
    <w:p>
      <w:pPr>
        <w:pStyle w:val="ArticleBody"/>
        <w:jc w:val="left"/>
      </w:pPr>
      <w:r>
        <w:rPr>
          <w:rFonts w:ascii="Times New Roman" w:hAnsi="Times New Roman" w:eastAsia="Times New Roman" w:cs="Times New Roman"/>
        </w:rPr>
        <w:t>Rehefa nirodana i Jerosalema, dia afaka niteny indray i Ezekiela.</w:t>
      </w:r>
    </w:p>
    <w:p>
      <w:pPr>
        <w:pStyle w:val="ArticleScripture"/>
        <w:jc w:val="left"/>
      </w:pPr>
      <w:r>
        <w:rPr>
          <w:rFonts w:ascii="Times New Roman" w:hAnsi="Times New Roman" w:eastAsia="Times New Roman" w:cs="Times New Roman"/>
        </w:rPr>
        <w:t>Ary non tonga tamin’ny taona faharoa ambin’ny folo tamin’ny fahababoanay, tamin’ny volana fahafolo, tamin’ny andro fahadimy tamin’ny volana, dia nisy anankiray afa-nandositra avy tany Jerosalema tonga tatỳ amiko ka nanao hoe: Voadaroka ny tanàna. Ary ny tanan’i Jehovah dia tao amiko nony hariva, talohan’ny nahatongavan’ilay afa-nandositra; ary nosokafany ny vavako mandra-pahatongany tatỳ amiko nony maraina; dia nisokatra ny vavako, ka tsy moana intsony aho. Ezekiela 33:21, 22.</w:t>
      </w:r>
    </w:p>
    <w:p>
      <w:pPr>
        <w:pStyle w:val="ArticleBody"/>
        <w:jc w:val="left"/>
      </w:pPr>
      <w:r>
        <w:rPr>
          <w:rFonts w:ascii="Times New Roman" w:hAnsi="Times New Roman" w:eastAsia="Times New Roman" w:cs="Times New Roman"/>
        </w:rPr>
        <w:t>Ny fahalavoan’i Jerosalema dia maneho ny fahalavoan’ny fiangonana Advantista Mitandrina ny Andro Fahafito Laodiseana amin’ny andro farany. Izany fahalavoana izany dia mitranga eo am-panandratana ireo izay voaisy tombo-kase tao Jerosalema ao amin’ny toko fahasivy ho fiangonana mpandresy. Esorina hiala ao Jerosalema ireo Laodiseana ao anatiny, ary asandratra ny efatra arivo sy iray hetsy sy efatra alina sy iray hetsy ho toy ny fanorenana ny fanjakan’ny voninahitra. Izany fanjakan’ny voninahitra izany dia efa nanehoana tandindona tamin’ny fanorenana ny fanjakan’ny fahasoavana teo amin’ny hazo fijaliana. Ny fanjakan’ny fahasoavana teo amin’ny hazo fijaliana dia mifandrindra amin’ny fanjakan’ny voninahitra amin’ny lalàn’ny Alahady, ary ireo fanjakana roa ireo dia apetraka ao anatin’ny filaharan’ny tantara ara-paminaniana hita ao amin’ny bokin’i Ezekiela. Ny toko iraika ambin’ny folo voalohany, rehefa apetraka ao anatin’ny tontolon-kevitry ny fitoerana masina i Ezekiela, dia momba ny fanadiovana ny fiangonan’Andriamanitra, raha miova avy amin’ny fiangonana mpiady ny olony, izay faritana ho voaforon’ny vary sy ny tsimparifary, ho amin’ny fiangonana mpandresy, izay voaforon’ny fanatitra vary amin’ny Pentekosta.</w:t>
      </w:r>
    </w:p>
    <w:p>
      <w:pPr>
        <w:pStyle w:val="ArticleScripture"/>
        <w:jc w:val="left"/>
      </w:pPr>
      <w:r>
        <w:rPr>
          <w:rFonts w:ascii="Times New Roman" w:hAnsi="Times New Roman" w:eastAsia="Times New Roman" w:cs="Times New Roman"/>
        </w:rPr>
        <w:t>Ary ianao, ry andrianan’Isiraely tsy masina sy ratsy fanahy, izay tonga ny andronao, amin’ny fotoana hifaranan’ny heloka, izao no lazain’i Jehovah Tompo: Esory ny fehiloha, ary esory ny satroboninahitra; tsy ho tahaka ny teo intsony izao: asandrato izay ambany, ary ahena izay avo. Horavako, horavako, horavako izy; ary tsy hisy intsony izany, mandra-pihavin’izay manana ny zo aminy; dia homeko azy izany. Ezekiela 21:25–27.</w:t>
      </w:r>
    </w:p>
    <w:p>
      <w:pPr>
        <w:pStyle w:val="ArticleBody"/>
        <w:jc w:val="left"/>
      </w:pPr>
      <w:r>
        <w:rPr>
          <w:rFonts w:ascii="Times New Roman" w:hAnsi="Times New Roman" w:eastAsia="Times New Roman" w:cs="Times New Roman"/>
        </w:rPr>
        <w:t>Zedekia no mpanjaka farany tamin’ny Joda, ary izy no ilay “andriana ratsy fanahy amin’ny Isiraely, izay tonga ny androny” ao amin’ireo andininy ireo. Nebokadnezara dia efa hiroso haka an’i Jerosalema, ary ny satroboninahitry Zedekia dia hesorin’i Babylona, izay haongam-panapahana noho ny Medianina sy ny Persiana, izay indray haongam-panapahana noho ny Grika, izay hohaongam-panapahana noho i Roma. Ny fanonganana fahatelo dia tonga amin’i Roma, izay eo amin’ny tantara no handraisan’ilay Mpanjaka “izay manana ny rariny aminy” ny satroboninahitry ny fanjakan’ny fahasoavana amin’ny fanorenana izany fanjakana izany teo amin’ny hazo fijaliana.</w:t>
      </w:r>
    </w:p>
    <w:p>
      <w:pPr>
        <w:pStyle w:val="ArticleScripture"/>
        <w:jc w:val="left"/>
      </w:pPr>
      <w:r>
        <w:rPr>
          <w:rFonts w:ascii="Times New Roman" w:hAnsi="Times New Roman" w:eastAsia="Times New Roman" w:cs="Times New Roman"/>
        </w:rPr>
        <w:t>Ho an’ilay “mpanapaka ratsy fanahy sy tsy masina” dia tonga ny andron’ny fitsarana farany. “Esory ny satro-boninahitra,” hoy ny didin’ny Tompo, “ary esory ny satroboninahim-panjakana.” Mandra-panorinan’i Kristy Tenany ny fanjakany ihany vao navela hanana mpanjaka indray i Joda. “Haongako, haongako, haongako izany,” no didy avy amin’Andriamanitra momba ny seza fiandrianan’ny taranak’i Davida; “ary tsy hisy intsony izany mandra-pihavin’Ilay manana ny zo aminy; ary homeko Azy izany.” Ezekiela 21:25–27.” Mpaminany sy Mpanjaka, 451.</w:t>
      </w:r>
    </w:p>
    <w:p>
      <w:pPr>
        <w:pStyle w:val="ArticleBody"/>
        <w:jc w:val="left"/>
      </w:pPr>
      <w:r>
        <w:rPr>
          <w:rFonts w:ascii="Times New Roman" w:hAnsi="Times New Roman" w:eastAsia="Times New Roman" w:cs="Times New Roman"/>
        </w:rPr>
        <w:t>Amin’ny fotoanan’ny ranonorana farany, izay nanomboka tamin’ny nanombohan’ny fitsarana ny velona tamin’ny 9/11, dia manangana ny fanjakan’ny voninahiny Kristy.</w:t>
      </w:r>
    </w:p>
    <w:p>
      <w:pPr>
        <w:pStyle w:val="ArticleScripture"/>
        <w:jc w:val="left"/>
      </w:pPr>
      <w:r>
        <w:rPr>
          <w:rFonts w:ascii="Times New Roman" w:hAnsi="Times New Roman" w:eastAsia="Times New Roman" w:cs="Times New Roman"/>
        </w:rPr>
        <w:t>“Rehefa hamoaka ny tànany ireo anjely efatra, dia hanorina ny fanjakany Kristy.” Spalding and Magan, 3.</w:t>
      </w:r>
    </w:p>
    <w:p>
      <w:pPr>
        <w:pStyle w:val="ArticleBody"/>
        <w:jc w:val="left"/>
      </w:pPr>
      <w:r>
        <w:rPr>
          <w:rFonts w:ascii="Times New Roman" w:hAnsi="Times New Roman" w:eastAsia="Times New Roman" w:cs="Times New Roman"/>
        </w:rPr>
        <w:t>Ny vanim-potoanan’ny fiomanana dia manomboka amin’ny 9/11, ary amin’ny lalàna alahady dia asandratra ambonin’ny havoana sy ny tendrombohitra rehetra ilay tendrombohitra masina be voninahitra.</w:t>
      </w:r>
    </w:p>
    <w:p>
      <w:pPr>
        <w:pStyle w:val="ArticleScripture"/>
        <w:jc w:val="left"/>
      </w:pPr>
      <w:r>
        <w:rPr>
          <w:rFonts w:ascii="Times New Roman" w:hAnsi="Times New Roman" w:eastAsia="Times New Roman" w:cs="Times New Roman"/>
        </w:rPr>
        <w:t>Ny teny izay hitan’i Isaia, zanak’i Amoza, momba an’i Joda sy Jerosalema. Ary amin’ny andro farany dia hiorina eo an-tampon’ny tendrombohitra ny tendrombohitry ny tranon’i Jehovah, sady hasandratra ho ambonin’ny havoana; ary ny firenena rehetra hikoriana ho any aminy. Ary olona maro no handeha ka hanao hoe: Avia hianika isika ho any an-tendrombohitry ny Tompo, ho any an-tranon’Andriamanitr’i Jakoba; ary Izy no hampianatra antsika ny lalany, ka handeha amin’ny alehany isika; fa avy ao Ziona no hivoahan’ny lalàna, ary ny tenin’i Jehovah avy ao Jerosalema. Isaia 2:1–3.</w:t>
      </w:r>
    </w:p>
    <w:p>
      <w:pPr>
        <w:pStyle w:val="ArticleBody"/>
        <w:jc w:val="left"/>
      </w:pPr>
      <w:r>
        <w:rPr>
          <w:rFonts w:ascii="Times New Roman" w:hAnsi="Times New Roman" w:eastAsia="Times New Roman" w:cs="Times New Roman"/>
        </w:rPr>
        <w:t>Tamin’ny 11 Septambra no navela ny rivotra, ary avy eo notorina indray, ka izany no nanamarika ny fiandohan’ny fananganana ilay fanjakan’i Daniela toko faharoa, izay aseho ho vato voakapa avy amin’ny tendrombohitra ka mameno ny tany manontolo.</w:t>
      </w:r>
    </w:p>
    <w:p>
      <w:pPr>
        <w:pStyle w:val="ArticleScripture"/>
        <w:jc w:val="left"/>
      </w:pPr>
      <w:r>
        <w:rPr>
          <w:rFonts w:ascii="Times New Roman" w:hAnsi="Times New Roman" w:eastAsia="Times New Roman" w:cs="Times New Roman"/>
        </w:rPr>
        <w:t>“Nomena io fomba fijery io tamin’ny taona 1847, fony mbola vitsy dia vitsy ihany tamin’ireo rahalahy Advantista no nitandrina ny Sabata; ary tamin’ireo aza dia vitsy no nihevitra fa manan-danja ampy ny fitandremana azy ka hampisaraka ny olon’Andriamanitra amin’ny tsy mino. Ankehitriny dia manomboka hita ny fahatanterahan’izany fomba fijery izany. Ny hoe ‘fiandohan’izany andron’ny fahoriana izany,’ voalaza eto, dia tsy manondro ny fotoana hanombohan’ny loza hamarinina, fa fotoana fohy mialoha indrindra ny handrotsahana azy, raha mbola ao amin’ny fitoerana masina Kristy. Amin’izany fotoana izany, raha eo am-pamaranana ny asam-pamonjena, dia ho avy amin’ny tany ny fahoriana, ary ho tezitra ny firenena, kanefa hotazonina tsy hihoatra izy ireo mba tsy hanakanana ny asan’ilay anjely fahatelo. Amin’izany fotoana izany no hahatongavan’ny ‘orana farany,’ na famelombelomana avy eo anatrehan’ny Tompo, mba hanome hery ny feo mahery ataon’ilay anjely fahatelo, sy hanomana ny olo-masina hitoetra amin’ny fotoana handrotsahana ny loza fito farany.” Early Writings, 85.</w:t>
      </w:r>
    </w:p>
    <w:p>
      <w:pPr>
        <w:pStyle w:val="ArticleBody"/>
        <w:jc w:val="left"/>
      </w:pPr>
      <w:r>
        <w:rPr>
          <w:rFonts w:ascii="Times New Roman" w:hAnsi="Times New Roman" w:eastAsia="Times New Roman" w:cs="Times New Roman"/>
        </w:rPr>
        <w:t>I Kristy no manangana ny fanjakany mandrakizay mandritra ny fotoanan’ny ranonorana farany, ary ny fanjakany dia ahitana ny fanjakan’ny fahasoavana izay naorina teo amin’ny hazo fijaliana ary koa ny fanjakany amin’ny voninahitra amin’ny lalàn’ny Alahady. Zedekia ka hatrany Babylona (fanjakana voalohany), ka hatrany Medo-Persia (fanjakana faharoa), ka hatrany Gresy (fanjakana fahatelo), ary avy eo ka hatrany Roma jentilisa (fanjakana fahefatra), no manondro ny tantara mitarika ho amin’ny fanjakan’ny fahasoavana. Izany tantara izany no manondro filaharan-tantara mifanandrify avy amin’ny Roma Papaly (Babylona ara-panahy, fanjakana fahadimy), ka hatrany amin’i Etazonia (Medo-Persia ara-panahy, fanjakana fahenina), ka hatrany amin’ny Firenena Mikambana (Gresy ara-panahy, fanjakana fahafito), ary avy eo ka hatrany amin’ny firaisana telo sosona misy ny dragona sy ny bibidia ary ny mpaminany sandoka, izay miaraka no mandrafitra an’i Roma maoderina (Roma ara-panahy, fanjakana fahavalo izay avy amin’ny fito).</w:t>
      </w:r>
    </w:p>
    <w:p>
      <w:pPr>
        <w:pStyle w:val="ArticleBody"/>
        <w:jc w:val="left"/>
      </w:pPr>
      <w:r>
        <w:rPr>
          <w:rFonts w:ascii="Times New Roman" w:hAnsi="Times New Roman" w:eastAsia="Times New Roman" w:cs="Times New Roman"/>
        </w:rPr>
        <w:t>Ny fandresen’izany fanjakana izany ao amin’ny Daniela roa dia asehon’ny vato, ary ny mahatoky amin’Andriamanitra dia vato ao amin’ny tempoly.</w:t>
      </w:r>
    </w:p>
    <w:p>
      <w:pPr>
        <w:pStyle w:val="ArticleScripture"/>
        <w:jc w:val="left"/>
      </w:pPr>
      <w:r>
        <w:rPr>
          <w:rFonts w:ascii="Times New Roman" w:hAnsi="Times New Roman" w:eastAsia="Times New Roman" w:cs="Times New Roman"/>
        </w:rPr>
        <w:t>Hianareo koa, tahaka ny vato velona, no aorina ho trano ara-panahy, ho fisoronana masina, mba hanatitra fanatitra ara-panahy izay ankasitrahan’Andriamanitra amin’ny alalan’i Jesosy Kristy. 1 Petera 2:5.</w:t>
      </w:r>
    </w:p>
    <w:p>
      <w:pPr>
        <w:pStyle w:val="ArticleBody"/>
        <w:jc w:val="left"/>
      </w:pPr>
      <w:r>
        <w:rPr>
          <w:rFonts w:ascii="Times New Roman" w:hAnsi="Times New Roman" w:eastAsia="Times New Roman" w:cs="Times New Roman"/>
        </w:rPr>
        <w:t>Io fanjakana mandrakizay io no mandresy ny fanjakan’izao tontolo izao ka mameno izao tontolo izao manontolo. Ao amin’ny Ezekiela toko faha-efapolo ka hatramin’ny faran’ny bokiny, io fanjakana io ihany dia aseho ho tempoly izay mameno izao tontolo izao amin’ny ranon’aina.</w:t>
      </w:r>
    </w:p>
    <w:p>
      <w:pPr>
        <w:pStyle w:val="ArticleBody"/>
        <w:jc w:val="left"/>
      </w:pPr>
      <w:r>
        <w:rPr>
          <w:rFonts w:ascii="Times New Roman" w:hAnsi="Times New Roman" w:eastAsia="Times New Roman" w:cs="Times New Roman"/>
        </w:rPr>
        <w:t>Hohizantsika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23</dc:title>
  <dc:subject>Isa na Efatra ao amin’i Ezekiela</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