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Ny Tantara Miafin’ny Andininy Faha-40 - Laharana Faha-31</w:t>
      </w:r>
    </w:p>
    <w:p>
      <w:pPr>
        <w:pStyle w:val="ArticleSubtitle"/>
        <w:jc w:val="left"/>
      </w:pPr>
      <w:r>
        <w:rPr>
          <w:rFonts w:ascii="Arial" w:hAnsi="Arial" w:eastAsia="Arial" w:cs="Arial"/>
        </w:rPr>
        <w:t>Ezekiela Laharana Faha-Roa Ambin’ny Folo</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Ny lahatsoratra teo aloha dia nifarana tamin’ilay andininy izay nilaza hoe: “Ny fanambadiana amin’ny fanekena tamin’ny 313 dia maneho ny fanambadiana farany amin’ny fanekena ataon’ny fahefan’ny papa amin’i Etazonia—ilay mpanjaka lehibe indrindra amin’ireo mpanjaka folo ao amin’ny Apokalypsy fahafito ambin’ny folo; fahefana iray manana tandroka roa izay asehon’ilay fahefana manana tandroka roa an’i Frantsa ho tandindona. Ny tantara izay nanomboka tamin’i Clovis tamin’ny 496 ary niafara tamin’ny didin’i Justinian tamin’ny 533 sy ny fanandratana ny papa teo amin’ny seza fiandrianana tamin’ny 538, dia maneho ny tantara nanomboka tamin’ny 1989 ka hatramin’ny lalàna Alahady.”</w:t>
      </w:r>
    </w:p>
    <w:p>
      <w:pPr>
        <w:pStyle w:val="ArticleBody"/>
        <w:jc w:val="left"/>
      </w:pPr>
      <w:r>
        <w:rPr>
          <w:rFonts w:ascii="Times New Roman" w:hAnsi="Times New Roman" w:eastAsia="Times New Roman" w:cs="Times New Roman"/>
        </w:rPr>
        <w:t>I Ronald Reagan dia nasehon’i Clovis tamin’ny 496, ary i Donald Trump dia nasehon’i Justinian tamin’ny 533. Ny didy navoakan’i Justinian dia tonga dimy taona talohan’ny niakaran’ny papa teo amin’ny seza fiandrianana tamin’ny 538, ary ny Edikan’i Milan dia tonga valo taona talohan’ny lalàna alahady voalohany tamin’ny 321. Samy mifanaraka amin’ny maha-famantarana mialoha ny lalàna alahady azy na ilay didy na ilay edika.</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Tamin’ny taona 1870, ny tafika italiana dia nahazo an’i Roma (20 Septambra 1870). Nitsahatra tsy nisy intsony ny Fanjakana Papaly amin’ny maha-fanjakana ara-tany azy, ary ny Papa Pius IX dia tonga “gadra tao Vatikana.” Rehefa tsy nisy intsony faritany papaly nekena ho fanjakana manana fiandrianam-panjakana, i Etazonia (tahaka ny firenena maro hafa) dia tsy nitazona intsony fifandraisana ara-diplaomatika ara-pomba amin’ny Papa amin’ny maha-mpanapaka ara-nofo azy. Tamin’ny Oktobra 1951, ny Filoha Harry S. Truman dia nanendry ny Jeneraly Mark W. Clark ho Masoivohon’i Etazonia ao Vatikana. Nipoitra haingana ny fanoherana mafy avy amin’ny fiangonana sy fikambanana protestanta maro, izay nilaza fa manitsakitsaka ny fisarahan’ny fiangonana sy ny fanjakana izany fanendrena izany. Tamin’ny Janoary 1952 dia nesorin’i Jeneraly Clark ny anarany.</w:t>
      </w:r>
    </w:p>
    <w:p>
      <w:pPr>
        <w:pStyle w:val="ArticleBody"/>
        <w:jc w:val="left"/>
      </w:pPr>
      <w:r>
        <w:rPr>
          <w:rFonts w:ascii="Times New Roman" w:hAnsi="Times New Roman" w:eastAsia="Times New Roman" w:cs="Times New Roman"/>
        </w:rPr>
        <w:t>Tamin’ny 10 Janoary 1984, ny Filoha Ronald Reagan sy ny Papa Jean-Paul II dia nifanaraka tamin’ny fomba ofisialy hanorina fifandraisana diplaomatika feno eo amin’i Etazonia sy ny Seza Masina. Tamin’ny 9 Aprily 1984, i William A. Wilson (izay efa niasa ho solontena manokan’i Reagan) dia nanolotra ny taratasy fanendrena azy ka tonga Ambasadaoro amerikanina voalohany tao amin’ny Seza Masina.</w:t>
      </w:r>
    </w:p>
    <w:p>
      <w:pPr>
        <w:pStyle w:val="ArticleBody"/>
        <w:jc w:val="left"/>
      </w:pPr>
      <w:r>
        <w:rPr>
          <w:rFonts w:ascii="Times New Roman" w:hAnsi="Times New Roman" w:eastAsia="Times New Roman" w:cs="Times New Roman"/>
        </w:rPr>
        <w:t>Tao anatin’ny telo amby telopolo taona nanomboka tamin’ny 1951 ka hatramin’ny 1984 dia levona ny fanoheran’ny Protestantisma ny Katolisisma. Ireo “sandry” izay nijoro ho an’ny fahefana papaly tamin’ny 496 niaraka tamin’i Clovis dia tandindon’i Reagan tamin’ny 1984 ka hatramin’ny 1989. Clovis dia naneho ny fanesorana ilay fivavahana (jentilisa) izay nanakana ny fahefana papaly tsy hiakatra indray eo amin’ny fitondrana, ary tamin’ny 1984 dia efa nesorina ny fanoheran’ny Protestantisma ny fiakaran’ny fahefana papaly. Efa nesorina ny “isan’andro” (jentilisa), ary i Paoly dia milaza izany fanesorana ny fanoheran’ny jentilisa ny fahefana papaly izany ho “fialana.”</w:t>
      </w:r>
    </w:p>
    <w:p>
      <w:pPr>
        <w:pStyle w:val="ArticleBody"/>
        <w:jc w:val="left"/>
      </w:pPr>
      <w:r>
        <w:rPr>
          <w:rFonts w:ascii="Times New Roman" w:hAnsi="Times New Roman" w:eastAsia="Times New Roman" w:cs="Times New Roman"/>
        </w:rPr>
        <w:t>Ny fiangonana an’ohatra naneho ny marimaritra iraisana, izay nasehon’i Constantin Lehibe sy ny tantara nanomboka tamin’ny 313 ka hatramin’ny 538, dia naneho vanim-potoana iray izay nanaovan’ny fiangonana marimaritra iraisana tamin’ny tenany ka nihemotra tamin’ny finoana. Ny fivavahana nasehon’ny “508”, izay taloha dia nanakana ny fidiran’ny fahefana maha-papa, dia tandindon’ny fihemoran’ny Protestanta tany Etazonia. Reagan dia nasehon’i Clovis. Tamin’ny 496, Clovis dia nanome ny “heriny” ho an’ny papa, ka izany no naneho mialoha ilay “firaisana tsy masina” izay tanteraka nandritra ny taonan’i Reagan. Clovis koa dia naneho ny fanesorana ny “isan’andro” tamin’ny 508. Ny 508 dia tandindon’ny 1984.</w:t>
      </w:r>
    </w:p>
    <w:p>
      <w:pPr>
        <w:pStyle w:val="ArticleScripture"/>
        <w:jc w:val="left"/>
      </w:pPr>
      <w:r>
        <w:rPr>
          <w:rFonts w:ascii="Times New Roman" w:hAnsi="Times New Roman" w:eastAsia="Times New Roman" w:cs="Times New Roman"/>
        </w:rPr>
        <w:t>Io fifanarahana teo amin’ny fanompoan-tsampy sy ny Kristianisma io no nahatonga ny fivoaran’ilay “lehilahin’ny ota” izay voalazan’ny faminaniana fa manohitra sy manandratra ny tenany ho ambonin’Andriamanitra. Izany rafitra goavana amin’ny fivavahan-diso izany dia sangan’asan’ny herin’i Satana—tsangambaton’ny ezaka ataony hipetrahany eo ambonin’ny seza fiandrianana mba hanapahany ny tany araka ny sitrapony.” The Great Controversy, 50.</w:t>
      </w:r>
    </w:p>
    <w:p>
      <w:pPr>
        <w:pStyle w:val="ArticleBody"/>
        <w:jc w:val="left"/>
      </w:pPr>
      <w:r>
        <w:rPr>
          <w:rFonts w:ascii="Times New Roman" w:hAnsi="Times New Roman" w:eastAsia="Times New Roman" w:cs="Times New Roman"/>
        </w:rPr>
        <w:t>Tamin’ny lahateny iray nataony tamin’ny 1983, dia nantsoin’i Reagan tamin’ny fomba malaza hoe “empira ratsy” ny Firaisana Sôvietika, ary noheveriny ho fandrahonana lalina ara-môraly sy ara-panahy ny kaominisma tsy mino an’Andriamanitra. Izy sy i Jaona Paoly II dia namorona fiaraha-miombon’antoka akaiky teo amin’ny lafiny manokana sy ara-politika hiadiana amin’ny kaominisma sôvietika. Samy nahita izany tolona izany tamin’ny endrika ara-môraly ary na dia ara-pitondran’Andriamanitra aza izy roa tonta; i Reagan dia niresaka manokana momba ny “Drafitra Masina” iray hampianjera ny kaominisma. Nanan-kahaliana tamin’ireo fisehoan’i Fatima i Reagan (ilay fampitandremana fa “Rosia dia hanaparitaka ny fahadisoany”), ary ireo mpitondra roa ireo dia niresaka momba ny fahatsapan’izy ireo iraisana fa Andriamanitra no nitsimbina ny ainy (samy tafavoaka velona tamin’ny fikasana hamono azy ireo tamin’ny 1981 izy roa tonta) noho ny tanjona iray mifandray amin’ny fandresena ny kaominisma.</w:t>
      </w:r>
    </w:p>
    <w:p>
      <w:pPr>
        <w:pStyle w:val="ArticleHeading"/>
        <w:jc w:val="left"/>
      </w:pPr>
      <w:r>
        <w:rPr>
          <w:rFonts w:ascii="Arial" w:hAnsi="Arial" w:eastAsia="Arial" w:cs="Arial"/>
        </w:rPr>
        <w:t>Ny Mpianatr’i Kristy</w:t>
      </w:r>
    </w:p>
    <w:p>
      <w:pPr>
        <w:pStyle w:val="ArticleBody"/>
        <w:jc w:val="left"/>
      </w:pPr>
      <w:r>
        <w:rPr>
          <w:rFonts w:ascii="Times New Roman" w:hAnsi="Times New Roman" w:eastAsia="Times New Roman" w:cs="Times New Roman"/>
        </w:rPr>
        <w:t>I Reagan dia notezaina tao amin’ny antokom-pinoana Disciples of Christ, izay nampianarin’ireo ray mpanorina azy mivantana fa ny papa ao amin’ny Katolisisma no antikristy. Alexander Campbell, ilay mpitarika voalohany nalaza indrindra tao amin’ny fiangonana Disciples of Christ, dia namantatra imbetsaka ny fitondram-papa ho ilay antikristy. Tao amin’ny adihevitra sy ny asa sorany dia nanambara izy fa ny tandroka kely ao amin’ny Daniela 7, ny bibidia ao amin’ny Apokalypsy 13, ary ny lehilahin’ny ota ao amin’ny 2 Tesaloniana 2 dia samy manondro ny papa ao Roma avokoa. Nampiasainy ireo famantarana ireo tao amin’ny adihevitra ampahibemaso (anisan’izany ny niadiany hevitra tamin’ny Eveka Katolika John B. Purcell tamin’ny 1837). Barton W. Stone dia niantso ny fitondran’ny Papa hoe ilay tena antikristy sy ny “lehilahin’ny ota.” Walter Scott (evanjelista voalohany hafa tao amin’ilay hetsika) dia nanoratra fa ny lehilahin’ny ota, dia ny Papa ao Roma, dia hitsangana ao amin’ny fiangonana kristiana ka hanandra-tena ho ambonin’Andriamanitra.</w:t>
      </w:r>
    </w:p>
    <w:p>
      <w:pPr>
        <w:pStyle w:val="ArticleBody"/>
        <w:jc w:val="left"/>
      </w:pPr>
      <w:r>
        <w:rPr>
          <w:rFonts w:ascii="Times New Roman" w:hAnsi="Times New Roman" w:eastAsia="Times New Roman" w:cs="Times New Roman"/>
        </w:rPr>
        <w:t>Ny renin’i Reagan, Nelle, dia mpikambana be fandavan-tena tao amin’ny antokom-pinoana Disciples of Christ ary izy no tena fiantraikany ara-pivavahana lehibe indrindra teo amin’ny fahazazany. Natao batisa tao amin’ny fiangonana Disciples of Christ any Dixon, Illinois, i Reagan fony izy 11 taona, ary nazoto tao izy tamin’ny fahatanorany (anisan’izany ny nampianatra sekoly alahady). Nianatra tao amin’ny Eureka College izy, izay nifandray tamin’ny Disciples of Christ.</w:t>
      </w:r>
    </w:p>
    <w:p>
      <w:pPr>
        <w:pStyle w:val="ArticleScripture"/>
        <w:jc w:val="left"/>
      </w:pPr>
      <w:r>
        <w:rPr>
          <w:rFonts w:ascii="Times New Roman" w:hAnsi="Times New Roman" w:eastAsia="Times New Roman" w:cs="Times New Roman"/>
        </w:rPr>
        <w:t>“Izay manjary very eo amin’ny fahatakarany ny teny, ka tsy mahita ny hevitry ny antikristy, dia azo antoka fa hametraka ny tenany eo amin’ny lafin’ny antikristy. Tsy misy fotoana intsony ankehitriny ho antsika hifangaro amin’izao tontolo izao.” Kress Collection, 105.</w:t>
      </w:r>
    </w:p>
    <w:p>
      <w:pPr>
        <w:pStyle w:val="ArticleBody"/>
        <w:jc w:val="left"/>
      </w:pPr>
      <w:r>
        <w:rPr>
          <w:rFonts w:ascii="Times New Roman" w:hAnsi="Times New Roman" w:eastAsia="Times New Roman" w:cs="Times New Roman"/>
        </w:rPr>
        <w:t>Reagan dia naneho tandindona tamin’i Clovis ary koa tamin’ny fifanarahan-draharaha nataon’i Constantine Lehibe. Reagan koa no voalohany tamin’ireo filoha valo farany hatramin’ny fotoanan’ny farany tamin’ny 1989. Amin’ny maha-voalohany azy amin’ireo filoha valo farany dia maneho tandindona an’i Donald Trump izy, izay, tahaka an’i Reagan, dia very hevitra lalina momba ny tena tanjon’ny fahefam-papa sy ny maha-izy azy.</w:t>
      </w:r>
    </w:p>
    <w:p>
      <w:pPr>
        <w:pStyle w:val="ArticleScripture"/>
        <w:jc w:val="left"/>
      </w:pPr>
      <w:r>
        <w:rPr>
          <w:rFonts w:ascii="Times New Roman" w:hAnsi="Times New Roman" w:eastAsia="Times New Roman" w:cs="Times New Roman"/>
        </w:rPr>
        <w:t>Moa va ny roa hiara-mandeha, raha tsy mifanaiky izy? Amosa 3:3.</w:t>
      </w:r>
    </w:p>
    <w:p>
      <w:pPr>
        <w:pStyle w:val="ArticleBody"/>
        <w:jc w:val="left"/>
      </w:pPr>
      <w:r>
        <w:rPr>
          <w:rFonts w:ascii="Times New Roman" w:hAnsi="Times New Roman" w:eastAsia="Times New Roman" w:cs="Times New Roman"/>
        </w:rPr>
        <w:t>Ny fanekem-panambadiana fahenina sy farany ao amin’ny Daniela toko fahairaika ambin’ny folo dia miseho ao amin’ny tantara izay manomboka amin’ny fotoanan’ny farany tamin’ny 1989, ary mifarana ao amin’ny tantaran’i Donald Trump.</w:t>
      </w:r>
    </w:p>
    <w:p>
      <w:pPr>
        <w:pStyle w:val="ArticleScripture"/>
        <w:jc w:val="left"/>
      </w:pPr>
      <w:r>
        <w:rPr>
          <w:rFonts w:ascii="Times New Roman" w:hAnsi="Times New Roman" w:eastAsia="Times New Roman" w:cs="Times New Roman"/>
        </w:rPr>
        <w:t>“Amin’ireo hetsika miseho ankehitriny any Etazonia mba hiantohana ho an’ireo andrim-panjakana sy fomba amam-panaon’ny fiangonana ny fanohanan’ny fanjakana, dia manaraka ny dian’ny papaista ny Protestanta. Eny, mihoatra noho izany aza, manokatra varavarana ho an’ny Fanjakana Papaly izy ireo mba hahazoany indray ao amin’i Amerika Protestanta ilay fahefana fara tampony izay efa very taminy tany amin’ny Tontolo Taloha.” The Great Controversy, 573.</w:t>
      </w:r>
    </w:p>
    <w:p>
      <w:pPr>
        <w:pStyle w:val="ArticleBody"/>
        <w:jc w:val="left"/>
      </w:pPr>
      <w:r>
        <w:rPr>
          <w:rFonts w:ascii="Times New Roman" w:hAnsi="Times New Roman" w:eastAsia="Times New Roman" w:cs="Times New Roman"/>
        </w:rPr>
        <w:t>Ny faneken’ny fanambadiana tamin’ny 313 sy ny Edict of Milan dia mifanaraka amin’ny tantaran’ny 533, ary ny didin’i Justinian tamin’ny 533 dia mbola hampiharina indray amin’ny alalan’ny fitondrana milaza tena ho kristiana, izay tsy mahatakatra intsony fa ny famaritana ny fahefan’ny papa ho andrim-panjakana kristiana dia fifanohitra amin’ny teny ampiasaina, raha tsara indrindra, ary fitaka mahafaty, raha ratsy indrindra.</w:t>
      </w:r>
    </w:p>
    <w:p>
      <w:pPr>
        <w:pStyle w:val="ArticleHeading"/>
        <w:jc w:val="left"/>
      </w:pPr>
      <w:r>
        <w:rPr>
          <w:rFonts w:ascii="Arial" w:hAnsi="Arial" w:eastAsia="Arial" w:cs="Arial"/>
        </w:rPr>
        <w:t>Fiangonana sy Fanjakana</w:t>
      </w:r>
    </w:p>
    <w:p>
      <w:pPr>
        <w:pStyle w:val="ArticleBody"/>
        <w:jc w:val="left"/>
      </w:pPr>
      <w:r>
        <w:rPr>
          <w:rFonts w:ascii="Times New Roman" w:hAnsi="Times New Roman" w:eastAsia="Times New Roman" w:cs="Times New Roman"/>
        </w:rPr>
        <w:t>Tamin’ny taona 457 talohan’i Kristy, ny didy fahatelo navoakan’i Artaksersesy dia namerina ny fiandrianam-pirenena, na amin’ny fahefana ara-politika izany na amin’ny fahefana ara-pivavahana.</w:t>
      </w:r>
    </w:p>
    <w:p>
      <w:pPr>
        <w:pStyle w:val="ArticleScripture"/>
        <w:jc w:val="left"/>
      </w:pPr>
      <w:r>
        <w:rPr>
          <w:rFonts w:ascii="Times New Roman" w:hAnsi="Times New Roman" w:eastAsia="Times New Roman" w:cs="Times New Roman"/>
        </w:rPr>
        <w:t>Ary ianao, ry Ezra, araka ny fahendren’Andriamanitrao izay eo an-tananao, manendre mpitsara sy mpamoaka didy, izay hitsara ny vahoaka rehetra any an-dafin’ny ony, dia izay rehetra mahalala ny lalàn’Andriamanitrao; ary ampianaro izay tsy mahalala izany. Ary na iza na iza tsy hankatò ny lalàn’Andriamanitrao sy ny lalàn’ny mpanjaka, dia aoka ny fitsarana hotanterahina haingana aminy, na ho amin’ny fahafatesana izany, na ho amin’ny fanesorana hiala amin’ny tany, na ho amin’ny fangalan-javatra, na ho amin’ny fampidirana am-ponja. Ezra 7:25, 26.</w:t>
      </w:r>
    </w:p>
    <w:p>
      <w:pPr>
        <w:pStyle w:val="ArticleBody"/>
        <w:jc w:val="left"/>
      </w:pPr>
      <w:r>
        <w:rPr>
          <w:rFonts w:ascii="Times New Roman" w:hAnsi="Times New Roman" w:eastAsia="Times New Roman" w:cs="Times New Roman"/>
        </w:rPr>
        <w:t>Ny didy fahatelo dia nanome fahefana hampihatra fitsarana sy famaizana noho ny lalàn’Andriamanitra sy ny lalàn’ny mpanjaka. Izany didy izany no nanamarika ny fiandohan’ny faminaniana roa arivo sy telon-jato taona izay nifarana tamin’ny 22 Oktobra 1844, raha tonga tampoka tao amin’ny tempoliny Kristy. Izy io koa no nanamarika ny fiandohan’ny faminaniana roan-jato sy dimampolo taona izay nifarana tamin’ny 207 tal. J.K., tao amin’ny tantara teo anelanelan’ny adin’i Rafia tamin’ny 217 tal. J.K. sy Paniona tamin’ny 200 tal. J.K. Ny famerenana amin’ny laoniny ny fiandrianam-panjakana sivily sy ara-pivavahana tamin’ny 457 tal. J.K. dia manondro alfa roa sosona izay mahita fahatanterahana omega roa. Samy maneho varavarana mihidy ireo fahatanterahana omega roa ireo; ny iray ho an’ny tandroka Protestanta ary ny iray hafa ho an’ny tandroka Repoblikana.</w:t>
      </w:r>
    </w:p>
    <w:p>
      <w:pPr>
        <w:pStyle w:val="ArticleBody"/>
        <w:jc w:val="left"/>
      </w:pPr>
      <w:r>
        <w:rPr>
          <w:rFonts w:ascii="Times New Roman" w:hAnsi="Times New Roman" w:eastAsia="Times New Roman" w:cs="Times New Roman"/>
        </w:rPr>
        <w:t>Ny faminaniana voalohany momba ireo roa arivo sy telon-jato taona dia naneho ny lalàn’Andriamanitra, ary ny faminaniana momba ireo roanjato sy dimampolo taona kosa dia naneho ny lalàn’ny mpanjaka. Ireo faminaniana roa ireo no mamantatra ny tandrok’i Protestantisma sy ny tandrok’i Repoblikanisma eo amin’ilay bibidia avy amin’ny tany ao amin’ny Apokalypsy fahatelo ambin’ny folo. Ny tandroka repoblikana an’ilay bibidia avy amin’ny tany dia apetraka eo afovoan’ny andininy iraika ambin’ny folo ka hatramin’ny enina ambin’ny folo ao amin’ny Daniela iraika ambin’ny folo. Ny fe-potoana fito ambin’ny folo taona eo anelanelan’i Raphia sy Panium dia ifanenan’ny tandroka iray avy amin’ilay faminaniana roa sosona momba ny didy fahatelo tamin’ny 457 tal. J.K. Ilay faminaniana avo roa heny dia mamantatra na ny fitsarana ny vahoakan’ny fanekena farany, ary koa ny fitsarana ny firenena izay ahitana ny fakany io vahoakan’ny fanekena io.</w:t>
      </w:r>
    </w:p>
    <w:p>
      <w:pPr>
        <w:pStyle w:val="ArticleScripture"/>
        <w:jc w:val="left"/>
      </w:pPr>
      <w:r>
        <w:rPr>
          <w:rFonts w:ascii="Times New Roman" w:hAnsi="Times New Roman" w:eastAsia="Times New Roman" w:cs="Times New Roman"/>
        </w:rPr>
        <w:t>Ary hoy Izy tamin’i Abrama hoe: Fantaro marina fa ny taranakao ho vahiny any amin’ny tany izay tsy azy, ka hanompo azy ireo; ary hampahorian’ireo azy efa-jato taona izy. Ary koa ilay firenena izay hotompoiny dia hotsaraiko; ary rehefa afaka izany, dia hivoaka izy mitondra fananana be. Genesisy 15:13, 14.</w:t>
      </w:r>
    </w:p>
    <w:p>
      <w:pPr>
        <w:pStyle w:val="ArticleBody"/>
        <w:jc w:val="left"/>
      </w:pPr>
      <w:r>
        <w:rPr>
          <w:rFonts w:ascii="Times New Roman" w:hAnsi="Times New Roman" w:eastAsia="Times New Roman" w:cs="Times New Roman"/>
        </w:rPr>
        <w:t>Ao amin’ny bokin’i Ezekiela, ny 22 Oktobra 1844 dia tandindonin’ny 22 Oktobra 573 tal. J.K. Ny daty iray dia manondro ny fiandohan’ny fitsarana famotopotorana, ary ny iray kosa manondro ny fanenoana ny trompetran’ny Jobily, na eo am-piandohana na eo am-pamaranana ny fizotry ny fitsarana. Mifanandrify izy roa tonta, ary samy manondro varavarana mihidy. Ny taona 1844 dia maneho ny fikatonan’ny varavaran’ny fitoerana masina, raha nifindra tao amin’ny Masina Indrindra Kristy. Ny 573 tal. J.K. kosa dia manondro ny fiafaran’ny fotoam-pitsapana ho an’ny olombelona, izay anomezana fahafahana ireo andevon’ny ota izay efa voavotra, sy tany vaovao honenany.</w:t>
      </w:r>
    </w:p>
    <w:p>
      <w:pPr>
        <w:pStyle w:val="ArticleScripture"/>
        <w:jc w:val="left"/>
      </w:pPr>
      <w:r>
        <w:rPr>
          <w:rFonts w:ascii="Times New Roman" w:hAnsi="Times New Roman" w:eastAsia="Times New Roman" w:cs="Times New Roman"/>
        </w:rPr>
        <w:t>Ary raha tsy voavotra amin’ireo taona ireo izy, dia hivoaka amin’ny taona Jobily, dia izy sy ny zanany miaraka aminy. Fa Amiko ny Zanak’Isiraely dia mpanompo; mpanompoko izy, izay nentiko nivoaka avy tany amin’ny tany Egypta: Izaho no Jehovah Andriamanitrareo. Levitikosy 25:54, 55.</w:t>
      </w:r>
    </w:p>
    <w:p>
      <w:pPr>
        <w:pStyle w:val="ArticleBody"/>
        <w:jc w:val="left"/>
      </w:pPr>
      <w:r>
        <w:rPr>
          <w:rFonts w:ascii="Times New Roman" w:hAnsi="Times New Roman" w:eastAsia="Times New Roman" w:cs="Times New Roman"/>
        </w:rPr>
        <w:t>Samy maneho ny varavarana mihidy amin’ny lalàna Alahady antomotra ireo 22 Oktobra roa ireo. Ny fotoam-pitsapana nomena ny Advantisma dia nanomboka tamin’ny 1844 ary mifarana amin’ny lalàna Alahady antomotra, ary ny fotoam-pitsapana nomena an’i Etazonia dia mifarana koa amin’ny lalàna Alahady antomotra. Ireo fiafarana roa ireo dia mifandrindra amin’ireo vavolombelona roa an’ny 22 Oktobra, dia ny 2 300 taona sy ny roa-jato sy dimampolo taona.</w:t>
      </w:r>
    </w:p>
    <w:p>
      <w:pPr>
        <w:pStyle w:val="ArticleBody"/>
        <w:jc w:val="left"/>
      </w:pPr>
      <w:r>
        <w:rPr>
          <w:rFonts w:ascii="Times New Roman" w:hAnsi="Times New Roman" w:eastAsia="Times New Roman" w:cs="Times New Roman"/>
        </w:rPr>
        <w:t>Ny dimampolo amby roanjato taona izay mifarana eo amin’ny tantara eo anelanelan’i Raphia sy Panium dia mizara ny vanim-potoanan’ireo ady roa ho isa an’ohatra roa, izay samy manana ny heviny manokana rehefa atambatra. Folo taona taorian’i Raphia, izay midika hoe sisintany, ary fito taona talohan’i Panium, izay ady natao teny amin’ny lemaka ka nifarana tamin’ny fahirano. Ny folo sy ny fito, amin’ny maha-marika azy, dia manondro ny herin’ilay dragona araka ny vavolombelona maro. Ny 207 tal. J.K. dia mametraka an’i Trump, mariky ny biby avy amin’ny tany, eo anelanelan’ny andininy fahiraika ambin’ny folo sy fahadimy ambin’ny folo ao amin’ny Daniela 11, ka amin’ny lafiny faminaniana dia manomana azy hiteny tahaka ny dragona, araka izay asehon’ny fitambaran’ny isa folo sy ny isa fito.</w:t>
      </w:r>
    </w:p>
    <w:p>
      <w:pPr>
        <w:pStyle w:val="ArticleBody"/>
        <w:jc w:val="left"/>
      </w:pPr>
      <w:r>
        <w:rPr>
          <w:rFonts w:ascii="Times New Roman" w:hAnsi="Times New Roman" w:eastAsia="Times New Roman" w:cs="Times New Roman"/>
        </w:rPr>
        <w:t>Ny isa fito ambin’ny folo koa dia manana hevitra ara-tandindona, ary manitatra ny tantaran’i Raphia hatrany Panium, mihoatra an’i Panium ary koa mialoha an’i Raphia. Ptolemaios IV Philopator no nanjaka ho mpanjakan’i Egypta Ptolemaika nanomboka tamin’ny 221 tal. J.K. ka hatramin’ny 204 tal. J.K., ary nandresy an’i Antiochos Magnus tao Raphia izy tamin’ny 217 tal. J.K. Nanomboka nanjaka i Ptolemaios talohan’i Raphia, ary nanjaka nandritra ny taona “fito ambin’ny folo” izy. Ny isa fito ambin’ny folo dia maneho vanim-potoana ara-tantara izay manomboka talohan’i Raphia, ary mitatra mihoatra ny adin’i Panium sy ny fahirano an’i Sidona ka hatramin’ny famaranana ny fotoam-pahasoavan’ny olombelona, araka ny asehon’ny taona 330. Ny faminaniana roanjato sy dimampolo taona momba ny vanim-potoanan’ny fiangonan’i Smyrna dia nanomboka tamin’ny taona 64 ary nifarana tamin’ny Didin’i Milano sy ny fifanaraham-panambadiana tamin’ny taona 313.</w:t>
      </w:r>
    </w:p>
    <w:p>
      <w:pPr>
        <w:pStyle w:val="ArticleBody"/>
        <w:jc w:val="left"/>
      </w:pPr>
      <w:r>
        <w:rPr>
          <w:rFonts w:ascii="Times New Roman" w:hAnsi="Times New Roman" w:eastAsia="Times New Roman" w:cs="Times New Roman"/>
        </w:rPr>
        <w:t>I Constantin Lehibe no maneho ny tantaran’ny fiangonan’i Pergamosy, ary izany tantara izany dia nanomboka tamin’ny taona 313 ary nifarana tamin’ny 538. Ny “fito ambin’ny folo” taona voalohany taorian’ny famaranana ny faminaniana dimampolo amby roanjato taona tamin’ny 313 dia misy marika telo. Ny 313 dia ny Didin’i Milano, ny 321 dia ny lalàna alahady voalohany, ary ny fizarazarana ny fanjakana dia voamarika amin’ny 330. Ny 330 dia maneho ny lalàna alahady farany izay manamarika ny famaranana ny fotoam-pahasoavan’ny olombelona. Koa ny isa fito ambin’ny folo dia manomboka alohan’i Raphia ary mifarana tsara aorian’ny fampielezan-kevitra ara-tafika tao Panium sy Sidona. Ny andininy faha-enina ambin’ny folo ao amin’ny Daniela toko faha-iraika ambin’ny folo dia maneho ny lalàna alahady any Etazonia.</w:t>
      </w:r>
    </w:p>
    <w:p>
      <w:pPr>
        <w:pStyle w:val="ArticleBody"/>
        <w:jc w:val="left"/>
      </w:pPr>
      <w:r>
        <w:rPr>
          <w:rFonts w:ascii="Times New Roman" w:hAnsi="Times New Roman" w:eastAsia="Times New Roman" w:cs="Times New Roman"/>
        </w:rPr>
        <w:t>Ny faminanian’i Smyrna dia mampahafantatra ny famantarana ny fahirano, izay tena ivon’ny hafatra fampitandreman’i Ezekiela. Ny famantarana mialoha ny lalàna alahady, araka ny asehon’ireo sary roa momba ny fandravana an’i Jerosalema, dia ny fahirano; nefa koa izany no Didin’i Milan, izay manomboka ny fananganana ny sarin’ilay bibidia.</w:t>
      </w:r>
    </w:p>
    <w:p>
      <w:pPr>
        <w:pStyle w:val="ArticleBody"/>
        <w:jc w:val="left"/>
      </w:pPr>
      <w:r>
        <w:rPr>
          <w:rFonts w:ascii="Times New Roman" w:hAnsi="Times New Roman" w:eastAsia="Times New Roman" w:cs="Times New Roman"/>
        </w:rPr>
        <w:t>Amin’ny fahirano dia hisy filaharam-panambadiana amin’ny fanekena hitranga. Izy io dia fraktaly amin’ilay filaharam-panambadiana izay nanomboka tamin’i Reagan, araka ny tandindon’i Clovis tamin’ny 496, nefa ny filaharana farany mankany amin’ny fanambadiana dia manomboka amin’ny fahirano, mifanaraka amin’ny didin’i Justinian tamin’ny 533 sy amin’ny Didin’i Milan tamin’ny 313. Samy mialoha ny lalàna alahady ireo marika roa ireo. Ny 313 dia nialoha ny lalàna alahady voalohany tamin’ny 321, ary ny didy tamin’ny 533 dia nialoha ny lalàna alahady tamin’ny Konsily fahatelo tao Orléans tamin’ny 538. Karazana lalàna iray no hanatanteraka ny toetra faminaniana ananan’ny didin’i Justinian sy ny Didin’i Milan, raha karazana fanambadiana amin’ny fanekena ara-tandindona kosa no hapetraka.</w:t>
      </w:r>
    </w:p>
    <w:p>
      <w:pPr>
        <w:pStyle w:val="ArticleBody"/>
        <w:jc w:val="left"/>
      </w:pPr>
      <w:r>
        <w:rPr>
          <w:rFonts w:ascii="Times New Roman" w:hAnsi="Times New Roman" w:eastAsia="Times New Roman" w:cs="Times New Roman"/>
        </w:rPr>
        <w:t>Rehefa avoaka izany didim-panjakana izany dia tara loatra ny hiomanana, satria mihidy amin’ilay tandroka Protestanta ny varavaran’ny fahasoavana, tahaka ny nihidiany tokoa tamin’ny Paska voalohany tany Egypta. Aorian’izany, ny lalàn’ny Alahady, izay famantarana manaraka, dia manondro tsy fotsiny fa voaorina tanteraka ny sarin’ny bibidia, fa koa ny fampiharana ny mariky ny bibidia. Ny lalàn’ny Alahady no manamarika ny fiafaran’ny fotoam-pahasoavana ho an’ilay tandroka Repoblikana, dia ilay bibidian’ny tany ao amin’ny Apokalypsy toko fahatelo ambin’ny folo, tahaka ny nahafatesan’i Farao sy ny tafiny tao amin’ny Ranomasina Mena taorian’ny Paska.</w:t>
      </w:r>
    </w:p>
    <w:p>
      <w:pPr>
        <w:pStyle w:val="ArticleBody"/>
        <w:jc w:val="left"/>
      </w:pPr>
      <w:r>
        <w:rPr>
          <w:rFonts w:ascii="Times New Roman" w:hAnsi="Times New Roman" w:eastAsia="Times New Roman" w:cs="Times New Roman"/>
        </w:rPr>
        <w:t>Ny roanjato sy dimampolo taona izay mifarana amin’ny 207 tal. J.K. dia manondro an’i Donald Trump, araka ny asehon’i Antiochus Magnus miomana ho amin’ny fampielezan-kevitra ho avy izay manomboka eo amin’ny lemaka Panium ka mifarana amin’ny fahirano an’i Sidona. Taorian’ny Adin’i Panium, i Scopas avy any Aetolia, komandin’ny Ptolemaika, dia nandositra niaraka tamin’ny miaramila velona tokony ho 10.000 ho any amin’ny tanànan’i Sidona. Nanenjika azy i Antiochus ka nanao fahirano an’i Sidona. Ny fitondrana Ptolemaika tany Aleksandria dia nandefa hery famonjena, nefa tsy nahomby izany. Noho ny hanoanana nananontanona, dia nanolotra ny tanàna i Scopas. Navelan’i Antiochus hiala i Scopas; ary nony tatỳ aoriana dia niverina tany Egypta i Scopas, izay niafara tamin’ny namonoana azy noho ny fiampangana azy ho namadika tanindrazana sy nanodinkodim-bola. Ny fahirano an’i Sidona no namita ny fandresen’i Antiochus an’i Coele-Syria taorian’i Panium.</w:t>
      </w:r>
    </w:p>
    <w:p>
      <w:pPr>
        <w:pStyle w:val="ArticleBody"/>
        <w:jc w:val="left"/>
      </w:pPr>
      <w:r>
        <w:rPr>
          <w:rFonts w:ascii="Times New Roman" w:hAnsi="Times New Roman" w:eastAsia="Times New Roman" w:cs="Times New Roman"/>
        </w:rPr>
        <w:t>Asehon’i Rahavavy White ho “tanana mpanampin’Andriamanitra” ny bokin’i Uriah Smith, Daniel and the Revelation. Smith dia manondro ny fanentanana roa dingana nataon’i Antiochus ao amin’ny fanamarihany momba ny andininy faha-efatra ambin’ny folo sy faha-dimy ambin’ny folo ao amin’ny Daniela toko faha-iraika ambin’ny folo.</w:t>
      </w:r>
    </w:p>
    <w:p>
      <w:pPr>
        <w:pStyle w:val="ArticleScripture"/>
        <w:jc w:val="left"/>
      </w:pPr>
      <w:r>
        <w:rPr>
          <w:rFonts w:ascii="Times New Roman" w:hAnsi="Times New Roman" w:eastAsia="Times New Roman" w:cs="Times New Roman"/>
        </w:rPr>
        <w:t>Ny fanabeazana ny mpanjaka tanora tao Egypta dia natolotry ny Antenimieran-doholona romana ho eo ambany fiadidian’i M. Emilius Lepidus, izay nanendry an’i Aristomenes, minisitra antitra sady za-draharaha tao amin’izany fitsarana izany, ho mpiambina azy. Ny asa voalohany nataony dia ny nanao fepetra hanoherana ny fanafihana nandrahona avy amin’ireo mpanjaka roa niray dina, dia Filipo sy Antiokosy.</w:t>
      </w:r>
    </w:p>
    <w:p>
      <w:pPr>
        <w:pStyle w:val="ArticleScripture"/>
        <w:jc w:val="left"/>
      </w:pPr>
      <w:r>
        <w:rPr>
          <w:rFonts w:ascii="Times New Roman" w:hAnsi="Times New Roman" w:eastAsia="Times New Roman" w:cs="Times New Roman"/>
        </w:rPr>
        <w:t>Ho amin’izany tanjona izany dia naniraka an’i Scopas izy, jeneraly malaza avy any AEtolia, izay tamin’izany andro izany dia teo amin’ny fanompoan’ny Egyptianina, ho any amin’ny tanindrazany mba hanangona fanampin-kery ho an’ny tafika. Rehefa avy nanomana tafika izy, dia niditra tao Palestina sy Coele-Syria (fa Antiochus rahateo mbola voafatotra tamin’ny ady tamin’i Attalus tany Azia Minora), ka nampanaiky an’i Jodia manontolo ho eo ambanin’ny fahefan’i Egypta.</w:t>
      </w:r>
    </w:p>
    <w:p>
      <w:pPr>
        <w:pStyle w:val="ArticleScripture"/>
        <w:jc w:val="left"/>
      </w:pPr>
      <w:r>
        <w:rPr>
          <w:rFonts w:ascii="Times New Roman" w:hAnsi="Times New Roman" w:eastAsia="Times New Roman" w:cs="Times New Roman"/>
        </w:rPr>
        <w:t>“Toy izany no nametrahana ny raharaha ho amin’ny fahatanterahan’ilay andininy eo anoloantsika. Fa Antiokosy, nitsahatra tamin’ny adiny tamin’i Atalosy noho ny didin’ny Romanina, dia nandray fepetra haingana hamerenana an’i Palestina sy Kôlé-Syria hiala teo an-tanan’ny Egyptianina. Nalefa hanohitra azy i Skopasy. Teo akaikin’ny loharanon’i Jordana no nifanojoan’ireo tafika roa. [Panium] Resin’i Antiokosy i Skopasy, nenjehina hatrany Sidona, ary teo no nanaovana fahirano mafy azy. Jeneraly telo tena mahay indrindra tao Ejipta, niaraka tamin’ny hery tsara indrindra nananany, no nalefa hanafaka ny fahirano, saingy tsy nahomby. Tamin’ny farany, rehefa nifanehatra, tao amin’ilay aloka mahatsiravina sy tsy azo tanana antsoina hoe mosary, tamin’ny fahavalo iray tsy zakany toherina i Skopasy, dia voatery nitolo-batana izy tamin’ny fepetra mahamenatra hoe ny ainy ihany no hovonjena; ka noho izany dia navela handeha izy sy ny olony iray alina, nefa efa norobaina sy nitanjaka. Eto no nandraisan’ny mpanjakan’ny avaratra ireo tanàna voaaro indrindra; fa i Sidona, na tamin’ny toerana nisy azy na tamin’ny fiarovana azy, dia anisan’ny tanàna mafy indrindra tamin’izany andro izany. Eto no nisehoan’ny tsy fahafahan’ny tafiky ny atsimo hahatohitra, ary niseho koa ny tsy fahombiazan’ny vahoaka izay nofidin’ny mpanjakan’ny atsimo; dia i Skopasy sy ny tafika Aetoliany.” Daniel and the Revelation, 257, 258.</w:t>
      </w:r>
    </w:p>
    <w:p>
      <w:pPr>
        <w:pStyle w:val="ArticleBody"/>
        <w:jc w:val="left"/>
      </w:pPr>
      <w:r>
        <w:rPr>
          <w:rFonts w:ascii="Times New Roman" w:hAnsi="Times New Roman" w:eastAsia="Times New Roman" w:cs="Times New Roman"/>
        </w:rPr>
        <w:t>Ny dimam-polo amby roanjato taona izay mifarana amin’ny 207 talohan’i Kristy dia manondro an’i Donald Trump. Ny faminaniana dimam-polo amby roanjato taona izay mifarana amin’ny 313, miaraka amin’ny fanambadiana ara-panekena teo amin’ny atsinanana sy andrefana ary ny Didin’i Milan, dia manondro ny fiforonan’ny sarin’ilay bibidia ao Etazonia. Ny fiangonan’i Pergamosy, izay nanomboka tamin’ny 313, dia maneho ny tantara izay nianjeran’ny Kristianisma tamin’ny fivadiham-pinoana noho ny marimaritra iraisana tamin’ny fivavahan’ny jentilisa, mialoha ny niakaran’ny fahefan’ny papa teo amin’ny seza fiandrianana. Pergamosy sy ny taona 313 dia tandindon’ny marimaritra iraisana izay asehon’ny fiforonan’ny sarin’ilay bibidia ao Etazonia. Izy io dia maneho ny marimaritra iraisana teo amin’ny Kristianisma sy Roma papaly, satria ny fivavahana katolika dia tsy inona na inona, ary tsy latsaka noho izany, fa fanompoan-tsampy nisaron-tava ho andrim-panjakana kristiana. Ny faminaniana dimam-polo amby roanjato taona izay nanomboka tamin’ny 1776 ka mifarana amin’ity taona ity dia miresaka an’i Etazonia koa. Koa izany, ireo faminaniana dimam-polo amby roanjato taona telo ireo dia samy miresaka lafiny ara-paminaniana iray amin’ilay bibidian’ny tany ao amin’ny Apokalypsy 13, ary izy rehetra dia mifarana ao anatin’ireo tsipika ara-paminaniana asehon’ny isa fito ambin’ny folo.</w:t>
      </w:r>
    </w:p>
    <w:p>
      <w:pPr>
        <w:pStyle w:val="ArticleBody"/>
        <w:jc w:val="left"/>
      </w:pPr>
      <w:r>
        <w:rPr>
          <w:rFonts w:ascii="Times New Roman" w:hAnsi="Times New Roman" w:eastAsia="Times New Roman" w:cs="Times New Roman"/>
        </w:rPr>
        <w:t>Ny lalàn’ny Alahady dia rehefa miteny tahaka ny dragona i Etazonia, ary ny fitenenan’ny firenena iray dia ny asan’ny manam-pahefana mpanao lalàna sy mpitsara ao aminy.</w:t>
      </w:r>
    </w:p>
    <w:p>
      <w:pPr>
        <w:pStyle w:val="ArticleScripture"/>
        <w:jc w:val="left"/>
      </w:pPr>
      <w:r>
        <w:rPr>
          <w:rFonts w:ascii="Times New Roman" w:hAnsi="Times New Roman" w:eastAsia="Times New Roman" w:cs="Times New Roman"/>
        </w:rPr>
        <w:t>«Ny “fitenenan’” ilay firenena dia ny asan’ny fahefany mpanao lalàna sy mpitsara.» The Great Controversy, 442.</w:t>
      </w:r>
    </w:p>
    <w:p>
      <w:pPr>
        <w:pStyle w:val="ArticleBody"/>
        <w:jc w:val="left"/>
      </w:pPr>
      <w:r>
        <w:rPr>
          <w:rFonts w:ascii="Times New Roman" w:hAnsi="Times New Roman" w:eastAsia="Times New Roman" w:cs="Times New Roman"/>
        </w:rPr>
        <w:t>Tsy manana fahefana ara-pitsarana na ara-panjakana mpanao lalàna i Trump, koa ny lalàna alahady izay ho avy tsy ho ela dia tanterahin’ny Kongresy. Na izany aza, izay fihetsika rehetra manome fanohanana ny fahefan’ny papa dia tandindon’ny lalàna alahady. Ny didy tamin’ny 533 sy ny edikta tamin’ny 313 no manamarika ny fiandohan’ny vanim-potoana izay iorenan’ny sarin’ilay bibidia. Ny famaranana dia ny lalàna alahady izay ho avy tsy ho ela, ary i Jesosy dia mandrakariva maneho ny farany amin’ny alalan’ny fiandohana; koa ny fihetsik’i Trump amin’ny alalan’ny didy mpanatanteraka izay hanome “fandeferana” na inona na inona ho an’ilay antikristin’ny faminanian’ny Baiboly dia haneho ny alfa-n’ilay hetsika izay tsy mifarana raha tsy amin’ny omega, rehefa i Etazonia “handà toy izany ny foto-kevitry ny governemantany ka hampanao lalàna alahady.”</w:t>
      </w:r>
    </w:p>
    <w:p>
      <w:pPr>
        <w:pStyle w:val="ArticleScripture"/>
        <w:jc w:val="left"/>
      </w:pPr>
      <w:r>
        <w:rPr>
          <w:rFonts w:ascii="Times New Roman" w:hAnsi="Times New Roman" w:eastAsia="Times New Roman" w:cs="Times New Roman"/>
        </w:rPr>
        <w:t>“Maro, eny fa na dia amin’ireo aza izay mirotsaka amin’ity hetsika fampiharana ny fitandremana ny Alahady ity, no jamba amin’ny vokatra izay hanaraka izany asa izany. Tsy hitany fa mamely mivantana ny fahalalahana ara-pivavahana izy ireo. Maro no mbola tsy nahatakatra velively ny fitakian’ny Sabatan’ny Baiboly sy ny fototra diso iorenan’ny andrim-panjakana momba ny Alahady. Izay hetsika rehetra manohana lalàna ara-pivavahana dia tena asa fandeferana amin’ny fahefan’ny papa, izay nandritra ny taonjato maro no niady tsy an-kijanona tamin’ny fahalalahan’ny fieritreretana. Ny fitandremana ny Alahady dia manana ny fisiany amin’ny maha-andrim-panjakana lazaina ho kristiana azy avy amin’‘ny zava-miafin’ny tsi-fankatoavana;’ ary ny fanerena azy dia ho fanekena mivaingana ireo foto-kevitra izay tena vato fehizoron’ny Romanisma. Rehefa handà toy izany ny foto-kevitry ny fitondram-panjakany ny firenentsika ka hamoaka lalàna momba ny Alahady, dia hifanome tanana amin’ny popery ny Protestantisma amin’izany asa izany; tsy inona izany fa fanomezana aina ny jadona izay efa hatry ny ela no niandry fatratra ny fotoana ahafahany mitsambikina indray ho amin’ny fanjakazakana feno didiko fele.” Testimonies, boky faha-5, 711.</w:t>
      </w:r>
    </w:p>
    <w:p>
      <w:pPr>
        <w:pStyle w:val="ArticleBody"/>
        <w:jc w:val="left"/>
      </w:pPr>
      <w:r>
        <w:rPr>
          <w:rFonts w:ascii="Times New Roman" w:hAnsi="Times New Roman" w:eastAsia="Times New Roman" w:cs="Times New Roman"/>
        </w:rPr>
        <w:t>Na inona na inona “hetsika mankasitraka ny lalàna ara-pivavahana dia tena asa fampileferana amin’ny fahefana papaly tokoa,” ary ireo hetsika ireo dia miseho mialoha ny lalàn’ny Alahady izay ho avy tsy ho ela.</w:t>
      </w:r>
    </w:p>
    <w:p>
      <w:pPr>
        <w:pStyle w:val="ArticleScripture"/>
        <w:jc w:val="left"/>
      </w:pPr>
      <w:r>
        <w:rPr>
          <w:rFonts w:ascii="Times New Roman" w:hAnsi="Times New Roman" w:eastAsia="Times New Roman" w:cs="Times New Roman"/>
        </w:rPr>
        <w:t>“Ny didy izay mampihatra ny fanompoam-pivavahana amin’ity andro ity dia hivoaka ho any amin’izao tontolo rehetra izao. Efa nivoaka sahady amin’ny ambaratonga voafetra izy. Any amin’ny toerana maro ny fahefana sivily dia miteny amin’ny feon’ny dragona, tahaka ny nitenenan’ilay mpanjaka jentilisa tamin’ireo babo Hebreo.” Signs of the Times, 6 Mey 1897.</w:t>
      </w:r>
    </w:p>
    <w:p>
      <w:pPr>
        <w:pStyle w:val="ArticleBody"/>
        <w:jc w:val="left"/>
      </w:pPr>
      <w:r>
        <w:rPr>
          <w:rFonts w:ascii="Times New Roman" w:hAnsi="Times New Roman" w:eastAsia="Times New Roman" w:cs="Times New Roman"/>
        </w:rPr>
        <w:t>Hohizintsika ao amin’ny lahatsoratra manaraka ireo zavatra ireo.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 Tantara Miafin’ny Andininy Faha-40 - Laharana Faha-31</dc:title>
  <dc:subject>Ezekiela Laharana Faha-Roa Ambin’ny Folo</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