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Fiangonan’ny Advantista Mitandrina ny Andro Fahafito ao Laodikia - Laharana Folo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Isa Folo</w:t>
      </w:r>
    </w:p>
    <w:p>
      <w:pPr>
        <w:pStyle w:val="ArticleBody"/>
        <w:jc w:val="left"/>
      </w:pPr>
      <w:r>
        <w:rPr>
          <w:rFonts w:ascii="Times New Roman" w:hAnsi="Times New Roman" w:eastAsia="Times New Roman" w:cs="Times New Roman"/>
        </w:rPr>
        <w:t>Miresaka ampahany amin’ny fahitan’i Isaia isika, izay manomboka ao amin’ny toko faha-fito ary mitohy hatramin’ny faran’ny toko faha-roa ambin’ny folo. Ataontsika izany satria tamin’ny 1850 dia “naninjitra ny tànany fanindroany ny Tompo mba hamory” ny olony sisa. Apetratsika amin’ny toerany ny mari-dalana manomboka amin’ny 1844 ka hatramin’ny 1863. Ny “1850” sy ny fanangonana fanindroany dia iray amin’ireo mari-dalana ireo.</w:t>
      </w:r>
    </w:p>
    <w:p>
      <w:pPr>
        <w:pStyle w:val="ArticleBody"/>
        <w:jc w:val="left"/>
      </w:pPr>
      <w:r>
        <w:rPr>
          <w:rFonts w:ascii="Times New Roman" w:hAnsi="Times New Roman" w:eastAsia="Times New Roman" w:cs="Times New Roman"/>
        </w:rPr>
        <w:t>Raha vantany vao manomboka eo amin’ny andininy voalohany amin’ny toko fahafito ny fahitan’i Isaia, isaky ny miseho ny fiteny mitovitovy amin’ny hoe “amin’izany andro izany” ka atao ho fanondroana, dia tsy maintsy apetraka ao anatin’ny tontolo ara-paminaniana efa voaorina ao amin’ny toko fahafito izany. Fanalahidy iray hahafahana mizara tsara ny fahitana ny fahafantarana fa ny faminaniana dia miasa araka ny foto-kevitry ny famerimberenana sy fanitarana, ary io fitsipika io dia miasa ao amin’ilay fahitana.</w:t>
      </w:r>
    </w:p>
    <w:p>
      <w:pPr>
        <w:pStyle w:val="ArticleBody"/>
        <w:jc w:val="left"/>
      </w:pPr>
      <w:r>
        <w:rPr>
          <w:rFonts w:ascii="Times New Roman" w:hAnsi="Times New Roman" w:eastAsia="Times New Roman" w:cs="Times New Roman"/>
        </w:rPr>
        <w:t>Ny fahamarinana ara-paminaniana isan-karazany izay aseho ao amin’ny fahitan’i Isaia, manomboka amin’ny toko fahenina, dia tsy maintsy hatonina avy amin’ity fomba fijery ity: fa “voalohany indrindra”, Isaia dia misolo tena fanahy iray izay nohosorana tamin’ny 9/11 mba hanambara fa tonga ny ranonorana farany. Ao anatin’izany tontolo masina izany, ny toko fahafiton’i Isaia dia mampiseho ilay tahotra indrindra izay nasehon’ilay mpaminany tao amin’ny toko fahenina, fony izy nametraka ny fanontaniana hoe: “mandra-pahoviana” no tsy maintsy hanomezany ny hafatry ny 9/11 amin’ny fiangonana nihemotra iray izay “nanana maso nefa nandà tsy hahita ary nanana sofina nefa nandà tsy handre”?</w:t>
      </w:r>
    </w:p>
    <w:p>
      <w:pPr>
        <w:pStyle w:val="ArticleBody"/>
        <w:jc w:val="left"/>
      </w:pPr>
      <w:r>
        <w:rPr>
          <w:rFonts w:ascii="Times New Roman" w:hAnsi="Times New Roman" w:eastAsia="Times New Roman" w:cs="Times New Roman"/>
        </w:rPr>
        <w:t>Ao amin’ny fahitana, Ahaza mpanjaka ratsy fanahy sy adala dia tandindon’ny Laodiseana iray izay tsy handray ny fampitandreman’ny hafatry ny ranonorana farany, araka ny anoloran’ny mpiambina izany, dia ireo izay miatrika an’i Ahaza ratsy fanahy sy adala, izay asehon’i Isaia sy ny zanany lahy.</w:t>
      </w:r>
    </w:p>
    <w:p>
      <w:pPr>
        <w:pStyle w:val="ArticleBody"/>
        <w:jc w:val="left"/>
      </w:pPr>
      <w:r>
        <w:rPr>
          <w:rFonts w:ascii="Times New Roman" w:hAnsi="Times New Roman" w:eastAsia="Times New Roman" w:cs="Times New Roman"/>
        </w:rPr>
        <w:t>9/11 dia tonga tao amin’ny tantara ara-paminaniana ao amin’ny Daniela 11:40; koa rehefa apetraka ao amin’ny 9/11 i Isaia ao amin’ny toko fahaenina, dia apetraka ara-paminaniana ao anatin’ny andininy faha-40 ao amin’ny Daniela 11 izy, nefa ny lehibe kokoa aza dia apetraka ao anatin’ilay “tantara miafina ao amin’ny andininy faha-40” izy. Ilay tantara miafina ao amin’ny andininy faha-40 dia nanomboka rehefa tanteraka ilay andininy tamin’ny 1989, tamin’ny firodanan’ny Firaisana Sovietika. Hatramin’ny 1989 ka hatramin’ny lalàna alahady ao amin’ny andininy faha-41 no “tantara miafina ao amin’ny andininy faha-40” izay voavahan’ny Liona avy amin’ny fokon’i Joda ao anatin’io “tantara miafina” io indrindra. Izay asehon’izany amin’ny fandinihantsika an’i Isaia ho solontenan’ny iraka mitondra ny ranonorana farany aorian’ny 9/11 dia izao: ny ampahany iray amin’ny hafatry ny ranonorana farany izay torian’i Isaia dia—Daniela 11:41–45.</w:t>
      </w:r>
    </w:p>
    <w:p>
      <w:pPr>
        <w:pStyle w:val="ArticleBody"/>
        <w:jc w:val="left"/>
      </w:pPr>
      <w:r>
        <w:rPr>
          <w:rFonts w:ascii="Times New Roman" w:hAnsi="Times New Roman" w:eastAsia="Times New Roman" w:cs="Times New Roman"/>
        </w:rPr>
        <w:t>Mijoro ara-paminaniana eo amin’ny Isaia 9/11 ao amin’ny toko faha-folo, dia manolotra fampitandremana fa ny zava-mitranga manaraka indrindra dia ilay “didy tsy marina”, izay ilay lalàn’ny Alahady, ary aseho ao amin’ny andininy faha-iraika amby efapolo ao amin’ny Daniela 11. Ny fanoharan’i Isaia momba ny hafatry ny ranonorana farany dia apetraka ao anatin’ilay “tantara miafina” an’ny andininy faha-efapolo aorian’ny 9/11. Ny fahatanterahan’ny andininy faha-efapolo tamin’ny 1989 dia mametraka an’i Isaia aorian’ny 1989, eo amin’ny 9/11 izay hanosorana azy amin’ny vainafo nalaina avy teo amin’ny alitara. Isaia dia misolo tena iraka iray izay ahitana ny andininy enina farany amin’ny Daniela 11 ny hafany.</w:t>
      </w:r>
    </w:p>
    <w:p>
      <w:pPr>
        <w:pStyle w:val="ArticleBody"/>
        <w:jc w:val="left"/>
      </w:pPr>
      <w:r>
        <w:rPr>
          <w:rFonts w:ascii="Times New Roman" w:hAnsi="Times New Roman" w:eastAsia="Times New Roman" w:cs="Times New Roman"/>
        </w:rPr>
        <w:t>Nambaran’i Isaia mivantana fa izy sy ny zanany dia ho famantarana sy fahagagana. Ao amin’ny toko fahafito andininy fahatelo, Isaia sy ny zanany dia eo amin’ny lakandranon’ny kamory ambony, eo amin’ny lalambe mankany amin’ny sahan’ny mpamotsy lamba. Isaia dia maneho ny hafatry ny ranonorana farany, izay nanosorana azy hotorina ao amin’ny toko fahenina, ary izy dia mijoro eo amin’ny tandindona telo momba ny ranonorana farany, sady miaraka amin’i Shearjashub zanany. Ny lakandranon’ny kamory ambony dia fanondroana ara-paminaniana ny amin’ireo fantsona roa feno diloilo volamena izay ambaran’i Zakaria sy asian-dRahavavy White fanamarihana matetika tokoa, ka manondro ny hafatra izay avy amin’ny lakandranon’ny kamory ambony ao amin’ny hafatry ny ranonorana farany.</w:t>
      </w:r>
    </w:p>
    <w:p>
      <w:pPr>
        <w:pStyle w:val="ArticleBody"/>
        <w:jc w:val="left"/>
      </w:pPr>
      <w:r>
        <w:rPr>
          <w:rFonts w:ascii="Times New Roman" w:hAnsi="Times New Roman" w:eastAsia="Times New Roman" w:cs="Times New Roman"/>
        </w:rPr>
        <w:t>Ny lakandranon’i Isaia dia mifandray amin’ireo fantsona roa ao amin’i Zakaria, ary ny fanazavan’i Ellen White dia mampifamatotra an’i Zakaria amin’ny fanoharana ny amin’ireo virijina folo. Nampietrena ho amin’ny vovoka Isaia ao amin’ny toko fahenina, raha nahita ny voninahitry ny Tompo izy. Nanaiky hitondra ny hafatra aseho ao amin’ny andininy fahatelo izy, dia ilay hafatra manazava ny tany amin’ny voninahitr’Andriamanitra. Ary nodiovina tamin’ny vainafo nalaina teo amin’ny alitara izy, ary avy eo dia mijoro eo amin’ny farihy noforonin’ny rano avy amin’ny farihy ambony. Ao amin’ny toko faha-valo amby roapolo, Isaia dia mamaritra ny hafatry ny ranonorana farany ho “tsipika amin’ny tsipika,” ary ao amin’ny andininy fahatelo dia maneho tsipikam-paminaniana maromaro ny farihy ambony.</w:t>
      </w:r>
    </w:p>
    <w:p>
      <w:pPr>
        <w:pStyle w:val="ArticleBody"/>
        <w:jc w:val="left"/>
      </w:pPr>
      <w:r>
        <w:rPr>
          <w:rFonts w:ascii="Times New Roman" w:hAnsi="Times New Roman" w:eastAsia="Times New Roman" w:cs="Times New Roman"/>
        </w:rPr>
        <w:t>Isaia, izay misolo tena fanahy iray eo amin’ny 9/11, dia tsy hijoro afa-tsy eo amin’ny toerana izay idinan’ny diloilo volamena avy amin’ny farihy ambony ihany, raha izany fanahy izany no efa nangataka ny lalana tsara izay mitarika ho amin’ny làlana fahiny ao amin’i Jeremia, dia ny “làlambe (lalana) any amin’ny sahan’ny mpanadio lamba” ao amin’i Isaia, izay ahitana ny “fitsaharana” ao amin’i Jeremia. Ny hafatry ny ranonorana farany ao amin’i Isaia dia tsy miorina amin’ny andalan’ny virijina folo ihany, sy ny andalan’ny fantsona volamena roa ao amin’i Zakaria, ary ny andalan’ny làlana fahiny ao amin’i Jeremia, fa Isaia koa dia mijoro eo amin’ny “sahan’ny mpanadio lamba” izay anadiovan’ny Iraky ny Fanekena sy anadiovany tanteraka ny zanak’i Levy tahaka ny volafotsy sy ny volamena.</w:t>
      </w:r>
    </w:p>
    <w:p>
      <w:pPr>
        <w:pStyle w:val="ArticleBody"/>
        <w:jc w:val="left"/>
      </w:pPr>
      <w:r>
        <w:rPr>
          <w:rFonts w:ascii="Times New Roman" w:hAnsi="Times New Roman" w:eastAsia="Times New Roman" w:cs="Times New Roman"/>
        </w:rPr>
        <w:t>Asa ara-paminaniana tena mora ny mampiditra ireo andalana hafa ho ao amin’ny andininy fahatelo amin’ny toko fahafito. Ny diloilon’i Zakaria sy ireo virijina folo dia mifandray amin’ny tohatran’i Jakoba sy ny andininy roa voalohany ao amin’ny Apokalypsy, satria samy miresaka ny fizotran’ny fifandraisana eo amin’Andriamanitra sy ny olona izy rehetra. Ny lalana taloha ao amin’i Jeremia dia ahitana ilay “mpiambina” izay mitsoka ny trompetra, nefa i Ahaza, mpanjaka ratsy fanahy sy adala, dia mandà tsy hihaino. Izany trompetra izany no misintona ny trompetra rehetra ao amin’ny faminaniana, ary koa ireo mpiambina ara-paminaniana, ho ao amin’ilay “lalambe” ao amin’i Isaia, izay i Isaia sy ny zanany no mitsangana hampita hafatra amin’ny mpitarika an’i Laodikia.</w:t>
      </w:r>
    </w:p>
    <w:p>
      <w:pPr>
        <w:pStyle w:val="ArticleBody"/>
        <w:jc w:val="left"/>
      </w:pPr>
      <w:r>
        <w:rPr>
          <w:rFonts w:ascii="Times New Roman" w:hAnsi="Times New Roman" w:eastAsia="Times New Roman" w:cs="Times New Roman"/>
        </w:rPr>
        <w:t>Isaia sy Shearjashoba zanany lahy, izay midika hoe “hisy sisa hiverina”, dia miara-mijoro, ary asehon’izy ireo amin’ny sary ny fanambarana ny hafatry ny ranonorana farany izay tonga tamin’ny 9/11. Mandeha hitsena an’i Ahaza mpanjaka ratsy fanahy izy ireo, ary amin’ny maha-ray sy zanaka azy dia misolo tena famantarana ny alfa sy omega, dia ny fitsipika fototra amin’ny fomba fiasa “andalana manaraka andalana”. Ny “andalana manaraka andalana” no fitsipika izay naseho tamin’ny alalan’ny ohatra tao amin’ny foto-kevitry ny Millerita momba ny “andro/taona”.</w:t>
      </w:r>
    </w:p>
    <w:p>
      <w:pPr>
        <w:pStyle w:val="ArticleBody"/>
        <w:jc w:val="left"/>
      </w:pPr>
      <w:r>
        <w:rPr>
          <w:rFonts w:ascii="Times New Roman" w:hAnsi="Times New Roman" w:eastAsia="Times New Roman" w:cs="Times New Roman"/>
        </w:rPr>
        <w:t>Tamin’ny 11 Aogositra 1840 dia tanteraka ny faminaniana iray momba ny finoana silamo, dia ilay loza faharoa ao amin’ny Apokalypsy toko faha-sivy, ka voamarina ny foto-kevitra Millerita momba ny “andro/taona”; araka izany dia nohamafisina ny faminanian’i Miller mikasika ny taona 1843, izay niorina tamin’io foto-kevitry ny andro/taona io. Tamin’ny 11 Septambra 2001 kosa dia tanteraka ny faminaniana iray momba ny finoana silamo, dia ilay loza fahatelo ao amin’ny Apokalypsy toko faha-sivy, faha-folo ary faha-iraika ambin’ny folo, ka voamarina ny foto-kevitry ny alfa (11-8-1840) sy ômega (9/11), raha nidina ilay anjely mahery ao amin’ny Apokalypsy toko faha-valo ambin’ny folo tamin’ny fotoana nianjeran’ireo trano lehibe tao New York—araka ny nidinan’ilay anjely mahery ao amin’ny Apokalypsy toko faha-folo tamin’ny 11 Aogositra 1840, raha tanteraka ilay alfa izay tandindon’ny ômega.</w:t>
      </w:r>
    </w:p>
    <w:p>
      <w:pPr>
        <w:pStyle w:val="ArticleBody"/>
        <w:jc w:val="left"/>
      </w:pPr>
      <w:r>
        <w:rPr>
          <w:rFonts w:ascii="Times New Roman" w:hAnsi="Times New Roman" w:eastAsia="Times New Roman" w:cs="Times New Roman"/>
        </w:rPr>
        <w:t>Tsy i Isaia sy ny zanany ihany no maneho ny fitsipika fototra hoe “tsipika anampy tsipika”, fa izy ireo koa dia maneho ny hafatry Elia, izay hafatra aseho amin’ny alalan’ny fifandraisan’ny ray sy ny zanany. Ny hafatry Elia, izay torina mialoha indrindra ny andro lehiben’i Jehovah sady mahatahotra, dia manondro hafatra iray izay tonga mialoha indrindra ny fiandohan’ny fitsaran’Andriamanitra amin’ny fanatanterahana azy. Ny fitsaran’Andriamanitra amin’ny fanatanterahana azy dia maneho fe-potoana iray izay “andro lehiben’i Jehovah sady mahatahotra.” Izany fe-potoana izany dia manomboka amin’ny lalàn’ny Alahady ary mitohy hatramin’ny loza fito farany. Manomboka amin’ny lalàn’ny Alahady izany fe-potoana izany ary mifarana amin’ny loza fito farany. Koa ny hafatry Elia dia miorina amin’ny fitsipiky ny alfa sy omega, ampiarahina amin’ny fampitandremana ny amin’ny fanatonan’ny fiafaran’ny androm-pahasoavana. Miaraka amin’ny hafatr’i Elia dia eo koa ireo tsipika faminaniana samihafa izay miorina amin’i Elia; fa i Elia, araka an’i Jesosy, dia nisolo tena an’i Jaona Mpanao Batisa, ary i Elia sy i Jaona samy, araka an-dRahavavy White, dia nisolo tena an’i William Miller; ary i Elia sy i Jaona Mpanao Batisa miaraka dia maneho ny iray hetsy sy efatra alina sy efatra arivo (Elia), ary ny vahoaka be tsy hita isa ao amin’ny Apokalypsy fito (Jaona).</w:t>
      </w:r>
    </w:p>
    <w:p>
      <w:pPr>
        <w:pStyle w:val="ArticleBody"/>
        <w:jc w:val="left"/>
      </w:pPr>
      <w:r>
        <w:rPr>
          <w:rFonts w:ascii="Times New Roman" w:hAnsi="Times New Roman" w:eastAsia="Times New Roman" w:cs="Times New Roman"/>
        </w:rPr>
        <w:t>Isaia sy ny zanany lahy dia mijoro eo amin’ny lalana fahiny, izay fototra, ary mandray ny diloilo volamena izy ireo, fa virijina hendry izay mandalo amin’ny fizotry ny fanadiovan’ny fuller izy, izay tanteraka tamin’ny 22 Oktobra 1844, ka manondro mialoha ny lalàn’ny Alahady. Isaia sy ny sisa izay miverina, (fa izany no hevitr’ilay anaran’ny zanany, Shearjashub), dia misolo tena ny sisa izay “miverina” amin’ny lalana fahiny amin’ny 9/11. Ny fifandraisan’ny ray sy ny sisa, izay koa no fifandraisan’ny alfa sy ny omega, izay koa no fifandraisan’i Elia momba ny “fon’ny ray sy ny zanaka”, dia manondro fa i Father Miller sy ny fifandraisany amin’ny hetsika sisa iray an’ny anjely voalohany no hetsika alfa tao Filadelfia. Tao amin’ny hetsika alfa dia nantsoina ho Elia sy Jaona Mpanao Batisa i Father Miller, ilay nofaritan’i Jesosy ho iraka izay nanomana ny lalana ho an’ny Iraky ny Fanekena. Ireo fahatanterahan’ny faminaniana rehetra ireo tao amin’ny tantara alfa momba ny anjely voalohany sy faharoa dia averina ao amin’ny tantaran’ny omega momba ny anjely fahatelo.</w:t>
      </w:r>
    </w:p>
    <w:p>
      <w:pPr>
        <w:pStyle w:val="ArticleBody"/>
        <w:jc w:val="left"/>
      </w:pPr>
      <w:r>
        <w:rPr>
          <w:rFonts w:ascii="Times New Roman" w:hAnsi="Times New Roman" w:eastAsia="Times New Roman" w:cs="Times New Roman"/>
        </w:rPr>
        <w:t>Misy zava-misy manan-danja kokoa momba ny fanoharana ataon’i Isaia ao amin’ny fahitana, nefa eto isika dia mamantatra fotsiny fa i Isaia dia manondro manokana ireo fahamarinana isan-karazany izay mandrafitra ny ivon’ny hafatry ny ranonorana farany momba ny 9/11. Ireo tsipika rehetra vao noresahintsika ireo, ary mazava ho azy fa maro hafa koa, dia hita ao amin’ny andininy fahatelo amin’ny toko fahafito.</w:t>
      </w:r>
    </w:p>
    <w:p>
      <w:pPr>
        <w:pStyle w:val="ArticleBody"/>
        <w:jc w:val="left"/>
      </w:pPr>
      <w:r>
        <w:rPr>
          <w:rFonts w:ascii="Times New Roman" w:hAnsi="Times New Roman" w:eastAsia="Times New Roman" w:cs="Times New Roman"/>
        </w:rPr>
        <w:t>Amin’ny andininy fahavalo dia mihamafy ny fahamarinana ara-paminaniana, satria manondro ny fanalahidy izay manokatra ny “tantara miafina ao amin’ny andininy faha-efapolo” izy; ary mahagaga fa ao anatin’io andininy io ihany no ahafantarana izany fanalahidy izany, dia ilay andininy izay anamarika ny fiandohan’ireo faminaniana ara-potoana roa samy maharitra 2520 taona.</w:t>
      </w:r>
    </w:p>
    <w:p>
      <w:pPr>
        <w:pStyle w:val="ArticleScripture"/>
        <w:jc w:val="left"/>
      </w:pPr>
      <w:r>
        <w:rPr>
          <w:rFonts w:ascii="Times New Roman" w:hAnsi="Times New Roman" w:eastAsia="Times New Roman" w:cs="Times New Roman"/>
        </w:rPr>
        <w:t>Fa Damasikosy no lohan’i Syria, ary Rezina no lohan’i Damasikosy; ary raha afaka dimy amby enimpolo taona, dia hovakivakina Efraima ka tsy ho firenena intsony. Ary Samaria no lohan’i Efraima, ary ny zanak’i Remalia no lohan’i Samaria.</w:t>
      </w:r>
    </w:p>
    <w:p>
      <w:pPr>
        <w:pStyle w:val="ArticleScripture"/>
        <w:jc w:val="left"/>
      </w:pPr>
      <w:r>
        <w:rPr>
          <w:rFonts w:ascii="Times New Roman" w:hAnsi="Times New Roman" w:eastAsia="Times New Roman" w:cs="Times New Roman"/>
        </w:rPr>
        <w:t>Raha tsy hino ianareo, dia tsy haharitra tokoa ianareo. Isaia 7:8, 9.</w:t>
      </w:r>
    </w:p>
    <w:p>
      <w:pPr>
        <w:pStyle w:val="ArticleBody"/>
        <w:jc w:val="left"/>
      </w:pPr>
      <w:r>
        <w:rPr>
          <w:rFonts w:ascii="Times New Roman" w:hAnsi="Times New Roman" w:eastAsia="Times New Roman" w:cs="Times New Roman"/>
        </w:rPr>
        <w:t>Ny fanoharan’i Isaia momba ny hafatry ny oram-baratra farany dia ahitana ny “impito” an’i Mosesy, satria ny faminaniana dimy amby enimpolo taona ao amin’ny andininy faha-valo no manondro ny fiandohana ho an’ny fanaparitahana 2520 taona, ho an’ny fanjakan’ny Isiraely avaratra sy atsimo. Ao anatin’io andininy io ihany no misy ilay fanalahidy izay mamadika ireo tsipika faminaniana telo ao amin’ny Daniela 11:40 momba ny firodanan’ny Firaisana Sôvietika tamin’ny 1989, miaraka amin’ny Daniela 11:10, ary koa amin’ny Isaia 8:8. Amin’ireo tsipika telo ireo (Isaia 8:8, Daniela 11:10, 40), ny fanalahidy dia ny “loha” ao amin’ny andininy faha-valo sy faha-sivy. Rehefa ampiharina amin’ireo andininy telo mifanindran-dalana ireo ny fanalahidin’ny “loha”, dia vohaina ny varavarana mankany amin’ny tantaran’ny Ady Okrainiana sy ny Ady Lehibe Fahatelo izay ho avy tsy ho ela. Rehefa vohaina io varavarana ara-paminaniana io, dia hita amin’izay fa ny Daniela 11:11–16 dia tantara mifanindran-dalana amin’ny Daniela 11:40 aorian’ny firodanan’ny Firaisana Sôvietika tamin’ny 1989. Ny famohana ny “tantara miafina ao amin’ny andininy faha-40” dia fahamarinana iray anisan’ireo vitsy voafantina izay fantatra fa voavaha tombo-kase mifandray amin’ny famahana tombo-kase ny Fanambaran’i Jesosy Kristy, mialoha indrindra ny hifaranan’ny fotoam-pahasoavana.</w:t>
      </w:r>
    </w:p>
    <w:p>
      <w:pPr>
        <w:pStyle w:val="ArticleBody"/>
        <w:jc w:val="left"/>
      </w:pPr>
      <w:r>
        <w:rPr>
          <w:rFonts w:ascii="Times New Roman" w:hAnsi="Times New Roman" w:eastAsia="Times New Roman" w:cs="Times New Roman"/>
        </w:rPr>
        <w:t>Ny andininy voalohany ao amin’ny toko fahavalo ao amin’i Isaia dia manomboka amin’ny teny hoe: “Ary koa,” ka manambara fa ny toko fahavalo dia tokony hapetraka eo ambonin’ny toko fahafito. Ankoatra ny hoe “ary koa” no teny voalohany, ny andininy fahatelo ao amin’ny toko fahavalo dia mifamatotra amin’ny andininy fahatelo ao amin’ny toko fahafito ho vavolombelona faharoa fa ireo toko roa ireo dia tokony hampiharina andalana amin’ny andalana. Samy manondro ny iray amin’ireo zanak’i Isaia ireo andininy “fahatelo” roa ireo, ary ny anarany dia samy miteny ny hafatra ara-paminaniana ao anatin’ilay tantara. Shearjashub dia midika hoe “hisy sisa hiverina” ary Mahershalalhashbaz dia midika hoe “haingana ho amin’ny babo.” Shearjashub no voatonona aloha, avy eo Mahershalalhashbaz (izay no anarana lava indrindra ao amin’ny Baiboly). Ny alfa asehon’ny “1” dia kely kokoa, ary amin’ity tranga ity dia voafaritra mihitsy ho “sisa,” ary ny omega asehon’ny “22” dia lehibe kokoa, ary asehon’ilay anarana lehibe indrindra ao amin’ny Baiboly, sady maneho an’ohatra ny fihetsika haingan’ny lalàn’ny alahady.</w:t>
      </w:r>
    </w:p>
    <w:p>
      <w:pPr>
        <w:pStyle w:val="ArticleBody"/>
        <w:jc w:val="left"/>
      </w:pPr>
      <w:r>
        <w:rPr>
          <w:rFonts w:ascii="Times New Roman" w:hAnsi="Times New Roman" w:eastAsia="Times New Roman" w:cs="Times New Roman"/>
        </w:rPr>
        <w:t>Ny sisa alpha, izay asehon’i Shearjashub, dia miaraka amin-drainy, dia Isaia, ao amin’ny andininy fahatelo. Miara-mamolavola alpha sy omega izy roa, ary mijoro eo amin’ny toerana iray izay ahitana filazana telo samy hafa momba ny orana farany.</w:t>
      </w:r>
    </w:p>
    <w:p>
      <w:pPr>
        <w:pStyle w:val="ArticleScripture"/>
        <w:jc w:val="left"/>
      </w:pPr>
      <w:r>
        <w:rPr>
          <w:rFonts w:ascii="Times New Roman" w:hAnsi="Times New Roman" w:eastAsia="Times New Roman" w:cs="Times New Roman"/>
        </w:rPr>
        <w:t>Ary hoy Jehovah tamin’i Isaia hoe: Mandehana ankehitriny hihaona amin’i Ahaza, ianao mbamin’i Seara-jasoba zanakao, eo amin’ny faran’ny lakandrano avy amin’ny kamory ambony, eo amin’ny lalambe mankany amin’ny sahan’ny mpamotsy lamba. Isaia 7:3.</w:t>
      </w:r>
    </w:p>
    <w:p>
      <w:pPr>
        <w:pStyle w:val="ArticleBody"/>
        <w:jc w:val="left"/>
      </w:pPr>
      <w:r>
        <w:rPr>
          <w:rFonts w:ascii="Times New Roman" w:hAnsi="Times New Roman" w:eastAsia="Times New Roman" w:cs="Times New Roman"/>
        </w:rPr>
        <w:t>Isaia dia tandindon’ireo iray hetsy sy efatra alina sy efatra arivo, ary amin’ny fanehoany ny antson’ny 9/11, dia maneho koa ny antson’ny Jolay 2023 i Isaia. Tamin’ny 9/11, Isaia dia Laodikeana iray, asehon’i Jakoba ilay mpisolo toerana, izay handray ny fizokian’i Esao raha arian’ny Tompo hiala amin’ny vavany ny Advantisma; ary amin’ny 2023, Isaia dia maneho an’i Isiraely, ilay mpandresy. Isaia dia maneho olona iray izay nitory ny hafatr’Andriamanitra, nefa nofohazina hahatsapa fa Laodikeana izy, ary avy eo dia nodiovin’ny vainafo ka natao ho Filadelfiana.</w:t>
      </w:r>
    </w:p>
    <w:p>
      <w:pPr>
        <w:pStyle w:val="ArticleScripture"/>
        <w:jc w:val="left"/>
      </w:pPr>
      <w:r>
        <w:rPr>
          <w:rFonts w:ascii="Times New Roman" w:hAnsi="Times New Roman" w:eastAsia="Times New Roman" w:cs="Times New Roman"/>
        </w:rPr>
        <w:t>“Nahazo fahitana mahatalanjona ny amin’ny voninahitr’Andriamanitra i Isaia. Hitany ny fanehoana ny herin’Andriamanitra, ary rehefa avy nibanjina ny fiandrianany izy, dia tonga taminy ny hafatra mba handehanany hanao asa iray voafaritra. Tsapany fa tsy mendrika tanteraka izany asa izany izy. Inona no nahatonga azy hihevitra ny tenany ho tsy mendrika? Moa nihevitra ny tenany ho tsy mendrika va izy talohan’ny nahitany ny voninahitr’Andriamanitra?—Tsia; noheveriny fa tao amin’ny toe-panahy marina teo anatrehan’Andriamanitra izy; fa rehefa naseho taminy ny voninahitr’i Jehovah, Tompon’ny maro, rehefa nibanjina ny fiandrianana tsy hay lazain’Andriamanitra izy, dia hoy izy: ‘Lozako! fa ringana aho; satria lehilahy maloto molotra aho, sady monina eo afovoan’ny firenena maloto molotra; fa ny masoko efa nahita ny Mpanjaka, dia Jehovah, Tompon’ny maro. Dia nanidina nankeo amiko ny anankiray tamin’ny serafima, nitondra vainafo velona teny an-tànany, izay nalainy tamin’ny fatana tamin’ny fitondra-tana; dia nataony tamin’ny vavako izany ka hoy izy: Indro, efa mikasika ny molotrao izao; dia afaka ny helokao, ary voavela ny fahotanao.’ Izany no asa ilaintsika hatao amintsika tsirairay avy. Irintsika ny hapetraka eo amin’ny molotsika ny vainafo velona avy eo amin’ny alitara. Irintsika ny handre ny teny voalaza hoe: ‘Afaka ny helokao, ary voavela ny fahotanao’” Review and Herald, June 4, 1889.</w:t>
      </w:r>
    </w:p>
    <w:p>
      <w:pPr>
        <w:pStyle w:val="ArticleBody"/>
        <w:jc w:val="left"/>
      </w:pPr>
      <w:r>
        <w:rPr>
          <w:rFonts w:ascii="Times New Roman" w:hAnsi="Times New Roman" w:eastAsia="Times New Roman" w:cs="Times New Roman"/>
        </w:rPr>
        <w:t>Ny “hafiriana” ao amin’ny Isaia toko faha-enina dia tandindon’ny 9/11 hatramin’ny lalàn’ny Alahady, ary ny toko faha-enina dia fanehoana ny 9/11. Ny toko faha-fito ka hatramin’ny faha-sivy dia manolotra ny hafatra izay nomen’i Isaia ny fitarihana mpiodina tao amin’ny Joda, sy ny fanoharana izay miseho mandritra ny fotoan’ny fanisiana tombo-kase ny iray hetsy sy efatra arivo amby efatra alina, rehefa tafintohina ny mpimamo ao Efraima. Ao amin’io fahitana io ihany no anoratan’i Isaia hoe:</w:t>
      </w:r>
    </w:p>
    <w:p>
      <w:pPr>
        <w:pStyle w:val="ArticleScripture"/>
        <w:jc w:val="left"/>
      </w:pPr>
      <w:r>
        <w:rPr>
          <w:rFonts w:ascii="Times New Roman" w:hAnsi="Times New Roman" w:eastAsia="Times New Roman" w:cs="Times New Roman"/>
        </w:rPr>
        <w:t>Indro, izaho sy ny zanaka izay nomen’i Jehovah ahy dia natao ho famantarana sy ho fahagagana eo amin’ny Isiraely avy amin’i Jehovah, Tompon’ny maro, izay monina eo an-tendrombohitra Ziona. Isaia 8:18.</w:t>
      </w:r>
    </w:p>
    <w:p>
      <w:pPr>
        <w:pStyle w:val="ArticleBody"/>
        <w:jc w:val="left"/>
      </w:pPr>
      <w:r>
        <w:rPr>
          <w:rFonts w:ascii="Times New Roman" w:hAnsi="Times New Roman" w:eastAsia="Times New Roman" w:cs="Times New Roman"/>
        </w:rPr>
        <w:t>I Isaia sy ny zanany dia famantarana ao anatin’ireo zava-miafina hita ao amin’ny toko fahafito hatramin’ny fahasivy. Ny toko fahafito hatramin’ny fahasivy no teboka iantefan’ny fahitana manontolo, raha ny amin’izay fanondroana rehetra ny hoe “amin’izany andro izany” na “amin’izany fotoana izany.” Ny andininy fahavalo ambin’ny folo no manambara fa famantarana i Isaia sy ny zanany lahy, ary ireo andininy manodidina ny andininy fahavalo ambin’ny folo no manondro ny vanim-potoana izay tokony hahafantarana ireo famantarana ireo.</w:t>
      </w:r>
    </w:p>
    <w:p>
      <w:pPr>
        <w:pStyle w:val="ArticleScripture"/>
        <w:jc w:val="left"/>
      </w:pPr>
      <w:r>
        <w:rPr>
          <w:rFonts w:ascii="Times New Roman" w:hAnsi="Times New Roman" w:eastAsia="Times New Roman" w:cs="Times New Roman"/>
        </w:rPr>
        <w:t>Ary maro amin’izy ireo no ho tafintohina sy ho lavo ary ho torotoro, ary ho voafandrika sy ho voasambotra. Afatory ny fanambarana, ary asio tombo-kase ny lalàna eo amin’ny mpianatro. Ary hiandry an’i Jehovah Aho, Izay manafina ny Tavany amin’ny taranak’i Jakoba, ary hanantena Azy aho.</w:t>
      </w:r>
    </w:p>
    <w:p>
      <w:pPr>
        <w:pStyle w:val="ArticleScripture"/>
        <w:jc w:val="left"/>
      </w:pPr>
      <w:r>
        <w:rPr>
          <w:rFonts w:ascii="Times New Roman" w:hAnsi="Times New Roman" w:eastAsia="Times New Roman" w:cs="Times New Roman"/>
        </w:rPr>
        <w:t>Indro, izaho sy ny zaza nomen’i Jehovah ahy dia famantarana sy fahagagana eo amin’ny Isiraely avy amin’i Jehovah, Tompon’ny maro, Izay mitoetra eo an-tendrombohitra Ziona. Isaia 8:15–18.</w:t>
      </w:r>
    </w:p>
    <w:p>
      <w:pPr>
        <w:pStyle w:val="ArticleBody"/>
        <w:jc w:val="left"/>
      </w:pPr>
      <w:r>
        <w:rPr>
          <w:rFonts w:ascii="Times New Roman" w:hAnsi="Times New Roman" w:eastAsia="Times New Roman" w:cs="Times New Roman"/>
        </w:rPr>
        <w:t>Ireo izay “miandry an’i Jehovah” dia asehon’i Isaia sy ny zanany roa lahy. Izy ireo no ireo izay nafenin’i Jehovah “ny tavany”, izay toetra mampiavaka ireo izay mifoha hahatsapa ny fitakian’ny vavaka ao amin’ny Levitikosy faha-enina amby roapolo, aorian’ny Jolay 2023. Mifoha hahatsapa izy ireo fa tsy maintsy ahitana izao ny fiaiken-keloka ataony: fa Jehovah dia nandeha nifanohitra taminy, izany hoe nafeniny taminy ny tavany.</w:t>
      </w:r>
    </w:p>
    <w:p>
      <w:pPr>
        <w:pStyle w:val="ArticleBody"/>
        <w:jc w:val="left"/>
      </w:pPr>
      <w:r>
        <w:rPr>
          <w:rFonts w:ascii="Times New Roman" w:hAnsi="Times New Roman" w:eastAsia="Times New Roman" w:cs="Times New Roman"/>
        </w:rPr>
        <w:t>Ny hoe “fatorana ny fanambarana, asiana tombo-kase ny lalàna” dia ny fanisiana tombo-kase ny iray hetsy sy efatra alina sy efatra arivo, izay ampitahaina amin’ny hoe “maro.” “Maro” no voantso, fa vitsy no voafidy. Ny “maro” dia ampitahaina amin’i Isaia sy ny zanany roa lahy, izay misolo tena ny vitsy. Ny “maro” dia ireo virijina dimy adala, ary noho izany antony izany dia zavatra dimy no mitranga aminy: izy “ho tafintohina, ary hianjera, ary ho torotoro, ary ho voafandrika, ary ho voababo.” Tafintohina izy satria nandà ny hafatry ny ranonorana farany.</w:t>
      </w:r>
    </w:p>
    <w:p>
      <w:pPr>
        <w:pStyle w:val="ArticleScripture"/>
        <w:jc w:val="left"/>
      </w:pPr>
      <w:r>
        <w:rPr>
          <w:rFonts w:ascii="Times New Roman" w:hAnsi="Times New Roman" w:eastAsia="Times New Roman" w:cs="Times New Roman"/>
        </w:rPr>
        <w:t>Fa amin’ny molotra miakanakana sy amin’ny fiteny hafa no hitenenany amin’ity firenena ity. Izy ireo no nilazany hoe: Ity no fitsaharana izay hampialanareo sasatra ny reraka; ary ity no famelombelomana; nefa tsy nety nihaino izy. Fa ny tenin’i Jehovah dia tonga taminy hoe: didy anampy didy, didy anampy didy; andalana anampy andalana, andalana anampy andalana; kely eto, kely eroa; mba handehanany ka hihemotra, dia ho torotoro, ho voafandrika, ary ho voasambotra. Isaia 28:11–13.</w:t>
      </w:r>
    </w:p>
    <w:p>
      <w:pPr>
        <w:pStyle w:val="ArticleBody"/>
        <w:jc w:val="left"/>
      </w:pPr>
      <w:r>
        <w:rPr>
          <w:rFonts w:ascii="Times New Roman" w:hAnsi="Times New Roman" w:eastAsia="Times New Roman" w:cs="Times New Roman"/>
        </w:rPr>
        <w:t>Ao amin’ny fotoan’ny fanisiana tombo-kase ao amin’ny toko fahavalo, Isaia dia mamaritra ny fianjeran’ny ratsy fanahy, izay asehon’i Ahaza ho tandindona, ary izy dia manondro io antokon’olona io ihany ao amin’ny andininy fahatelo ambin’ny folo amin’ny toko fahavalo amby roapolo. Ny antony “ianjerany” dia satria mandà ny hafatry ny ranonorana aoriana izy, izay tonga taminy ho “didy mifanindran-dalana amin’ny didy, fitsipika mifanindran-dalana amin’ny fitsipika,” ary natolotr’ireo izay aseho ho manana molotra miambakambaka. Ny Jiosy mpanatsikera tamin’ny Pentekosta dia niampanga ny mpianatra ho mamo, satria tsy nahazo ny hafatra izy. Tao an-tsainy dia toy ny natolotry ny molotra miambakambaka izany.</w:t>
      </w:r>
    </w:p>
    <w:p>
      <w:pPr>
        <w:pStyle w:val="ArticleBody"/>
        <w:jc w:val="left"/>
      </w:pPr>
      <w:r>
        <w:rPr>
          <w:rFonts w:ascii="Times New Roman" w:hAnsi="Times New Roman" w:eastAsia="Times New Roman" w:cs="Times New Roman"/>
        </w:rPr>
        <w:t>Ao amin’ny andininy fahatelo amin’ny toko fahafito, i Isaia no alfa ara-paminaniana amin’i Seara-Jasoba zanany, izay kosa no omega eo amin’ny fifandraisany amin-drainy, nefa koa alfa eo amin’ny fifandraisany amin’ny rahalahiny. Amin’ny maha-solontenan’ny Alfa sy Omega azy dia mijoro eo amin’izay andatsahan’ireo fantsona volamena roa avy amin’ny fitoerana masina any an-danitra ka mamorona dobo izy ireo, dia eo amin’ilay lalambe amin’ilay lalana tranainin’i Jeremia ao amin’ny saha izay anovana ny lamba rongony avy amin’ny pentina ho fotsy madio, raha ny Iraky ny Fanekena no manadio ny zanak’i Levy, ary koa Isaia sy Seara-Jasoba. Rehefa tonga eo izy dia atolony an’i Ahaza, mpanjaka ratsy fanahy sy adala, ny hafatry ny lalana tranainin’i Mosesy momba ny “impito” ao amin’ny Levitikosy enina amby roapolo, izay mametraka ao amin’io andininy io ihany fa ny “loha” dia mpanjaka, na ny fanjakan’ny mpanjaka, na ny renivohitry ny fanjakana iray.</w:t>
      </w:r>
    </w:p>
    <w:p>
      <w:pPr>
        <w:pStyle w:val="ArticleBody"/>
        <w:jc w:val="left"/>
      </w:pPr>
      <w:r>
        <w:rPr>
          <w:rFonts w:ascii="Times New Roman" w:hAnsi="Times New Roman" w:eastAsia="Times New Roman" w:cs="Times New Roman"/>
        </w:rPr>
        <w:t>Ang yaring susi ay nagbubukas sa liwanag ng Salita ng Diyos upang ang Digmaan sa Ukraine na nagsimula noong 2014 ay makita bilang isang paksa ng hula ng Biblia na inihaharap na nagaganap sa panahon ng pagtatatak sa isang daan at apatnapu’t apat na libo at sa kasaysayan ng huling tatlong pangulo ng Estados Unidos. Ang huling ulan na mensahe ay inihaharap ni Isaias sa mga kabanata sampu at labing-isa, at inilalarawan nito ang panloob at panlabas na kasaysayan ng huling anim na talata ng Daniel labing-isa. Ang unang talata, talatang apatnapu, ay inilalarawan ni Isaias sa mga kabanata anim hanggang siyam, at pagkatapos, sa mga kabanata sampu at labing-isa, ay inihahayag ang mensaheng naalis ang tatak noong 1989 sa panloob at panlabas nitong mga kasaysayan. Bawat pangunahing sangkap ng mensahe ng huling ulan ay inihaharap sa pangitain.</w:t>
      </w:r>
    </w:p>
    <w:p>
      <w:pPr>
        <w:pStyle w:val="ArticleBody"/>
        <w:jc w:val="left"/>
      </w:pPr>
      <w:r>
        <w:rPr>
          <w:rFonts w:ascii="Times New Roman" w:hAnsi="Times New Roman" w:eastAsia="Times New Roman" w:cs="Times New Roman"/>
        </w:rPr>
        <w:t>Ny andininy farany ao amin’ny toko fahafolo dia manondro ilay tantara ara-paminaniana ihany izay asehon’ireo andininy farany ao amin’ny toko fahiraika ambin’ny folo. Ny toko fahafolo no ivelany, ary ny toko fahiraika ambin’ny folo no anatiny. Ao amin’ny bokin’ny Apokalypsy, ny fiangonana fito no anatiny ary ny tombo-kase no ivelany. Ao amin’ireo andininy farany ao amin’ny toko fahafolo, ny fahefana papaly dia manofahofa ny tanany hamely an’i Jerosalema ao anatin’ny andalan-tsoratra mifandrindra amin’ny fahatongavan’ny fahefana papaly amin’ny fiafarany ka tsy misy hanampy azy ao amin’ny andininy faha-45 ao amin’ny Daniela toko faha-11.</w:t>
      </w:r>
    </w:p>
    <w:p>
      <w:pPr>
        <w:pStyle w:val="ArticleScripture"/>
        <w:jc w:val="left"/>
      </w:pPr>
      <w:r>
        <w:rPr>
          <w:rFonts w:ascii="Times New Roman" w:hAnsi="Times New Roman" w:eastAsia="Times New Roman" w:cs="Times New Roman"/>
        </w:rPr>
        <w:t>Mbola hijanona ao Noba izy amin’izany andro izany; hanofahofa ny tanany hanohitra ny tendrombohitry ny zanakavavin’i Ziona, dia ny havoanan’i Jerosalema. Indro, Jehovah, Tompon’ny maro, hanapaka ny rantsan-kazo amin’ny fahatahorana mahatahotra; ary ny avo rahateo dia hokapaina, ary ny mpiavonavona dia haetry. Ary hotapahiny amin’ny vy ny kirihitry ny ala, ary Libanona ho lavo amin’ny alalan’ny mahery iray. Isaia 10:32–34.</w:t>
      </w:r>
    </w:p>
    <w:p>
      <w:pPr>
        <w:pStyle w:val="ArticleBody"/>
        <w:jc w:val="left"/>
      </w:pPr>
      <w:r>
        <w:rPr>
          <w:rFonts w:ascii="Times New Roman" w:hAnsi="Times New Roman" w:eastAsia="Times New Roman" w:cs="Times New Roman"/>
        </w:rPr>
        <w:t>Ny faran’ny toko fahafolo no famaranana ny fotoam-pitsapana ho an’ny olombelona, ary eo ihany koa no ifaranan’ny Daniela toko fahiraika ambin’ny folo.</w:t>
      </w:r>
    </w:p>
    <w:p>
      <w:pPr>
        <w:pStyle w:val="ArticleScripture"/>
        <w:jc w:val="left"/>
      </w:pPr>
      <w:r>
        <w:rPr>
          <w:rFonts w:ascii="Times New Roman" w:hAnsi="Times New Roman" w:eastAsia="Times New Roman" w:cs="Times New Roman"/>
        </w:rPr>
        <w:t>Ary hamboleny eo anelanelan’ny ranomasina sy ny tendrombohitra masina be voninahitra ny lain’ny lapany; kanefa ho tonga amin’ny farany izy, ary tsy hisy hanampy azy. Ary amin’izany andro izany dia hitsangana Mikaela, ilay andriana lehibe izay mijoro ho an’ny zanaky ny firenenao; ary hisy andro fahoriana, izay tsy mbola nisy toa azy hatrizay nisian’ny firenena ka mandraka izany andro izany; ary amin’izany andro izany dia hovonjena ny firenenao, dia izay rehetra hita voasoratra ao amin’ny boky. Daniela 11:45, 12:1.</w:t>
      </w:r>
    </w:p>
    <w:p>
      <w:pPr>
        <w:pStyle w:val="ArticleBody"/>
        <w:jc w:val="left"/>
      </w:pPr>
      <w:r>
        <w:rPr>
          <w:rFonts w:ascii="Times New Roman" w:hAnsi="Times New Roman" w:eastAsia="Times New Roman" w:cs="Times New Roman"/>
        </w:rPr>
        <w:t>Ny toko fahafolo dia manomboka amin’ny andininy voalohany amin’ilay “didy tsy marina” izay ambaran’i Rahavavy White ho lalàna Alahady.</w:t>
      </w:r>
    </w:p>
    <w:p>
      <w:pPr>
        <w:pStyle w:val="ArticleScripture"/>
        <w:jc w:val="left"/>
      </w:pPr>
      <w:r>
        <w:rPr>
          <w:rFonts w:ascii="Times New Roman" w:hAnsi="Times New Roman" w:eastAsia="Times New Roman" w:cs="Times New Roman"/>
        </w:rPr>
        <w:t>Lozan’izy ireo izay mamoaka didy tsy marina sy manoratra fahoriana izay efa nandidiany. Isaia 10:1.</w:t>
      </w:r>
    </w:p>
    <w:p>
      <w:pPr>
        <w:pStyle w:val="ArticleBody"/>
        <w:jc w:val="left"/>
      </w:pPr>
      <w:r>
        <w:rPr>
          <w:rFonts w:ascii="Times New Roman" w:hAnsi="Times New Roman" w:eastAsia="Times New Roman" w:cs="Times New Roman"/>
        </w:rPr>
        <w:t>Ny toko faha-folo dia manomboka eo amin’ny lalàna momba ny Alahady, izay mifanaraka amin’ny andininy faha-iraika amby efapolo ao amin’ny Daniela toko faha-iraika ambin’ny folo, ary mifarana amin’ny fitoviana amin’ny nijoroan’i Mikaela ao amin’ny tantaran’ny andininy faha-dimy amby efapolo ao amin’ny Daniela 11.</w:t>
      </w:r>
    </w:p>
    <w:p>
      <w:pPr>
        <w:pStyle w:val="ArticleScripture"/>
        <w:jc w:val="left"/>
      </w:pPr>
      <w:r>
        <w:rPr>
          <w:rFonts w:ascii="Times New Roman" w:hAnsi="Times New Roman" w:eastAsia="Times New Roman" w:cs="Times New Roman"/>
        </w:rPr>
        <w:t>“Efa natsangana ny sabatan’ny sampy, tahaka ny nananganana ilay sarivongana volamena teo amin’ny lemaka Dora. Ary tahaka an’i Nebokadnezara, mpanjakan’i Babylona, izay namoaka didy fa hovonoina izay rehetra tsy hiankohoka sy hivavaka amin’io sarivongana io, dia hisy fanambarana havoaka koa fa izay rehetra tsy hanaja ny fanorenana ny Alahady dia hosazina amin’ny fampidirana am-ponja sy amin’ny fahafatesana. Toy izany no hanitsakitsahana ny Sabatan’ny Tompo. Nefa ny Tompo efa nanambara hoe: ‘Lozan’izay mamoaka didy tsy marina sy manoratra fampahoriana izay efa notendreny’ [Isaia 10:1]. [Zefania 1:14–18; 2:1–3, voatonona.]” Manuscript Releases, boky faha-14, 91.</w:t>
      </w:r>
    </w:p>
    <w:p>
      <w:pPr>
        <w:pStyle w:val="ArticleBody"/>
        <w:jc w:val="left"/>
      </w:pPr>
      <w:r>
        <w:rPr>
          <w:rFonts w:ascii="Times New Roman" w:hAnsi="Times New Roman" w:eastAsia="Times New Roman" w:cs="Times New Roman"/>
        </w:rPr>
        <w:t>Ao amin’ilay “horohoron-tany lehibe” ao amin’ny Apokalypsy toko faha-iraika ambin’ny folo, izay maneho ny lalàn’ny Alahady ao amin’ny andininy faha-telo ambin’ny folo, dia misy tandindona telo momba ny finoana silamo mifandray amin’ilay “horohoron-tany” izay mampihorohoro ilay bibidia avy amin’ny tany ao amin’ny Apokalypsy toko faha-telo ambin’ny folo, rehefa miteny tahaka ny dragona izy. Ao amin’ny Isaia toko faha-folo, ny lalàn’ny Alahady dia aseho ho “didy tsy marina” izay anambarana “loza” aminy. Ao amin’ilay “horohoron-tany lehibe” ao amin’ny Apokalypsy toko faha-iraika ambin’ny folo, manomboka amin’ny andininy faha-telo ambin’ny folo ka hatramin’ny andininy faha-valo ambin’ny folo, ny finoana silamo amin’ilay loza fahatelo dia amantarana amin’ny tandindona efatra momba ny finoana silamo sy ilay famelezana ataony amin’i Etazonia amin’ny fotoanan’ny lalàn’ny Alahady; “Ary tamin’izay ora izay dia nisy horohoron-tany lehibe,” ary “Lasa ny loza faharoa; ary, indro, avy faingana ny loza fahatelo. Ary naneno ny anjely fahafito” “ary tezitra ny firenena.”</w:t>
      </w:r>
    </w:p>
    <w:p>
      <w:pPr>
        <w:pStyle w:val="ArticleBody"/>
        <w:jc w:val="left"/>
      </w:pPr>
      <w:r>
        <w:rPr>
          <w:rFonts w:ascii="Times New Roman" w:hAnsi="Times New Roman" w:eastAsia="Times New Roman" w:cs="Times New Roman"/>
        </w:rPr>
        <w:t>Ang ikasampung kabanata ay naglalarawan ng kapangyarihang papal mula sa talata apatnapu’t isa sa Daniel labing-isa hanggang sa talata apatnapu’t lima, nang ang kapapahan ay sumapit sa kaniyang wakas. Ang talata apatnapu ay hindi bahagi ng salaysay sa ikasampung kabanata, sapagkat inilalarawan ni Isaias ang “natatagong kasaysayan” ng talata apatnapu kapag ang pabalita ng huling ulan ay inihaharap sa isang tumalikod na iglesia na kinakatawan ni Ahaz. Ang pagtatapos ng kabanata labing-isa ay nagpapakita ng kaligtasan mula sa kapangyarihang papal sa gayunding kasaysayan.</w:t>
      </w:r>
    </w:p>
    <w:p>
      <w:pPr>
        <w:pStyle w:val="ArticleScripture"/>
        <w:jc w:val="left"/>
      </w:pPr>
      <w:r>
        <w:rPr>
          <w:rFonts w:ascii="Times New Roman" w:hAnsi="Times New Roman" w:eastAsia="Times New Roman" w:cs="Times New Roman"/>
        </w:rPr>
        <w:t>Ary ny Tompo handringana tanteraka ny lelany amin’ny ranomasin’i Egypta; ary amin’ny rivotra mahery avy aminy no haninjirany ny tanany eo ambonin’ny ony, ka hamelezany azy ho renirano fito, ary hampandehanany ny olona hiampita tsy mandena tongotra. Ary hisy làlambe ho an’ny sisa amin’ny olony, izay mbola hitoetra, avy any Asyria; tahaka ny tamin’ny Isiraely tamin’ny andro niakarany avy tany amin’ny tany Egypta. Isaia 11:15, 16.</w:t>
      </w:r>
    </w:p>
    <w:p>
      <w:pPr>
        <w:pStyle w:val="ArticleBody"/>
        <w:jc w:val="left"/>
      </w:pPr>
      <w:r>
        <w:rPr>
          <w:rFonts w:ascii="Times New Roman" w:hAnsi="Times New Roman" w:eastAsia="Times New Roman" w:cs="Times New Roman"/>
        </w:rPr>
        <w:t>Ny toko fahafolon’ny Isaia dia ny lafiny ivelany, ary ny toko fahafolo ambin’ny folo dia ny lafiny anatiny amin’io tantara io ihany. Marobe ny fifanindran’ny ivelany sy ny anatiny ao amin’ny Tenin’Andriamanitra, ary ireo toko roa mifanindran-dàlana ireo dia maneho ny fampitandreman’ny anjely fahatelo araka izay asehon’i Isaia. Nofintinina tamin’ny fomba maro tamin’ny alalan’ny tsindrimandry ny fampitandreman’ny anjely fahatelo, nefa ny fizarazarana iray tena mahasoa momba ny fampitandreman’ny anjely fahatelo dia izao: maneho ireo toe-javatra mifandray amin’ny fiafaran’ny fotoam-pahasoavana izany, ary manamafy koa ny ilana fiomanana manokana isam-batan’olona. Ny Isaia toko fahafolo dia ny toe-javatra; ary ny toko fahafolo ambin’ny folo kosa dia ny fiomanana.</w:t>
      </w:r>
    </w:p>
    <w:p>
      <w:pPr>
        <w:pStyle w:val="ArticleScripture"/>
        <w:jc w:val="left"/>
      </w:pPr>
      <w:r>
        <w:rPr>
          <w:rFonts w:ascii="Times New Roman" w:hAnsi="Times New Roman" w:eastAsia="Times New Roman" w:cs="Times New Roman"/>
        </w:rPr>
        <w:t>“Ny zava-mitranga mifandray amin’ny fiafaran’ny fotoam-pahasoavana sy ny asam-panomanana ho amin’ny andron’ny fahoriana dia aseho mazava tsara. Kanefa maro be no tsy manana fahatakarana bebe kokoa momba ireo fahamarinana manan-danja ireo noho ny hoe tsy mbola nambara taminy akory izany. Satana miambina mba hanesorana ny fahatsapana rehetra izay hahatonga azy ho hendry ho amin’ny famonjena, ary ny andron’ny fahoriana no hahita azy tsy vonona.</w:t>
      </w:r>
    </w:p>
    <w:p>
      <w:pPr>
        <w:pStyle w:val="ArticleScripture"/>
        <w:jc w:val="left"/>
      </w:pPr>
      <w:r>
        <w:rPr>
          <w:rFonts w:ascii="Times New Roman" w:hAnsi="Times New Roman" w:eastAsia="Times New Roman" w:cs="Times New Roman"/>
        </w:rPr>
        <w:t>“Rehefa mandefa fampitandremana ho an’ny olona izay manan-danja tokoa Andriamanitra ka aseho ho torìn’ny anjely masina manidina eo afovoan’ny lanitra izany, dia takiny amin’ny olona rehetra izay nomena hery hisaina ny hihaino izany hafatra izany. Ny fitsarana mahatahotra ambara manohitra ny fiankohofana amin’ilay bibidia sy ny sariny (Apokalypsy 14:9–11), dia tokony hitarika ny rehetra handinika fatratra ny faminaniana mba hahalalany izay atao hoe mariky ny bibidia, sy ny fomba tsy handraisany izany. Kanjo ny ankamaroan’ny olona manentsin-tsofina tsy hihaino ny fahamarinana ka mitodika ho amin’ny angano. Ny apostoly Paoly dia nanambara, raha nibanjina ny andro farany izy: ‘Fa ho avy ny andro izay tsy handeferany ny fampianarana tsy misy kilema.’ 2 Timoty 4:3. Tonga tanteraka izany andro izany. Tsy maniry ny fahamarinan’ny Baiboly ny vahoaka betsaka, satria manelingelina ny fanirian’ny fo mpanota sy tia izao tontolo izao izany; ary Satana no manome ny fitaka izay tiany.”</w:t>
      </w:r>
    </w:p>
    <w:p>
      <w:pPr>
        <w:pStyle w:val="ArticleScripture"/>
        <w:jc w:val="left"/>
      </w:pPr>
      <w:r>
        <w:rPr>
          <w:rFonts w:ascii="Times New Roman" w:hAnsi="Times New Roman" w:eastAsia="Times New Roman" w:cs="Times New Roman"/>
        </w:rPr>
        <w:t>“Kanefa Andriamanitra dia hanana vahoaka etỳ ambonin’ny tany izay hihazona ny Baiboly, ary ny Baiboly ihany, ho fenitry ny foto-pampianarana rehetra sy ho fototry ny fanavaozana rehetra. Ny hevitry ny olon-kendry, ny tsoakevitry ny siansa, ny fanekem-pinoana na ny fanapahan-kevitry ny konsily ara-piangonana, izay maro sy mifanditra tahaka ny fiangonana soloiny tena, ny feon’ny maro an’isa—na iray aza na izy rehetra dia samy tsy tokony hoheverina ho porofo manohana na manohitra izay lafiny rehetra amin’ny finoana ara-pivavahana. Alohan’ny handraisantsika foto-pampianarana na didy iray, dia tokony hitaky fanohanana mazava hoe: ‘Izao no lazain’i Jehovah.’”</w:t>
      </w:r>
    </w:p>
    <w:p>
      <w:pPr>
        <w:pStyle w:val="ArticleScripture"/>
        <w:jc w:val="left"/>
      </w:pPr>
      <w:r>
        <w:rPr>
          <w:rFonts w:ascii="Times New Roman" w:hAnsi="Times New Roman" w:eastAsia="Times New Roman" w:cs="Times New Roman"/>
        </w:rPr>
        <w:t>«Satana dia miezaka mandrakariva hisarika ny saina ho amin’ny olona hisolo ny toeran’Andriamanitra. Tarihiny ny olona hibanjina ny eveka, ny pastora, ary ny profesora momba ny teôlôjia, ho mpitari-dalana azy, fa tsy handinika ny Soratra Masina mba hianarany samirery izay adidiny. Ary avy eo, amin’ny fifehezany ny sain’ireo mpitarika ireo, dia azony tarihina araka ny sitrapony ny vahoaka maro be.» The Great Controversy, 594, 595.</w:t>
      </w:r>
    </w:p>
    <w:p>
      <w:pPr>
        <w:pStyle w:val="ArticleBody"/>
        <w:jc w:val="left"/>
      </w:pPr>
      <w:r>
        <w:rPr>
          <w:rFonts w:ascii="Times New Roman" w:hAnsi="Times New Roman" w:eastAsia="Times New Roman" w:cs="Times New Roman"/>
        </w:rPr>
        <w:t>Hotohizantsika ao amin’ny lahatsoratra manaraka ity fandalinana ity.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Fiangonan’ny Advantista Mitandrina ny Andro Fahafito ao Laodikia - Laharana Folo</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