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Iraika amby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Leelawadee UI" w:hAnsi="Leelawadee UI" w:eastAsia="Leelawadee UI" w:cs="Leelawadee UI"/>
        </w:rPr>
        <w:t>លេខសាមសិបមួយ</w:t>
      </w:r>
    </w:p>
    <w:p>
      <w:pPr>
        <w:pStyle w:val="ArticleBody"/>
        <w:jc w:val="left"/>
      </w:pPr>
      <w:r>
        <w:rPr>
          <w:rFonts w:ascii="Times New Roman" w:hAnsi="Times New Roman" w:eastAsia="Times New Roman" w:cs="Times New Roman"/>
        </w:rPr>
        <w:t>Ny fahatanterahan’ny Mesia telo farany izay hita ao amin’ny Bokin’i Matio dia manondro singa telo amin’ilay marika famantarana ny lalàn’ny Alahady: dia ny fanaparitahana ny vahoakan’Andriamanitra amin’ny fotoanan’ny lalàn’ny Alahady, araka ny tandindon’ny fanaparitahana ilay ondry vitsy tamin’ny 22 Oktobra 1844 sy ny fanaparitahana ny mpianatra teo amin’ny hazo fijaliana. Samy mifanaraka amin’ny lalàn’ny Alahady ireo fanaparitahana roa ireo. Mifandray amin’i Galilia, izay tandindon’ny fiolahana ara-paminaniana, ny olona izay tao anatin’ny aizina hatramin’ny lalàn’ny Alahady dia havoaka hiala amin’ny aizina. Ireo olona ireo no ondry hafa an’Andriamanitra, dia ireo mpiasa tamin’ny ora fahiraika ambin’ny folo izay fohazina amin’ny raharaha momba ny fifandirana mikasika ny Sabata, eo am-piantsoana azy hivoaka avy ao Babylona. Ny fiantsoana azy hivoaka avy ao Babylona no dingana faharoa amin’ny fitsarana, izay manomboka amin’ny tranon’Andriamanitra, ary avy eo amin’ny lalàn’ny Alahady dia mifanandrina amin’ireo izay any ivelan’i Jerosalema.</w:t>
      </w:r>
    </w:p>
    <w:p>
      <w:pPr>
        <w:pStyle w:val="ArticleHeading"/>
        <w:jc w:val="left"/>
      </w:pPr>
      <w:r>
        <w:rPr>
          <w:rFonts w:ascii="Arial" w:hAnsi="Arial" w:eastAsia="Arial" w:cs="Arial"/>
        </w:rPr>
        <w:t>Ny Mariky ny Lalana Mesianika Fahafolo dia ny Fampielezana ateraky ny lalànan’ny Alahady</w:t>
      </w:r>
    </w:p>
    <w:p>
      <w:pPr>
        <w:pStyle w:val="ArticleScripture"/>
        <w:jc w:val="left"/>
      </w:pPr>
      <w:r>
        <w:rPr>
          <w:rFonts w:ascii="Times New Roman" w:hAnsi="Times New Roman" w:eastAsia="Times New Roman" w:cs="Times New Roman"/>
        </w:rPr>
        <w:t>Fa izany rehetra izany dia natao mba hahatanteraka ny Soratry ny mpaminany. Dia nandao Azy ny mpianatra rehetra ka nandositra. Matio 26:56.</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Mifohaza, ry sabatra, hanohitra ny mpiandry Ahy, sy hanohitra ny lehilahy izay namako, hoy Jehovah, Tompon’ny maro; kapohy ny mpiandry, dia hiparitaka ny ondry; ary hamerina ny tanako amin’ny madinika Aho. Zakaria 13:7.</w:t>
      </w:r>
    </w:p>
    <w:p>
      <w:pPr>
        <w:pStyle w:val="ArticleScripture"/>
        <w:jc w:val="left"/>
      </w:pPr>
      <w:r>
        <w:rPr>
          <w:rFonts w:ascii="Times New Roman" w:hAnsi="Times New Roman" w:eastAsia="Times New Roman" w:cs="Times New Roman"/>
        </w:rPr>
        <w:t>“Hiparitaka fatratra isika tsy ho ela, ka izay ataontsika dia tsy maintsy atao haingana.” Fundamentals of Christian Education, 535.</w:t>
      </w:r>
    </w:p>
    <w:p>
      <w:pPr>
        <w:pStyle w:val="ArticleScripture"/>
        <w:jc w:val="left"/>
      </w:pPr>
      <w:r>
        <w:rPr>
          <w:rFonts w:ascii="Times New Roman" w:hAnsi="Times New Roman" w:eastAsia="Times New Roman" w:cs="Times New Roman"/>
        </w:rPr>
        <w:t>“Ho avy ny fotoana izay hisarahana sy hiparitahantsika, ary ny tsirairay amintsika dia tsy maintsy hijoro tsy hanana intsony ny tombontsoan’ny firaisana amin’ireo izay mitovy finoana sarobidy amintsika; ary ahoana no hahafahanareo mijoro raha tsy eo anilanareo Andriamanitra, ary fantatrareo fa Izy no mitarika sy manoro lalana anareo?” Review and Herald, 25 Martsa 1890.</w:t>
      </w:r>
    </w:p>
    <w:p>
      <w:pPr>
        <w:pStyle w:val="ArticleHeading"/>
        <w:jc w:val="left"/>
      </w:pPr>
      <w:r>
        <w:rPr>
          <w:rFonts w:ascii="Arial" w:hAnsi="Arial" w:eastAsia="Arial" w:cs="Arial"/>
        </w:rPr>
        <w:t>Ny Mari-pamantarana Mesianika faha-iraika ambin’ny folo dia ny Fiantsoana ny Jentilisa</w:t>
      </w:r>
    </w:p>
    <w:p>
      <w:pPr>
        <w:pStyle w:val="ArticleScripture"/>
        <w:jc w:val="left"/>
      </w:pPr>
      <w:r>
        <w:rPr>
          <w:rFonts w:ascii="Times New Roman" w:hAnsi="Times New Roman" w:eastAsia="Times New Roman" w:cs="Times New Roman"/>
        </w:rPr>
        <w:t>Mba ho tanteraka izay nolazain’i Isaia mpaminany hoe: Ny tanin’i Zebolona sy ny tanin’i Naftaly, any amin’ny lalan-dranomasina, any an-dafin’i Jordana, Galilean’ny jentilisa; ny olona izay nipetraka tao amin’ny maizina no nahita mazava lehibe; ary ho an’izay nipetraka tao amin’ny tany sy aloky ny fahafatesana no niposahan’ny mazava. Matio 4:14–16.</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Kanefa, ny fahamaizinana dia tsy ho tahaka izay tamin’ny fahoriany, tamin’ny voalohany raha nohelohiny moramora ny tanin’i Zebolona sy ny tanin’i Naftaly, ary nony aoriana dia nampahoriany mafimafy kokoa izy teo amin’ny lalan-dranomasina, any an-dafin’i Jordana, any Galilian’ny jentilisa. Ny olona izay nandeha tamin’ny maizina dia nahita fahazavana lehibe; ireo izay nitoetra tany amin’ny tany aloky ny fahafatesana, dia namirapiratan’ny mazava. Isaia 9:1, 2.</w:t>
      </w:r>
    </w:p>
    <w:p>
      <w:pPr>
        <w:pStyle w:val="ArticleBody"/>
        <w:jc w:val="left"/>
      </w:pPr>
      <w:r>
        <w:rPr>
          <w:rFonts w:ascii="Times New Roman" w:hAnsi="Times New Roman" w:eastAsia="Times New Roman" w:cs="Times New Roman"/>
        </w:rPr>
        <w:t>Amin’ny lalàn’ny Alahady dia harotsaka tsy misy fetra ny ranonorana farany, ary hahita fahazavana lehibe ny Jentilisa. Ny fanenjehana no hanaparitaka ny mahatoky sy hampiely ny hafatra.</w:t>
      </w:r>
    </w:p>
    <w:p>
      <w:pPr>
        <w:pStyle w:val="ArticleScripture"/>
        <w:jc w:val="left"/>
      </w:pPr>
      <w:r>
        <w:rPr>
          <w:rFonts w:ascii="Times New Roman" w:hAnsi="Times New Roman" w:eastAsia="Times New Roman" w:cs="Times New Roman"/>
        </w:rPr>
        <w:t>“‘Haterina eo amin’ny fitsarana ianareo, … eny, ary hoentina eo anatrehan’ny mpanapaka sy ny mpanjaka ianareo noho ny amiko, ho vavolombelona aminy sy amin’ny jentilisa.’ Matio 10:17, 18, R. V. Ny fanenjehana no hampiely ny mazava. Hoentina eo anatrehan’ny lehibe amin’izao tontolo izao ny mpanompon’i Kristy, izay raha tsy izany dia mety tsy handre ny filazantsara mihitsy. Efa naseho tamin’ireo lehilahy ireo tamin’ny fomba diso ny fahamarinana. Nihaino fiampangana lainga mikasika ny finoan’ny mpianatr’i Kristy izy ireo. Matetika, ny hany làlana ahafahany mianatra ny tena toetrany dia ny fijoroana vavolombelon’ireo izay entina hotsaraina noho ny finoany. Rehefa fakàna am-bavany izy ireo dia takina hamaly, ary ny mpitsara azy kosa tsy maintsy mihaino ny fijoroana vavolombelona entiny. Omena ny mpanompony ny fahasoavan’Andriamanitra mba hiatrehany izany fotoana maika izany. ‘Homena anareo,’ hoy Jesosy, ‘amin’izany ora izany indrindra izay holazainareo. Fa tsy ianareo no miteny, fa ny Fanahin’ny Rainareo no miteny ao anatinareo.’ Rehefa manazava ny sain’ny mpanompony ny Fanahin’Andriamanitra, dia haseho amin’ny heriny sy ny fahatsarany avy amin’Andriamanitra ny fahamarinana. Ireo izay mandà ny fahamarinana no hijoro hiampanga sy hampahory ny mpianatra. Kanefa ao anatin’ny fatiantoka sy ny fahoriana, eny hatramin’ny fahafatesana aza, ny zanaky ny Tompo dia tsy maintsy hampiseho ny fahalemem-panahin’ilay Ohatra masina nomena azy. Amin’izany no hahitana ny fahasamihafana misy eo amin’ny solontenan’i Satana sy ny solontenan’i Kristy. Hasandratra eo anatrehan’ny mpanapaka sy ny vahoaka ny Mpamonjy.</w:t>
      </w:r>
    </w:p>
    <w:p>
      <w:pPr>
        <w:pStyle w:val="ArticleScripture"/>
        <w:jc w:val="left"/>
      </w:pPr>
      <w:r>
        <w:rPr>
          <w:rFonts w:ascii="Times New Roman" w:hAnsi="Times New Roman" w:eastAsia="Times New Roman" w:cs="Times New Roman"/>
        </w:rPr>
        <w:t>“Tsy nomena ny mpianatra ny fahasahiana sy ny faharetan’ny maritiora mandra-pahatongan’ny fotoana nilàna izany fahasoavana izany. Dia tanteraka ny teny fikasan’ny Mpamonjy. Rehefa nijoro ho vavolombelona teo anatrehan’ny Filan-kevitry ny Synedriona Petera sy Jaona, dia gaga ny olona; ary fantany fa efa niaraka tamin’i Jesosy izy ireo. Asa 4:13. Momba an’i Stefana dia voasoratra hoe: ‘ary izay rehetra nipetraka teo amin’ny filan-kevitra, nibanjina azy tsara, dia nahita ny tavany tahaka ny tavan’anjely.’ Ny olona dia ‘tsy nahatohitra ny fahendrena sy ny Fanahy izay nitenenany.’ Asa 6:15, 10. Ary Paoly, raha nanoratra ny amin’ny fitsarana nahazo azy teo amin’ny fitsaran’ny Kaisara, dia hoy izy: ‘Tamin’ny fiarovako voalohany dia tsy nisy olona nanohana ahy, fa samy nandao ahy avokoa izy rehetra…. Kanefa ny Tompo nitsangana teo anilako sy nampahery ahy, mba hambara amin’ny alalako amin’ny fahafenoany ny hafatra, ary mba handrenesan’ny Jentilisa rehetra azy; ka dia voavonjy tamin’ny vavan’ny liona aho.’ 2 Timoty 4:16, 17, R. V.”</w:t>
      </w:r>
    </w:p>
    <w:p>
      <w:pPr>
        <w:pStyle w:val="ArticleScripture"/>
        <w:jc w:val="left"/>
      </w:pPr>
      <w:r>
        <w:rPr>
          <w:rFonts w:ascii="Times New Roman" w:hAnsi="Times New Roman" w:eastAsia="Times New Roman" w:cs="Times New Roman"/>
        </w:rPr>
        <w:t>“Tsy tokony hanomana lahateny voalahatra hatolotra rehefa entina hotsaraina ny mpanompon’i Kristy. Ny fiomanany dia tokony hatao isan’andro amin’ny fitahirizana ao am-po ny fahamarinana sarobidy ao amin’ny tenin’Andriamanitra, ary amin’ny alalan’ny vavaka no hanamafisany ny finoany. Rehefa entina eo anatrehan’ny fitsarana izy, dia hampahatsiahy azy ny Fanahy Masina ireo fahamarinana indrindra izay ilaina.” The Desire of Ages, 354, 355.</w:t>
      </w:r>
    </w:p>
    <w:p>
      <w:pPr>
        <w:pStyle w:val="ArticleBody"/>
        <w:jc w:val="left"/>
      </w:pPr>
      <w:r>
        <w:rPr>
          <w:rFonts w:ascii="Times New Roman" w:hAnsi="Times New Roman" w:eastAsia="Times New Roman" w:cs="Times New Roman"/>
        </w:rPr>
        <w:t>Ny fitsarana dia manomboka amin’ny tranon’Andriamanitra amin’ny 9/11 ary mifarana amin’ny lalàna Alahady, ka amin’izany dia mifindra any amin’ny ondrin’Andriamanitra hafa izay any ivelan’ny tranon’Andriamanitra ny fitsarana.</w:t>
      </w:r>
    </w:p>
    <w:p>
      <w:pPr>
        <w:pStyle w:val="ArticleHeading"/>
        <w:jc w:val="left"/>
      </w:pPr>
      <w:r>
        <w:rPr>
          <w:rFonts w:ascii="Arial" w:hAnsi="Arial" w:eastAsia="Arial" w:cs="Arial"/>
        </w:rPr>
        <w:t>Ny Mari-pamantarana Mesianika Faharoa Ambin’ny Folo dia Fitsarana ho an’ny Jentilisa</w:t>
      </w:r>
    </w:p>
    <w:p>
      <w:pPr>
        <w:pStyle w:val="ArticleScripture"/>
        <w:jc w:val="left"/>
      </w:pPr>
      <w:r>
        <w:rPr>
          <w:rFonts w:ascii="Times New Roman" w:hAnsi="Times New Roman" w:eastAsia="Times New Roman" w:cs="Times New Roman"/>
        </w:rPr>
        <w:t>mba ho tanteraka izay nampilazaina an’i Isaia mpaminany hoe: Indro ny Mpanompoko izay nofidiko; Ilay Malalako izay ankasitrahan’ny fanahiko; hapetrako eo amboniny ny Fanahiko, ary hanambara fitsarana amin’ny jentilisa Izy. Tsy hiady Izy, na hiantso mafy; ary tsy hisy handre ny feony eny an-dalambe. Tsy hotapahiny ny volotara torotoro, ary tsy hovonoiny ny lahin-jiro mbola setroka, mandra-pamoakany ny fitsarana ho amin’ny fandresena. Ary ny anarany no hitokian’ny jentilisa. Matio 12:17–21.</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Indro ny Mpanompoko, izay tohanako; ilay Voafidiko, izay ankasitrahan’ny fanahiko; efa napetrako taminy ny Fanahiko; hitondra ny rariny ho an’ny jentilisa Izy. Tsy hiantsoantso Izy, na hanandratra ny feony, na hampandre ny feony eny an-dalambe. Ny volotara torotoro tsy hotapahiny, ary ny lahin-jiro manetroka tsy hovonoiny; hamoaka ny rariny araka ny fahamarinana Izy. Tsy ho reraka na ho kivy Izy, mandra-panorenany ny rariny etỳ an-tany; ary ny nosy hiandry ny lalàny. Isaia 42:1–4.</w:t>
      </w:r>
    </w:p>
    <w:p>
      <w:pPr>
        <w:pStyle w:val="ArticleBody"/>
        <w:jc w:val="left"/>
      </w:pPr>
      <w:r>
        <w:rPr>
          <w:rFonts w:ascii="Times New Roman" w:hAnsi="Times New Roman" w:eastAsia="Times New Roman" w:cs="Times New Roman"/>
        </w:rPr>
        <w:t>Ny famaranana ny fitsarana ho an’ny tranon’Andriamanitra dia nanomboka tamin’ny Jolay 2023, rehefa nisy feo re teny an-dalambe izay nametrahan’i Mosesy sy Elia faty tao amin’ny lohasahan’ny taolana maina efa maty. Rehefa re ilay feo, dia nanomboka hifarana ny fitsarana ho an’ny tranon’Andriamanitra, ary nandroso nankany amin’ny fitsarana ny Jentilisa. Misy fahatanterahana mesianika roa ambin’ny folo ao amin’ny bokin’i Matio, izay manondro ireo marika lehibe eo amin’ny hetsiky ny fanavaozana an’ny iray hetsy sy efatra alina sy efatra arivo. Ireo marika roa ambin’ny folo ireo dia asehon’ny Mesia ho tandindona. 1989; 1996; 9/11, 2001; 18 Jolay 2020; Jolay 2023; 2024; ny Antso amin’ny Mamatonalina, ny fisarahan’ny mpisorona ary ny lalàna alahady dia voatondro avokoa, ka ny 9/11 dia manana vavolombelona anatiny sy ivelany, ary ny lalàna alahady kosa manana vavolombelona anatiny amin’ny fanaparitahana, ary avy eo vavolombelona roa momba ny vanim-potoanan’ny fitsarana an’ireo mpiasa tamin’ny ora fahiraika ambin’ny folo. Marika sivy amin’ny hetsiky ny fanavaozana an’ny iray hetsy sy efatra alina sy efatra arivo no voatondro mivantana ao amin’ny bokin’i Matio.</w:t>
      </w:r>
    </w:p>
    <w:p>
      <w:pPr>
        <w:pStyle w:val="ArticleBody"/>
        <w:jc w:val="left"/>
      </w:pPr>
      <w:r>
        <w:rPr>
          <w:rFonts w:ascii="Times New Roman" w:hAnsi="Times New Roman" w:eastAsia="Times New Roman" w:cs="Times New Roman"/>
        </w:rPr>
        <w:t>Matio no alfa-n’ny Testamenta Vaovao ary ny Apokalypsy no omega. Matio dia sangan’asa ara-paminaniana, izay voaisy tombo-kase ny heviny mandra-pahatongan’ny andro farany. Ahitana ireo toko roa ambin’ny folo omega izy, izay mifandrindra amin’ny alfa ao amin’ny Genesisy toko faha-iraika ambin’ny folo ka hatramin’ny faha-roa amby roapolo. Amin’ny maha-alfa azy eo anoloan’ny Apokalypsy, dia mifanindran-dalana amin’ny fifandraisana voatsindrimandry misy eo amin’i Daniela sy ny Apokalypsy izy. Izay ambara ao amin’ny bokin’i Daniela sy ny Apokalypsy momba ny fifandraisan’izy ireo ara-paminaniana, dia mihatra marina koa amin’ny fifandraisan’i Matio sy ny Apokalypsy. Izay efa nampahafantarina antsika araka izany lafiny izany dia mitovy hevitra amin’izao manaraka izao:</w:t>
      </w:r>
    </w:p>
    <w:p>
      <w:pPr>
        <w:pStyle w:val="ArticleBody"/>
        <w:jc w:val="left"/>
      </w:pPr>
      <w:r>
        <w:rPr>
          <w:rFonts w:ascii="Times New Roman" w:hAnsi="Times New Roman" w:eastAsia="Times New Roman" w:cs="Times New Roman"/>
        </w:rPr>
        <w:t>Ao amin’ny bokin’i Matio dia raisina ihany koa ilay andalana iray amin’ny faminaniana, tahaka ny ao amin’ny bokin’ny Apokalypsy.</w:t>
      </w:r>
    </w:p>
    <w:p>
      <w:pPr>
        <w:pStyle w:val="ArticleScripture"/>
        <w:jc w:val="left"/>
      </w:pPr>
      <w:r>
        <w:rPr>
          <w:rFonts w:ascii="Times New Roman" w:hAnsi="Times New Roman" w:eastAsia="Times New Roman" w:cs="Times New Roman"/>
        </w:rPr>
        <w:t>“Ny Apokalypsy dia boky voaisy tombo-kase, nefa boky voavaha koa. Mirakitra zava-mitranga mahatalanjona izay hotanteraka amin’ny andro farany eo amin’ny tantaran’ity tany ity izy. Mazava sy voafaritra tsara ny fampianaran’ity boky ity, fa tsy zavatra miafina sy tsy azo fantarina. Ao aminy dia averina raisina ilay tsipika iray amin’ny faminaniana tahaka ny ao amin’i Daniela. Misy faminaniana sasany naverin’Andriamanitra, ka asehony amin’izany fa tsy maintsy omena lanja izy ireny. Tsy mamerina zavatra tsy dia manan-danja loatra ny Tompo.” Manuscript Releases, volume 9, 8.</w:t>
      </w:r>
    </w:p>
    <w:p>
      <w:pPr>
        <w:pStyle w:val="ArticleBody"/>
        <w:jc w:val="left"/>
      </w:pPr>
      <w:r>
        <w:rPr>
          <w:rFonts w:ascii="Times New Roman" w:hAnsi="Times New Roman" w:eastAsia="Times New Roman" w:cs="Times New Roman"/>
        </w:rPr>
        <w:t>Ny bokin’i Matio dia mandray ilay “tsipika faminaniana iray ihany” tahaka ny Apokalypsy sy Daniela, ary tonga amin’ny fahatanterahany izany ao amin’ny bokin’ny Apokalypsy, satria ny teny hoe “complement” dia midika fahatanterahana.</w:t>
      </w:r>
    </w:p>
    <w:p>
      <w:pPr>
        <w:pStyle w:val="ArticleScripture"/>
        <w:jc w:val="left"/>
      </w:pPr>
      <w:r>
        <w:rPr>
          <w:rFonts w:ascii="Times New Roman" w:hAnsi="Times New Roman" w:eastAsia="Times New Roman" w:cs="Times New Roman"/>
        </w:rPr>
        <w:t>“Ao amin’ny Apokalypsy no ihaonan’ny boky rehetra ao amin’ny Baiboly sy iafaran’izy ireny. Ity no famenon’ny bokin’i Daniela. Ny iray dia faminaniana; ny iray kosa fanambarana. Tsy ny Apokalypsy no boky voaisy tombo-kase, fa ilay ampahany amin’ny faminanian’i Daniela izay mikasika ny andro farany. Nandidy ilay anjely hoe: ‘Fa ianao kosa, ry Daniela, akombòny ny teny, ary asio tombo-kase ny boky mandra-pahatongan’ny fotoan’ny farany.’ Daniela 12:4.” Asan’ny Apostoly, 585.</w:t>
      </w:r>
    </w:p>
    <w:p>
      <w:pPr>
        <w:pStyle w:val="ArticleBody"/>
        <w:jc w:val="left"/>
      </w:pPr>
      <w:r>
        <w:rPr>
          <w:rFonts w:ascii="Times New Roman" w:hAnsi="Times New Roman" w:eastAsia="Times New Roman" w:cs="Times New Roman"/>
        </w:rPr>
        <w:t>Matio, Daniela ary ny Apokalypsy dia boky iray ihany.</w:t>
      </w:r>
    </w:p>
    <w:p>
      <w:pPr>
        <w:pStyle w:val="ArticleScripture"/>
        <w:jc w:val="left"/>
      </w:pPr>
      <w:r>
        <w:rPr>
          <w:rFonts w:ascii="Times New Roman" w:hAnsi="Times New Roman" w:eastAsia="Times New Roman" w:cs="Times New Roman"/>
        </w:rPr>
        <w:t>“Ny bokin’i Daniela sy ny Apokalipsy dia iray ihany. Ny iray dia faminaniana, ny iray kosa fanambarana; ny iray boky voaisy tombo-kase, ny iray kosa boky nosokafana. Ren’i Jaona ny zava-miafina izay nambaran’ny kotrokorana, nefa nasaina izy mba tsy hanoratra izany.” The Seventh-day Adventist Bible Commentary, volume 7, 971.</w:t>
      </w:r>
    </w:p>
    <w:p>
      <w:pPr>
        <w:pStyle w:val="ArticleBody"/>
        <w:jc w:val="left"/>
      </w:pPr>
      <w:r>
        <w:rPr>
          <w:rFonts w:ascii="Times New Roman" w:hAnsi="Times New Roman" w:eastAsia="Times New Roman" w:cs="Times New Roman"/>
        </w:rPr>
        <w:t>Zava-dehibe ny nanokana fotoana hametrahana ny bokin’i Matio ao anatin’ny tontolony, izay afaka manasongadina ny lanja ara-paminaniana amin’ny fisian’i Petera tao Kaisaria Filipy, alohan’ny hampodiko indray ny fandinihana ho amin’ny bokin’i Joela. Hiezaka aho hamintina ny fandinihako momba ny bokin’i Matio mba hanehoana ny halehiben’ny lanja ara-paminaniana an’i Petera tao Kaisaria Filipy, izay Panium ao amin’ny Daniela toko faha-iraika ambin’ny folo andininy faha-telo ambin’ny folo ka hatramin’ny faha-dimy ambin’ny folo.</w:t>
      </w:r>
    </w:p>
    <w:p>
      <w:pPr>
        <w:pStyle w:val="ArticleBody"/>
        <w:jc w:val="left"/>
      </w:pPr>
      <w:r>
        <w:rPr>
          <w:rFonts w:ascii="Times New Roman" w:hAnsi="Times New Roman" w:eastAsia="Times New Roman" w:cs="Times New Roman"/>
        </w:rPr>
        <w:t>Ny bokin’i Matio dia voarafitra eo ambonin’ny tsipika faminaniana telo miavaka. Ny tsipika voalohany dia ny toko folo voalohany; ny tsipika faharoa dia ireo toko roa ambin’ny folo manaraka, izay arahin’ny tsipika fahatelo voaforon’ny toko enina. Ireo toko folo voalohany dia maneho ny anjely voalohany ao amin’ny Apokalypsy efatra ambin’ny folo, ireo toko roa ambin’ny folo manaraka dia maneho ny anjely faharoa ao amin’ny Apokalypsy efatra ambin’ny folo, ary ireo toko enina farany dia maneho ny anjely fahatelo ao amin’ny Apokalypsy efatra ambin’ny folo. Mbola tsy nanaporofo mazava io fanamarihana io aho hatreto, nefa azo tanterahina mora foana izany. Alohan’ny hanaovantsika izany dia maniry aho hanohy hanisy ireo tsipika mivelatra kokoa eo amin’ilay solaitra izay ny bokin’i Matio.</w:t>
      </w:r>
    </w:p>
    <w:p>
      <w:pPr>
        <w:pStyle w:val="ArticleBody"/>
        <w:jc w:val="left"/>
      </w:pPr>
      <w:r>
        <w:rPr>
          <w:rFonts w:ascii="Times New Roman" w:hAnsi="Times New Roman" w:eastAsia="Times New Roman" w:cs="Times New Roman"/>
        </w:rPr>
        <w:t>Ny andalana faharoa ao amin’ny toko fahiraika ambin’ny folo ka hatramin’ny faha-roa amby roapolo dia asehon’ilay anjely faharoa, ary ny anjely faharoa dia manondro hatrany fampitomboana avo roa heny, fa Babylona dia lavo, dia lavo. Ny toko fahiraika ambin’ny folo ka hatramin’ny faha-roa amby roapolo ao amin’ny Genesisy dia maneho ny teny fikasan’Andriamanitra ary avy eo ny fanekena misy dingana telo nataony tamin’ny vahoaka voafidy tamin’ny alalan’ny patriarka Abrama. Ny andininy eo afovoany indrindra amin’ireo toko roa ambin’ny folo ireo dia manondro ny “famoràna” ho famantarana ny fanekena, ary naorina tamin’ny dingana faharoa amin’ireo dingana telo izany. Ny andininy eo afovoany indrindra amin’ny andalana fanekena mifanandrify ao amin’i Matio dia ilay fotoana nanovana ny anaran’i Simona Barjona ho Petera.</w:t>
      </w:r>
    </w:p>
    <w:p>
      <w:pPr>
        <w:pStyle w:val="ArticleScripture"/>
        <w:jc w:val="left"/>
      </w:pPr>
      <w:r>
        <w:rPr>
          <w:rFonts w:ascii="Times New Roman" w:hAnsi="Times New Roman" w:eastAsia="Times New Roman" w:cs="Times New Roman"/>
        </w:rPr>
        <w:t>Ary Izaho milaza aminao koa hoe: ianao no Petera, ary eo ambonin’ity vatolampy ity no hanorenako ny fiangonako; ary ny vavahadin’ny helo tsy haharesy azy. Matio 16:18.</w:t>
      </w:r>
    </w:p>
    <w:p>
      <w:pPr>
        <w:pStyle w:val="ArticleBody"/>
        <w:jc w:val="left"/>
      </w:pPr>
      <w:r>
        <w:rPr>
          <w:rFonts w:ascii="Times New Roman" w:hAnsi="Times New Roman" w:eastAsia="Times New Roman" w:cs="Times New Roman"/>
        </w:rPr>
        <w:t>Ny anaran’i Petera dia maneho ireo iray hetsy sy efatra arivo amby efatra alina, ary izy dia misolo tena ny sokajy izay miorina amin’ny finoany noho ny fandrenesana ny hafatr’i Kristy. Tsy ny hafatra momba an’i Jesosy fotsiny, fa ny hafatra izay nofaritan’i Jesosy fa nomen’ny Tompo tenany mihitsy an’i Petera.</w:t>
      </w:r>
    </w:p>
    <w:p>
      <w:pPr>
        <w:pStyle w:val="ArticleScripture"/>
        <w:jc w:val="left"/>
      </w:pPr>
      <w:r>
        <w:rPr>
          <w:rFonts w:ascii="Times New Roman" w:hAnsi="Times New Roman" w:eastAsia="Times New Roman" w:cs="Times New Roman"/>
        </w:rPr>
        <w:t>Hoy Izy nanao taminy hoe: Fa ianareo kosa manao Ahy ho iza?</w:t>
      </w:r>
    </w:p>
    <w:p>
      <w:pPr>
        <w:pStyle w:val="ArticleScripture"/>
        <w:jc w:val="left"/>
      </w:pPr>
      <w:r>
        <w:rPr>
          <w:rFonts w:ascii="Times New Roman" w:hAnsi="Times New Roman" w:eastAsia="Times New Roman" w:cs="Times New Roman"/>
        </w:rPr>
        <w:t>Ary namaly Simona Petera ka nanao hoe: Ianao no Kristy, Zanak’Andriamanitra velona. Ary Jesosy namaly ka nanao taminy hoe,</w:t>
      </w:r>
    </w:p>
    <w:p>
      <w:pPr>
        <w:pStyle w:val="ArticleScripture"/>
        <w:jc w:val="left"/>
      </w:pPr>
      <w:r>
        <w:rPr>
          <w:rFonts w:ascii="Times New Roman" w:hAnsi="Times New Roman" w:eastAsia="Times New Roman" w:cs="Times New Roman"/>
        </w:rPr>
        <w:t>Sambatra ianao, ry Simona Barjona; fa tsy nofo aman-drà no nanambara izany taminao, fa ny Raiko Izay any an-danitra. Matio 16:15–17.</w:t>
      </w:r>
    </w:p>
    <w:p>
      <w:pPr>
        <w:pStyle w:val="ArticleBody"/>
        <w:jc w:val="left"/>
      </w:pPr>
      <w:r>
        <w:rPr>
          <w:rFonts w:ascii="Times New Roman" w:hAnsi="Times New Roman" w:eastAsia="Times New Roman" w:cs="Times New Roman"/>
        </w:rPr>
        <w:t>Ny finoan’i Petera dia miorina amin’ny nahatongavan’i Jesosy ho Kristy—ny Mesia. Novàna ny anaran’i Petera, tahaka ny nanovàna ny anaran’i Abrama mba hanamarika fifandraisan’ny fanekena, ary ny anarany dia mitovy amin’ny 144,000; ary ao amin’io andininy io indrindra no anehoana ny fifanandrinana lehibe, dia Vatolampy iray izay fototry ny fiangonana, ka haharesy ny fiangonan’ny helo. Ny iray hetsy sy efatra amby efa-polo sy arivo no fisehoana farany amin’ny vahoakan’ny fanekena voafidy, ary i Petera no misolo tena izany antokon’olona izany.</w:t>
      </w:r>
    </w:p>
    <w:p>
      <w:pPr>
        <w:pStyle w:val="ArticleBody"/>
        <w:jc w:val="left"/>
      </w:pPr>
      <w:r>
        <w:rPr>
          <w:rFonts w:ascii="Times New Roman" w:hAnsi="Times New Roman" w:eastAsia="Times New Roman" w:cs="Times New Roman"/>
        </w:rPr>
        <w:t>I Petera dia sady maneho miaraka amin’izany koa ny fiangonana kristiana voalohany, dia ny fiangonan’ny mpianatra, satria ao amin’izany tantara izany no nametrahan’i Kristy ny fanorenan’ny Fiangonany. Kristy no fanorenana ary Izy koa no vato fehizoro, ary Petera dia tandindon’ny ampakarina kristiana voalohany sy ny ampakarina kristiana farany. Noho izany, Petera dia sady tandindon’ny alfa no tandindon’ny omega ao anatin’ny andininy iray ihany.</w:t>
      </w:r>
    </w:p>
    <w:p>
      <w:pPr>
        <w:pStyle w:val="ArticleBody"/>
        <w:jc w:val="left"/>
      </w:pPr>
      <w:r>
        <w:rPr>
          <w:rFonts w:ascii="Times New Roman" w:hAnsi="Times New Roman" w:eastAsia="Times New Roman" w:cs="Times New Roman"/>
        </w:rPr>
        <w:t>Io andininy iray io no andininy afovoan’ny toko roa ambin’ny folo izay maneho ny hafatry ny anjely faharoa, ary Petera dia “mitana andraikitra roa” amin’ny maha-ampakarina voalohany sy ampakarina farany azy. Ny ampakarina farany dia ho ao anatin’ny ady amin’ny synagogan’i Satana, ary ny ampakarina farany dia hiforona amin’ny antoko roa. Ny antoko iray dia ny efatra arivo amby efatra alina amby iray hetsy, ary ny antoko iray hafa dia ny vahoaka betsaka. Ny vahoaka betsaka dia asehon’i Smyrna ary ny efatra arivo amby efatra alina amby iray hetsy kosa dia asehon’i Philadelphia.</w:t>
      </w:r>
    </w:p>
    <w:p>
      <w:pPr>
        <w:pStyle w:val="ArticleBody"/>
        <w:jc w:val="left"/>
      </w:pPr>
      <w:r>
        <w:rPr>
          <w:rFonts w:ascii="Times New Roman" w:hAnsi="Times New Roman" w:eastAsia="Times New Roman" w:cs="Times New Roman"/>
        </w:rPr>
        <w:t>Ny iray hetsy sy efatra amby efatra alina dia Filadelfiana, ary ny fanovana ny anaran’i Petera ao amin’ny andininy faha-valo ambin’ny folo dia maneho ny fanisiana tombo-kase ny iray hetsy sy efatra amby efatra alina. Izy no tandindon’ireo izay voaisy tombo-kase, ary ao amin’ilay andininy, dia ilay andininy afovoany indrindra amin’ireo toko roa ambin’ny folo momba ny fanekena, no ifanandrifiany amin’ilay andininy afovoany indrindra ao amin’ireo toko roa ambin’ny folo ao amin’ny Genesisy, izay amantarana ny famorana ho famantarana. Ny Apokalypsy toko faha-iraika ambin’ny folo ka hatramin’ny faha-roa amby roa-polo no manome ny tsipika fahatelo ho an’ireo toko roa ambin’ny folo momba ny fijoroana vavolombelon’ny fanekena, ary ny andininy afovoany amin’ireo toko roa ambin’ny folo ireo no manondro ny fanambadian’ilay vehivavy janga ao amin’ny Apokalypsy 17 amin’ireo mpanjakan’ny tany.</w:t>
      </w:r>
    </w:p>
    <w:p>
      <w:pPr>
        <w:pStyle w:val="ArticleScripture"/>
        <w:jc w:val="left"/>
      </w:pPr>
      <w:r>
        <w:rPr>
          <w:rFonts w:ascii="Times New Roman" w:hAnsi="Times New Roman" w:eastAsia="Times New Roman" w:cs="Times New Roman"/>
        </w:rPr>
        <w:t>Ary ilay bibidia izay teo, nefa tsy eo intsony, dia izy ihany no fahavalo, sady avy amin’ny fito, ary mankany amin’ny fahaverezana. Apokalypsy 17:11.</w:t>
      </w:r>
    </w:p>
    <w:p>
      <w:pPr>
        <w:pStyle w:val="ArticleBody"/>
        <w:jc w:val="left"/>
      </w:pPr>
      <w:r>
        <w:rPr>
          <w:rFonts w:ascii="Times New Roman" w:hAnsi="Times New Roman" w:eastAsia="Times New Roman" w:cs="Times New Roman"/>
        </w:rPr>
        <w:t>Ity andininy ity dia mifandray amin’ny famantarana ny fahalavoana farany an’i Babylona lehibe, ary ny fahalavoana voalohany an’i Babela dia tao amin’ny toko voalohany amin’ny tsipika fanekena misy toko roa ambin’ny folo ao amin’ny Genesisy. Petera dia misolo tena ny iray hetsy sy efatra alina sy efatra arivo eo amin’ny andininy afovoany, izay mifanaraka amin’ny andininy afovoan’ny Genesisy. Ao amin’ny andininy afovoan’ny Apokalypsy, ny fahalavoan’i Babylona lehibe dia mamarana ny tantaran’i Nimroda, ilay mpihaza lehibe tao Babela.</w:t>
      </w:r>
    </w:p>
    <w:p>
      <w:pPr>
        <w:pStyle w:val="ArticleBody"/>
        <w:jc w:val="left"/>
      </w:pPr>
      <w:r>
        <w:rPr>
          <w:rFonts w:ascii="Times New Roman" w:hAnsi="Times New Roman" w:eastAsia="Times New Roman" w:cs="Times New Roman"/>
        </w:rPr>
        <w:t>Ny andininy afovoan’ny tsirairay amin’ireo tsipika faminaniana telo ireo dia manondro na ny tombo-kasen’Andriamanitra na ny mariky ny bibidia. Ny faneken’ny fahafatesana babyloniana tany am-piandohana ao amin’ny Genesisy dia tonga amin’ny fiafarany ao amin’ny Apokalypsy. Amin’ny fanaovana izany dia mametraka fiandohana sy fiafarana eo amin’ireo tsipika telo rehetra izany, rehefa atambatra izy ireo, tsipika mifandimby eo ambonin’ny tsipika. Ny toerana ampiasana an’i Petera ho mariky ny fifanandrinana lehibe eo amin’ny Vatolampy sy ny vavahadin’ny Helo dia ny hafatry ny anjely faharoa, satria ny hafatry ny anjely faharoa dia hoe: Babylona lavo (Nimroda) lavo (ilay vehivavy janga avy any Roma). Ny tsipika faharoa ao amin’ireo tsipika telo ao amin’i Matio dia ny hafatry ny anjely faharoa, satria manondro fianjerana roa an’i Babylona izany. Mampiseho fanambadiana sandoka eo amin’ny toerana indrindra anatanterahana ny fanambadiana marina izany, dia eo amin’ny lalàna alahady. Maneho ny isa “8” izany ho hosoka manahaka ny vahoakan’Andriamanitra izay izy ireo no valo marina. Aseho koa ny fahefan’ny papa ho manahaka an’Andriamanitra amin’ny hosoka, satria efa nisy izy, nefa mbola eo ihany, ary hiakatra. Miakatra izy eo amin’ny toerana indrindra iakaran’ny faneva—dia eo amin’ny lalàna alahady.</w:t>
      </w:r>
    </w:p>
    <w:p>
      <w:pPr>
        <w:pStyle w:val="ArticleBody"/>
        <w:jc w:val="left"/>
      </w:pPr>
      <w:r>
        <w:rPr>
          <w:rFonts w:ascii="Times New Roman" w:hAnsi="Times New Roman" w:eastAsia="Times New Roman" w:cs="Times New Roman"/>
        </w:rPr>
        <w:t>Ao amin’i Matio dia misy fahatanterahana mesianika roa ambin’ny folo, ary misy faminaniana momba ny Mesia eo anelanelan’ny telon-jato ka hatramin’ny diman-jato ao amin’ny Testamenta Taloha. Ahitana fahatanterahana roa ambin’ny folo voatondro mivantana ny bokin’i Matio, mihoatra lavitra noho izay hita ao amin’ireo Filazantsara telo hafa. Ireo fahatanterahana roa ambin’ny folo ireo dia mifanaraka amin’ireo mari-dalana sivy miavaka ao amin’ny hetsika fanavaozana an’ireo iray hetsy sy efatra arivo amby efa-polo. Ny sivy dia maneho fahafenoana, satria tsy misy isa mihoatra ny “sivy”; fa ny habetsahana rehetra manaraka ny “sivy” dia mampiasa ihany ireo tarehimarika sivy, dia ny iray ka hatramin’ny sivy, sy ny aotra. Ny sivy dia fahafenoana. Amin’ireo mari-dalana sivy ireo, ny roa dia manana fahatanterahana mihoatra ny iray avy amin’i Matio. Ny 9/11 dia manana roa, ary ny lalàna Alahady dia manana telo.</w:t>
      </w:r>
    </w:p>
    <w:p>
      <w:pPr>
        <w:pStyle w:val="ArticleBody"/>
        <w:jc w:val="left"/>
      </w:pPr>
      <w:r>
        <w:rPr>
          <w:rFonts w:ascii="Times New Roman" w:hAnsi="Times New Roman" w:eastAsia="Times New Roman" w:cs="Times New Roman"/>
        </w:rPr>
        <w:t>Ny fotoana farany tamin’ny 1989, ny fanamasinana ara-pomba ofisialy ny hafatra tamin’ny 1996, narahin’ny 9/11, narahin’ny fahadisoam-panantenana tamin’ny 18 Jolay 2020, narahin’ny feo any an-efitra tamin’ny Jolay 2023, izay nitarika ho amin’ny fitsanganana tamin’ny 2024, izay mitarika ho amin’ny Antso Amin’ny Mamatonalina, narahin’ny fisarahan’ny mpisorona, izay mifarana amin’ny lalàn’ny Alahady. Marika sivy, ka ny iray manana vavolombelona roa ary ny iray manana vavolombelona telo; ny 9/11 no manana roa ary ny lalàn’ny Alahady no manana telo. Midika izany fa eo amin’ny tsipika fanavaozan’ny iray hetsy sy efatra arivo sy efatra alina, ny vavolombelona roan’ny 9/11 hatramin’ny vavolombelona telon’ny lalàn’ny Alahady no manamarika ny fotoan’ny fanisiana tombo-kase ny iray hetsy sy efatra arivo sy efatra alina. Ny marika roa ambin’ny folo dia mifanaraka amin’ny hetsika fanavaozana tsirairay, ary amin’ny fanaovana izany dia manasongadina sy mamantatra ny fotoan’ny fanisiana tombo-kase ny iray hetsy sy efatra arivo sy efatra alina manomboka amin’ny 9/11 ka hatramin’ny lalàn’ny Alahady.</w:t>
      </w:r>
    </w:p>
    <w:p>
      <w:pPr>
        <w:pStyle w:val="ArticleBody"/>
        <w:jc w:val="left"/>
      </w:pPr>
      <w:r>
        <w:rPr>
          <w:rFonts w:ascii="Times New Roman" w:hAnsi="Times New Roman" w:eastAsia="Times New Roman" w:cs="Times New Roman"/>
        </w:rPr>
        <w:t>Amin’ny fanaovana izany, dia mamaritra vavolombelona roa eo amin’ny 9/11 izy, ary vavolombelona telo eo amin’ny lalàn’ny Alahady. Ny vavolombelona roa eo amin’ny 9/11 dia ny hafatry ny anjely faharoa, ary ny vavolombelona telo eo amin’ny lalàn’ny Alahady dia ny hafatry ny anjely fahatelo. Koa ny tsipika vokarin’ny fahatanterahan’ny faminaniana momba ny Mesia ao amin’i Matio dia manavaka sy manasongadina ny andron’ny fanombohana tombo-kase, sady mampahafantatra ny anjely faharoa ho alpha amin’ny tantaran’ny andron’ny fanombohana tombo-kase, ary ny anjely fahatelo ho omega. Midika izany fa ny andron’ny fanombohana tombo-kase dia voafefin’ny isa roa sy ny isa telo, ka noho izany ny isa telo amby roa-polo, izay tandindon’ny fanavotana—dia apetraka eo ambonin’ny tantara manontolo momba ny fanombohana tombo-kase.</w:t>
      </w:r>
    </w:p>
    <w:p>
      <w:pPr>
        <w:pStyle w:val="ArticleBody"/>
        <w:jc w:val="left"/>
      </w:pPr>
      <w:r>
        <w:rPr>
          <w:rFonts w:ascii="Times New Roman" w:hAnsi="Times New Roman" w:eastAsia="Times New Roman" w:cs="Times New Roman"/>
        </w:rPr>
        <w:t>Ao amin’ny bokin’i Matio dia misy tsipika ara-paminaniana telo, izay samy maneho avy ny anjely voalohany sy faharoa ary fahatelo, ary ireo toko roa ambin’ny folo ao amin’ny tsipika faharoa ao amin’i Matio dia maneho ny fanekena amin’ny iray hetsy sy efatra alina sy efatra arivo, satria izany no omega amin’ilay fanekena alpha nataon’ny Genesisy tamin’i Abrama. Midika koa izany fa, tahaka ny anjely faharoa, raha i Petera no maneho ny ampakarina kristiana voalohany sy farany, dia ny fampitomboana indroa an’i Petera no mametraka ny fepetra ara-paminaniana hisian’ny fampitomboana indroa ao amin’ny anjely faharoa. Amin’ny vavolombelona telo dia ny isa roa ambin’ny folo no tady mamatotra ireo tsipika telo misy toko roa ambin’ny folo ireo ho iray, koa rehefa mahita fanehoana hafa momba ny isa roa ambin’ny folo ao amin’ny bokin’i Matio isika, dia tsy maintsy ampifanarahana amin’ireo roa ambin’ny folo hafa ao amin’ny bokin’i Matio izany.</w:t>
      </w:r>
    </w:p>
    <w:p>
      <w:pPr>
        <w:pStyle w:val="ArticleBody"/>
        <w:jc w:val="left"/>
      </w:pPr>
      <w:r>
        <w:rPr>
          <w:rFonts w:ascii="Times New Roman" w:hAnsi="Times New Roman" w:eastAsia="Times New Roman" w:cs="Times New Roman"/>
        </w:rPr>
        <w:t>Ny toko roa ambin’ny folo ao amin’i Matio, izay manomboka amin’ny isa tandindona iraika ambin’ny folo ary mifarana amin’ny tandindona mifanandrify aminy, dia ny isa roa amby roapolo, dia mifanaraka amin’ny tsipika fanavaozana an’ny iray hetsy sy efatra amby efapolo arivo, izay asehon’ireo fahatanterahana Mesianika roa ambin’ny folo; ka izany no anehoana “fampitomboana indroa” faharoa eo amin’ny tsipiky ny anjely faharoa. Ireo fahatanterahana Mesianika roa ambin’ny folo, miaraka amin’ireo toko roa ambin’ny folo, no “fampitomboana indroa” an’ny anjely faharoa; kanefa rehefa ampitomboina izy ireo dia maneho ny 144,000. Petera dia ampitomboina indroa, ary ny isa roa ambin’ny folo koa dia ampitomboina indroa. Ireo fampitomboana indroa ireo no manatanteraka ny fampitomboana indroa amin’ny nahalavoan’i Babylona in-droa.</w:t>
      </w:r>
    </w:p>
    <w:p>
      <w:pPr>
        <w:pStyle w:val="ArticleBody"/>
        <w:jc w:val="left"/>
      </w:pPr>
      <w:r>
        <w:rPr>
          <w:rFonts w:ascii="Times New Roman" w:hAnsi="Times New Roman" w:eastAsia="Times New Roman" w:cs="Times New Roman"/>
        </w:rPr>
        <w:t>Ny toko faha-iraika ambin’ny folo ka hatramin’ny faha-roa amby roapolo dia maneho ny anjely faharoa ao amin’ny Apokalypsy faha-efatra ambin’ny folo. Ny folo dia tandindon’ny fizahan-toetra, ary ny voalohany amin’ireo fizahan-toetra telo dia ny toko folo voalohany ao amin’i Matio. Ny “folo” dia tandindon’ny fizahan-toetra. Satria i Matio no alfa manoloana ny omega ao amin’ny Apokalypsy, ny toko voalohany amin’ireo boky roa ireo dia samy manomboka amin’ny fanambaran’i Jesosy Kristy. Ao amin’ny toko voalohany dia notsapaina i Josefa momba ny hinoany ny anjely na tsia. Ny tandindony mitovy aminy dia Zakaria, rain’i Jaona Mpanao-batisa, izay tsy nino ka tsy nahatafita ilay fizahan-toetra iray ihany. Ny iray nanaiky ny fahaterahana nentin’ny fitondran’Andriamanitra, ny iray kosa nisalasala.</w:t>
      </w:r>
    </w:p>
    <w:p>
      <w:pPr>
        <w:pStyle w:val="ArticleBody"/>
        <w:jc w:val="left"/>
      </w:pPr>
      <w:r>
        <w:rPr>
          <w:rFonts w:ascii="Times New Roman" w:hAnsi="Times New Roman" w:eastAsia="Times New Roman" w:cs="Times New Roman"/>
        </w:rPr>
        <w:t>Tamin’ny toko faharoa, natahotra ny nahaterahan’ny mpanjaka vaovao i Heroda, ary nandositra nankany Egypta i Josefa sy Maria. I Jaona Mpanao-batisa no nitondra ny fizahan-toetra voalohany tao amin’ny toko fahatelo, dia fizahan-toetra voalohany izay ambaran’i Rahavavy White ho fizahan-toetra mahakasika aina na fahafatesana, satria nosoratany fa “ireo izay nandà ny hafatr’i Jaona dia tsy ho afaka handray soa avy amin’i Jesosy.” Ny anjely voalohany dia hafatra mizaha toetra izay miantso ny olona, tahaka ny nataon’i Jaona, hatahotra an’Andriamanitra, fa tonga ny ora fitsaran’Andriamanitra. Izany dia asehon’i Jaona tamin’ny nanontaniany hoe: “iza no nampitandrina anareo handositra ny fahatezerana ho avy?”</w:t>
      </w:r>
    </w:p>
    <w:p>
      <w:pPr>
        <w:pStyle w:val="ArticleBody"/>
        <w:jc w:val="left"/>
      </w:pPr>
      <w:r>
        <w:rPr>
          <w:rFonts w:ascii="Times New Roman" w:hAnsi="Times New Roman" w:eastAsia="Times New Roman" w:cs="Times New Roman"/>
        </w:rPr>
        <w:t>Avy eo ao amin’ny toko fahefatra, Jesosy dia nifady hanina efapolo andro ka nifarana tamin’ny fizahan-toetra telo miavaka, fa ireo fizahan-toetra telo ireo dia aseho mandrakariva ao amin’ny hafatry ny anjely voalohany. Avy eo Jesosy dia nanomboka nanorina ny fanorenana tamin’ny nifidianany ny mpianany, fa tamin’i Ezra sy Nehemia dia napetraka ny fanorenan’ny tempoly teo amin’ny tantaran’ny didy voalohany, ary tamin’ny Millerita dia napetraka ny fanorenana teo amin’ny tantaran’ny anjely voalohany. Ny fanorenana dia ny fahasambarana, arahin’ny fahagagany izay nitarika ho amin’ny nanirahany ny mpianatra roa ambin’ny folo ka hatramin’ny faran’ny toko fahafolo. Tamin’izany dia efa voapetraka ny mpianatra roa ambin’ny folo, ary ny fanahy nanome tsindrimandry dia manondro fa ny mpianatra no fanorenan’ny fiangonana kristiana. Tamin’ny toko fahiraika ambin’ny folo dia vita ny fanorenana.</w:t>
      </w:r>
    </w:p>
    <w:p>
      <w:pPr>
        <w:pStyle w:val="ArticleBody"/>
        <w:jc w:val="left"/>
      </w:pPr>
      <w:r>
        <w:rPr>
          <w:rFonts w:ascii="Times New Roman" w:hAnsi="Times New Roman" w:eastAsia="Times New Roman" w:cs="Times New Roman"/>
        </w:rPr>
        <w:t>Ao amin’ny toko faha iraika ambin’ny folo, ny mpianatra dia manao asa fanompoana samy irery, ary i Jesosy dia irery, ka izany no manamarika fisarahana mazava eo amin’ny toko faha folo sy ny toko faha iraika ambin’ny folo. Ny toko voalohany ka hatramin’ny faha folo dia ny hafatry ny anjely voalohany; nifarana izany tamin’ny fahatongavan’ny anjely faharoa. Ny anjely faharoa dia miteraka fizarazarana, fisarahana, tahaka ny tamin’ny Millerita sy ny Protestanta. Ny toko faha folo dia mifarana amin’ny fisarahan’i Jesosy tamin’ny mpianatra, ary ao amin’ny toko faha iraika ambin’ny folo dia Izy irery.</w:t>
      </w:r>
    </w:p>
    <w:p>
      <w:pPr>
        <w:pStyle w:val="ArticleBody"/>
        <w:jc w:val="left"/>
      </w:pPr>
      <w:r>
        <w:rPr>
          <w:rFonts w:ascii="Times New Roman" w:hAnsi="Times New Roman" w:eastAsia="Times New Roman" w:cs="Times New Roman"/>
        </w:rPr>
        <w:t>Ny toko fahiraika ambin’ny folo ka hatramin’ny faharoa amby roapolo dia maneho ny anjely faharoa, mitondra mankany amin’ny toko fahatelo amby roapolo ka hatramin’ny fahavalo amby roapolo, izay tsipika fahatelo an’ilay anjely fahatelo. Mazava ho azy fa tonga amin’ny lalàn’ny Alahady ny anjely fahatelo, ary izany no asehon’ny Paska ao amin’ny toko fahenina amby roapolo ka hatramin’ny fahavalo amby roapolo. Ny “23” dia tandindon’ny fanavotana amin’ny rà fanonerana, ary ny voalohan’ireo toko enina ireo dia maneho ny hafatry ny anjely voalohany, fa ny telo farany kosa maneho ny hafatry ny anjely fahatelo. Ireo toko roa eo afovoany (24 &amp; 25) dia maneho ny anjely faharoa. Ireo toko telo farany dia mirakitra “23” marika manokana mifanaraka amin’ny toko “23,” amin’ny maha-anjely voalohany na fiandohana azy, ary ny toko fahenina amby roapolo ka hatramin’ny fahavalo amby roapolo amin’ny maha-fahatelo azy, miaraka amin’ny marika “23”. Ny toko 23 no anjely voalohany, ary ireo toko roa manaraka dia ny anjely faharoa, ary ireo toko telo farany dia ny anjely fahatelo.</w:t>
      </w:r>
    </w:p>
    <w:p>
      <w:pPr>
        <w:pStyle w:val="ArticleBody"/>
        <w:jc w:val="left"/>
      </w:pPr>
      <w:r>
        <w:rPr>
          <w:rFonts w:ascii="Times New Roman" w:hAnsi="Times New Roman" w:eastAsia="Times New Roman" w:cs="Times New Roman"/>
        </w:rPr>
        <w:t>Ny andalana fahatelo ao amin’i Matio dia maneho ny anjely fahatelo, ary mizara ho dingana telo izy. Ny toko faha-23 no dingana voalohany, sady anjely voalohany. Ny toko faha-24 sy faha-25 no dingana faharoa, sady anjely faharoa. Ny toko faha-26 sy faha-27 ary faha-28 no dingana fahatelo sy ny anjely fahatelo. Toko iray ho an’ny anjely voalohany, toko roa ho an’ny anjely faharoa, ary toko telo ho an’ny anjely fahatelo. Ilay fahatelo, izay Paska, izay maneho ny hazo fijaliana, izay kosa mifandrindra amin’ny lalàn’ny Alahady, dia asehon’ny Pentekosta koa.</w:t>
      </w:r>
    </w:p>
    <w:p>
      <w:pPr>
        <w:pStyle w:val="ArticleBody"/>
        <w:jc w:val="left"/>
      </w:pPr>
      <w:r>
        <w:rPr>
          <w:rFonts w:ascii="Times New Roman" w:hAnsi="Times New Roman" w:eastAsia="Times New Roman" w:cs="Times New Roman"/>
        </w:rPr>
        <w:t>Ny Pentekosta dia isa 50, ary ny 50 dia tandindon’ny Jobily. Ny Jobily dia ahitana ny taona fahasivy amby efapolo, dia ny fiafaran’ny tsingerina fahafito amin’ny fito taona. Ny isa 49 dia mialoha ny isa 50, nefa mifandray mivantana aminy. Ny andalana fahatelo ao amin’i Matio dia manomboka amin’ny toko faha-23, ary arahina toko roa avy eo (24, 25) izay mitambatra ho 49, eo indrindra alohan’ny anjely fahatelo izay maneho ny isa 50.</w:t>
      </w:r>
    </w:p>
    <w:p>
      <w:pPr>
        <w:pStyle w:val="ArticleBody"/>
        <w:jc w:val="left"/>
      </w:pPr>
      <w:r>
        <w:rPr>
          <w:rFonts w:ascii="Times New Roman" w:hAnsi="Times New Roman" w:eastAsia="Times New Roman" w:cs="Times New Roman"/>
        </w:rPr>
        <w:t>Ny fiandohan’ilay andalana misy toko enina dia “23” ary ny fiafarany dia marika “23”; ary ny isa azo avy amin’ny fanampiana ny toko 26 amin’ny 27 sy 28 dia mitovy amin’ny “81”, izay tandindon’ny mpisorona voafono ao anatin’ireo andininy mihitsy izay manondro ny fandatsahana ny ra izay hampiasain’ilay Mpisoronabe any An-danitra amin’ny asam-panompoany maha-mpisoronabe Azy. Noho izany antony izany, ny lohatenin’ny toko “81” ao amin’ny Ilay Fitiavana Mandrakizay dia miorina amin’ny Matio 28.</w:t>
      </w:r>
    </w:p>
    <w:p>
      <w:pPr>
        <w:pStyle w:val="ArticleScripture"/>
        <w:jc w:val="left"/>
      </w:pPr>
      <w:r>
        <w:rPr>
          <w:rFonts w:ascii="Times New Roman" w:hAnsi="Times New Roman" w:eastAsia="Times New Roman" w:cs="Times New Roman"/>
        </w:rPr>
        <w:t>“Toko 81— ‘Nitsangana ny Tompo’”</w:t>
      </w:r>
    </w:p>
    <w:p>
      <w:pPr>
        <w:pStyle w:val="ArticleScripture"/>
        <w:jc w:val="left"/>
      </w:pPr>
      <w:r>
        <w:rPr>
          <w:rFonts w:ascii="Times New Roman" w:hAnsi="Times New Roman" w:eastAsia="Times New Roman" w:cs="Times New Roman"/>
        </w:rPr>
        <w:t>“Ity toko ity dia mifototra amin’ny Matio 28:2–4, 11–15.” Ilay Fitiavan’ny Vanim-potoana Rehetra, 780.</w:t>
      </w:r>
    </w:p>
    <w:p>
      <w:pPr>
        <w:pStyle w:val="ArticleBody"/>
        <w:jc w:val="left"/>
      </w:pPr>
      <w:r>
        <w:rPr>
          <w:rFonts w:ascii="Times New Roman" w:hAnsi="Times New Roman" w:eastAsia="Times New Roman" w:cs="Times New Roman"/>
        </w:rPr>
        <w:t>Ny isa “81” dia maneho ny fisoronana, ary ao amin’ny Levitikosy 8 dia aseho ny fito andro fanokanana ny mpisorona. Ao amin’ny Nomery toko faha-8 dia aseho ny fanadiovana ny Levita. Ao amin’ny 2 Tantara, mpisorona “81” no manohitra an’i Ozia mpanjaka, ary io andalan-teny io dia mandray anjara mivantana amin’ny fanorenana ny hafatry ny fanisiana tombo-kase ny iray hetsy sy efatra arivo amby efatra alina.</w:t>
      </w:r>
    </w:p>
    <w:p>
      <w:pPr>
        <w:pStyle w:val="ArticleScripture"/>
        <w:jc w:val="left"/>
      </w:pPr>
      <w:r>
        <w:rPr>
          <w:rFonts w:ascii="Times New Roman" w:hAnsi="Times New Roman" w:eastAsia="Times New Roman" w:cs="Times New Roman"/>
        </w:rPr>
        <w:t>Fa rehefa nahery izy, dia niavonavona ny fony ho amin’ny faharavany; fa nanota tamin’i Jehovah Andriamaniny izy ka niditra tao amin’ny tempolin’i Jehovah handoro ditin-kazo manitra teo ambonin’ny alitaran’ny ditin-kazo manitra. Ary Azaria mpisorona dia niditra nanaraka azy, ary niaraka taminy ny mpisoron’i Jehovah valo-polo, izay lehilahy mahery fo; ary nanohitra an’i Ozia mpanjaka ireo ka nanao taminy hoe: Tsy anjaranao, ry Ozia, no handoro ditin-kazo manitra ho an’i Jehovah, fa anjaran’ny mpisorona, dia ny taranak’i Arona, izay nohamasinina handoro ditin-kazo manitra; mivoaha hiala amin’ny fitoerana masina, fa efa nanota ianao; ary tsy ho voninahitra ho anao avy amin’i Jehovah Andriamanitra izany.</w:t>
      </w:r>
    </w:p>
    <w:p>
      <w:pPr>
        <w:pStyle w:val="ArticleScripture"/>
        <w:jc w:val="left"/>
      </w:pPr>
      <w:r>
        <w:rPr>
          <w:rFonts w:ascii="Times New Roman" w:hAnsi="Times New Roman" w:eastAsia="Times New Roman" w:cs="Times New Roman"/>
        </w:rPr>
        <w:t>Ary nonitra i Ozia, sady nitana fanendasana teny an-tànany handoroana ditin-kazo manitra; ary raha mbola tezitra tamin’ny mpisorona izy, dia niakatra teo amin’ny handriny ny habokana teo anatrehan’ny mpisorona, tao an-tranon’i Jehovah, teo anilan’ny alitaran’ny ditin-kazo manitra. Ary Azaria, lehiben’ny mpisorona, mbamin’ny mpisorona rehetra, dia nijery azy; ary, indro, boka teo amin’ny handriny izy; ka noroahiny haingana hiala teo izy; eny, izy tenany koa dia faingana nivoaka, satria Jehovah efa namely azy. Ary Ozia mpanjaka dia boka mandra-pahafatiny, ka nonina tao an-trano mitokana, satria boka izy; fa voaroaka tsy ho ao an-tranon’i Jehovah izy; ary Jotama zanany no nisahana ny tao an-tranon’ny mpanjaka sady nitsara ny vahoaka tamin’ny tany. 2 Tantara 26:16–21.</w:t>
      </w:r>
    </w:p>
    <w:p>
      <w:pPr>
        <w:pStyle w:val="ArticleBody"/>
        <w:jc w:val="left"/>
      </w:pPr>
      <w:r>
        <w:rPr>
          <w:rFonts w:ascii="Times New Roman" w:hAnsi="Times New Roman" w:eastAsia="Times New Roman" w:cs="Times New Roman"/>
        </w:rPr>
        <w:t>Ny iray amby valopolo, amin’ny maha-tandindona azy, dia mifandray amin’ireo mpisorona izay nanohitra ny ezaka nataon’i Ozia hanatitra fanatitra tao amin’ny fitoerana masina. Ny rafitra ara-paminaniana ao amin’ny andalan-teny momba an’i Ozia dia mifanaraka amin’ny rafitra ara-paminaniana ao amin’ny Daniela toko faha-11 andininy faha-11 sy faha-12. Samy manondro mpanjaka avy any atsimo ireo andalan-teny roa ireo, izay nisandratra ny fony noho ny fandresena ara-tafika, ary indrindra noho ilay fandresena vao haingana azon’ny mpanjakan’ny avaratra. Rehefa tanteraka tamin’i Ptolemaios ny andininy faha-11 ao amin’ny Daniela toko faha-11 tamin’ny ady tao Rafia, dia nitady hanatitra fanatitra tao amin’ny fitoerana masina tao Jerosalema izy, tahaka an’i Ozia koa, saingy notoherin’ireo mpisorona. Tsipika mifanitsy amin’ny tsipika, ireo vavolombelona roa ireo dia manondro ny ady any Okraina izay saiky tapitra.</w:t>
      </w:r>
    </w:p>
    <w:p>
      <w:pPr>
        <w:pStyle w:val="ArticleBody"/>
        <w:jc w:val="left"/>
      </w:pPr>
      <w:r>
        <w:rPr>
          <w:rFonts w:ascii="Times New Roman" w:hAnsi="Times New Roman" w:eastAsia="Times New Roman" w:cs="Times New Roman"/>
        </w:rPr>
        <w:t>Ny toko faha-valo amby valopolo ao amin’ny *Ilay Fitiavana Hatry ny Ela*, dia miorina amin’ny Matio 28, ary manondro an’i Kristy niakatra mba hanomboka ny asany amin’ny maha-Mpisoronabe any an-danitra Azy.</w:t>
      </w:r>
    </w:p>
    <w:p>
      <w:pPr>
        <w:pStyle w:val="ArticleScripture"/>
        <w:jc w:val="left"/>
      </w:pPr>
      <w:r>
        <w:rPr>
          <w:rFonts w:ascii="Times New Roman" w:hAnsi="Times New Roman" w:eastAsia="Times New Roman" w:cs="Times New Roman"/>
        </w:rPr>
        <w:t>Ary amin’ireo zavatra efa nolazaintsika, izao no hevi-dehibe: Manana Mpisoronabe tahaka izany isika, izay mipetraka eo an-tanana ankavanan’ny seza fiandrianan’ny Lehibe any an-danitra. Hebreo 8:1.</w:t>
      </w:r>
    </w:p>
    <w:p>
      <w:pPr>
        <w:pStyle w:val="ArticleBody"/>
        <w:jc w:val="left"/>
      </w:pPr>
      <w:r>
        <w:rPr>
          <w:rFonts w:ascii="Times New Roman" w:hAnsi="Times New Roman" w:eastAsia="Times New Roman" w:cs="Times New Roman"/>
        </w:rPr>
        <w:t>Ny isa “81” dia tandindon’ny mpisorona, ary ny toko 26, 27, 28; ny dingana fahatelo amin’ny andalana fahatelo ao amin’i Matio dia mitambatra ho 81. Ny dingana faharoa dia mitambatra ho 49 ary ny dingana voalohany dia 23. Ny iraika amby valopolo dia maneho mpisorona 80 sy mpisoronabe iray ao amin’ny fijoroana vavolombelon’i Ozia. Amin’ity ambaratonga ity dia olombelona ireo mpisorona 80, ary Andriamanitra kosa ny Mpisoronabe. Ny 81 dia maneho ny fitambaran’ny maha-Andriamanitra sy ny maha-olombelona. Ny isa iray ao amin’ny isa iraika amby valopolo dia maneho ny maha-Andriamanitra.</w:t>
      </w:r>
    </w:p>
    <w:p>
      <w:pPr>
        <w:pStyle w:val="ArticleBody"/>
        <w:jc w:val="left"/>
      </w:pPr>
      <w:r>
        <w:rPr>
          <w:rFonts w:ascii="Times New Roman" w:hAnsi="Times New Roman" w:eastAsia="Times New Roman" w:cs="Times New Roman"/>
        </w:rPr>
        <w:t>Ny isa iray ao amin’ny iraika ambin’ny folo dia maneho ny maha-olona ary koa ny maha-Andriamanitra. Ny isa iray ao amin’ny isa iraika amby roapolo dia maneho ny maha-Andriamanitra, ary ny roapolo kosa ny maha-olona. Ny fitambaran’ny roa sy iray dia hita ao amin’ireo mpianatra teny an-dalana ho any Emaosy.</w:t>
      </w:r>
    </w:p>
    <w:p>
      <w:pPr>
        <w:pStyle w:val="ArticleBody"/>
        <w:jc w:val="left"/>
      </w:pPr>
      <w:r>
        <w:rPr>
          <w:rFonts w:ascii="Times New Roman" w:hAnsi="Times New Roman" w:eastAsia="Times New Roman" w:cs="Times New Roman"/>
        </w:rPr>
        <w:t>Ny fitambaran’ny telo sy ny iray dia ny maha-olombelona sy ny maha-Andriamanitra, araka ny asehon’ilay lafaoro mirehitra nahitana an’i Shadraka sy Meshaka ary Abednego.</w:t>
      </w:r>
    </w:p>
    <w:p>
      <w:pPr>
        <w:pStyle w:val="ArticleBody"/>
        <w:jc w:val="left"/>
      </w:pPr>
      <w:r>
        <w:rPr>
          <w:rFonts w:ascii="Times New Roman" w:hAnsi="Times New Roman" w:eastAsia="Times New Roman" w:cs="Times New Roman"/>
        </w:rPr>
        <w:t>Ny fitambaran’ny efatra sy iray dia manondro fa ny firaisan’ny maha-Andriamanitra sy ny maha-olombelona dia tanteraka amin’ny taranaka fahefatra.</w:t>
      </w:r>
    </w:p>
    <w:p>
      <w:pPr>
        <w:pStyle w:val="ArticleBody"/>
        <w:jc w:val="left"/>
      </w:pPr>
      <w:r>
        <w:rPr>
          <w:rFonts w:ascii="Times New Roman" w:hAnsi="Times New Roman" w:eastAsia="Times New Roman" w:cs="Times New Roman"/>
        </w:rPr>
        <w:t>Ny fitambaran’ny dimy sy ny iray dia manondro ireo virijina dimy miandry ny mpampakatra.</w:t>
      </w:r>
    </w:p>
    <w:p>
      <w:pPr>
        <w:pStyle w:val="ArticleBody"/>
        <w:jc w:val="left"/>
      </w:pPr>
      <w:r>
        <w:rPr>
          <w:rFonts w:ascii="Times New Roman" w:hAnsi="Times New Roman" w:eastAsia="Times New Roman" w:cs="Times New Roman"/>
        </w:rPr>
        <w:t>Ny fitambaràn’ny enina sy iray dia maneho ny fifandraisan’ny olombelona amin’ny Sabatan’ny andro fahafito, izay ny maha-Andriamanitra no Tompony. Ny isa “enina” dia tandindon’ny olombelona, ary ny iray dia Kristy.</w:t>
      </w:r>
    </w:p>
    <w:p>
      <w:pPr>
        <w:pStyle w:val="ArticleBody"/>
        <w:jc w:val="left"/>
      </w:pPr>
      <w:r>
        <w:rPr>
          <w:rFonts w:ascii="Times New Roman" w:hAnsi="Times New Roman" w:eastAsia="Times New Roman" w:cs="Times New Roman"/>
        </w:rPr>
        <w:t>Ny fitambaran’ny fito sy ny iray dia maneho ny fifindran’ny fiangonana fahafito, dia i Laodikia, ho amin’ny fanandramana Filadelfiana.</w:t>
      </w:r>
    </w:p>
    <w:p>
      <w:pPr>
        <w:pStyle w:val="ArticleBody"/>
        <w:jc w:val="left"/>
      </w:pPr>
      <w:r>
        <w:rPr>
          <w:rFonts w:ascii="Times New Roman" w:hAnsi="Times New Roman" w:eastAsia="Times New Roman" w:cs="Times New Roman"/>
        </w:rPr>
        <w:t>81 dia tandindon’ny mpisorona sy ny fifandraisany amin’ny mpisoronabe.</w:t>
      </w:r>
    </w:p>
    <w:p>
      <w:pPr>
        <w:pStyle w:val="ArticleBody"/>
        <w:jc w:val="left"/>
      </w:pPr>
      <w:r>
        <w:rPr>
          <w:rFonts w:ascii="Times New Roman" w:hAnsi="Times New Roman" w:eastAsia="Times New Roman" w:cs="Times New Roman"/>
        </w:rPr>
        <w:t>Ny fitambaran’ny sivy sy iray dia manambara fahatanterahana. Sivy volana ny fitondrana vohoka. Nisy taranaka 9 nitarika hatrany amin’i Noa, ary taranaka sivy taorian’izany no nitarika ho amin’ny fanekena. Jesosy nanolotra ny ainy tamin’ny ora fahasivy. Ny fitambaran’ny sivy sy iray dia manondro ny fahavitan’ny asan’ny fanisiana tombo-kase ny olony.</w:t>
      </w:r>
    </w:p>
    <w:p>
      <w:pPr>
        <w:pStyle w:val="ArticleBody"/>
        <w:jc w:val="left"/>
      </w:pPr>
      <w:r>
        <w:rPr>
          <w:rFonts w:ascii="Times New Roman" w:hAnsi="Times New Roman" w:eastAsia="Times New Roman" w:cs="Times New Roman"/>
        </w:rPr>
        <w:t>Amin’ity toe-javatra ity, ny iray dia fitambaran’ny maha-olombelona sy ny maha-Andriamanitra; ny isa roa dia ny Mpampianatra avy amin’Andriamanitra, mampianatra ny olombelona. Ny isa telo dia ny hafatry ny anjely telo, izay ilay hafatra ampianarina azy ireo ao amin’ny isa roa. Ny isa efatra dia manondro ny taranaka fahefatra, ka izany no anondroany ny tantara ara-paminaniana izay isehoan’ireo virijina hendry dimy, sady averina foronina araka izay asehon’ny andro fahenina amin’ny famoronana. Avy eo ny dingana fahafito no manondro ny fifindrana ho any Filadelfia sy ny zava-miafin’ny fahavalo izay avy amin’ny fito. Amin’izay fotoana izay dia tanteraka ny fanekena ary asandratra ny fisoronana “81” mba hamita ny asa asehon’ny isa sivy. Isaky ny dingana, ny isa iray dia ny Liona avy amin’ny firenen’i Joda, izay Palmony ihany koa, ilay Mpanisa Mahagaga. Ny 81 dia tandindon’ny mpisorona. I Palmony no namorona ny isa rehetra.</w:t>
      </w:r>
    </w:p>
    <w:p>
      <w:pPr>
        <w:pStyle w:val="ArticleBody"/>
        <w:jc w:val="left"/>
      </w:pPr>
      <w:r>
        <w:rPr>
          <w:rFonts w:ascii="Times New Roman" w:hAnsi="Times New Roman" w:eastAsia="Times New Roman" w:cs="Times New Roman"/>
        </w:rPr>
        <w:t>Ny isa iraika ambin’ny folo dia maneho ny antsasaky ny roa amby roa-polo, ary izy roa ireo samy maneho ny firaisan’ny maha-Andriamanitra amin’ny maha-olombelona. Tao amin’ny lahatsoratra iray vao haingana no nampidirako fanambarana roa izay miresaka ny fiandohana sy ny fiafarana.</w:t>
      </w:r>
    </w:p>
    <w:p>
      <w:pPr>
        <w:pStyle w:val="ArticleBody"/>
        <w:jc w:val="left"/>
      </w:pPr>
      <w:r>
        <w:rPr>
          <w:rFonts w:ascii="Times New Roman" w:hAnsi="Times New Roman" w:eastAsia="Times New Roman" w:cs="Times New Roman"/>
        </w:rPr>
        <w:t>Ny fanambaràna voalohany dia nanondro fa, fony Ellen White nahazo ny fahitana voalohany momba ny fitoerana masina, dia naseho taminy fa ny didy momba ny Sabata no namirapiratra kokoa noho ny didy hafa rehetra. Naseho taminy koa fa amin’ny andro farany dia ny “fotopampianarana momba ny fahatongavana ho nofo” dia nasiana famirapiratana malefaka. Ny Sabata dia fahazavana tany am-piandohana izay naneho mialoha ny fotopampianarana momba ny fahatongavana ho nofo any amin’ny farany. Ny fitambaran’ny maha-Andriamanitra amin’ny maha-olombelona no fotopampianarana momba ny fahatongavana ho nofo, satria izany no fotopampianarana momba an’i Kristy mandray amin’ny Tenany ny nofon’olombelona, ary amin’izany dia mametraka ny ohatra fa ny maha-Andriamanitra mitambatra amin’ny maha-olombelona dia tsy manota.</w:t>
      </w:r>
    </w:p>
    <w:p>
      <w:pPr>
        <w:pStyle w:val="ArticleBody"/>
        <w:jc w:val="left"/>
      </w:pPr>
      <w:r>
        <w:rPr>
          <w:rFonts w:ascii="Times New Roman" w:hAnsi="Times New Roman" w:eastAsia="Times New Roman" w:cs="Times New Roman"/>
        </w:rPr>
        <w:t>Ny iraika ambin’ny folo ampiana iraika ambin’ny folo dia mitovy amin’ny roa amby roapolo, ary ny isa iraika ambin’ny folo no manomboka ny tsirairay amin’ireo andalana fanekena misy toko roa ambin’ny folo, ary ny tsirairay dia mifarana amin’ny roa amby roapolo. Ny toko faha-iraika ambin’ny folo sy ny andininy faha-iraika ambin’ny folo ao anatin’ny Soratra Masina dia maneho famantarana eny an-dalana ho an’ny iray hetsy amby efatra alina sy efatra arivo.</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Ny ady tao Okraina dia nanomboka tamin’ny taona 2014, ary izy no tsipika ivelany amin’ny fotoanan’ny fanisiana tombo-kase ny iray hetsy sy efatra alina sy efatra arivo.</w:t>
      </w:r>
    </w:p>
    <w:p>
      <w:pPr>
        <w:pStyle w:val="ArticleScripture"/>
        <w:jc w:val="left"/>
      </w:pPr>
      <w:r>
        <w:rPr>
          <w:rFonts w:ascii="Times New Roman" w:hAnsi="Times New Roman" w:eastAsia="Times New Roman" w:cs="Times New Roman"/>
        </w:rPr>
        <w:t>Ary ny mpanjakan’ny atsimo dia ho tezitra mafy ka hivoaka hiady aminy, dia amin’ny mpanjakan’ny avaratra; ary hanangona vahoaka betsaka izy; nefa hatolotra eo an-tanany izany vahoaka betsaka izany. Daniela 11:11.</w:t>
      </w:r>
    </w:p>
    <w:p>
      <w:pPr>
        <w:pStyle w:val="ArticleHeading"/>
        <w:jc w:val="left"/>
      </w:pPr>
      <w:r>
        <w:rPr>
          <w:rFonts w:ascii="Arial" w:hAnsi="Arial" w:eastAsia="Arial" w:cs="Arial"/>
        </w:rPr>
        <w:t>18 Jolay 2020</w:t>
      </w:r>
    </w:p>
    <w:p>
      <w:pPr>
        <w:pStyle w:val="ArticleBody"/>
        <w:jc w:val="left"/>
      </w:pPr>
      <w:r>
        <w:rPr>
          <w:rFonts w:ascii="Times New Roman" w:hAnsi="Times New Roman" w:eastAsia="Times New Roman" w:cs="Times New Roman"/>
        </w:rPr>
        <w:t>Ny fahadisoam-panantenana voalohany dia ny nitaredretan’i Jesosy tsy nandeha hanangana an’i Lazarosy, ilay fahagagana satroboninahitra sy tombo-kasen’Andriamanitra. Niandry efatra andro Jesosy talohan’ny nananganany an’i Lazarosy tamin’ny maty. Ny andininy ao amin’ny Jaona dia manondro ny farany amin’ireo fahagagana fito izay voamarika mivantana ao amin’ny Filazantsaran’i Jaona. Ny voalohany dia ny nanovany ny rano ho divay. Be dia be ny fahazavana azo amin’ny fandinihana ireo fahagagana fito izay mifarana amin’ny Jaona 11:11, ary ny teolojiana rehetra dia miombon-kevitra fa fito ihany ny fahagagana ao amin’i Jaona, araka ireo fahagagana izay voamarika mivantana. Noho izany antony izany dia tsy ampidirin’izy ireo ho famantarana fahavalo ny fitsanganan’i Kristy tamin’ny maty; kanefa fahagagana izany, ary ny fitsanganany tamin’ny maty no famantaran’ny fanekena, ka noho izany ny fitsanganana amin’ny maty ao amin’ny bokin’i Jaona no fahagagana fahavalo, izay avy amin’ny fito, satria ny tsirairay tamin’ireo fahagagana fito teo aloha dia tanteraka tamin’ny alalan’ny herin’ny fitsanganany tamin’ny maty.</w:t>
      </w:r>
    </w:p>
    <w:p>
      <w:pPr>
        <w:pStyle w:val="ArticleScripture"/>
        <w:jc w:val="left"/>
      </w:pPr>
      <w:r>
        <w:rPr>
          <w:rFonts w:ascii="Times New Roman" w:hAnsi="Times New Roman" w:eastAsia="Times New Roman" w:cs="Times New Roman"/>
        </w:rPr>
        <w:t>Izany zavatra izany no nolazainy; ary rehefa afaka izany, dia hoy Izy taminy: Matory Lazarosy sakaizantsika; fa handeha Aho mba hamoha azy amin’ny torimasony. Jaona 11:11.</w:t>
      </w:r>
    </w:p>
    <w:p>
      <w:pPr>
        <w:pStyle w:val="ArticleHeading"/>
        <w:jc w:val="left"/>
      </w:pPr>
      <w:r>
        <w:rPr>
          <w:rFonts w:ascii="Arial" w:hAnsi="Arial" w:eastAsia="Arial" w:cs="Arial"/>
        </w:rPr>
        <w:t>Jolay, 2023</w:t>
      </w:r>
    </w:p>
    <w:p>
      <w:pPr>
        <w:pStyle w:val="ArticleBody"/>
        <w:jc w:val="left"/>
      </w:pPr>
      <w:r>
        <w:rPr>
          <w:rFonts w:ascii="Times New Roman" w:hAnsi="Times New Roman" w:eastAsia="Times New Roman" w:cs="Times New Roman"/>
        </w:rPr>
        <w:t>Tamin’ny volana Jolay 2023, ilay feo any an-efitra dia nanomboka niantso mafy hafatra izay mitondra ny Fanahin’ny fiainana.</w:t>
      </w:r>
    </w:p>
    <w:p>
      <w:pPr>
        <w:pStyle w:val="ArticleScripture"/>
        <w:jc w:val="left"/>
      </w:pPr>
      <w:r>
        <w:rPr>
          <w:rFonts w:ascii="Times New Roman" w:hAnsi="Times New Roman" w:eastAsia="Times New Roman" w:cs="Times New Roman"/>
        </w:rPr>
        <w:t>Ary rehefa afaka hateloana sy tapany, dia niditra tao aminy ny Fanahin’aina avy amin’Andriamanitra, ka nitsangana tamin’ny tongony izy; ary tahotra lehibe no nahazo izay nahita azy. Apokalypsy 11:11.</w:t>
      </w:r>
    </w:p>
    <w:p>
      <w:pPr>
        <w:pStyle w:val="ArticleBody"/>
        <w:jc w:val="left"/>
      </w:pPr>
      <w:r>
        <w:rPr>
          <w:rFonts w:ascii="Times New Roman" w:hAnsi="Times New Roman" w:eastAsia="Times New Roman" w:cs="Times New Roman"/>
        </w:rPr>
        <w:t>Teraka valo andro mialoha ny lalàn’ny Alahady i Jaona, satria amin’ny lalàn’ny Alahady no miteny rainy, Zakaria. Ovana avy amin’i Zakaria ho Jaona ny anaran’i Jaona amin’ny lalàn’ny Alahady, rehefa manondro fifandraisana amin’ny fanekena ny fanovana ny anarany. Ny fahaterahana dia tandindon’ny fitsanganan’ireo izay novonoina teny an-dalambe tamin’ny 18 Jolay 2020.</w:t>
      </w:r>
    </w:p>
    <w:p>
      <w:pPr>
        <w:pStyle w:val="ArticleScripture"/>
        <w:jc w:val="left"/>
      </w:pPr>
      <w:r>
        <w:rPr>
          <w:rFonts w:ascii="Times New Roman" w:hAnsi="Times New Roman" w:eastAsia="Times New Roman" w:cs="Times New Roman"/>
        </w:rPr>
        <w:t>Lazaiko aminareo marina tokoa: Amin’izay rehetra nateraky ny vehivavy dia tsy mbola nitsangana izay lehibe noho Jaona Mpanao-batisa; kanefa izay kely indrindra ao amin’ny fanjakan’ny lanitra dia lehibe noho izy. Matio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I Isaia no manondro ny fanangonana faharoa izay tanteraka tamin’ny taona 1849. Ny fanangonana faharoa dia nanomboka tamin’ny Jolay 2023, ary mifarana rehefa voaisy tombo-kase ny vahoakan’Andriamanitra.</w:t>
      </w:r>
    </w:p>
    <w:p>
      <w:pPr>
        <w:pStyle w:val="ArticleScripture"/>
        <w:jc w:val="left"/>
      </w:pPr>
      <w:r>
        <w:rPr>
          <w:rFonts w:ascii="Times New Roman" w:hAnsi="Times New Roman" w:eastAsia="Times New Roman" w:cs="Times New Roman"/>
        </w:rPr>
        <w:t>Ary amin’izany andro izany dia haninjitra ny tanany indray fanindroany ny Tompo mba hampody ny sisa amin’ny olony, izay mbola ho tavela, avy any Asyria sy avy any Egypta sy avy any Patrosa sy avy any Kosy sy avy any Elama sy avy any Sinara sy avy any Hamata ary avy any amin’ny nosin-dranomasina. Isaia 11:11.</w:t>
      </w:r>
    </w:p>
    <w:p>
      <w:pPr>
        <w:pStyle w:val="ArticleHeading"/>
        <w:jc w:val="left"/>
      </w:pPr>
      <w:r>
        <w:rPr>
          <w:rFonts w:ascii="Arial" w:hAnsi="Arial" w:eastAsia="Arial" w:cs="Arial"/>
        </w:rPr>
        <w:t>Talohan’ny lalàn’ny Alahady</w:t>
      </w:r>
    </w:p>
    <w:p>
      <w:pPr>
        <w:pStyle w:val="ArticleBody"/>
        <w:jc w:val="left"/>
      </w:pPr>
      <w:r>
        <w:rPr>
          <w:rFonts w:ascii="Times New Roman" w:hAnsi="Times New Roman" w:eastAsia="Times New Roman" w:cs="Times New Roman"/>
        </w:rPr>
        <w:t>Vao avy nahavita ny fidirana tamim-pandresena i Jesosy, ka izany no manamarika ny fifindrana avy amin’ny Antso Misasakalina ho amin’ny lalàna alahady; eo aminy ny mpianatra roa ambin’ny folo, satria efa voafidy sahady izy ireo talohan’ny lalàna alahady.</w:t>
      </w:r>
    </w:p>
    <w:p>
      <w:pPr>
        <w:pStyle w:val="ArticleScripture"/>
        <w:jc w:val="left"/>
      </w:pPr>
      <w:r>
        <w:rPr>
          <w:rFonts w:ascii="Times New Roman" w:hAnsi="Times New Roman" w:eastAsia="Times New Roman" w:cs="Times New Roman"/>
        </w:rPr>
        <w:t>Ary Jesosy niditra tao Jerosalema sy tao amin’ny tempoly; ary rehefa nijery manodidina ny zavatra rehetra Izy, sady efa hariva ny andro, dia nankany Betania niaraka tamin’ny roa ambin’ny folo Izy. Marka 11:11.</w:t>
      </w:r>
    </w:p>
    <w:p>
      <w:pPr>
        <w:pStyle w:val="ArticleBody"/>
        <w:jc w:val="left"/>
      </w:pPr>
      <w:r>
        <w:rPr>
          <w:rFonts w:ascii="Times New Roman" w:hAnsi="Times New Roman" w:eastAsia="Times New Roman" w:cs="Times New Roman"/>
        </w:rPr>
        <w:t>Rehefa tanteraka eo amin’ny iray hetsy sy efatra alina sy efatra arivo ny fanisiana tombo-kase, fotoana fohy mialoha ny lalàn’ny Alahady, dia vita ny fanakambanana ny lehilahin’ny maha-Andriamanitra amin’ny vadin’ny maha-olombelona, ary iray mandrakizay izy roa, satria vita ny fanavotana.</w:t>
      </w:r>
    </w:p>
    <w:p>
      <w:pPr>
        <w:pStyle w:val="ArticleScripture"/>
        <w:jc w:val="left"/>
      </w:pPr>
      <w:r>
        <w:rPr>
          <w:rFonts w:ascii="Times New Roman" w:hAnsi="Times New Roman" w:eastAsia="Times New Roman" w:cs="Times New Roman"/>
        </w:rPr>
        <w:t>Kanefa tsy misy ny lehilahy raha tsy eo ny vehivavy, ary tsy misy ny vehivavy raha tsy eo ny lehilahy, ao amin’ny Tompo. 1 Korintiana 11:11.</w:t>
      </w:r>
    </w:p>
    <w:p>
      <w:pPr>
        <w:pStyle w:val="ArticleBody"/>
        <w:jc w:val="left"/>
      </w:pPr>
      <w:r>
        <w:rPr>
          <w:rFonts w:ascii="Times New Roman" w:hAnsi="Times New Roman" w:eastAsia="Times New Roman" w:cs="Times New Roman"/>
        </w:rPr>
        <w:t>Ny fahaterahana mahagaga an’i Saraha, dia fahaterahana efa ela loatra no niandrasana hatramin’ny fikomiana tamin’ny 1863, no tanteraka rehefa miteraka kambana ilay vehivavy ao amin’ny Apokalypsy toko faha-roa ambin’ny folo. Tonga amin’ny Antso Amin’ny Mamatonalina ny zaza voalohany, ary amin’ny lalàn’ny Alahady ny zaza faharoa. Ilay zaza nivoaka faharoa dia nanana kofehy jaky, izay maneho ny famantarana an’i Rahaba tao Jeriko.</w:t>
      </w:r>
    </w:p>
    <w:p>
      <w:pPr>
        <w:pStyle w:val="ArticleScripture"/>
        <w:jc w:val="left"/>
      </w:pPr>
      <w:r>
        <w:rPr>
          <w:rFonts w:ascii="Times New Roman" w:hAnsi="Times New Roman" w:eastAsia="Times New Roman" w:cs="Times New Roman"/>
        </w:rPr>
        <w:t>Tamin’ny finoana koa i Sara tenany dia nahazo hery hahazoana taranaka, ary niteraka zazalahy izy, na dia efa nihoatra ny taona aza, satria nataony ho mahatoky Ilay efa nampanantena. Hebreo 11:11.</w:t>
      </w:r>
    </w:p>
    <w:p>
      <w:pPr>
        <w:pStyle w:val="ArticleHeading"/>
        <w:jc w:val="left"/>
      </w:pPr>
      <w:r>
        <w:rPr>
          <w:rFonts w:ascii="Arial" w:hAnsi="Arial" w:eastAsia="Arial" w:cs="Arial"/>
        </w:rPr>
        <w:t>Ny lalàna momba ny Alahady ho an’i Laodikia</w:t>
      </w:r>
    </w:p>
    <w:p>
      <w:pPr>
        <w:pStyle w:val="ArticleBody"/>
        <w:jc w:val="left"/>
      </w:pPr>
      <w:r>
        <w:rPr>
          <w:rFonts w:ascii="Times New Roman" w:hAnsi="Times New Roman" w:eastAsia="Times New Roman" w:cs="Times New Roman"/>
        </w:rPr>
        <w:t>Jeremia dia manondro ny fitsarana ny fiangonana Advantista Mitandrina ny Andro Fahafito Laodiseana.</w:t>
      </w:r>
    </w:p>
    <w:p>
      <w:pPr>
        <w:pStyle w:val="ArticleScripture"/>
        <w:jc w:val="left"/>
      </w:pPr>
      <w:r>
        <w:rPr>
          <w:rFonts w:ascii="Times New Roman" w:hAnsi="Times New Roman" w:eastAsia="Times New Roman" w:cs="Times New Roman"/>
        </w:rPr>
        <w:t>Koa izao no lazain’i Jehovah Tompo: Indro, hitondra loza aminy Aho, izay tsy ho azony ialana; ary na dia hitomany amiko aza izy, dia tsy hihaino azy Aho. Jeremia 11:11.</w:t>
      </w:r>
    </w:p>
    <w:p>
      <w:pPr>
        <w:pStyle w:val="ArticleBody"/>
        <w:jc w:val="left"/>
      </w:pPr>
      <w:r>
        <w:rPr>
          <w:rFonts w:ascii="Times New Roman" w:hAnsi="Times New Roman" w:eastAsia="Times New Roman" w:cs="Times New Roman"/>
        </w:rPr>
        <w:t>Ezekiela dia manaiky ny fitsaran’i Jeremia momba ny Advantisma.</w:t>
      </w:r>
    </w:p>
    <w:p>
      <w:pPr>
        <w:pStyle w:val="ArticleScripture"/>
        <w:jc w:val="left"/>
      </w:pPr>
      <w:r>
        <w:rPr>
          <w:rFonts w:ascii="Times New Roman" w:hAnsi="Times New Roman" w:eastAsia="Times New Roman" w:cs="Times New Roman"/>
        </w:rPr>
        <w:t>Ity tanàna ity tsy ho vilany ho anareo, ary ianareo tsy ho nofo eo afovoany; fa hotsaraiko eo amin’ny fari-tanin’ny Isiraely ianareo. Ezekiela 11:11.</w:t>
      </w:r>
    </w:p>
    <w:p>
      <w:pPr>
        <w:pStyle w:val="ArticleBody"/>
        <w:jc w:val="left"/>
      </w:pPr>
      <w:r>
        <w:rPr>
          <w:rFonts w:ascii="Times New Roman" w:hAnsi="Times New Roman" w:eastAsia="Times New Roman" w:cs="Times New Roman"/>
        </w:rPr>
        <w:t>Ny fandalovan’i Isiraely fahiny tsy ho vahoakan’ny faneken’Andriamanitra intsony dia ahitana ny fanaitran’Andriamanitra fialonana ao amin’ilay vahoakan’ny fanekena teo aloha noho izay nariany. Averina amin’ny Advantisma izany amin’ny fotoanan’ny lalàn’ny Alahady.</w:t>
      </w:r>
    </w:p>
    <w:p>
      <w:pPr>
        <w:pStyle w:val="ArticleScripture"/>
        <w:jc w:val="left"/>
      </w:pPr>
      <w:r>
        <w:rPr>
          <w:rFonts w:ascii="Times New Roman" w:hAnsi="Times New Roman" w:eastAsia="Times New Roman" w:cs="Times New Roman"/>
        </w:rPr>
        <w:t>Koa hoy izaho hoe: Moa efa tafintohina va izy ireo mba hianjera? Sanatria izany; fa kosa tamin’ny fahalavoany no nahatongavan’ny famonjena ho an’ny jentilisa, mba hampialona azy ireo. Romana 11:11.</w:t>
      </w:r>
    </w:p>
    <w:p>
      <w:pPr>
        <w:pStyle w:val="ArticleBody"/>
        <w:jc w:val="left"/>
      </w:pPr>
      <w:r>
        <w:rPr>
          <w:rFonts w:ascii="Times New Roman" w:hAnsi="Times New Roman" w:eastAsia="Times New Roman" w:cs="Times New Roman"/>
        </w:rPr>
        <w:t>Ny Advantisma, izay miorina amin’ny asan’i William Miller, nefa laviny, dia mbola ilay hetsika izay nanorina ny tempoly; kanefa tahaka an’i Solomona, izay nanorina ny tempoly koa, dia nandika ny fanekena izy ireo, ka hesorina aminy ny fanjakany, ary homena firenena iray izay hitantana ny tanim-boalobok’Andriamanitra araka izay andidiany.</w:t>
      </w:r>
    </w:p>
    <w:p>
      <w:pPr>
        <w:pStyle w:val="ArticleScripture"/>
        <w:jc w:val="left"/>
      </w:pPr>
      <w:r>
        <w:rPr>
          <w:rFonts w:ascii="Times New Roman" w:hAnsi="Times New Roman" w:eastAsia="Times New Roman" w:cs="Times New Roman"/>
        </w:rPr>
        <w:t>Koa hoy Jehovah tamin’i Solomona: Satria nataonao izao ka tsy nitandrina ny fanekeko sy ny didiko, izay nandidiako anao, dia hotriatriako tokoa hiala aminao ny fanjakana ka homeko ny mpanomponao. 1 Mpanjaka 11:11.</w:t>
      </w:r>
    </w:p>
    <w:p>
      <w:pPr>
        <w:pStyle w:val="ArticleHeading"/>
        <w:jc w:val="left"/>
      </w:pPr>
      <w:r>
        <w:rPr>
          <w:rFonts w:ascii="Arial" w:hAnsi="Arial" w:eastAsia="Arial" w:cs="Arial"/>
        </w:rPr>
        <w:t>Ny lalàn’ny Alahady ho an’i Filadelfia</w:t>
      </w:r>
    </w:p>
    <w:p>
      <w:pPr>
        <w:pStyle w:val="ArticleBody"/>
        <w:jc w:val="left"/>
      </w:pPr>
      <w:r>
        <w:rPr>
          <w:rFonts w:ascii="Times New Roman" w:hAnsi="Times New Roman" w:eastAsia="Times New Roman" w:cs="Times New Roman"/>
        </w:rPr>
        <w:t>Amin’ny lalànan’ny Alahady dia apetraka ao amin’ny taniny ny fiangonana mandresy, araka ny voalazan’ny mpaminany, ary izany tany izany dia tany feno dia feno ny hafatry ny ranonorana farany. Natsangana indray i Jeriko tamin’ny 1863, ary amin’ny lalànan’ny Alahady dia lavo i Jeriko.</w:t>
      </w:r>
    </w:p>
    <w:p>
      <w:pPr>
        <w:pStyle w:val="ArticleScripture"/>
        <w:jc w:val="left"/>
      </w:pPr>
      <w:r>
        <w:rPr>
          <w:rFonts w:ascii="Times New Roman" w:hAnsi="Times New Roman" w:eastAsia="Times New Roman" w:cs="Times New Roman"/>
        </w:rPr>
        <w:t>Fa ny tany izay halehanareo hihazona azy dia tany be tendrombohitra sy lohasaha, ary misotro ny ranon’ny orana avy any an-danitra. Deoteronomia 11:11.</w:t>
      </w:r>
    </w:p>
    <w:p>
      <w:pPr>
        <w:pStyle w:val="ArticleBody"/>
        <w:jc w:val="left"/>
      </w:pPr>
      <w:r>
        <w:rPr>
          <w:rFonts w:ascii="Times New Roman" w:hAnsi="Times New Roman" w:eastAsia="Times New Roman" w:cs="Times New Roman"/>
        </w:rPr>
        <w:t>Ny tanàna dia fanjakana, ary ny fiangonana mandresy dia maneho ny fanjakan’i Kristy amin’ny voninahitra. Izany fanjakan’ny fiangonana mandresy izany dia manomboka amin’ny lalàn’ny Alahady, rehefa asandratra sy omem-boninahitra ambonin’ny tendrombohitra sy ny havoana rehetra ny Fiangonany.</w:t>
      </w:r>
    </w:p>
    <w:p>
      <w:pPr>
        <w:pStyle w:val="ArticleScripture"/>
        <w:jc w:val="left"/>
      </w:pPr>
      <w:r>
        <w:rPr>
          <w:rFonts w:ascii="Times New Roman" w:hAnsi="Times New Roman" w:eastAsia="Times New Roman" w:cs="Times New Roman"/>
        </w:rPr>
        <w:t>Amin’ny fitahian’ny marina no anandratana ny tanàna; fa ny vavan’ny ratsy fanahy kosa no mandrava azy. Ohabolana 11:11.</w:t>
      </w:r>
    </w:p>
    <w:p>
      <w:pPr>
        <w:pStyle w:val="ArticleBody"/>
        <w:jc w:val="left"/>
      </w:pPr>
      <w:r>
        <w:rPr>
          <w:rFonts w:ascii="Times New Roman" w:hAnsi="Times New Roman" w:eastAsia="Times New Roman" w:cs="Times New Roman"/>
        </w:rPr>
        <w:t>Tamin’ny ora fahasivy no nahatongavan’ilay anjely tamin’i Cornelious ka nandidy azy hampaka an’i Petera; araka izany dia aseho ny fotoana andehanan’ny filazantsara any amin’ny Jentilisa eo amin’ny lalàn’ny Alahady. Raha nomen’Andriamanitra toromarika i Petera mba handeha, dia tao anatin’ny tontolon-kevitry ny fahitana momba ny fihinanana biby maloto izany. Tanteraka izany eo amin’ny lalàn’ny Alahady. Ny ora fahasivy dia mifanaraka amin’ny ora fahasivy izay nahafatesan’i Kristy. Ny ora fahasivy dia maneho ny fiafaran’ny vanim-potoana iray izay manomboka amin’ny ora fahatelo, tamin’ny nanomboana an’i Jesosy tamin’ny hazo fijaliana, ka maty enina ora tatỳ aoriana. Izy io ihany no vanim-potoanan’i Petera izay ao amin’ny efi-trano ambony amin’ny ora fahatelo, ary avy eo ao amin’ny tempoly amin’ny ora fahasivy. Ny ora fahasivy iray dia mifarana amin’ny fahafatesan’i Kristy; amin’ny ora fahasivy manaraka kosa i Petera dia ao amin’ny tempoly mitory ny hafatr’i Joela. Ny fahafatesan’i Kristy no namarana ny fifandraisan’ny fanekena tamin’ny Isiraely, ary nanokatra ny varavarana ho an’ny Jentilisa, izay asehon’i Cornelious.</w:t>
      </w:r>
    </w:p>
    <w:p>
      <w:pPr>
        <w:pStyle w:val="ArticleScripture"/>
        <w:jc w:val="left"/>
      </w:pPr>
      <w:r>
        <w:rPr>
          <w:rFonts w:ascii="Times New Roman" w:hAnsi="Times New Roman" w:eastAsia="Times New Roman" w:cs="Times New Roman"/>
        </w:rPr>
        <w:t>Ary, indro, niaraka tamin’izay dia efa nisy lehilahy telo tonga teo amin’ilay trano nitoerako, nirahina ho aty amiko avy tany Kaisaria. Asan’ny Apostoly 11:11.</w:t>
      </w:r>
    </w:p>
    <w:p>
      <w:pPr>
        <w:pStyle w:val="ArticleScripture"/>
        <w:jc w:val="left"/>
      </w:pPr>
      <w:r>
        <w:rPr>
          <w:rFonts w:ascii="Times New Roman" w:hAnsi="Times New Roman" w:eastAsia="Times New Roman" w:cs="Times New Roman"/>
        </w:rPr>
        <w:t>Ary ho fahavetavetana ho anareo mihitsy izy; aza ihinanareo ny henany, ary ny fatiny dia hataonareo ho fahavetavetana. Levitikosy 11:11.</w:t>
      </w:r>
    </w:p>
    <w:p>
      <w:pPr>
        <w:pStyle w:val="ArticleBody"/>
        <w:jc w:val="left"/>
      </w:pPr>
      <w:r>
        <w:rPr>
          <w:rFonts w:ascii="Times New Roman" w:hAnsi="Times New Roman" w:eastAsia="Times New Roman" w:cs="Times New Roman"/>
        </w:rPr>
        <w:t>Tohizantsika ao amin’ny lahatsoratra manaraka ity fandinihana ity.</w:t>
      </w:r>
    </w:p>
    <w:p>
      <w:pPr>
        <w:pStyle w:val="ArticleScripture"/>
        <w:jc w:val="left"/>
      </w:pPr>
      <w:r>
        <w:rPr>
          <w:rFonts w:ascii="Times New Roman" w:hAnsi="Times New Roman" w:eastAsia="Times New Roman" w:cs="Times New Roman"/>
        </w:rPr>
        <w:t>“Nanonofy aho fa Andriamanitra, tamin’ny tanana tsy hita maso, dia nandefa tamiko vata kely iray voakanto tamim-pahagagana, tokony ho folo santimetatra ny halavany ary enina santimetatra ny refin’ny lafiny tsirairay, vita tamin’ny hazo ebonia sady nasiana perla voapetaka tamim-pahakingana. Nisy fanalahidy miraikitra tamin’io vata io. Nalaiko avy hatrany ilay fanalahidy ka novohako ny vata; ary, nahagaga sy nampitolagaga ahy, dia hitako fa feno firavaka isan-karazany sy isan-tokana habe izy, diamondra, vato soa, ary vola madinika volamena sy volafotsy amin’ny habe sy sandany rehetra, voalamina tsara tarehy teo amin’ny toerany avy ao anatin’ilay vata; ary raha voalamina toy izany izy ireo, dia namirapiratra ka naneho hazavana sy voninahitra izay ny masoandro ihany no mitovy aminy. …”</w:t>
      </w:r>
    </w:p>
    <w:p>
      <w:pPr>
        <w:pStyle w:val="ArticleScripture"/>
        <w:jc w:val="left"/>
      </w:pPr>
      <w:r>
        <w:rPr>
          <w:rFonts w:ascii="Times New Roman" w:hAnsi="Times New Roman" w:eastAsia="Times New Roman" w:cs="Times New Roman"/>
        </w:rPr>
        <w:t>“Nijery tao anatin’ilay vata aho, nefa ny masoko dia jamban’ny famirapiratry ny zavatra hitako. Namirapiratra avo folo heny noho ny voninahiny taloha izy ireo. Nieritreritra aho fa voadio tamin’ny fasika noho ny tongotry ireo olona ratsy fanahy izay nanaparitaka sy nanitsakitsaka azy ireo tao amin’ny vovoka. Voalamina tamin’ny filaharana mahafinaritra tao anatin’ilay vata izy rehetra, samy teo amin’ny toerany avy, nefa tsy nisy soritra hita maso tamin’ny ezaka nataon’ilay lehilahy izay nametraka azy tao. Nihiaka tamin’ny hafaliana lehibe indrindra aho, ary izany hiaka izany no namoha ahy.” Early Writings, 81–83.</w:t>
      </w:r>
    </w:p>
    <w:p>
      <w:pPr>
        <w:pStyle w:val="ArticleScripture"/>
        <w:jc w:val="left"/>
      </w:pPr>
      <w:r>
        <w:rPr>
          <w:rFonts w:ascii="Times New Roman" w:hAnsi="Times New Roman" w:eastAsia="Times New Roman" w:cs="Times New Roman"/>
        </w:rPr>
        <w:t>“Am-pisainareo ho lavitra loatra ny fihavian’ny Tompo. Hitako fa ho avy ny ranonorana farany tahaka ny [haingana tampoka toy ny] antso tamin’ny misasakalina, ary amin-kery avo folo heny.” Spalding and Magan, 5.</w:t>
      </w:r>
    </w:p>
    <w:p>
      <w:pPr>
        <w:pStyle w:val="ArticleScripture"/>
        <w:jc w:val="left"/>
      </w:pPr>
      <w:r>
        <w:rPr>
          <w:rFonts w:ascii="Times New Roman" w:hAnsi="Times New Roman" w:eastAsia="Times New Roman" w:cs="Times New Roman"/>
        </w:rPr>
        <w:t>Ary tamin’ny raharaha rehetra momba ny fahendrena sy ny fahalalana izay nanontanian’ny mpanjaka azy ireo, dia hitany fa impolo heny no nihoarany noho ny mpanao ody sy ny mpanandro rehetra izay tao amin’ny fanjakany manontolo. Daniela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Iraika amby Telopolo</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