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ao Laodikia - Laharana Fahatelopolo sy Telo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Nomera Telopolo Amby Telo</w:t>
      </w:r>
    </w:p>
    <w:p>
      <w:pPr>
        <w:pStyle w:val="ArticleBody"/>
        <w:jc w:val="left"/>
      </w:pPr>
      <w:r>
        <w:rPr>
          <w:rFonts w:ascii="Times New Roman" w:hAnsi="Times New Roman" w:eastAsia="Times New Roman" w:cs="Times New Roman"/>
        </w:rPr>
        <w:t>Amin’ny lalàn’ny Alahady no ihaonan’ireo iray hetsy sy efatra amby efapolo arivo ara-paminaniana amin’ireo mpiasa tamin’ny ora fahiraika ambin’ny folo. Efa voaisy tombo-kase ireo iray hetsy sy efatra amby efapolo arivo, ary amin’izany dia miantso ny vahoaka betsaka izy ireo mba hivoaka avy any Babylona sy hijoro miaraka aminy ho an’ny Sabata andro fahafito. Mifarana amin’ny lalàn’ny Alahady ny fitsarana ny tranon’Andriamanitra, ary avy eo dia mifindra ho amin’ny Jentilisa, dia ny vahoaka betsaka—ondry hafa an’Andriamanitra—ny fitsarana. Ny Apokalypsy toko fahafito dia manondro ireo antokona roa tonta, ary ao amin’ny tombo-kase fahadimy ireo maritiora tamin’ny Vanim-potoana Maizina dia manontany hoe: “Mandra-pahoviana” vao hitsaran’Andriamanitra ny fahefan’ny papa noho ny namonoana azy ireo ho maritiora? Lazaina aminy ny mba hiala sasatra ao am-pasany mandra-pahafeno ny antoko faharoa amin’ireo maritioran’ny fanenjehana ataon’ny papa, ary omena akanjo fotsy izy ireo. Ny vahoaka betsaka ao amin’ny Apokalypsy toko fahafito dia mitafy akanjo fotsy, satria izy ireo no maneho ny antoko faharoa amin’ireo maritioran’ny papa ao amin’ilay krizin’ny lalàn’ny Alahady izay ho avy tsy ho ela. Ny Apokalypsy toko fahafito sy ny tombo-kase fahadimy dia miresaka ireo antokona roa ireo, tahaka izany koa ny fiangonan’i Smyrna sy Filadelfia. I Smyrna dia maneho ireo maritiora amin’ilay fandatsahan-dra farany ataon’ny papa, ary i Filadelfia kosa ny iray hetsy sy efatra amby efapolo arivo.</w:t>
      </w:r>
    </w:p>
    <w:p>
      <w:pPr>
        <w:pStyle w:val="ArticleBody"/>
        <w:jc w:val="left"/>
      </w:pPr>
      <w:r>
        <w:rPr>
          <w:rFonts w:ascii="Times New Roman" w:hAnsi="Times New Roman" w:eastAsia="Times New Roman" w:cs="Times New Roman"/>
        </w:rPr>
        <w:t>Petera dia eo amin’ny ora fahatelo ao Kaisaria Filipy, ary rehefa afaka “enina andro”, fa tsy enina ora, dia ho eo amin’ny sisin’ny lalàn’ny Alahady izy, izay ora fahasivy.</w:t>
      </w:r>
    </w:p>
    <w:p>
      <w:pPr>
        <w:pStyle w:val="ArticleScripture"/>
        <w:jc w:val="left"/>
      </w:pPr>
      <w:r>
        <w:rPr>
          <w:rFonts w:ascii="Times New Roman" w:hAnsi="Times New Roman" w:eastAsia="Times New Roman" w:cs="Times New Roman"/>
        </w:rPr>
        <w:t>Ary rehefa afaka enina andro, Jesosy dia nitondra an’i Petera sy Jakoba ary Jaona rahalahiny, ka nitondra azy niakatra teny an-tendrombohitra avo iray nitokana; ary niova tarehy teo anatrehany Izy; dia namirapiratra tahaka ny masoandro ny tavany, ary ny fitafiany dia fotsy tahaka ny mazava. Ary, indro, niseho taminy Mosesy sy Elia niresaka taminy. Matio 17:1–3.</w:t>
      </w:r>
    </w:p>
    <w:p>
      <w:pPr>
        <w:pStyle w:val="ArticleBody"/>
        <w:jc w:val="left"/>
      </w:pPr>
      <w:r>
        <w:rPr>
          <w:rFonts w:ascii="Times New Roman" w:hAnsi="Times New Roman" w:eastAsia="Times New Roman" w:cs="Times New Roman"/>
        </w:rPr>
        <w:t>Amin’ny lalàn’ny Alahady no ihaonan’ny efatra arivo amby efatra alina amby iray hetsy amin’ny fomba ara-paminaniana amin’ilay vahoaka betsaka tsy tambo isaina. Elia dia misolo tena ireo efatra arivo amby efatra alina amby iray hetsy izay tsy hanandrana fahafatesana, ary Mosesy kosa misolo tena ireo izay maty ao amin’ny Tompo. Mijoro miaraka amin’i Kristy izy ireo amin’ny fotoanan’ny lalàn’ny Alahady, izay no toerana anosehan’i Kristy ny fanjakany be voninahitra, tahaka ny nanorenany ny fanjakany feno fahasoavana teo amin’ny hazo fijaliana. Raha mbola manaraka ny lojika apetratsika mifandray amin’ilay fe-potoana enina ora hatramin’ny ora fahatelo ka hatramin’ny ora fahasivy ianareo, dia ilaina ny mahita zavatra iray izay fanoharana tena miavaka.</w:t>
      </w:r>
    </w:p>
    <w:p>
      <w:pPr>
        <w:pStyle w:val="ArticleBody"/>
        <w:jc w:val="left"/>
      </w:pPr>
      <w:r>
        <w:rPr>
          <w:rFonts w:ascii="Times New Roman" w:hAnsi="Times New Roman" w:eastAsia="Times New Roman" w:cs="Times New Roman"/>
        </w:rPr>
        <w:t>Ny ora fahatelo tao Kaisaria Filipy no alfa amin’ny omega-n’ny ora fahasivy tao Kaisaria Maritima. Amantariko eto fa tsy adiny enina, fa enina andro tatỳ aoriana, i Petera dia eo amin’ny Tendrombohitry ny Fiovam-tarehy, izay mampiseho koa ilay tantara mifarana amin’ny lalàna Alahady, izay ny ora fahasivy. Mifanaraka amin’ilay fe-potoana adiny enina ny fe-potoana enina andro, nefa amin’ny maha-fraktaly avy amin’i Kaisaria ho any Kaisaria ihany. Ny tena miavaka dia izao: io trangan’ny fraktaly-n’ny tantara ao anatin’ny tantaran’ilay fe-potoana adiny enina io indrindra no mitranga rehefa heverina ny vanim-potoanan’ny Pentekosta. Ireo adiny enina manomboka amin’ny fahafatesan’i Kristy ka hatramin’ny Pentekosta dia fraktaly-n’ilay fe-potoana manomboka amin’ny hazo fijaliana ka hatramin’ny taona 34 taor. J.K., rehefa nifarana ny herinandro masina ary nankany amin’ny Jentilisa ny filazantsara.</w:t>
      </w:r>
    </w:p>
    <w:p>
      <w:pPr>
        <w:pStyle w:val="ArticleScripture"/>
        <w:jc w:val="left"/>
      </w:pPr>
      <w:r>
        <w:rPr>
          <w:rFonts w:ascii="Times New Roman" w:hAnsi="Times New Roman" w:eastAsia="Times New Roman" w:cs="Times New Roman"/>
        </w:rPr>
        <w:t>“Ankehitriny ny avonavona sy ny fialonana no nanidy ny varavarana tsy hidiran’ny mazava. Raha nekena ho marina ireo tatitra nentin’ny mpiandry ondry sy ny olon-kendry, dia hametraka ny mpisorona sy ny raby amin’ny toerana tena mampahamenatra indrindra izany, ka handà ny filazany fa izy no mpanazava ny fahamarinan’Andriamanitra. Ireo mpampianatra manam-pahaizana ireo tsy nety hiondrika hampianarina amin’izay nantsoiny hoe jentilisa. Tsy azo ekena, hoy izy, ny hoe nandalo azy Andriamanitra ka nifandray tamin’ny mpiandry ondry tsy nahita fianarana na tamin’ny Jentilisa tsy voafora. Nifanaraka izy ireo mba hampiseho ny fanamavoany ireo tatitra izay nampientanentana an’i Heroda Mpanjaka sy i Jerosalema manontolo. Tsy nety akory izy ireo hankany Betlehema hijery raha marina izany zavatra izany. Ary notarihiny ny vahoaka hihevitra fa fihetsiketseham-po feno hafanam-po tafahoatra ny fahalianana momba an’i Jesosy. Teo no niandohan’ny fandavan’ny mpisorona sy ny raby an’i Kristy. Hatramin’izany fotoana izany dia nitombo ny avonavony sy ny hamafiny ka tonga fankahalana raikitra ny Mpamonjy. Raha Andriamanitra nanokatra ny varavarana ho an’ny Jentilisa, ireo mpitarika jiosy kosa nanidy ny varavarana ho an’ny tenany.” Ilay Fitiavana Mandrakizay, 62.</w:t>
      </w:r>
    </w:p>
    <w:p>
      <w:pPr>
        <w:pStyle w:val="ArticleBody"/>
        <w:jc w:val="left"/>
      </w:pPr>
      <w:r>
        <w:rPr>
          <w:rFonts w:ascii="Times New Roman" w:hAnsi="Times New Roman" w:eastAsia="Times New Roman" w:cs="Times New Roman"/>
        </w:rPr>
        <w:t>Teo afovoan’ny herinandro masina no nanomboana an’i Kristy tamin’ny hazo fijaliana. Telo taona sy tapany tatỳ aoriana dia notoraham-bato Stefana, ary nantsoin’i Kornelio i Petera. Telo taona sy tapany taorian’ny hazo fijaliana, dia tapitra tanteraka ny fotoam-pahasoavana ho an’ny Isiraely fahiny. Dia nijery ny lanitra Stefana ka nahita an’i Kristy nitsangana, izay tandindon’ny fifaranan’ny fotoam-pahasoavana ao amin’ny Daniela toko faha-roa ambin’ny folo andininy voalohany. Nakatona ny varavarana ho an’ny Isiraely fahiny ary nosokafana ho an’ny Jentilisa.</w:t>
      </w:r>
    </w:p>
    <w:p>
      <w:pPr>
        <w:pStyle w:val="ArticleBody"/>
        <w:jc w:val="left"/>
      </w:pPr>
      <w:r>
        <w:rPr>
          <w:rFonts w:ascii="Times New Roman" w:hAnsi="Times New Roman" w:eastAsia="Times New Roman" w:cs="Times New Roman"/>
        </w:rPr>
        <w:t>Tamin’ny vanim-potoana nanomboka tamin’ny fahafatesan’i Kristy tamin’ny ora fahasivy ka hatramin’ny fahafatesan’i Stefana sy ny fiantsoana an’i Petera tamin’ny ora fahasivy, i Kornelio sy Stefana dia vavolombelona roa manamarina fa tanteraka ireo andro ara-paminaniana enina amby enimpolo amby roanjato sy arivo. Hatramin’ny ora fahasivin’ny fahafatesana ka hatramin’ny ora fahasivin’ny fahafatesana dia 1.260 andro ara-paminaniana izany. Ny ora fahasivin’ny fahafatesana ka hatramin’ny ora fahasivin’ny Pentekosta dia mampahafantatra fractal iray amin’ireo 1.260 andro, ao anatin’ny fe-potoana roa amby dimampolo andro.</w:t>
      </w:r>
    </w:p>
    <w:p>
      <w:pPr>
        <w:pStyle w:val="ArticleBody"/>
        <w:jc w:val="left"/>
      </w:pPr>
      <w:r>
        <w:rPr>
          <w:rFonts w:ascii="Times New Roman" w:hAnsi="Times New Roman" w:eastAsia="Times New Roman" w:cs="Times New Roman"/>
        </w:rPr>
        <w:t>Ny fractal izay vanim-potoana Pentekotista dia eo am-piandohan’ireo 1 260 andro ireo, ary eo amin’ny faran’ireo andro ireo i Petera dia apetraka ara-paminaniana ao Kaisaria amin’ny ora fahatelo sy fahasivy. Ireo Kaisaria roa ireo dia maneho ny alfa sy omega-n’ny vanim-potoana ara-paminaniana enina ora. Ao anatin’io vanim-potoana ara-paminaniana enina ora io, dia mandeha enina andro i Petera ka tonga eo amin’ny Tendrombohitry ny Fiovan-tarehy. Ny Tendrombohitra dia maneho ny fanisiana tombo-kase izay mifarana amin’ny lalàn’ny Alahady, izay toerana anandratana ny fiangonana mpandresy ambonin’ny tendrombohitra rehetra. Ireo enina andro ireo dia maneho ilay vanim-potoana enina ora avy any Kaisaria ka hatrany Kaisaria ary fractal ao anatin’io vanim-potoana io, tahaka ny naha-fractal ny vanim-potoana Pentekotista teo am-piandohan’io vanim-potoana masina io ihany.</w:t>
      </w:r>
    </w:p>
    <w:p>
      <w:pPr>
        <w:pStyle w:val="ArticleBody"/>
        <w:jc w:val="left"/>
      </w:pPr>
      <w:r>
        <w:rPr>
          <w:rFonts w:ascii="Times New Roman" w:hAnsi="Times New Roman" w:eastAsia="Times New Roman" w:cs="Times New Roman"/>
        </w:rPr>
        <w:t>Ny fractal tany am-piandohana dia fahatanterahan’ireo fety amin’ny Lohataona mifandray amin’ny vanim-potoanan’ny Pentekosta. Ny fractal amin’ny farany, manomboka ao Kaisaria Filipy ka hatrany amin’ny Tendrombohitry ny Fiovan-tarehy, dia mifamatotra ara-paminaniana koa amin’ny herinandro masina. Teny an-Tendrombohitra no nitenenan’ny Ray, tahaka ny nataony tamin’ny batisan’i Kristy, ary tahaka izay mbola hataony talohan’ny hazo fijaliana. Ny Ray dia niteny tamin’ny feo re intelo hatramin’ny fiandohan’ny herinandro masina ka hatramin’ny hazo fijaliana. Indray mandeha tamin’ny batisa, avy eo teny amin’ny Tendrombohitry ny Fiovan-tarehy, ary avy eo niteny Izy tao anatin’ny aloky ny hazo fijaliana efa nanakaiky.</w:t>
      </w:r>
    </w:p>
    <w:p>
      <w:pPr>
        <w:pStyle w:val="ArticleBody"/>
        <w:jc w:val="left"/>
      </w:pPr>
      <w:r>
        <w:rPr>
          <w:rFonts w:ascii="Times New Roman" w:hAnsi="Times New Roman" w:eastAsia="Times New Roman" w:cs="Times New Roman"/>
        </w:rPr>
        <w:t>Ny hazo fijaliana no omega-n’ireo 1 260 andro izay nanomboka tamin’ny batisany. Ny batisa sy ny hazo fijaliana dia marika manokana eo amin’ilay herinandro masina ao amin’ny Daniela toko faha-sivy, ka amin’izany no amaritana fa anisan’ilay herinandro masina ny Tendrombohitry ny Fiovan-tarehy. Raha ny marika voalohany sy farany no manatanteraka ny famantarana ao amin’ny faminanian’ilay herinandro masina, dia tsy maintsy manao toy izany koa, araka ny tsy maintsy takian’ny faminaniana, ny marika eo afovoany.</w:t>
      </w:r>
    </w:p>
    <w:p>
      <w:pPr>
        <w:pStyle w:val="ArticleBody"/>
        <w:jc w:val="left"/>
      </w:pPr>
      <w:r>
        <w:rPr>
          <w:rFonts w:ascii="Times New Roman" w:hAnsi="Times New Roman" w:eastAsia="Times New Roman" w:cs="Times New Roman"/>
        </w:rPr>
        <w:t>Ny batisa no anjely voalohany; ny Tendrombohitry ny Fiovan-tarehy no faharoa ary ny hazo fijaliana no fahatelo. Teny an-tendrombohitra, Andriamanitra dia nanondro an’i Mosesy sy Elia ho famantarana ny fiangonan’ny sisa. Ny fampiharana dia afatotra miaraka amin’ilay tandindona telo sosona momba an’i Petera sy Jakoba ary Jaona. Nisy intelo Jesosy no nitondra an’i Petera sy Jakoba ary Jaona niaraka taminy. Tamin’ny voalohany dia ny fitsanganan’ny zanakavavin’i Jairo tamin’ny maty, ny faharoa dia ny Fiovan-tarehy ary ny fahatelo dia Getsemane. Tamin’ny voalohany, Petera sy Jakoba ary Jaona dia nanatri-maso virijiny iray roa ambin’ny folo taona natsangana tamin’ny maty.</w:t>
      </w:r>
    </w:p>
    <w:p>
      <w:pPr>
        <w:pStyle w:val="ArticleScripture"/>
        <w:jc w:val="left"/>
      </w:pPr>
      <w:r>
        <w:rPr>
          <w:rFonts w:ascii="Times New Roman" w:hAnsi="Times New Roman" w:eastAsia="Times New Roman" w:cs="Times New Roman"/>
        </w:rPr>
        <w:t>Ary nony niverina Jesosy, dia noraisin’ny olona tamim-pifaliana Izy; fa niandry Azy avokoa izy rehetra. Ary, indro, nisy lehilahy atao hoe Jairo tonga, ary mpanapaka tao amin’ny synagoga izy; dia niankohoka teo an-tongotr’i Jesosy izy ka niangavy Azy mba hankao an-tranony; fa nanana zanakavavy tokana izy, tokony ho roa ambin’ny folo taona, ary efa nadiva ho faty izany. Fa raha nandeha Jesosy, dia nifanesika taminy ny olona. Lioka 8:40–42.</w:t>
      </w:r>
    </w:p>
    <w:p>
      <w:pPr>
        <w:pStyle w:val="ArticleBody"/>
        <w:jc w:val="left"/>
      </w:pPr>
      <w:r>
        <w:rPr>
          <w:rFonts w:ascii="Times New Roman" w:hAnsi="Times New Roman" w:eastAsia="Times New Roman" w:cs="Times New Roman"/>
        </w:rPr>
        <w:t>Ny anarana hoe Jairôsy dia midika hoe “mpanazava” sy “ho mamirapiratra ary be voninahitra.” Tamin’ireo fotoana intelo izay i Petera sy Jakoba ary Jaona irery ihany no vahinin’i Kristy manokana, dia ity no voalohany, ary i Jairôsy dia maneho ny anjely voalohany izay mampahazava ny tany amin’ny voninahiny. Ilay virijiny roa ambin’ny folo taona dia maneho ireo virijiny izay hatsangana amin’ny maty ho ilay iray hetsy sy efatra alina sy efatra arivo. Tonga tao an-tranon’ilay zanakavavy virijiny Kristy, rehefa avy nifandray tamin’ny vehivavy iray izay nararin-dra nandritra ny roa ambin’ny folo taona Izy.</w:t>
      </w:r>
    </w:p>
    <w:p>
      <w:pPr>
        <w:pStyle w:val="ArticleScripture"/>
        <w:jc w:val="left"/>
      </w:pPr>
      <w:r>
        <w:rPr>
          <w:rFonts w:ascii="Times New Roman" w:hAnsi="Times New Roman" w:eastAsia="Times New Roman" w:cs="Times New Roman"/>
        </w:rPr>
        <w:t>Ary nisy vehivavy anankiray izay narary nandeha rà roa ambin’ny folo taona ka efa nandany ny fananany rehetra tamin’ny mpanao fanafody, nefa tsy nisy nahasitrana azy, dia nanatona Azy avy ao aoriana ka nanendry ny moron’akanjony; ary niaraka tamin’izay dia nitsahatra ny fandehan-dra. Lioka 8:43, 44.</w:t>
      </w:r>
    </w:p>
    <w:p>
      <w:pPr>
        <w:pStyle w:val="ArticleBody"/>
        <w:jc w:val="left"/>
      </w:pPr>
      <w:r>
        <w:rPr>
          <w:rFonts w:ascii="Times New Roman" w:hAnsi="Times New Roman" w:eastAsia="Times New Roman" w:cs="Times New Roman"/>
        </w:rPr>
        <w:t>Virjiny roa ambin’ny folo taona no fantarina, ary avy eo, ao amin’ny andininy manaraka, dia fantarina koa ny vehivavy iray izay efa roa ambin’ny folo taona no nananany nandeha rà. Io vehivavy io dia nanana izany nandeha rà izany nandritra ny androm-piainan’ilay virjiny manontolo. Efa handalo an’ilay vehivavy nandeha rà Jesosy mba hahatratra ilay zanakavavy virjiny. Ilay vehivavy dia maneho ny hafatry ny anjely voalohany araka ny asehon’ny hafatra ho an’i Laodikia. Efa hamelona indray sy hanangana ilay virjiny ho amin’ny fiainana Kristy, ary ilay vehivavy marary, ilay vehivavy Laodikiana, dia mbola nanana fahafahana fohy hikasika ny Maha-Andriamanitra. Ny zaza dia maneho ny taranaka farany, ary Jesosy dia mandalo eo anilan’ny vehivavy marofy, dia i Laodikia, mba hanangana ilay virjiny amin’ny andro farany. Rehefa atsangana amin’ny maty ilay virjiny, ilay vehivavy dia na efa sitrana, na efa nandaloana.</w:t>
      </w:r>
    </w:p>
    <w:p>
      <w:pPr>
        <w:pStyle w:val="ArticleBody"/>
        <w:jc w:val="left"/>
      </w:pPr>
      <w:r>
        <w:rPr>
          <w:rFonts w:ascii="Times New Roman" w:hAnsi="Times New Roman" w:eastAsia="Times New Roman" w:cs="Times New Roman"/>
        </w:rPr>
        <w:t>Toetra mampiavaka ny anjely voalohany ny tahotra, ary misy karazany roa ny tahotra.</w:t>
      </w:r>
    </w:p>
    <w:p>
      <w:pPr>
        <w:pStyle w:val="ArticleScripture"/>
        <w:jc w:val="left"/>
      </w:pPr>
      <w:r>
        <w:rPr>
          <w:rFonts w:ascii="Times New Roman" w:hAnsi="Times New Roman" w:eastAsia="Times New Roman" w:cs="Times New Roman"/>
        </w:rPr>
        <w:t>Raha mbola niteny Izy, dia tonga ny olona anankiray avy any an-tranon’ilay lehiben’ny synagoga ka nanao taminy hoe: Maty ny zanakao vavy; aza manahirana ny Mpampianatra intsony. Fa raha nandre izany Jesosy, dia namaly azy hoe: Aza matahotra; minoa ihany, dia ho sitrana izy. Lioka 8:49, 50.</w:t>
      </w:r>
    </w:p>
    <w:p>
      <w:pPr>
        <w:pStyle w:val="ArticleBody"/>
        <w:jc w:val="left"/>
      </w:pPr>
      <w:r>
        <w:rPr>
          <w:rFonts w:ascii="Times New Roman" w:hAnsi="Times New Roman" w:eastAsia="Times New Roman" w:cs="Times New Roman"/>
        </w:rPr>
        <w:t>Ary Petera sy Jakoba ary Jaona dia niditra tao amin’ilay efitra izay nanehoan’ny fitsanganana amin’ny maty, izay asehon’ny batisan’i Kristy ho tandindona, ny fanomezam-pahefana ny anjely voalohany sy fahatelo. Ny Tendrombohitry ny Fiovan-tarehy no fanindroany naha-vavolombelona an’i Petera sy Jakoba ary Jaona. Ny Tendrombohitry ny Fiovan-tarehy no anjely faharoa, ary rehefa nitondra ireo mpianatra ireo ihany ho any Getsemane i Kristy, dia naneho ny anjely fahatelo izany. Eo amin’ny dingana faharoa, dia misy “fampitomboana” eo amin’ny Tendrombohitry ny Fiovan-tarehy, satria io mariky ny lalana amin’ny Tendrombohitra io no afovoan’ireo intelo nitenenan’ny Ray. Ny voalohany dia tamin’ny batisa nataony, izay mifanaraka amin’ny fitsanganan’ilay virijiny roa ambin’ny folo taona, ny faharoa dia ny Tendrombohitra, ary ny fahatelo dia talohan’ny hazo fijaliana indrindra. Ireo intelo nitenenan’ny Ray sy ireo intelo nandehanan’ireo mpianatra telo nitokana niaraka tamin’i Jesosy dia mifamatotra noho ny zava-misy fa ny mariky ny lalana faharoa amin’ny andalana roa tonta dia ny Tendrombohitry ny Fiovan-tarehy.</w:t>
      </w:r>
    </w:p>
    <w:p>
      <w:pPr>
        <w:pStyle w:val="ArticleScripture"/>
        <w:jc w:val="left"/>
      </w:pPr>
      <w:r>
        <w:rPr>
          <w:rFonts w:ascii="Times New Roman" w:hAnsi="Times New Roman" w:eastAsia="Times New Roman" w:cs="Times New Roman"/>
        </w:rPr>
        <w:t>Ary rehefa tonga tao an-trano Izy, dia tsy navelany hisy hiditra, afa-tsy Petera sy Jakoba ary Jaona, mbamin’ny rainy sy ny renin’ilay zazavavy. Ary ny olona rehetra nitomany sy nandala azy; fa hoy Izy: Aza mitomany; tsy maty izy, fa matory. Dia naneso Azy ireo, satria fantany fa efa maty izy. Ary navoakany avokoa izy rehetra, dia noraisiny ny tànan-dravehivavy, ka niantso Izy nanao hoe: Ry zazavavy, mitsangàna. Dia niverina ny fanahiny, ary niarina niaraka tamin’izay izy; ary nasainy nomena hanina izy. Ary talanjona ny ray aman-dreniny; nefa nodidiany izy ireo mba tsy hilaza amin’olona izay efa natao. Lioka 8:51–56.</w:t>
      </w:r>
    </w:p>
    <w:p>
      <w:pPr>
        <w:pStyle w:val="ArticleBody"/>
        <w:jc w:val="left"/>
      </w:pPr>
      <w:r>
        <w:rPr>
          <w:rFonts w:ascii="Times New Roman" w:hAnsi="Times New Roman" w:eastAsia="Times New Roman" w:cs="Times New Roman"/>
        </w:rPr>
        <w:t>Petera sy Jakoba ary Jaona dia vavolombelon’ilay anjely voalohany tamin’ny fitsanganan’ny virijiny tamin’ny maty, izay efa natory, tahaka an’i Lazarosy. Raha vao nifoha izy, dia nitsangana niaraka tamin’izay ary nomena hanina. Rehefa atsangana amin’ny maty i Elia sy Mosesy ao amin’ny Apokalypsy toko fahairaika ambin’ny folo, dia mitsangana avy hatrany izy ireo, ary avy eo ny Fanahy Masina dia aidina tsy amin’ny fetra, izay maneho ny hanin’ny virijiny. Ny Tendrombohitry ny Fiovan-tarehy dia enina andro taorian’i Kaisaria Filipy, afa-tsy raha i Lioka no mitantara ireo zava-nitranga.</w:t>
      </w:r>
    </w:p>
    <w:p>
      <w:pPr>
        <w:pStyle w:val="ArticleScripture"/>
        <w:jc w:val="left"/>
      </w:pPr>
      <w:r>
        <w:rPr>
          <w:rFonts w:ascii="Times New Roman" w:hAnsi="Times New Roman" w:eastAsia="Times New Roman" w:cs="Times New Roman"/>
        </w:rPr>
        <w:t>Ary rehefa afaka tokony ho valo andro taorian’izany teny izany, dia naka an’i Petera sy Jaona ary Jakoba Izy ka niakatra tany an-tendrombohitra mba hivavaka. Ary raha mbola nivavaka Izy, dia niova ny endriky ny Tavany, ary ny fitafiany dia tonga fotsy sady namirapiratra. Ary, indro, nisy lehilahy roa niresaka taminy, dia Mosesy sy Elia ireo. Lioka 9:28–30.</w:t>
      </w:r>
    </w:p>
    <w:p>
      <w:pPr>
        <w:pStyle w:val="ArticleBody"/>
        <w:jc w:val="left"/>
      </w:pPr>
      <w:r>
        <w:rPr>
          <w:rFonts w:ascii="Times New Roman" w:hAnsi="Times New Roman" w:eastAsia="Times New Roman" w:cs="Times New Roman"/>
        </w:rPr>
        <w:t>Na Matio sy Marka dia samy milaza amim-pahitsiana hoe: “rehefa afaka henemana,” ary i Lioka kosa milaza hoe “tokony ho” valo andro. Nampiasa fanisana roa ny amin’ny fotoana ireo mpanoratra ny Baiboly; ny iray antsoina hoe fanisana manisika, ary ny iray kosa fanisana manavaka. Raha jerena voalohany dia mety hiseho ho toy ny fifanoherana izany, nefa ny filazan’i Lioka hoe “tokony ho” dia manambara fa tamin’ny fomba fanisana manisika no nitenenany; ary raha i Matio sy Marka milaza hoe: “rehefa afaka henemana,” dia manambara izany fa andro feno no noisaininy, fa tsy ny andro nanombohan’ilay vanim-potoana valo andro, na ny andro namaranana azy. Io fahasamihafana io dia miteraka tandindona ara-isa roa ho an’io vanim-potoana iray io; ny iray dia ny isa valo, ary ny iray kosa dia ny henemana.</w:t>
      </w:r>
    </w:p>
    <w:p>
      <w:pPr>
        <w:pStyle w:val="ArticleBody"/>
        <w:jc w:val="left"/>
      </w:pPr>
      <w:r>
        <w:rPr>
          <w:rFonts w:ascii="Times New Roman" w:hAnsi="Times New Roman" w:eastAsia="Times New Roman" w:cs="Times New Roman"/>
        </w:rPr>
        <w:t>Ny voaporofo amin’ireo fijoroana vavolombelona roa momba ny fe-potoana enina na valo andro avy any Kaisaria Filipy sy ny Tendrombohitry ny Fiovan-tarehy dia izao: ao anatin’ny vanim-potoana izay anombohan’i Kristy tombo-kase ny iray hetsy sy efatra amby efatra arivo, ny isa valo dia maneho ireo fanahy valo tao amin’ny sambofiaran’i Noa, ary ny enina kosa maneho ny fiangonana fahenina, dia Filadelfia, izay voatendry ho ilay fiangonana izay fahavalo, dia ilay avy amin’ny fito. Ovaina ho amin’ilay fahavalo izy ireo amin’ny fankalazana amin’ny voninahitra an’i Mosesy sy Elia ary Kristy. Ny fankalazana amin’ny voninahitra teo an-tendrombohitra dia aseho ho tandindona koa amin’ny alalan’ny fankalazana amin’ny voninahitra teo an-tendrombohitra ao amin’ny tantaran’i Mosesy.</w:t>
      </w:r>
    </w:p>
    <w:p>
      <w:pPr>
        <w:pStyle w:val="ArticleBody"/>
        <w:jc w:val="left"/>
      </w:pPr>
      <w:r>
        <w:rPr>
          <w:rFonts w:ascii="Times New Roman" w:hAnsi="Times New Roman" w:eastAsia="Times New Roman" w:cs="Times New Roman"/>
        </w:rPr>
        <w:t>Rehefa niakatra tany an-tendrombohitra i Mosesy dia nitondra loholona fitopolo sy Josoa niaraka taminy.</w:t>
      </w:r>
    </w:p>
    <w:p>
      <w:pPr>
        <w:pStyle w:val="ArticleScripture"/>
        <w:jc w:val="left"/>
      </w:pPr>
      <w:r>
        <w:rPr>
          <w:rFonts w:ascii="Times New Roman" w:hAnsi="Times New Roman" w:eastAsia="Times New Roman" w:cs="Times New Roman"/>
        </w:rPr>
        <w:t>Dia niakatra Mosesy sy Aarona, Nadaba sy Abiho, ary fito-polo tamin’ny loholon’ny Isiraely; ary nahita an’Andriamanitry ny Isiraely izy ireo; ary teo ambanin’ny tongony dia nisy toy ny asa voapetraka amin’ny vato safira, sady toy ny tenan’ny lanitra amin’ny fahadiovany. Ary tamin’ireo andriana tamin’ny Zanak’Isiraely dia tsy naninjitra ny tanany Izy; koa nahita an’Andriamanitra izy ireo, ary nihinana sy nisotro. Ary hoy Jehovah tamin’i Mosesy: Miakara atỳ amiko ho any an-tendrombohitra, ka mitoera ao; ary homeko anao ny vato fisaka sy ny lalàna ary ny didy izay efa nosoratako, mba hampianaranao azy.</w:t>
      </w:r>
    </w:p>
    <w:p>
      <w:pPr>
        <w:pStyle w:val="ArticleScripture"/>
        <w:jc w:val="left"/>
      </w:pPr>
      <w:r>
        <w:rPr>
          <w:rFonts w:ascii="Times New Roman" w:hAnsi="Times New Roman" w:eastAsia="Times New Roman" w:cs="Times New Roman"/>
        </w:rPr>
        <w:t>Dia niainga Moses mbamin’i Josoa mpanompony; ary Moses niakatra ho any an-tendrombohitry ny Tompo. Ary hoy izy tamin’ireo loholona: Mitoera eto ho anay ianareo mandra-piverinay atỳ aminareo; ary, indro, eo aminareo Arona sy Hora; raha misy olona manan-draharaha, dia aoka izy hanatona azy ireo.</w:t>
      </w:r>
    </w:p>
    <w:p>
      <w:pPr>
        <w:pStyle w:val="ArticleScripture"/>
        <w:jc w:val="left"/>
      </w:pPr>
      <w:r>
        <w:rPr>
          <w:rFonts w:ascii="Times New Roman" w:hAnsi="Times New Roman" w:eastAsia="Times New Roman" w:cs="Times New Roman"/>
        </w:rPr>
        <w:t>Dia niakatra nankeo an-tendrombohitra Mosesy, ary rahona no nanarona ny tendrombohitra. Ary ny voninahitry ny Tompo nitoetra teo ambonin’i tendrombohitra Sinay, ary ny rahona nanarona azy henemana; ary tamin’ny andro fahafito dia niantso an’i Mosesy teo afovoan’ny rahona Izy. Ary ny fijery ny voninahitry ny Tompo dia tahaka ny afo mandevona teo an-tampon’ny tendrombohitra teo imason’ny Zanak’Isiraely. Ary Mosesy niditra teo afovoan’ny rahona ka niakatra teo an-tendrombohitra; ary Mosesy nitoetra teo an-tendrombohitra efa-polo andro sy efa-polo alina. Eksodosy 24:9–18.</w:t>
      </w:r>
    </w:p>
    <w:p>
      <w:pPr>
        <w:pStyle w:val="ArticleBody"/>
        <w:jc w:val="left"/>
      </w:pPr>
      <w:r>
        <w:rPr>
          <w:rFonts w:ascii="Times New Roman" w:hAnsi="Times New Roman" w:eastAsia="Times New Roman" w:cs="Times New Roman"/>
        </w:rPr>
        <w:t>Ny hafatry ny anjely voalohany dia ny fitsanganan’ny zanakavavin’i Jairo tamin’ny maty, mifanaraka amin’ny batisan’i Kristy. Ary enina andro tatỳ aoriana dia tonga ny Tendrombohitry ny Fiovan-tarehy, izay anjely faharoa, ka nitarika ho amin’ny hazo fijaliana, izay anjely fahatelo. Amin’ny maha-anjely faharoa azy, ny Tendrombohitra dia manana vavolombelona roa sosona, satria ny fitenenan’ny Ray teo an-Tendrombohitra dia mifandray amin’ny tsipika faharoa amin’ny telo. Ny fotoana telo izay naha-vahiny natokana ho an’i Kristy an’i Petera sy Jakoba ary Jaona, sy ny fotoana telo izay nitenenan’ny Ray, dia samy manondro ny fisehoana faharoa amin’ny feon’ny Ray; ary ny fanindroany nitondran’i Jesosy an’i Petera sy Jakoba ary Jaona dia teo amin’ny Tendrombohitry ny Fiovan-tarehy. Ny mariky ny lalana faharoa, dia ny Tendrombohitra, izay manana vavolombelona roa sosona avy amin’ny feon’ny Ray sy ireo mpianatra telo, fa ny hafatra faharoa dia manondro mandrakariva “fampitomboana indroa.”</w:t>
      </w:r>
    </w:p>
    <w:p>
      <w:pPr>
        <w:pStyle w:val="ArticleBody"/>
        <w:jc w:val="left"/>
      </w:pPr>
      <w:r>
        <w:rPr>
          <w:rFonts w:ascii="Times New Roman" w:hAnsi="Times New Roman" w:eastAsia="Times New Roman" w:cs="Times New Roman"/>
        </w:rPr>
        <w:t>Ilay fe-potoana enina ora eo anelanelan’ny fanatitra hariva sy ny fanatitra maraina, izay asehon’ny enina andro ao amin’i Matio sy Marka manomboka avy any Kaisaria Filipy ka hatramin’ny Tendrombohitra, dia asehon’ny enina andron’i Mosesy, mandra-piantsoana azy hiditra ao amin’ny rahona amin’ny andro fahafito.</w:t>
      </w:r>
    </w:p>
    <w:p>
      <w:pPr>
        <w:pStyle w:val="ArticleBody"/>
        <w:jc w:val="left"/>
      </w:pPr>
      <w:r>
        <w:rPr>
          <w:rFonts w:ascii="Times New Roman" w:hAnsi="Times New Roman" w:eastAsia="Times New Roman" w:cs="Times New Roman"/>
        </w:rPr>
        <w:t>Ny tsipika dia manomboka amin’ny fotoam-piandrasan’ilay anjely faharoa, tahaka ny anoroan’i Mosesy ny loholona fito-polo mba “hiandry” mandra-piverenany. Ny enina andro voalohany ao amin’ilay tsipika dia voatokana, nefa mbola ampahany amin’ny fitambaran’ny 46 andro ihany. Ireo enina andro ireo dia vanim-potoana mitondra mankany amin’ny fitsapana fahatelo, izay asehon’ny efapolo andro. Ny 46 andro dia tandindon’ny tempoly; ny andro enina dia ireo ora enina nanomboka tamin’ny fahafatesan’i Kristy ka hatramin’ny Pentekosta, ireo ora enina nanomboka tamin’ny nanomboana Azy teo amin’ny hazo fijaliana ka hatramin’ny nahafatesany, ireo ora enina avy any Kaisaria ho any Kaisaria, ary ireo ora enina niainan’i Petera tao amin’ny efi-trano ambony ka hatramin’ny tempoly. Mosesy dia mandray ny Lalàn’ny fanekena sady mahazo ny toromarika momba ny fomba hananganana ny tempoly. Na dia milaza aza ny Baiboly fa tsy misy olona nahita an’Andriamanitra, dia “nahita ny Andriamanitry ny Isiraely” ny loholona. Ny fankalazana ny voninahitr’Andriamanitra teo an-tendrombohitra niaraka tamin’i Mosesy sy ny loholona dia nanondro mialoha ny fankalazana ny voninahitra teo amin’ny Tendrombohitry ny Fiovan-tarehy. Samy ahitana ilay fe-potoana enina andro izy roa tonta. Ny tsipik’i Mosesy dia ahitana ny fotoam-piandrasan’ilay anjely faharoa sy ny fitambaran’ny enina amby efapolo andro manontolo izay maneho ny tempoly. Ny efapolo andro nandraisany ny lalàna dia maneho ny fanisiana tombo-kase.</w:t>
      </w:r>
    </w:p>
    <w:p>
      <w:pPr>
        <w:pStyle w:val="ArticleBody"/>
        <w:jc w:val="left"/>
      </w:pPr>
      <w:r>
        <w:rPr>
          <w:rFonts w:ascii="Times New Roman" w:hAnsi="Times New Roman" w:eastAsia="Times New Roman" w:cs="Times New Roman"/>
        </w:rPr>
        <w:t>Petera dia tao Kaisaria Filipy tamin’ny ora fahatelo, teny an-dalana ho any Kaisaria Maritima tamin’ny ora fahasivy; ary afaka enina ka hatramin’ny valo andro dia eo an-tendrombohitra izy, mitoetra miaraka amin’ireo loholona fitopolo an’i Mosesy, raha mahita fahitana ny Tompo be voninahitra, tahaka izay nataon’i Daniela tao amin’ny toko fahafolo. Daniela dia nahita ny Tompo nifanatrika, tahaka an’i Gideona sy ireo loholona fitopolo. Ny Tendrombohitry ny Fiovan-tarehy no toerana anovan’ny hetsika Laodikia an’ireo iray hetsy sy efatra alina amby efatra arivo ho tonga hetsika Filadelfia an’ireo iray hetsy sy efatra alina amby efatra arivo. Tonga fiangonana fahavalo izay fiangonana fahenina izy ireo; koa izany no ahitantsika enina andro sy valo andro.</w:t>
      </w:r>
    </w:p>
    <w:p>
      <w:pPr>
        <w:pStyle w:val="ArticleBody"/>
        <w:jc w:val="left"/>
      </w:pPr>
      <w:r>
        <w:rPr>
          <w:rFonts w:ascii="Times New Roman" w:hAnsi="Times New Roman" w:eastAsia="Times New Roman" w:cs="Times New Roman"/>
        </w:rPr>
        <w:t>Ny adiny enina nanomboka tamin’ny fanomboana Azy teo amin’ny hazo fijaliana ka hatramin’ny nahafatesany, ny adiny enina tamin’ny Pentekosta, ny adiny enina avy any Kaisaria ho any Kaisaria, ny enina andro ho any an-Tendrombohitry ny Fiovan-tarehy, ary ny enina andron’i Mosesy izay nitarika ho amin’ny efapolo andro, dia tsipika iray ihany. Eo anelanelan’i Kaisaria Filipy, izay Paniona, sy ny lalàn’ny Alahady, dia voaisy tombo-kase ny iray hetsy sy efatra arivo sy efatra alina. Izany fanisiana tombo-kase izany no miteraka fisarahana.</w:t>
      </w:r>
    </w:p>
    <w:p>
      <w:pPr>
        <w:pStyle w:val="ArticleScripture"/>
        <w:jc w:val="left"/>
      </w:pPr>
      <w:r>
        <w:rPr>
          <w:rFonts w:ascii="Times New Roman" w:hAnsi="Times New Roman" w:eastAsia="Times New Roman" w:cs="Times New Roman"/>
        </w:rPr>
        <w:t>Ary izaho Daniela irery no nahita ny fahitana; fa ireo lehilahy izay niaraka tamiko tsy nahita ny fahitana; nefa fangovitana lehibe no nahazo azy, ka dia nandositra izy mba hiafina. Daniela 10:7.</w:t>
      </w:r>
    </w:p>
    <w:p>
      <w:pPr>
        <w:pStyle w:val="ArticleBody"/>
        <w:jc w:val="left"/>
      </w:pPr>
      <w:r>
        <w:rPr>
          <w:rFonts w:ascii="Times New Roman" w:hAnsi="Times New Roman" w:eastAsia="Times New Roman" w:cs="Times New Roman"/>
        </w:rPr>
        <w:t>Nisara tamin’ireo loholona i Mosesy rehefa nanao hoe: “Miandrasa eto ho anay ianareo mandra-piverinay atỳ aminareo.” Nisaraka tamin’ny fitopolo i Mosesy tamin’ny fotoan’ny fiandrasana, ary ny fitopolo herinandro dia maneho ny fotoam-pitsapana ho an’ny vahoakan’ny fanekena taloha. Rehefa tapitra ny herinandro fahafitopolo, ary io herinandro fahafitopolo io no herinandro masina izay nanamafisan’i Kristy ny fanekena tamin’ny maro, dia nisaraka tanteraka tamin’ny vahoakan’ny fanekena taloha i Kristy. Tapitra ny fotoana izay ahafahan’ny vahoakan’ny fanekena taloha mamaha ny olana momba ny fandehanan-drà, izay ho azy ireo dia ny finoana fa voavonjy tamin’ny ran’i Abrahama izy ireo, ary natsangana ho velona mba hanompo ilay virijiny roa ambin’ny folo taona. Raha vao nanomboka ny fotoan’ny fiandrasana, dia noraisin’i Mosesy ny lalàn’ny fanekena sy ny toromarika momba ny fananganana ny tempoly.</w:t>
      </w:r>
    </w:p>
    <w:p>
      <w:pPr>
        <w:pStyle w:val="ArticleBody"/>
        <w:jc w:val="left"/>
      </w:pPr>
      <w:r>
        <w:rPr>
          <w:rFonts w:ascii="Times New Roman" w:hAnsi="Times New Roman" w:eastAsia="Times New Roman" w:cs="Times New Roman"/>
        </w:rPr>
        <w:t>Rehefa teo an-tendrombohitra i Petera sy Jakoba ary Jaona, ny fanisiana tombo-kase ny vahoakan’Andriamanitra, sy ny fanandratana azy ireo taorian’izany ho saina famantarana, dia maneho ireo vahoakan’ny fanekena ireo ho tempolin’ny iray hetsy sy efatra alina sy efatra arivo. Ireo mpiasa tamin’ny ora fahiraika ambin’ny folo dia ampiraisina amin’izany tempoly izany avy eo.</w:t>
      </w:r>
    </w:p>
    <w:p>
      <w:pPr>
        <w:pStyle w:val="ArticleScripture"/>
        <w:jc w:val="left"/>
      </w:pPr>
      <w:r>
        <w:rPr>
          <w:rFonts w:ascii="Times New Roman" w:hAnsi="Times New Roman" w:eastAsia="Times New Roman" w:cs="Times New Roman"/>
        </w:rPr>
        <w:t>Izao no lazain’i Jehovah: Tandremo ny fitsarana, ary manaova ny rariny; fa efa antomotra ho tonga ny famonjeko, ary efa haseho ny fahamarinako. Sambatra izay olona manao izany sy ny zanak’olona izay mifikitra amin’izany, dia izay mitandrina ny Sabata ka tsy mandoto azy, ary miaro ny tanany tsy hanao izay ratsy akory. Ary aoka ny zanaky ny hafa firenena izay efa nifikitra tamin’i Jehovah tsy hiteny hoe: Jehovah efa nanavaka ahy tanteraka tsy ho isan’ny olony; ary aoka ny eonoka tsy hiteny hoe: Indro, hazo maina aho. Fa izao no lazain’i Jehovah amin’ny eonoka izay mitandrina ny Sabatako sy mifidy izay ankasitrahako ary mifikitra amin’ny fanekeko: Dia homeko azy ao an-tranoko sy ao anatin’ny mandako fitoerana sy anarana tsara noho ny an’ny zanaka lahy sy ny zanaka vavy izy; anarana mandrakizay no homeko azy, izay tsy ho ringana. Ary ny zanaky ny hafa firenena izay nifikitra tamin’i Jehovah mba hanompo Azy sy ho tia ny anaran’i Jehovah mba ho mpanompony, dia izay rehetra mitandrina ny Sabata ka tsy mandoto azy ary mifikitra amin’ny fanekeko, dia ireny no hoentiko any an-tendrombohitro masina ka hampifaliako ao an-tranoko fivavahana; ny fanatitra dorany sy ny sorony dia hankasitrahana eo ambonin’ny alitarako; fa ny tranoko hatao hoe trano fivavahana ho an’ny firenena rehetra.</w:t>
      </w:r>
    </w:p>
    <w:p>
      <w:pPr>
        <w:pStyle w:val="ArticleScripture"/>
        <w:jc w:val="left"/>
      </w:pPr>
      <w:r>
        <w:rPr>
          <w:rFonts w:ascii="Times New Roman" w:hAnsi="Times New Roman" w:eastAsia="Times New Roman" w:cs="Times New Roman"/>
        </w:rPr>
        <w:t>Hoy Jehovah, Izay manangona ny voaroaka amin’ny Isiraely, no milaza hoe: Mbola hanangona ny sasany koa Aho ho eo aminy, ankoatra ireo efa voaangona ho eo aminy. Isaia 56:1–8.</w:t>
      </w:r>
    </w:p>
    <w:p>
      <w:pPr>
        <w:pStyle w:val="ArticleBody"/>
        <w:jc w:val="left"/>
      </w:pPr>
      <w:r>
        <w:rPr>
          <w:rFonts w:ascii="Times New Roman" w:hAnsi="Times New Roman" w:eastAsia="Times New Roman" w:cs="Times New Roman"/>
        </w:rPr>
        <w:t>Petera sy Jakoba ary Jaona, tahaka an’i Mosesy koa, dia maneho ireo “voaroaka amin’ny Isiraely,” izay noroahin’ireo rahalahiny izay nankahala azy.</w:t>
      </w:r>
    </w:p>
    <w:p>
      <w:pPr>
        <w:pStyle w:val="ArticleScripture"/>
        <w:jc w:val="left"/>
      </w:pPr>
      <w:r>
        <w:rPr>
          <w:rFonts w:ascii="Times New Roman" w:hAnsi="Times New Roman" w:eastAsia="Times New Roman" w:cs="Times New Roman"/>
        </w:rPr>
        <w:t>Izao no lazain’ny Tompo: Ny lanitra no seza fiandrianako, ary ny tany no fitoeran-tongotro; koa aiza ny trano izay haorinareo ho Ahy? ary aiza no fitoeran’ny fitsaharako?</w:t>
      </w:r>
    </w:p>
    <w:p>
      <w:pPr>
        <w:pStyle w:val="ArticleScripture"/>
        <w:jc w:val="left"/>
      </w:pPr>
      <w:r>
        <w:rPr>
          <w:rFonts w:ascii="Times New Roman" w:hAnsi="Times New Roman" w:eastAsia="Times New Roman" w:cs="Times New Roman"/>
        </w:rPr>
        <w:t>Fa ireo zavatra rehetra ireo dia nataon’ny tanako, ary ireo zavatra rehetra ireo dia tonga teo, hoy Jehovah; nefa ity olona ity no hohajainko, dia izay mahantra sy torotoro fanahy ary mangovitra noho ny teniko. Izay mamono omby dia tahaka ny mamono olona; izay manao sorona zanak’ondry dia tahaka ny manapaka ny vozon’alika; izay manatitra fanatitra dia tahaka ny manatitra ran-kisoa; izay mandoro ditin-kazo manitra dia tahaka ny mitsaoka sampy. Eny, efa nifidy ny lalany ihany izy, ary ny fanahiny dia finaritra amin’ny fahavetavetany. Izaho kosa dia hifidy ny fitaka hahazo azy, ary hampihatra aminy izay atahorany; satria raha niantso Aho, dia tsy nisy namaly; raha niteny Aho, dia tsy nihaino izy; fa nanao izay ratsy teo imasony izy, ary nifidy izay tsy sitrako.</w:t>
      </w:r>
    </w:p>
    <w:p>
      <w:pPr>
        <w:pStyle w:val="ArticleScripture"/>
        <w:jc w:val="left"/>
      </w:pPr>
      <w:r>
        <w:rPr>
          <w:rFonts w:ascii="Times New Roman" w:hAnsi="Times New Roman" w:eastAsia="Times New Roman" w:cs="Times New Roman"/>
        </w:rPr>
        <w:t>Reo ny tenin’i Jehovah, ianareo izay mangovitra amin’ny teniny; Ny rahalahinareo izay nankahala anareo, izay nandroaka anareo noho ny anarako, dia nanao hoe: Aoka homem-boninahitra Jehovah; nefa Izy hiseho ho fifalianareo, ary izy kosa ho menatra. Isaia 66:1–5.</w:t>
      </w:r>
    </w:p>
    <w:p>
      <w:pPr>
        <w:pStyle w:val="ArticleBody"/>
        <w:jc w:val="left"/>
      </w:pPr>
      <w:r>
        <w:rPr>
          <w:rFonts w:ascii="Times New Roman" w:hAnsi="Times New Roman" w:eastAsia="Times New Roman" w:cs="Times New Roman"/>
        </w:rPr>
        <w:t>Ny teny hoe “hafaliana” dia miseho imbetsaka sy amin’ny endriny samihafa ao amin’ny Soratra Masina, tahaka izany koa ny teny hoe “menatra.” Ao anatin’ny tontolon-kevitry ny hafatr’i Petera avy ao amin’ny bokin’i Joela, ny menatra mifanandrify amin’ny hafaliana dia fitoviana ara-tandindona, tahaka ny hendry sy ny adala, na ny vary sy ny tsimparifary. Ny menatra sy ny hafaliana dia misolo tena, ao amin’ny tontolon-kevitry ny bokin’i Joela, ireo izay manana ny diloilo, na ny hafatry ny ranonorana farany, mifanohitra amin’ireo izay tsy manana izany. Rehefa hitanao io antsipiriany io ihany vao azonao tratrarina ny hevitra lalina kokoa ao amin’ilay teny hoe: “Ny rahalahinareo izay nankahala anareo, izay nandroaka anareo noho ny anarako.” Ireo rahalahy ireo dia ireo izay ao amin’ny Spalding and Magan, pejy voalohany sy faharoa, antsoina hoe “Advantista araka ny anarany, tahaka an’i Jodasy,” izay “hamadika antsika amin’ny Katolika,” “satria nankahala antsika izy noho ny Sabata, fa tsy afaka nandà izany izy.” Ny rahalahinareo izay mankahala anareo dia mandroaka anareo noho ny hafatry ny Sabatan’ny tany, ny impito an’i Mosesy, izay tsy azo lavina. Ny hevi-dehibe eto dia ny handroahana anareo noho ny fifandirana ara-pampianarana, adihevitra iray, araka ny iantsoan’i Isaia azy, ary io adihevitra ara-pampianarana io dia ny hafatry ny ranonorana farany.</w:t>
      </w:r>
    </w:p>
    <w:p>
      <w:pPr>
        <w:pStyle w:val="ArticleBody"/>
        <w:jc w:val="left"/>
      </w:pPr>
      <w:r>
        <w:rPr>
          <w:rFonts w:ascii="Times New Roman" w:hAnsi="Times New Roman" w:eastAsia="Times New Roman" w:cs="Times New Roman"/>
        </w:rPr>
        <w:t>Joela dia miantso izany hafatra izany hoe “divay vaovao,” ary raha manana izany hafatra izany hianao, dia manana fifaliana. Raha tsy manana izany kosa hianao, dia mifoha tahaka ireo mpimamo ao amin’i Joela ka mahita fa ny divay vaovao dia nesorina tsy ho eo am-bavanao. Amin’izany fotoana izany dia “menatra” ara-paminaniana hianao. Ny sokajy izay manana ny diloilo dia manana fifaliana, ary ny sokajy izay tsy manana diloilo dia menatra. Ny diloilo dia divay vaovao koa, ary mifandray amin’ny fifaliana izany. Izany no antony ilazan’i Isaia hoe: “Henoy ny tenin’i Jehovah.” Ny sokajy iray mifidy ny hihaino, ary ny iray kosa tsy mihaino ny feon’ny trompetra. Isaia dia mamaritra manokana ny sokajy izay mihaino, raha milaza izy hoe: “ianareo izay mangovitra amin’ny teniny.” Jehovah dia manangona ireo izay noroahina noho ny hafatra izay tonga tamin’ny 9/11, ary amin’ny lalàn’ny Alahady dia angoniny ny tandap’i Isaia, izay aseho ho hazo maina. Raha hihazona ny fanekena izy ireo, dia tsy hisaraka amin’ny tendrombohitra masin’Andriamanitra intsony.</w:t>
      </w:r>
    </w:p>
    <w:p>
      <w:pPr>
        <w:pStyle w:val="ArticleBody"/>
        <w:jc w:val="left"/>
      </w:pPr>
      <w:r>
        <w:rPr>
          <w:rFonts w:ascii="Times New Roman" w:hAnsi="Times New Roman" w:eastAsia="Times New Roman" w:cs="Times New Roman"/>
        </w:rPr>
        <w:t>Ny ema na hazo maina dia samy maneho fahafatesana. Ny ema dia tsy mahavita miteraka, ary ny hazo maina dia tsy manana aina. Ny fampanantenana dia izao: raha ireo Jentilisa ireo, na mpiasa tamin’ny ora fahiraika ambin’ny folo, manaiky ny fanekena izay asehon’ny Sabata, dia hanan-janaka lahy sy vavy izy. Voalohany Izy manangona ny voaroaka amin’ny Isiraely, avy eo manandratra ireo voaroaka ireo ho faneva, ary avy eo manangona ny ondriny hafa. Ny fanangonana voalohany sy faharoa dia maneho ny vanim-potoana manomboka amin’ny 9/11 ka hatramin’ny lalàn’ny Alahady, rehefa famafazana ataon’ny Fanahy Masina no mitranga, ary koa ny vanim-potoana manomboka amin’ny lalàn’ny Alahady mandra-pitsangan’i Mikaela sy handrotsahana tsy misy fetra ny ranonorana farany. Amin’ireo vanim-potoana roa ireo dia hafatra ny ranonorana farany, izay raha anananao dia mitondra fifaliana, ary raha tsy anananao kosa dia mitondra fahamenarana.</w:t>
      </w:r>
    </w:p>
    <w:p>
      <w:pPr>
        <w:pStyle w:val="ArticleBody"/>
        <w:jc w:val="left"/>
      </w:pPr>
      <w:r>
        <w:rPr>
          <w:rFonts w:ascii="Times New Roman" w:hAnsi="Times New Roman" w:eastAsia="Times New Roman" w:cs="Times New Roman"/>
        </w:rPr>
        <w:t>Ny bokin’i Matio dia mizara ho tsipika telo, izay maneho ireo anjely telo ao amin’ny Apokalypsy toko faha-efatra ambin’ny folo. Ny tsirairay amin’ireo tsipika telo ireo koa dia mirakitra fizarazarana mitovy endrika amin’ireo anjely telo. Ny tsipika faharoa, manomboka amin’ny toko faha-iraika ambin’ny folo ka hatramin’ny toko faha-roa amby roapolo, no afovoany, satria izy no anjely faharoa, izay mipetraka eo anelanelan’ny anjely voalohany sy ny anjely fahatelo. Ny bokin’i Matio mihitsy dia tsipika afovoany, raha heverintsika ao anatin’ny tontolon-kevitry ny toko momba ny fanekena ao amin’ny Genesisy sy ny Apokalypsy ny toko faha-iraika ambin’ny folo ka hatramin’ny faha-roa amby roapolo.</w:t>
      </w:r>
    </w:p>
    <w:p>
      <w:pPr>
        <w:pStyle w:val="ArticleBody"/>
        <w:jc w:val="left"/>
      </w:pPr>
      <w:r>
        <w:rPr>
          <w:rFonts w:ascii="Times New Roman" w:hAnsi="Times New Roman" w:eastAsia="Times New Roman" w:cs="Times New Roman"/>
        </w:rPr>
        <w:t>Ny ivon’ireo toko roa ambin’ny folo momba ny fanekena dia an’i Matio, ary ny andalana afovoan’ireo andalana telo an’i Matio dia hita ao anatin’ireo toko roa ambin’ny folo ireo ihany. Ny ivon’ireo toko roa ambin’ny folo ireo dia ny fanombohan-kase ny iray hetsy sy efatra amby efapolo arivo. Io teboka afovoany io dia asehon’andinin-teny telo, izay mifanaraka amin’ireo andinin-teny afovoany telo ao amin’ireo toko roa ambin’ny folo momba ny fanekena ao amin’ny Genesisy sy ny Apokalypsy.</w:t>
      </w:r>
    </w:p>
    <w:p>
      <w:pPr>
        <w:pStyle w:val="ArticleBody"/>
        <w:jc w:val="left"/>
      </w:pPr>
      <w:r>
        <w:rPr>
          <w:rFonts w:ascii="Times New Roman" w:hAnsi="Times New Roman" w:eastAsia="Times New Roman" w:cs="Times New Roman"/>
        </w:rPr>
        <w:t>I Petera dia ivon’ny ivon’ny ivon-javatra, ary izy no maneho ny ampakarin’i Kristiana voalohany sy farany. Izany no sonian’i Alfa sy Omega. Napetrak’i Palmoni teo amin’ny fanovan’anaran’i Petera koa ny soniany, raha namolavola ny zava-miafin’ny anaran’i Petera tamin’ny teny Anglisy Izy. Niteny tamin’i Petera tamin’ny teny Hebreo i Jesosy, ary voarakitra tamin’ny teny Grika izany resaka izany, ary tatỳ aoriana dia nadika ho amin’ny teny Anglisy. Tamin’ny teny Anglisy, nomen’i Palmoni anarana i Petera tamin’ny fampiasana ny litera faha-16 amin’ny abidia Anglisy, narahin’ny litera faha-5, izay narahin’ny faha-20, izay narahin’ny faha-5, izay narahin’ny faha-18, sady fantany tanteraka fa rehefa Izy, amin’ny maha-Palmoni Azy, no namorona ilay anarana izay handeha avy amin’ny teny Hebreo ho amin’ny teny Grika ary ho amin’ny teny Anglisy. Noforoniny koa fa ilay anarana Anglisy dia hahafahana mametraka zava-miafina amin’ny fampitomboana ireo litera dimy ireo araka ny filaharany mba hahatongavana amin’ny isa iray hetsy sy efatra arivo sy efatra alina. Palmoni, Izay koa no voalohany sy farany, dia namolavola fa ny voalohany amin’ireo litera Anglisy dimy sy ny farany amin’ireo dimy mandrafitra ny anarana hoe Peter dia ny litera faha-16 sy faha-18, satria ny anarana hoe Peter dia tokony hiseho ao amin’ny Matio 16:18.</w:t>
      </w:r>
    </w:p>
    <w:p>
      <w:pPr>
        <w:pStyle w:val="ArticleBody"/>
        <w:jc w:val="left"/>
      </w:pPr>
      <w:r>
        <w:rPr>
          <w:rFonts w:ascii="Times New Roman" w:hAnsi="Times New Roman" w:eastAsia="Times New Roman" w:cs="Times New Roman"/>
        </w:rPr>
        <w:t>Na eo aza izany rehetra izany momba an’i Petera, mbola mila resahintsika ihany ny “taha volamena.” Ny taha volamena dia asehon’ny Matio 16:18, satria 1.618 ny tahany. Ny taha volamena dia mifandray amin’ny fraktalin’ny zava-boary, ary rehefa apetrak’i Palmoni ao amin’ny Matio 16:18 i Petera, dia asehon’i Palmoni fa ny fanalahidy ara-paminaniana izay apetraka eo an-tsorok’i Eliakima ao amin’ny Isaia 22:22, sy ireo fanalahidy ara-paminaniana izay omena an’i Petera sy ny fiangonana ao amin’ilay andalan-teny, dia ahitana fraktaly ara-paminaniana.</w:t>
      </w:r>
    </w:p>
    <w:p>
      <w:pPr>
        <w:pStyle w:val="ArticleBody"/>
        <w:jc w:val="left"/>
      </w:pPr>
      <w:r>
        <w:rPr>
          <w:rFonts w:ascii="Times New Roman" w:hAnsi="Times New Roman" w:eastAsia="Times New Roman" w:cs="Times New Roman"/>
        </w:rPr>
        <w:t>I Kaisaria Filipi tamin’ny ora fahatelo ka hatrany Kaisaria Maritima tamin’ny ora fahasivy dia maneho endrika fractal an’ilay ora fahatelo izay nanomboana an’i Kristy ka hatramin’ny ora fahasivy, tamin’ny nanirahan’i Kornelio naka an’i Petera. Ny vanim-potoana Pentekotista hatramin’ny ora fahatelo tamin’ny fanomboana ka hatramin’i Petera tao amin’ny tempoly tamin’ny Pentekosta tamin’ny ora fahasivy, dia fractal an’ireo andro 1.260 manomboka amin’ny hazo fijaliana ka hatramin’i Kornelio. Ny intelo nitenenan’ny Ray dia fractal an’ireo anjely telo, tahaka izany koa ny intelo nitondran’i Jesosy an’i Petera sy Jakoba ary Jaona irery ihany. Ny fanazavana ara-paminaniana izay voahafina ao anatin’ireo andininy izay anehoan’i Petera sary ny iray hetsy sy efatra amby efatra alina dia lalina tahaka izay mety ho fahamarinana rehetra, kanefa mbola tsy napetratsika ao Panium ao amin’ny Daniela iraika ambin’ny folo i Petera.</w:t>
      </w:r>
    </w:p>
    <w:p>
      <w:pPr>
        <w:pStyle w:val="ArticleBody"/>
        <w:jc w:val="left"/>
      </w:pPr>
      <w:r>
        <w:rPr>
          <w:rFonts w:ascii="Times New Roman" w:hAnsi="Times New Roman" w:eastAsia="Times New Roman" w:cs="Times New Roman"/>
        </w:rPr>
        <w:t>Hohamafisintsika ao amin’ny lahatsoratra manaraka ity fianarana ity.</w:t>
      </w:r>
    </w:p>
    <w:p>
      <w:pPr>
        <w:pStyle w:val="ArticleScripture"/>
        <w:jc w:val="left"/>
      </w:pPr>
      <w:r>
        <w:rPr>
          <w:rFonts w:ascii="Times New Roman" w:hAnsi="Times New Roman" w:eastAsia="Times New Roman" w:cs="Times New Roman"/>
        </w:rPr>
        <w:t>Petera, apostolin’i Jesosy Kristy, ho an’ny vahiny miparitaka eran’i Ponto sy Galatia sy Kapadokia sy Azia ary Bitynia, izay voafidy araka ny fahalalan’Andriamanitra Ray rahateo, amin’ny fanamasinan’ny Fanahy, ho amin’ny fankatoavana sy ny famafazana ny ran’i Jesosy Kristy: Ho maro aminareo anie ny fahasoavana sy ny fiadanana. Isaorana anie Andriamanitra sady Rain’i Jesosy Kristy Tompontsika, Izay niteraka antsika indray araka ny haben’ny famindram-pony ho amin’ny fanantenana velona amin’ny fitsanganan’i Jesosy Kristy tamin’ny maty, ho amin’ny lova tsy mety lo, sady tsy misy loto, ary tsy mety levona, voatahiry any an-danitra ho anareo, izay arovana amin’ny herin’Andriamanitra amin’ny finoana ho amin’ny famonjena, vonona haseho amin’ny andro farany.</w:t>
      </w:r>
    </w:p>
    <w:p>
      <w:pPr>
        <w:pStyle w:val="ArticleScripture"/>
        <w:jc w:val="left"/>
      </w:pPr>
      <w:r>
        <w:rPr>
          <w:rFonts w:ascii="Times New Roman" w:hAnsi="Times New Roman" w:eastAsia="Times New Roman" w:cs="Times New Roman"/>
        </w:rPr>
        <w:t>Izay iorenanareo fifaliana lehibe, na dia amin’izao fotoana izao aza, raha ilaina, dia ampalahelovina vetivety ianareo noho ny fakam-panahy maro samihafa; mba ho hita fa ny fizahan-toetra ny finoanareo, izay sarobidy lavitra noho ny volamena mety levona, na dia zahana amin’ny afo aza izany, dia hiafara amin’ny fiderana sy voninahitra ary haja amin’ny fisehoan’i Jesosy Kristy; Izy, na dia tsy hitanareo aza, dia tianareo; ary ao Aminy, na dia tsy hitanareo ankehitriny aza Izy, nefa mino ihany ianareo, dia mifaly amin’ny fifaliana tsy hay tenenina sady feno voninahitra; mandray ny faran’ny finoanareo, dia ny famonjena ny fanahinareo.</w:t>
      </w:r>
    </w:p>
    <w:p>
      <w:pPr>
        <w:pStyle w:val="ArticleScripture"/>
        <w:jc w:val="left"/>
      </w:pPr>
      <w:r>
        <w:rPr>
          <w:rFonts w:ascii="Times New Roman" w:hAnsi="Times New Roman" w:eastAsia="Times New Roman" w:cs="Times New Roman"/>
        </w:rPr>
        <w:t>Ny famonjena izay nohadihadian’ny mpaminany sy nokarohiny tamin’ny fahazotoana indrindra, dia ireo izay naminany ny amin’ny fahasoavana izay ho tonga aminareo; nandinika izay zavatra, na fotoan’andro toy ny ahoana, no tondroin’ny Fanahin’i Kristy izay tao anatiny, raha nanambara mialoha ny fijalian’i Kristy sy ny voninahitra izay hanaraka izany Izy. Izy ireo no nanambarana fa tsy ho an’ny tenany, fa ho antsika, no nanompoany tamin’izany zavatra izany, izay efa notorina taminareo ankehitriny tamin’ny alalan’izay nitory ny filazantsara taminareo tamin’ny Fanahy Masina nirahina avy any an-danitra; zavatra izay irin’ny anjely hozahana.</w:t>
      </w:r>
    </w:p>
    <w:p>
      <w:pPr>
        <w:pStyle w:val="ArticleScripture"/>
        <w:jc w:val="left"/>
      </w:pPr>
      <w:r>
        <w:rPr>
          <w:rFonts w:ascii="Times New Roman" w:hAnsi="Times New Roman" w:eastAsia="Times New Roman" w:cs="Times New Roman"/>
        </w:rPr>
        <w:t>Koa fehezo ny sainareo, mba hiomananareo; aoka ho mahonon-tena ianareo, ary manantena hatramin’ny farany ny fahasoavana izay hoentina ho anareo amin’ny fisehoan’i Jesosy Kristy; tahaka ny zanaka mankatò, aza manaraka ny filan-dratsy fahiny tamin’ny fahalalan-tsainareo tsy ampy; fa tahaka Ilay niantso anareo izay masina, dia aoka mba ho masina kosa ianareo amin’ny fitondran-tena rehetra; satria voasoratra hoe: Aoka ho masina ianareo; fa Izaho no masina.</w:t>
      </w:r>
    </w:p>
    <w:p>
      <w:pPr>
        <w:pStyle w:val="ArticleScripture"/>
        <w:jc w:val="left"/>
      </w:pPr>
      <w:r>
        <w:rPr>
          <w:rFonts w:ascii="Times New Roman" w:hAnsi="Times New Roman" w:eastAsia="Times New Roman" w:cs="Times New Roman"/>
        </w:rPr>
        <w:t>Ary raha miantso ny Ray ianareo, Izay mitsara tsy mizaha tavan’olona araka ny asan’ny olona rehetra, dia mitondrà tena amin’ny fahatahorana mandritra ny andro fivahiniananareo atỳ; satria fantatrareo fa tsy zavatra mety lo, toy ny volafotsy sy ny volamena, no nanavotana anareo tamin’ny fitondran-tena foana izay nolovainareo tamin’ny razanareo; fa tamin’ny ra saro-bidin’i Kristy, tahaka ny an’ny zanak’ondry tsy misy kilema ary tsy misy pentina; Izay efa voatendry rahateo talohan’ny fanorenana izao tontolo izao, nefa naseho tamin’izao andro farany izao noho ny aminareo, dia ianareo izay mino an’Andriamanitra amin’ny alalany, dia Ilay nanangana Azy tamin’ny maty sy nanome voninahitra Azy; mba ho ao amin’Andriamanitra ny finoanareo sy ny fanantenanareo. Koa satria efa nanadio ny fanahinareo ianareo tamin’ny fankatoavana ny fahamarinana amin’ny alalan’ny Fanahy ho amin’ny fitiavana marina ny rahalahy, dia mifankatiava amin’ny fo madio amin-kafanam-po; satria efa nateraka indray ianareo, tsy avy amin’ny voa mety lo, fa avy amin’ny tsy mety lo, amin’ny tenin’Andriamanitra izay velona sy maharitra mandrakizay. Fa ny nofo rehetra dia tahaka ny ahitra, ary ny voninahitra rehetra ananan’ny olona dia tahaka ny vonin’ny ahitra. Malazo ny ahitra, ary mihintsana ny voniny; fa ny tenin’ny Tompo no maharitra mandrakizay. Ary izany no teny izay notoriana taminareo tamin’ny filazantsara. 1 Petera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ao Laodikia - Laharana Fahatelopolo sy Telo</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