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Laodiseana - Laharana Fito amby Telopolo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2026-01-29</w:t>
      </w:r>
    </w:p>
    <w:p>
      <w:pPr>
        <w:pStyle w:val="ArticleHeading"/>
        <w:jc w:val="left"/>
      </w:pPr>
      <w:r>
        <w:rPr>
          <w:rFonts w:ascii="Arial" w:hAnsi="Arial" w:eastAsia="Arial" w:cs="Arial"/>
        </w:rPr>
        <w:t>Nomery Fito amby Telopolo-dahy</w:t>
      </w:r>
    </w:p>
    <w:p>
      <w:pPr>
        <w:pStyle w:val="ArticleBody"/>
        <w:jc w:val="left"/>
      </w:pPr>
      <w:r>
        <w:rPr>
          <w:rFonts w:ascii="Times New Roman" w:hAnsi="Times New Roman" w:eastAsia="Times New Roman" w:cs="Times New Roman"/>
        </w:rPr>
        <w:t>Ao amin’ny nofin’i William Miller, ilay “tabataba” tany am-piandohana, tamin’ny fotoana nanombohan’ny olona nanelingelina ireo firavaka, dia nialohavan’ny fanangonan’i Miller ireo firavaka sy ny fiantsoany hoe: “avia ka jereo.” Kristy, amin’ny maha-lehilahy mitondra borosy famafana vovoka Azy, dia mampiasa ny kifafa mba hamafana sy hanesorana ny fako, hanangona ireo firavaka ao anaty vata lehibe lavitra kokoa, ary avy eo Izy no niantso an’i Miller hoe: “avia ka jereo.” Rehefa manomboka ny asan’ny kifafany Kristy, dia foana ny efitrano, satria voarakitr’i Miller fa “nisy varavarana nisokatra, ary nisy lehilahy niditra tao amin’ny efitrano, ka dia niala tao ny olona rehetra; ary izy, nitana borosy famafana vovoka teny an-tanany, dia nanokatra ny varavarankely, ary nanomboka namafa ny vovoka sy ny fako hiala tao amin’ny efitrano.”</w:t>
      </w:r>
    </w:p>
    <w:p>
      <w:pPr>
        <w:pStyle w:val="ArticleBody"/>
        <w:jc w:val="left"/>
      </w:pPr>
      <w:r>
        <w:rPr>
          <w:rFonts w:ascii="Times New Roman" w:hAnsi="Times New Roman" w:eastAsia="Times New Roman" w:cs="Times New Roman"/>
        </w:rPr>
        <w:t>Ny lehilahy mitondra kifafa vovoka dia miditra ao amin’ny efitrano rehefa efa niala tao ny olona rehetra. Tamin’ny taona 2023, ny lehilahy mitondra kifafa vovoka dia niditra tao amin’ilay efitrano foana, fa ny fihetsiky ny iray hetsy sy efatra arivo sy efatra alina dia efa potika sy niparitaka. Ny fahamarinana izay nasehon’ny Tabilaon’i Habakoka tamin’ny 2012 dia nalevina tao anaty fako, ary foana ny efitrano. Ny lehilahy mitondra kifafa vovoka dia Izy izay tonga taorian’i Jaona Mpanao-batisa, ilay nolazain’i Jaona fa manana fikororohana, ary fa hampiasainy izany fikororohana izany mba hanadiovana tanteraka ny famoloany.</w:t>
      </w:r>
    </w:p>
    <w:p>
      <w:pPr>
        <w:pStyle w:val="ArticleScripture"/>
        <w:jc w:val="left"/>
      </w:pPr>
      <w:r>
        <w:rPr>
          <w:rFonts w:ascii="Times New Roman" w:hAnsi="Times New Roman" w:eastAsia="Times New Roman" w:cs="Times New Roman"/>
        </w:rPr>
        <w:t>Izaho dia manao batisa anareo amin’ny rano ho amin’ny fibebahana; fa izay avy ao aoriako no mahery noho izaho, ka tsy mendrika hitondra ny kapany akory aho; Izy no hanao batisa anareo amin’ny Fanahy Masina sy amin’ny afo; eny an-tànany ny fikororohana, ary hodioviny tsara ny famoloany, ka hangoniny ho ao an-tsompitra ny variny; fa ny akofa kosa hodorany amin’ny afo tsy mety maty. Ary tamin’izany dia avy tany Galilia Jesosy ka nankeo Jordana ho any amin’i Jaona mba hataony batisa. Matio 3:11–13.</w:t>
      </w:r>
    </w:p>
    <w:p>
      <w:pPr>
        <w:pStyle w:val="ArticleBody"/>
        <w:jc w:val="left"/>
      </w:pPr>
      <w:r>
        <w:rPr>
          <w:rFonts w:ascii="Times New Roman" w:hAnsi="Times New Roman" w:eastAsia="Times New Roman" w:cs="Times New Roman"/>
        </w:rPr>
        <w:t>Ny Galilia dia tandindon’ny fiolahan-dàlana lehibe, ary ny toerana eo amin’ny Jordana izay nankanesan’i Jesosy hatao batisa dia atao hoe Bethabara, ary midika hoe “toerana fiampitana amin’ny sambo,” ary manamarika ilay toerana izay niampitan’ny Isiraely fahiny ho any amin’ny Tany Nampanantenaina. Rehefa natao batisa Jesosy, dia tonga Jesosy Kristy Izy. Ny Galilia, Jordana, Bethabara ary ny nahatongavan’i Jesosy ho Kristy dia samy manasongadina fiovan’ny fotoam-pitantanan’Andriamanitra, izay ihany koa no asehon’ny varavarana, indrindra ho an’ny Filadelfiana izay nomena ny fanalahidin’ny varavarana misokatra sy mihidy.</w:t>
      </w:r>
    </w:p>
    <w:p>
      <w:pPr>
        <w:pStyle w:val="ArticleScripture"/>
        <w:jc w:val="left"/>
      </w:pPr>
      <w:r>
        <w:rPr>
          <w:rFonts w:ascii="Times New Roman" w:hAnsi="Times New Roman" w:eastAsia="Times New Roman" w:cs="Times New Roman"/>
        </w:rPr>
        <w:t>Ary soraty ho amin’ny anjelin’ny fiangonana any Filadelfia izao: Izao no lazain’Ilay masina, Ilay marina, Ilay manana ny fanalahidin’i Davida, Ilay manokatra ka tsy misy olona mahahidy; ary manidy ka tsy misy olona mahavohany; Fantatro ny asanao: indro, efa nasiako varavarana mivoha eo anoloanao, ka tsy misy olona mahahidy azy; fa manana hery kely ianao, nefa nitandrina ny teniko, ary tsy nandà ny anarako. Apokalypsy 3:7, 8.</w:t>
      </w:r>
    </w:p>
    <w:p>
      <w:pPr>
        <w:pStyle w:val="ArticleBody"/>
        <w:jc w:val="left"/>
      </w:pPr>
      <w:r>
        <w:rPr>
          <w:rFonts w:ascii="Times New Roman" w:hAnsi="Times New Roman" w:eastAsia="Times New Roman" w:cs="Times New Roman"/>
        </w:rPr>
        <w:t>Rehefa “nosokafan’i” Kristy ny “varavarana” ka “niditra tao an-trano Izy,” dia “tranony” io efitra io, satria dioviny tanteraka “ny famolony.” Raha Azy ny famolo, dia Azy koa ny efitra.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នៅកាពើណិម</w:t>
      </w:r>
      <w:r>
        <w:rPr>
          <w:rFonts w:ascii="Times New Roman" w:hAnsi="Times New Roman" w:eastAsia="Times New Roman" w:cs="Times New Roman"/>
        </w:rPr>
        <w:t xml:space="preserve"> </w:t>
      </w:r>
      <w:r>
        <w:rPr>
          <w:rFonts w:ascii="Leelawadee UI" w:hAnsi="Leelawadee UI" w:eastAsia="Leelawadee UI" w:cs="Leelawadee UI"/>
        </w:rPr>
        <w:t>ព្រះយេស៊ូវបានគង់នៅក្នុងចន្លោះពេលនៃដំណើរទៅមករបស់ទ្រង់</w:t>
      </w:r>
      <w:r>
        <w:rPr>
          <w:rFonts w:ascii="Times New Roman" w:hAnsi="Times New Roman" w:eastAsia="Times New Roman" w:cs="Times New Roman"/>
        </w:rPr>
        <w:t xml:space="preserve"> </w:t>
      </w:r>
      <w:r>
        <w:rPr>
          <w:rFonts w:ascii="Leelawadee UI" w:hAnsi="Leelawadee UI" w:eastAsia="Leelawadee UI" w:cs="Leelawadee UI"/>
        </w:rPr>
        <w:t>ហើយទីក្រុងនោះក៏បានក្លាយជាទីក្រុងដែលគេស្គាល់ថា</w:t>
      </w:r>
      <w:r>
        <w:rPr>
          <w:rFonts w:ascii="Times New Roman" w:hAnsi="Times New Roman" w:eastAsia="Times New Roman" w:cs="Times New Roman"/>
        </w:rPr>
        <w:t xml:space="preserve"> ‘</w:t>
      </w:r>
      <w:r>
        <w:rPr>
          <w:rFonts w:ascii="Leelawadee UI" w:hAnsi="Leelawadee UI" w:eastAsia="Leelawadee UI" w:cs="Leelawadee UI"/>
        </w:rPr>
        <w:t>ជាទីក្រុងរបស់ទ្រង់ផ្ទាល់</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វាស្ថិតនៅលើឆ្នេរសមុទ្រកាលីឡេ</w:t>
      </w:r>
      <w:r>
        <w:rPr>
          <w:rFonts w:ascii="Times New Roman" w:hAnsi="Times New Roman" w:eastAsia="Times New Roman" w:cs="Times New Roman"/>
        </w:rPr>
        <w:t xml:space="preserve"> </w:t>
      </w:r>
      <w:r>
        <w:rPr>
          <w:rFonts w:ascii="Leelawadee UI" w:hAnsi="Leelawadee UI" w:eastAsia="Leelawadee UI" w:cs="Leelawadee UI"/>
        </w:rPr>
        <w:t>ហើយនៅជិតព្រំប្រទល់នៃវាលទំនាបដ៏ស្រស់ស្អាតឈ្មោះហ្គេនេសារ៉េត</w:t>
      </w:r>
      <w:r>
        <w:rPr>
          <w:rFonts w:ascii="Times New Roman" w:hAnsi="Times New Roman" w:eastAsia="Times New Roman" w:cs="Times New Roman"/>
        </w:rPr>
        <w:t xml:space="preserve"> </w:t>
      </w:r>
      <w:r>
        <w:rPr>
          <w:rFonts w:ascii="Leelawadee UI" w:hAnsi="Leelawadee UI" w:eastAsia="Leelawadee UI" w:cs="Leelawadee UI"/>
        </w:rPr>
        <w:t>បើមិនមែនស្ថិតនៅលើវាលនោះដោយផ្ទាល់ទេនោះ។</w:t>
      </w:r>
      <w:r>
        <w:rPr>
          <w:rFonts w:ascii="Times New Roman" w:hAnsi="Times New Roman" w:eastAsia="Times New Roman" w:cs="Times New Roman"/>
        </w:rPr>
        <w:t>” The Desire of Ages, 252.</w:t>
      </w:r>
    </w:p>
    <w:p>
      <w:pPr>
        <w:pStyle w:val="ArticleBody"/>
        <w:jc w:val="left"/>
      </w:pPr>
      <w:r>
        <w:rPr>
          <w:rFonts w:ascii="Times New Roman" w:hAnsi="Times New Roman" w:eastAsia="Times New Roman" w:cs="Times New Roman"/>
        </w:rPr>
        <w:t>Izy dia miditra ao amin’ny efitranony mba hanangona ny variny sy mba hanangona ary handoro ny tsimparifary. Ny fiovan’ny fotoana fitondrana asehon’i Galilia, Jordana, Bethabara, ny batisa, ny fifindrana avy amin’i Jaona ho amin’i Jesosy, dia mifanaraka amin’ny fifindran’ny fiangonana miady ao Laodikia ho amin’ny fiangonana mpandresy ao Filadelfia. Niditra tao amin’ny efitranony Izy tamin’ny Jolay 2023. Nanakimpy ny masony i Miller tao anatin’ny tabataban’ny 18 Jolay 2020, ary raha nosokafany ny masony, dia foana olona ilay efitrano; nalevina teo ambanin’ny fahadisoana ny fahamarinana, ary avy eo dia nosokafan’ilay lehilahy mpamafa vovoka ny varavarankely ka nanomboka namafa ny fako hivoaka.</w:t>
      </w:r>
    </w:p>
    <w:p>
      <w:pPr>
        <w:pStyle w:val="ArticleScripture"/>
        <w:jc w:val="left"/>
      </w:pPr>
      <w:r>
        <w:rPr>
          <w:rFonts w:ascii="Times New Roman" w:hAnsi="Times New Roman" w:eastAsia="Times New Roman" w:cs="Times New Roman"/>
        </w:rPr>
        <w:t>“‘Ny fanovany dia eo an-tànany, ary hofafàny tsara ny famoloany, ka hangoniny ao an-tsompitra ny variny.’ Matio 3:12. Anisan’ny fotoana iray fanadiovana izany. Tamin’ny alalan’ny tenin’ny fahamarinana no nanasarahana ny akofa tamin’ny vary. Satria feno zava-poana sy fireharehan-tena loatra izy ireo ka tsy handray anatra, ary tia izao tontolo izao loatra ka tsy hanaiky fiainam-panetren-tena, dia maro no niala tamin’i Jesosy. Maro koa no mbola manao toy izany mandraka ankehitriny. Tsapaina ankehitriny ny fanahy tahaka ny nanandramana ireo mpianatra tao amin’ny synagoga tany Kapernaomy. Rehefa ampiharina amin’ny fo ny fahamarinana, dia hitany fa tsy mifanaraka amin’ny sitrapon’Andriamanitra ny fiainany. Hitany fa ilaina ny fiovana tanteraka ao amin’ny tenany; nefa tsy vonona izy handray ny asa mitaky fandavan-tena. Noho izany dia tezitra izy rehefa aseho ny fahotany. Miala izy sady tafintohina, tahaka ireo mpianatra nandao an’i Jesosy ka nimonomonona hoe: ‘Mafy izany teny izany; iza no mahahaino izany?’” Ilay Fitiavan’Andriamanitra, 392.</w:t>
      </w:r>
    </w:p>
    <w:p>
      <w:pPr>
        <w:pStyle w:val="ArticleBody"/>
        <w:jc w:val="left"/>
      </w:pPr>
      <w:r>
        <w:rPr>
          <w:rFonts w:ascii="Times New Roman" w:hAnsi="Times New Roman" w:eastAsia="Times New Roman" w:cs="Times New Roman"/>
        </w:rPr>
        <w:t>Tamin’ny andro faran’ny taona 2023, izay mikasika ny andro voalohan’ny taona 2024, dia nanomboka nanokatra tsikelikely ny fanambarana ny Tenany ny Liona avy amin’ny fokon’i Joda. Araka ny fizotry ny fitsapana amin’ny dingana telo mifandraika amin’ny fanokafana ao amin’ny Daniela toko faha-roa ambin’ny folo, dia hisy araka izany fitsapana telo, aseho amin’izao teny izao: “voadio, natao fotsy ary nozahan-toetra.”</w:t>
      </w:r>
    </w:p>
    <w:p>
      <w:pPr>
        <w:pStyle w:val="ArticleScripture"/>
        <w:jc w:val="left"/>
      </w:pPr>
      <w:r>
        <w:rPr>
          <w:rFonts w:ascii="Times New Roman" w:hAnsi="Times New Roman" w:eastAsia="Times New Roman" w:cs="Times New Roman"/>
        </w:rPr>
        <w:t>Dia nanao hoe: Mandehana amin’ny lalanao, ry Daniela; fa voahidy sy voaisy tombo-kase ny teny mandra-pahatongan’ny andro farany. Maro no hodiovina sy hotsiovina ary hosedraina; fa ny ratsy fanahy hanao ratsy ihany; ary tsy hisy amin’ny ratsy fanahy hahafantatra; fa ny hendry no hahafantatra. Daniela 12:9, 10.</w:t>
      </w:r>
    </w:p>
    <w:p>
      <w:pPr>
        <w:pStyle w:val="ArticleBody"/>
        <w:jc w:val="left"/>
      </w:pPr>
      <w:r>
        <w:rPr>
          <w:rFonts w:ascii="Times New Roman" w:hAnsi="Times New Roman" w:eastAsia="Times New Roman" w:cs="Times New Roman"/>
        </w:rPr>
        <w:t>Ny anjely voalohany dia maneho ny fanadiovana, satria ny mpanota voaheloka dia mametraka ny fahotany eo ambonin’ny fanatitra eo an-kianja, izay anamarinana azy amin’ny rà.</w:t>
      </w:r>
    </w:p>
    <w:p>
      <w:pPr>
        <w:pStyle w:val="ArticleBody"/>
        <w:jc w:val="left"/>
      </w:pPr>
      <w:r>
        <w:rPr>
          <w:rFonts w:ascii="Times New Roman" w:hAnsi="Times New Roman" w:eastAsia="Times New Roman" w:cs="Times New Roman"/>
        </w:rPr>
        <w:t>Avy eo dia entina ao amin’ny fitoerana masina ny rà, izay anehoana ny fizotran’ny fanamasinana ho amin’ny fahamasinana ho toy ny fanadiovana ho fotsy amin’ny alalan’ny fanasan’ny rà avy ao an-kianja. Any no isehoan’ny fahamarinana ao amin’izay mandresy amin’ny rà sy ny tenin’ny filazany.</w:t>
      </w:r>
    </w:p>
    <w:p>
      <w:pPr>
        <w:pStyle w:val="ArticleBody"/>
        <w:jc w:val="left"/>
      </w:pPr>
      <w:r>
        <w:rPr>
          <w:rFonts w:ascii="Times New Roman" w:hAnsi="Times New Roman" w:eastAsia="Times New Roman" w:cs="Times New Roman"/>
        </w:rPr>
        <w:t>Avy eo dia sedraina izy ireo, ary amin’ny andro farany dia hita fa avo impolo heny noho ny olon-kendry hafa rehetra tany Babylona. Ny fitsapana fahatelo dia ilay toerana anomezam-boninahitra azy ireo ao amin’ny Efitra Masina Indrindra sy anavahana azy amin’ilay sokajin’ny olon-kendry izay milaza tena. Io fitsapana fahatelo io dia ny lalàn’ny Alahady, ary ny fitsapana voalohany dia ny antson’ny anjely voalohany hiverina amin’ny fanorenana, fa amin’ny dingana manaraka dia atsangana ny tempoly. Io dingana manaraka io dia ny hafatry ny fisarahan’ny anjely faharoa, izay arahina amin’ilay fitsapana mamantatra marina ataon’ny anjely fahatelo.</w:t>
      </w:r>
    </w:p>
    <w:p>
      <w:pPr>
        <w:pStyle w:val="ArticleBody"/>
        <w:jc w:val="left"/>
      </w:pPr>
      <w:r>
        <w:rPr>
          <w:rFonts w:ascii="Times New Roman" w:hAnsi="Times New Roman" w:eastAsia="Times New Roman" w:cs="Times New Roman"/>
        </w:rPr>
        <w:t>Tamin’ny taona 2023, tonga ilay anjely voalohany tahaka ny nataony tamin’ny 11 Aogositra 1840, raha nidina niaraka tamin’ny hafatry ny finoana silamo momba ny loza faharoa izy. Nidina tahaka ny nataony tamin’ny 9/11 izy, niaraka tamin’ny hafatry ny finoana silamo momba ny loza fahatelo, sy ny fiantsoana hiverina amin’ny lalana fahiny. Niorina ny fanorenan’ny tantara Millerita raha vantany vao tanteraka ny hafatry ny loza faharoa tamin’ny 11 Aogositra 1840. Avy eo dia nidina ilay anjelin’ny Apokalypsy toko fahafolo, ka nanamarika mialoha ny fidinan’ilay anjelin’ny Apokalypsy toko fahavalo ambin’ny folo sy ny fahatongavan’ny loza fahatelo.</w:t>
      </w:r>
    </w:p>
    <w:p>
      <w:pPr>
        <w:pStyle w:val="ArticleBody"/>
        <w:jc w:val="left"/>
      </w:pPr>
      <w:r>
        <w:rPr>
          <w:rFonts w:ascii="Times New Roman" w:hAnsi="Times New Roman" w:eastAsia="Times New Roman" w:cs="Times New Roman"/>
        </w:rPr>
        <w:t>I Josia Litch no olona ara-tantara mifandray amin’ny fanorenana ny fototra natsangana tamin’ny 11 Aogositra 1840. Ny anarana hoe “Josia” dia midika hoe “fototr’Andriamanitra,” ary ny mpanjaka Josia ao amin’ny tantara masina dia maneho ny fanavaozan’i Josia, izay nahitana ny fahitana ilay ozon’i Mosesy, izay nalevina tao anatin’ny korontam-bato tao amin’ny fitoerana masina, tahaka ny nalevin’ny firavak’i Miller tao an-efi-trano.</w:t>
      </w:r>
    </w:p>
    <w:p>
      <w:pPr>
        <w:pStyle w:val="ArticleBody"/>
        <w:jc w:val="left"/>
      </w:pPr>
      <w:r>
        <w:rPr>
          <w:rFonts w:ascii="Times New Roman" w:hAnsi="Times New Roman" w:eastAsia="Times New Roman" w:cs="Times New Roman"/>
        </w:rPr>
        <w:t>Mpanjaka Josia dia maty tao Megido, izay Armagedona ao amin’ny Apokalypsy toko fahenina ambin’ny folo. Ny fanavaozana nataon’i Josia dia fahatanterahan’ny faminaniana nambaran’ilay mpaminany tsy nankatò, tamin’ny fotoana nananganan’i Jeroboama ireo alitara roa tao Betela sy Dana. Maty teo anelanelan’ny boriky sy ny liona ilay mpaminany tsy nankatò. Efa voalaza mialoha tamin’ny anarany mihitsy i Mpanjaka Josia, ary anisan’izany faminaniana izany koa ny fanavaozany, izay nahitana fa i Josia mpanjaka any aoriana dia handrava ilay alitara mihitsy teo amin’izay nifanehatan’ilay mpaminany tsy nankatò sy Jeroboama mpanjaka ratsy fanahy.</w:t>
      </w:r>
    </w:p>
    <w:p>
      <w:pPr>
        <w:pStyle w:val="ArticleBody"/>
        <w:jc w:val="left"/>
      </w:pPr>
      <w:r>
        <w:rPr>
          <w:rFonts w:ascii="Times New Roman" w:hAnsi="Times New Roman" w:eastAsia="Times New Roman" w:cs="Times New Roman"/>
        </w:rPr>
        <w:t>Josia dia midika hoe fanorenan’Andriamanitra, ary ny mpanjaka Josia dia nahatanteraka ny faminaniana izay nomena tokony ho 340 taona talohan’ny nanjakany. Izy no nitarika ny fifohazam-panahy sy ny fanavaozana izay tonga tamin’ny farany teo amin’ilay alitara izay nihaonan’ilay mpaminany avy any Joda tamin’i Jeroboama mpanjaka. Rehefa tonga teo izy, dia noravan’i Josia ilay alitara, araka izay nolazain’ny faminaniana fa hataony. Ireo alitara roa ireo an’i Jeroboama dia sandoka niniana natao hanahaka ny tempoly tany Jerosalema, hatramin’ny lalina indrindra aza, ka nametrahan’i Jeroboama andro firavoravoana sandoka. Tamin’izany dia nanao fotsiny izay nataon’i Arona tamin’ilay zanak’omby volamena izy. Ny fikomian’i Arona no tao amin’ny fanorenan’ny tantara masina fahiny an’ny Isiraely. Izany dia nitranga raha mbola nandray ny Lalàna i Mosesy, izay fanorenan’ny fitondran’Andriamanitra.</w:t>
      </w:r>
    </w:p>
    <w:p>
      <w:pPr>
        <w:pStyle w:val="ArticleBody"/>
        <w:jc w:val="left"/>
      </w:pPr>
      <w:r>
        <w:rPr>
          <w:rFonts w:ascii="Times New Roman" w:hAnsi="Times New Roman" w:eastAsia="Times New Roman" w:cs="Times New Roman"/>
        </w:rPr>
        <w:t>Ny fikomian’i Arona dia fikomiana fototra, ary naverina izany fony Jeroboama nanorina ny foko folo tany avaratra ho Isiraely. Nananatra an’i Arona i Mosesy, ary i Mosesy no alfa, na fototra, eo amin’ny fifandraisany amin’i Kristy, ilay omega. Arona sy Mosesy dia maneho sokajy roa ao amin’ilay fikomiana fototra, ary ny sokajy fahatelo dia ireo mahery fo izay nitsangana niaraka tamin’i Mosesy—dia ny Levita. Mpanjaka Jeroboama sy ilay mpaminany avy any Joda no sokajy roa ao amin’ny fikomiana fototry ny fanjakana avaratra, ary indray mandeha indray, ny Levita no mahery fo.</w:t>
      </w:r>
    </w:p>
    <w:p>
      <w:pPr>
        <w:pStyle w:val="ArticleBody"/>
        <w:jc w:val="left"/>
      </w:pPr>
      <w:r>
        <w:rPr>
          <w:rFonts w:ascii="Times New Roman" w:hAnsi="Times New Roman" w:eastAsia="Times New Roman" w:cs="Times New Roman"/>
        </w:rPr>
        <w:t>Tamin’ny fikomiana fototra nataon’i Jeroboama dia nananatra azy ilay mpaminany avy tany Joda ary naminany momba ny mpanjaka iray izay hatao hoe “ny fanorenan’Andriamanitra”—Josia. Ny fahatanterahan’ilay fanavaozana nambara mialoha dia nahitana fa, rehefa nanomboka ny fifohazana sy ny fanavaozany Josia, dia hita ny ozon’i Mosesy, ary ny famakiana ny teny masin’i Mosesy no nanome hery ny fifohazana sy ny fanavaozana izay efa natomboka. Josia, izay mazava fa tandindona ara-paminaniana, dia maneho fifohazana sy fanavaozana iray izay omena hery rehefa hita ny faminaniana iray avy amin’ny asa soratr’i Mosesy.</w:t>
      </w:r>
    </w:p>
    <w:p>
      <w:pPr>
        <w:pStyle w:val="ArticleBody"/>
        <w:jc w:val="left"/>
      </w:pPr>
      <w:r>
        <w:rPr>
          <w:rFonts w:ascii="Times New Roman" w:hAnsi="Times New Roman" w:eastAsia="Times New Roman" w:cs="Times New Roman"/>
        </w:rPr>
        <w:t>Ny fikomiana fototra ao amin’ny tantaran’i Jeroboama mpanjaka dia asehon’ny mpanjakan’ny Isiraely, ary koa asehon’ilay mpaminany avy any Joda izay nirahina hitondra fanambaràna avy amin’Andriamanitra hanohitra ny fikomiana fototr’i Jeroboama sy toromarika ho an’ilay mpaminany, izay namantatra ny lalana tokony hialàny amin’ny fiverenany ho any Joda. Ilay mpaminany avy any Joda dia nandà ny fangatahan’i Jeroboama mba hijanonany, nefa tatỳ aoriana kosa nanaiky ny fanasan’ilay mpaminany mpandainga tao Betela, ka izany no nanisy tombo-kase ny anjarany. Ilay mpaminany tsy nankatò dia ho faty teo anelanelan’ny ampondra sy ny liona, ary avy eo halevina ao amin’ny fasandrazan’ilay mpaminany mpandainga.</w:t>
      </w:r>
    </w:p>
    <w:p>
      <w:pPr>
        <w:pStyle w:val="ArticleBody"/>
        <w:jc w:val="left"/>
      </w:pPr>
      <w:r>
        <w:rPr>
          <w:rFonts w:ascii="Times New Roman" w:hAnsi="Times New Roman" w:eastAsia="Times New Roman" w:cs="Times New Roman"/>
        </w:rPr>
        <w:t>Tamin’ny 11 Aogositra 1840 dia tanteraka ny faminaniana momba ny loza faharoa, ary napetraka ny fanorenan’ny Advantisma. Nasehon’i Josiah Litch tamin’ny 1838 izany faminaniana izany, ary avy eo, folo andro talohan’ny 11 Aogositra 1840, dia nohatsarainy tsara ny kajikajiny ka nambarany mialoha fa ny 11 Aogositra 1840 no andro hitsaharan’ny fanapahana tampon’ny Otomana, ho fahatanterahan’ny faminaniana momba ny finoana silamo amin’ilay loza faharoa.</w:t>
      </w:r>
    </w:p>
    <w:p>
      <w:pPr>
        <w:pStyle w:val="ArticleBody"/>
        <w:jc w:val="left"/>
      </w:pPr>
      <w:r>
        <w:rPr>
          <w:rFonts w:ascii="Times New Roman" w:hAnsi="Times New Roman" w:eastAsia="Times New Roman" w:cs="Times New Roman"/>
        </w:rPr>
        <w:t>Mpanjaka Josia dia tandindon’ny fifohazana sy fanavaozana farany, satria ny mpaminany rehetra dia miresaka mivantana kokoa momba ny andro farany noho ny andro rehetra teo alohany. Mpanjaka Josia dia tandindon’ny fifohazana sy fanavaozana farany, ary izany fanavaozana izany dia naseho mialoha ao amin’ny Baiboly tamin’ny alalan’ny faminaniana. Ny bokin’i Joela no manondro ny fifohazana sy fanavaozana farany izay mitranga eo amin’ireo izay ho isan’ny iray hetsy sy efatra arivo amby efatra alina. Ny fifohazan’i Josia dia nisy dingana roa: nanomboka izy izany, avy eo dia nisy faminaniana novahana tombo-kase ka nanampy hery nanosika ny asa. Ireo dingana roa ireo dia ny ranonorana aloha sy ny ranonorana aoriana, araka izay aseho ao amin’ny bokin’i Joela, ka tanteraka tao amin’ny bokin’ny Asan’ny Apostoly, ary avy eo dia tanteraka indray tao amin’ny tantaran’ny Millerita.</w:t>
      </w:r>
    </w:p>
    <w:p>
      <w:pPr>
        <w:pStyle w:val="ArticleBody"/>
        <w:jc w:val="left"/>
      </w:pPr>
      <w:r>
        <w:rPr>
          <w:rFonts w:ascii="Times New Roman" w:hAnsi="Times New Roman" w:eastAsia="Times New Roman" w:cs="Times New Roman"/>
        </w:rPr>
        <w:t>Ao amin’ireo fikomiana fototra nataon’i Arona, tamin’i Jeroboama mpanjaka sy ilay mpaminany avy any Joda ka hatramin’i Josia mpanjaka, ary avy eo mandroso hatrany amin’i Josiah Litch, dia mamantatra tsipika iray misy fijoroana ho vavolombelona momba ny fizahan-toetra fototra izy. Ny fizahan-toetra fototra no fizahan-toetra voalohany, izay arahin’ny fizahan-toetra momba ny tempoly rehefa apetraka ny vato fehizoro farany. Rehefa afaka izany, dia tonga ny fizahan-toetra fahatelo, dia ny fizahan-toetra litmôsa.</w:t>
      </w:r>
    </w:p>
    <w:p>
      <w:pPr>
        <w:pStyle w:val="ArticleBody"/>
        <w:jc w:val="left"/>
      </w:pPr>
      <w:r>
        <w:rPr>
          <w:rFonts w:ascii="Times New Roman" w:hAnsi="Times New Roman" w:eastAsia="Times New Roman" w:cs="Times New Roman"/>
        </w:rPr>
        <w:t>Hatramin’ny zanak’omby volamena, ka hatramin’ny alitaran’i Jeroboama tao Betela sy Dana, ka hatramin’ny mpanjaka Josia, dia Josiah Litch no maneho andiana dian-tongotra ara-paminaniana izay mitarika ho amin’ny fitsapana fototra napetraky ny 9/11. Rehefa nirodana tamin’ny 9/11 ireo trano lehibe tao New York, dia faminanian’ny loza fahatelo no nanondro ilay fitsapana izay niantso ny hiverenana amin’ireo lalan’ny fanorenana fahiny; satria ny fitoviana misy eo amin’ny 11 Aogositra 1840 sy ny 9/11 dia azon’izay Advantista Mitandrina ny Andro Fahafito Laodiseana rehetra nisafidy ny hahita. Ny fandraisan’i Al Qaeda anjara tamin’ny 9/11 dia matetika ametrahan-panontaniana amin’izao andron’ny teoria momba ny teti-dratsy izao, izay amin’ny ankapobeny dia marina; nefa Al Qaeda dia midika hoe “ny fanorenana”, ary nanomboka ho fikambanana izy ireo herintaona talohan’ny fotoanan’ny farany, dia tamin’ny 1989, ary raha ny marina dia tamin’ny 11 Aogositra 1988.</w:t>
      </w:r>
    </w:p>
    <w:p>
      <w:pPr>
        <w:pStyle w:val="ArticleBody"/>
        <w:jc w:val="left"/>
      </w:pPr>
      <w:r>
        <w:rPr>
          <w:rFonts w:ascii="Times New Roman" w:hAnsi="Times New Roman" w:eastAsia="Times New Roman" w:cs="Times New Roman"/>
        </w:rPr>
        <w:t>Raha tsy voamarika ireo antsipiriany momba ny tandindona ara-paminaniana mikasika ny fanorenana, dia betsaka no very. Tamin’ny 9/11 dia napetraka tamin’ny dingana voalohany ny fanorenana. Amin’ny dingana faharoa dia vita ny tempoly rehefa apetraka ny vato fehizoro farany. Ny dingana fahatelo dia ny varavarana mihidy amin’ny lalàn’ny Alahady. Hatramin’ny 9/11 ka hatramin’ny lalàn’ny Alahady, ny hafatra dia mitodika indrindra amin’ny Advantista Mitandrina ny Andro Fahafito Laodiseana, fa ny fitsarana dia manomboka amin’ny tranon’Andriamanitra, ary mifarana ho an’ny tranon’Andriamanitra izany amin’ny lalàn’ny Alahady. Eo sy amin’izany fotoana izany dia dinganina i Laodiseana Advantisma Mitandrina ny Andro Fahafito; tahaka ny nandinganina ny Protestanta teo amin’ny tantara Millerita, sy ny Jiosy teo amin’ny tantaran’i Kristy, ary tahaka ireo izay maty tao anatin’ny efa-polo taona mahery teo amin’ny tantaran’i Mosesy.</w:t>
      </w:r>
    </w:p>
    <w:p>
      <w:pPr>
        <w:pStyle w:val="ArticleBody"/>
        <w:jc w:val="left"/>
      </w:pPr>
      <w:r>
        <w:rPr>
          <w:rFonts w:ascii="Times New Roman" w:hAnsi="Times New Roman" w:eastAsia="Times New Roman" w:cs="Times New Roman"/>
        </w:rPr>
        <w:t>Ny loza fahatelo tamin’ny 9/11 dia naseho mialoha tamin’ny alalan’ny loza faharoa tamin’ny 11 Aogositra 1840, ary amin’izany ambaratonga izany dia samy asehon’ny ampondra ireo mari-dalana roa ireo, dia ny tandindona voalohany an’ny finoana silamo ao amin’ny faminaniana ara-Baiboly. Ny lalàn’ny Alahady no mariky ny bibidia, ary io bibidia io dia matetika aseho ho liona, ka amin’izany dia misandoka ny Liona avy amin’ny firenen’i Joda. Ny lalàn’ny Alahady no liona, ary ilay mpaminany avy any Joda izay tsy nankatò dia maty teo anelanelan’ny ampondra sy ny liona, ary nalevina tao amin’io fasana iray io ihany niaraka tamin’ilay mpaminany mandainga avy any Betela. Maty tao anatin’ny vanim-potoana ara-paminaniana manomboka amin’ny 9/11 ka hatramin’ny lalàn’ny Alahady izy, izay ilay vanim-potoana ara-paminaniana manomboka amin’ny ampondra ka hatramin’ny liona. Io vanim-potoam-pitsapana io no fasan’ilay mpaminany mandainga avy any Betela, izay nampandevina an’ilay mpaminany avy any Joda izay tsy nankatò tao amin’ny fasany manokana mihitsy.</w:t>
      </w:r>
    </w:p>
    <w:p>
      <w:pPr>
        <w:pStyle w:val="ArticleBody"/>
        <w:jc w:val="left"/>
      </w:pPr>
      <w:r>
        <w:rPr>
          <w:rFonts w:ascii="Times New Roman" w:hAnsi="Times New Roman" w:eastAsia="Times New Roman" w:cs="Times New Roman"/>
        </w:rPr>
        <w:t>Ny fanjakan’i Jeroboama, izay aseho ho sandoka manahaka ny fanjakan’i Joda, izay itoeran’i Jerosalema sy ny tempoly, dia naneho ny Protestanta teo amin’ny tantaran’ny Millerita, izay tsy vahoakan’Andriamanitra intsony. Very ny fanendrena azy tamin’ny fanekena izy ireo teo anelanelan’ny 11 Aogositra 1840 sy ny varavarana mihidy tamin’ny 22 Oktobra 1844. Mifanaraka amin’ny 9/11 ka hatramin’ny lalàn’ny Alahady izany tantara izany, ary noho izany antony izany dia nalevina tao amin’ny fasana iray ihany ny mpaminany tsy nankatò avy any Joda sy ireo Protestanta niodina, izay nasehon’ilay mpaminany mpandainga tao Betela.</w:t>
      </w:r>
    </w:p>
    <w:p>
      <w:pPr>
        <w:pStyle w:val="ArticleBody"/>
        <w:jc w:val="left"/>
      </w:pPr>
      <w:r>
        <w:rPr>
          <w:rFonts w:ascii="Times New Roman" w:hAnsi="Times New Roman" w:eastAsia="Times New Roman" w:cs="Times New Roman"/>
        </w:rPr>
        <w:t>Amin’ny ankapobeny, Josia mpanjaka dia mpanjaka tsara, nefa maty tao Megido izy, izay fampiharana miharihary sy mivantana amin’i Armagedona. Nivily lalana izy tamin’ny fandavany ny hafatra fampitandreman’i Neko. Neko, mpanjakan’i Egypta, ary noho izany mpanjakan’ny atsimo, dia teny an-dalana hiady amin’i Babylona, ilay mpanjakan’ny avaratra. Josia dia tandindon’ireo Jodianina izay maty ao Armagedona, satria nolaviny ny hafatra fampitandremana momba ny adin’ny mpanjakan’ny atsimo sy ny mpanjakan’ny avaratra ao amin’ny Daniela 11:40–45. Izany hafatra izany no tonga fototra tamin’ny 9/11.</w:t>
      </w:r>
    </w:p>
    <w:p>
      <w:pPr>
        <w:pStyle w:val="ArticleBody"/>
        <w:jc w:val="left"/>
      </w:pPr>
      <w:r>
        <w:rPr>
          <w:rFonts w:ascii="Times New Roman" w:hAnsi="Times New Roman" w:eastAsia="Times New Roman" w:cs="Times New Roman"/>
        </w:rPr>
        <w:t>Ny fitsapana voalohany dia ny antson’ilay anjely voalohany hiverina amin’ny fototra.</w:t>
      </w:r>
    </w:p>
    <w:p>
      <w:pPr>
        <w:pStyle w:val="ArticleBody"/>
        <w:jc w:val="left"/>
      </w:pPr>
      <w:r>
        <w:rPr>
          <w:rFonts w:ascii="Times New Roman" w:hAnsi="Times New Roman" w:eastAsia="Times New Roman" w:cs="Times New Roman"/>
        </w:rPr>
        <w:t>Ny fitsapana faharoa dia ny antson’ny anjely faharoa hisaraka sy hamita ny tempoly.</w:t>
      </w:r>
    </w:p>
    <w:p>
      <w:pPr>
        <w:pStyle w:val="ArticleBody"/>
        <w:jc w:val="left"/>
      </w:pPr>
      <w:r>
        <w:rPr>
          <w:rFonts w:ascii="Times New Roman" w:hAnsi="Times New Roman" w:eastAsia="Times New Roman" w:cs="Times New Roman"/>
        </w:rPr>
        <w:t>Ny fitsapana fahatelo dia ilay fitsapana famantarana ampiasain’ny anjely fahatelo momba ny tombo-kase na ny marika.</w:t>
      </w:r>
    </w:p>
    <w:p>
      <w:pPr>
        <w:pStyle w:val="ArticleBody"/>
        <w:jc w:val="left"/>
      </w:pPr>
      <w:r>
        <w:rPr>
          <w:rFonts w:ascii="Times New Roman" w:hAnsi="Times New Roman" w:eastAsia="Times New Roman" w:cs="Times New Roman"/>
        </w:rPr>
        <w:t>Ny fitsapana voalohany dia fitsapana mikasika ny fanorenana, ary tamin’ny taona 2024 dia tokony ho ny antsasaky ny olona rehetra nandray anjara tamin’ny fivorian’ny Sabata tamin’ny Zoom no niala noho ilay adihevitra ara-pampianarana tokana izay aseho eo amin’ny tabilao 1843. Io adihevitra io dia momba ilay tandindona izay mametraka ny fahitana ny vahoakan’Andriamanitra amin’ny andro farany. Ny adihevitra Millerita dia nahitana ny Protestanta nilaza fa i Antiochus Epiphanes, na ny Silamo, no hery manandra-tena sy lavo, mba hanorenana ny fahitana ao amin’ny andininy faha-efatra ambin’ny folo ao amin’ny Daniela toko faha-iraika ambin’ny folo.</w:t>
      </w:r>
    </w:p>
    <w:p>
      <w:pPr>
        <w:pStyle w:val="ArticleScripture"/>
        <w:jc w:val="left"/>
      </w:pPr>
      <w:r>
        <w:rPr>
          <w:rFonts w:ascii="Times New Roman" w:hAnsi="Times New Roman" w:eastAsia="Times New Roman" w:cs="Times New Roman"/>
        </w:rPr>
        <w:t>Ary amin’izany andro izany dia hisy maro hitsangana hanohitra ny mpanjakan’ny atsimo; ary ny jiolahin’ny firenenao kosa hanandratra ny tenany hampiorina ny fahitana; nefa ho lavo izy. Daniela 11:14.</w:t>
      </w:r>
    </w:p>
    <w:p>
      <w:pPr>
        <w:pStyle w:val="ArticleBody"/>
        <w:jc w:val="left"/>
      </w:pPr>
      <w:r>
        <w:rPr>
          <w:rFonts w:ascii="Times New Roman" w:hAnsi="Times New Roman" w:eastAsia="Times New Roman" w:cs="Times New Roman"/>
        </w:rPr>
        <w:t>Moa ve ny finoana silamo na Antiochus Epiphanes no mpandroba ny olonao, sa i Roma, araka ny nanamarihan’i Miller? Takatr’i Miller fa ny herin’ny faharavana, dia ny fanompoan-tsampy sy ny fahefana papaly, samy ilay hery nanandratra ny tenany, izay lavo, ary izay no mpandroba ny olon’Andriamanitra. Io hevitra io dia aseho eo amin’ilay tabilao izay “notarihin’ny tànan’Andriamanitra, ka tsy tokony hovaina,” ary izy no hany fanehoana eo amin’ny iray amin’ny tabilan’i Habakoka izay manondro zava-nitranga iray tsy nanana firesahana mivantana tao amin’ny Tenin’ny faminaniana. Ny fanondroana eo amin’ilay tabilao dia natao hanasongadinana izany hevitra fototra izany ho tandindon’ny hery mampisaraka ananan’ny Tenin’Andriamanitra ara-paminaniana.</w:t>
      </w:r>
    </w:p>
    <w:p>
      <w:pPr>
        <w:pStyle w:val="ArticleBody"/>
        <w:jc w:val="left"/>
      </w:pPr>
      <w:r>
        <w:rPr>
          <w:rFonts w:ascii="Times New Roman" w:hAnsi="Times New Roman" w:eastAsia="Times New Roman" w:cs="Times New Roman"/>
        </w:rPr>
        <w:t>Tamin’ny taona 2024, tokony ho ny antsasaky ny vondrona Zoom no niala noho ny fahatakarana diso fa i Etazonia no mametraka ny fahitana, fa tsy i Roma, araka ny niarovan’ny Millerites azy tamin’ny fomba tena marim-pototra.</w:t>
      </w:r>
    </w:p>
    <w:p>
      <w:pPr>
        <w:pStyle w:val="ArticleBody"/>
        <w:jc w:val="left"/>
      </w:pPr>
      <w:r>
        <w:rPr>
          <w:rFonts w:ascii="Times New Roman" w:hAnsi="Times New Roman" w:eastAsia="Times New Roman" w:cs="Times New Roman"/>
        </w:rPr>
        <w:t>Ny fanadiovana izay nanomboka tamin’ny taona 2023 dia nanomboka tamin’ny nidiran’i Kristy tao amin’ny efitranony miaraka amin’ny fikororohany, ary ny fikororoana dia ny teniny marina. Rehefa niditra tao amin’ny efitranony Izy, dia foana tsy nisy olona izany, ka nanangana feo tany an-efitra Izy hanomana ny lalan’ny Tompo. Izany feo izany dia natao hanomana ny lalana ho an’Ilay Iraky ny Fanekena mba ho tonga tampoka ao amin’ny tempoliny; tempoliny, dia an’ny iray hetsy sy efatra arivo amby efatra alina.</w:t>
      </w:r>
    </w:p>
    <w:p>
      <w:pPr>
        <w:pStyle w:val="ArticleBody"/>
        <w:jc w:val="left"/>
      </w:pPr>
      <w:r>
        <w:rPr>
          <w:rFonts w:ascii="Times New Roman" w:hAnsi="Times New Roman" w:eastAsia="Times New Roman" w:cs="Times New Roman"/>
        </w:rPr>
        <w:t>Ary tamin’ny taona 2024 dia tonga ny fitsapana voalohany, dia ny fitsapana ny fanorenana, ny fitsapana ny amin’izay manorina ny fahitana—ilay fahitana izay manisy tombo-kase ny sisa. Ny fahitana anatiny izay manisy tombo-kase ny sisa dia ny fahitan’i Kristy ao amin’ny toko fahafolo, ary ny fahitana ivelany kosa dia ilay fahitana izay ajoron’ny antikristy, ary Roma no antikristy. Fahitana anatiny an’i Kristy sy fahitana ivelany an’ny antikristy. Ny fanisiana tombo-kase dia fiorenana mafy ao amin’ny fahamarinana, na ara-panahy na ara-tsaina; ary ny fahitana anatiny ao amin’ny toko fahafolo dia ny ara-panahy, ary ny fahitana ivelany ao amin’ny toko fahiraika ambin’ny folo dia ny ara-tsaina. Ny fahatakarana sy ny fanandramana mifandraika amin’ireo fahitana roa ireo no fepetra takiana ho an’izay rehetra hotombohina, araka izay nasehon’i Daniela ao amin’ny andininy voalohany amin’ny Daniela toko fahafolo.</w:t>
      </w:r>
    </w:p>
    <w:p>
      <w:pPr>
        <w:pStyle w:val="ArticleScripture"/>
        <w:jc w:val="left"/>
      </w:pPr>
      <w:r>
        <w:rPr>
          <w:rFonts w:ascii="Times New Roman" w:hAnsi="Times New Roman" w:eastAsia="Times New Roman" w:cs="Times New Roman"/>
        </w:rPr>
        <w:t>Tamin’ny taona fahatelo nanjakan’i Kyrosy, mpanjakan’i Persia, dia nisy zavatra nambara tamin’i Daniela, izay natao hoe Belsazara ny anarany; ary marina izany zavatra izany, nefa lava ny fotoana voatendry; ary fantany izany zavatra izany, sady azony ny fahitana. Daniela 10:1.</w:t>
      </w:r>
    </w:p>
    <w:p>
      <w:pPr>
        <w:pStyle w:val="ArticleBody"/>
        <w:jc w:val="left"/>
      </w:pPr>
      <w:r>
        <w:rPr>
          <w:rFonts w:ascii="Times New Roman" w:hAnsi="Times New Roman" w:eastAsia="Times New Roman" w:cs="Times New Roman"/>
        </w:rPr>
        <w:t>Ny fitsapana alpha momba ny fanorenana dia mikasika ny andininy faha-efatra ambin’ny folo ao amin’ny Daniela iraika ambin’ny folo, ary izany dia nitovy tamin’ilay fitsapana fanorenana mitovy tamin’ny Millerita; ary io fitsapana io no hany adihevitra avy amin’ny tantaran’ny Millerita izay aseho eo amin’ilay tabilao izay nasaina nosoratan’ny mpiambina ao amin’i Habakoka sy natao mazava. Ny fitsapana fanorenana tamin’ny 2024 dia ny fidinan’ny anjely voalohany, araka ny asehon’ny 11 Aogositra 1840, 1888, ary 9/11.</w:t>
      </w:r>
    </w:p>
    <w:p>
      <w:pPr>
        <w:pStyle w:val="ArticleBody"/>
        <w:jc w:val="left"/>
      </w:pPr>
      <w:r>
        <w:rPr>
          <w:rFonts w:ascii="Times New Roman" w:hAnsi="Times New Roman" w:eastAsia="Times New Roman" w:cs="Times New Roman"/>
        </w:rPr>
        <w:t>Io anjely io koa dia nidina tamin’ny maha-Mikaela azy, fa Mikaela no Ilay nanangana an’i Mosesy tamin’ny maty, izay niaraka tamin’i Elia no natsangana tamin’ny maty tamin’ny andro farany amin’ny taona 2023. Izany fitsanganana amin’ny maty izany dia asehon’i Ezekiela ho tanterahin’ny faminaniana momba ireo rivotra efatra, izay antsoin’i Rahavavy White hoe ilay soavaly tezitra nefa voafehy, dia ny finoana silamo tamin’ny 11 Aogositra 1840 sy 9/11. Ny fizahan-toetra alfa dia ilay fahitana ivelany fototra nanorina. Ny fizahan-toetra omega kosa dia ho fahitana anatiny famaranana tampony.</w:t>
      </w:r>
    </w:p>
    <w:p>
      <w:pPr>
        <w:pStyle w:val="ArticleBody"/>
        <w:jc w:val="left"/>
      </w:pPr>
      <w:r>
        <w:rPr>
          <w:rFonts w:ascii="Times New Roman" w:hAnsi="Times New Roman" w:eastAsia="Times New Roman" w:cs="Times New Roman"/>
        </w:rPr>
        <w:t>Nahoana no hisy alfa sy omega mbola harahin’ny fitsapana fahatelo? Izany indrindra no olana ambarako. Ny fahitana momba ny fitsapana ivelany, dia ny alfa tamin’ny taona 2024, no voalohany amin’ny fitsapana telo. Tsy maintsy lany io fitsapana fototra io vao afaka mandray anjara amin’ilay fitsapana omega, izay vato fehizoro. Samy manana toetra ara-paminaniana hafa noho ny fitsapana fahatelo ireo fitsapana roa ireo. Ny fitsapana fahatelo dia fitsapana litmus izay mampiseho raha tena nandalo marina ireo dingana roa teo aloha ny kandidà.</w:t>
      </w:r>
    </w:p>
    <w:p>
      <w:pPr>
        <w:pStyle w:val="ArticleBody"/>
        <w:jc w:val="left"/>
      </w:pPr>
      <w:r>
        <w:rPr>
          <w:rFonts w:ascii="Times New Roman" w:hAnsi="Times New Roman" w:eastAsia="Times New Roman" w:cs="Times New Roman"/>
        </w:rPr>
        <w:t>Ny fitsapana voalohany no fanorenana, ary ny fitsapana faharoa no tempoly vita. Ny fanorenan’ny tempoly dia napetraka nandritra ny tantaran’ilay didy voalohany hivoahana avy any Babylona. Ao amin’ny tantaran’ilay didy faharoa dia vita ny tempoly. Hafa ny didy fahatelo, satria tamin’izany didy izany dia naverina tamin’ny laoniny ny fiandrianam-pirenena an’i Joda, ka nomena azy ny fahefana hanenjika heloka sivily sy heloka ara-pivavahana. Averina amin’ny laoniny amin’ny didy fahatelo ny fitsarana. Tamin’ny 2024, ny fitsapana alpha fanorenana no nanavaka ireo tao amin’ilay efitra saika foana virtoalin’ilay lehilahy borosy vovoka.</w:t>
      </w:r>
    </w:p>
    <w:p>
      <w:pPr>
        <w:pStyle w:val="ArticleBody"/>
        <w:jc w:val="left"/>
      </w:pPr>
      <w:r>
        <w:rPr>
          <w:rFonts w:ascii="Times New Roman" w:hAnsi="Times New Roman" w:eastAsia="Times New Roman" w:cs="Times New Roman"/>
        </w:rPr>
        <w:t>Ny fitsapana omega no eo amin’izay ahavitan’ny tempoly, araka ny asehon’ny fametrahana ny vato fehizoro ambony. Ny fahavitan’ny tempoly dia ny fiangonana mpandresy izay aorina rehefa esorina ny tsimparifary. Ny fahavitan’ny tempoly tao amin’ny nofin’i Miller dia tamin’ny fotoana nanipazana ireo firavaka hiverina tao anatin’ilay vata lehibe kokoa “tsy nisy fahoriana hita maso akory tamin’ilay lehilahy izay nanipy azy tao.” Rehefa avy namaritra ilay lehilahy mitondra borosy fanesorana vovoka ho ilay manipy ireo firavaka ao anatin’ilay vata lehibe kokoa i Miller, dia nofaranany tamin’ireto teny ireto ny fanambarany: “Niantso mafy noho ny hafaliana indrindra aho, ary izany antso izany no namoha ahy.”</w:t>
      </w:r>
    </w:p>
    <w:p>
      <w:pPr>
        <w:pStyle w:val="ArticleBody"/>
        <w:jc w:val="left"/>
      </w:pPr>
      <w:r>
        <w:rPr>
          <w:rFonts w:ascii="Times New Roman" w:hAnsi="Times New Roman" w:eastAsia="Times New Roman" w:cs="Times New Roman"/>
        </w:rPr>
        <w:t>Mariho fa ny fitarainan-dehiben’i Miller izay mamoha dia nomen-kery tamin’ny alalan’ny “fifaliana.” Ny fifaliana no tandindon’ireo ao amin’i Joela izay manana ny “divay vaovao,” ary ny “henatra” kosa dia mihatra amin’ireo mpisotro divay hafa izay voakapa tsy hanana anjara amin’ny divay vaovao. Ny Antso amin’ny Mamatonalina izay mamoha an’i Miller dia manaraka aorian’ny fanarian’ilay lehilahy mpanadio vovoka ireo firavaka sarobidy ao anatin’ilay vata lehibe kokoa. Feno ireo firavaka sarobidy izay nosarahina tamin’ny fako ka natsipy tao anatin’ilay vata ilay vata lehibe kokoa, ary io no sady tempolin’ny iray hetsy sy efatra alina sy efatra arivo no hafatry ny Antso amin’ny Mamatonalina. Vita amin’ny didy faharoa, na ny anjely faharoa, na ny fitsapana faharoa sy omega, ny tempoly. Ao amin’ny nofin’i Miller, ny fitsapana omega dia aseho rehefa vohay ny varavarankelin’ny lanitra.</w:t>
      </w:r>
    </w:p>
    <w:p>
      <w:pPr>
        <w:pStyle w:val="ArticleScripture"/>
        <w:jc w:val="left"/>
      </w:pPr>
      <w:r>
        <w:rPr>
          <w:rFonts w:ascii="Times New Roman" w:hAnsi="Times New Roman" w:eastAsia="Times New Roman" w:cs="Times New Roman"/>
        </w:rPr>
        <w:t>Ary reko toy ny feon’ny vahoaka betsaka aho, sy toy ny feon’ny rano be, ary toy ny feon’ny kotroka mahery, nanao hoe: Haleloia; fa manjaka ny Tompo Andriamanitra Tsitoha. Aoka isika hifaly sy hiravoravo, ary hanome voninahitra Azy; fa tonga ny fampakaram-badin’ny Zanak’ondry, ary efa niomana ny vadiny. Ary nomena azy ny hitafy rongony fotsy madinika, madio sady mamirapiratra; fa ny rongony fotsy madinika dia ny fahamarinan’ny olona masina. Ary hoy Izy tamiko: Soraty hoe: Sambatra izay nantsoina ho amin’ny fanasana fampakaram-badin’ny Zanak’ondry. Ary hoy Izy tamiko: Ireo no tenin’Andriamanitra marina. Apokalypsy 19:6–9.</w:t>
      </w:r>
    </w:p>
    <w:p>
      <w:pPr>
        <w:pStyle w:val="ArticleBody"/>
        <w:jc w:val="left"/>
      </w:pPr>
      <w:r>
        <w:rPr>
          <w:rFonts w:ascii="Times New Roman" w:hAnsi="Times New Roman" w:eastAsia="Times New Roman" w:cs="Times New Roman"/>
        </w:rPr>
        <w:t>Tamin’ny 22 Oktobra 1844 dia tanteraka ny “fiavian’i Kristy efatra”, ary ireo fiaviana efatra ireo dia tanteraka amin’ny fomba lavorary kokoa amin’ilay lalàna Alahady ho avy tsy ho ela. Tonga Izy amin’ny maha-Iraka ny Fanekena Azy, ho fahatanterahan’ny fanadiovana sy fanamasinana ny Levita ao amin’ny Malakia toko fahatelo. Tonga Izy handray fanjakana ho fahatanterahan’ny Daniela 7:13. Tonga Izy hanadio ny fitoerana masina ho fahatanterahan’ny Daniela 8:14, ary tonga koa Izy ho amin’ny fanambadiana. Ny fanambadiana dia mitranga rehefa ny ampakarina efa niomana ny tenany.</w:t>
      </w:r>
    </w:p>
    <w:p>
      <w:pPr>
        <w:pStyle w:val="ArticleScripture"/>
        <w:jc w:val="left"/>
      </w:pPr>
      <w:r>
        <w:rPr>
          <w:rFonts w:ascii="Times New Roman" w:hAnsi="Times New Roman" w:eastAsia="Times New Roman" w:cs="Times New Roman"/>
        </w:rPr>
        <w:t>“‘Rehefa mamoa ny vokatra, dia alefany miaraka amin’izay ny fijinjana, satria tonga ny fotoam-pijinjana.’ Miandry amim-paniriana lalina i Kristy ny hisehoany ao amin’ny fiangonany. Rehefa ho voaseho tanteraka ao amin’ny vahoakany ny toetran’i Kristy, dia ho avy Izy haka azy ireo ho Azy.” Christ’s Object Lessons, 69.</w:t>
      </w:r>
    </w:p>
    <w:p>
      <w:pPr>
        <w:pStyle w:val="ArticleBody"/>
        <w:jc w:val="left"/>
      </w:pPr>
      <w:r>
        <w:rPr>
          <w:rFonts w:ascii="Times New Roman" w:hAnsi="Times New Roman" w:eastAsia="Times New Roman" w:cs="Times New Roman"/>
        </w:rPr>
        <w:t>Araka ny tsindrimandry, ny “izao tontolo izao dia tsy maintsy hampitandremana ihany” amin’ny “fahitana lehilahy sy vehivavy” mitondra ny tombo-kasen’Andriamanitra mandritra ny fotoan-tsarotra ateraky ny lalàn’ny Alahady.</w:t>
      </w:r>
    </w:p>
    <w:p>
      <w:pPr>
        <w:pStyle w:val="ArticleScripture"/>
        <w:jc w:val="left"/>
      </w:pPr>
      <w:r>
        <w:rPr>
          <w:rFonts w:ascii="Times New Roman" w:hAnsi="Times New Roman" w:eastAsia="Times New Roman" w:cs="Times New Roman"/>
        </w:rPr>
        <w:t>“Ny asan’ny Fanahy Masina dia ny handresy lahatra izao tontolo izao ny amin’ny ota, sy ny amin’ny fahamarinana ary ny amin’ny fitsarana. Tsy misy fomba hafa ahafahana mampitandrina izao tontolo izao afa-tsy amin’ny fahitana ireo izay mino ny fahamarinana hohamasinina amin’ny alalan’ny fahamarinana, ka miaina araka ireo foto-kevitra ambony sy masina, sady mampiseho amin’ny heviny ambony sy misandratra ny tsipika mampisaraka ireo izay mitandrina ny didin’Andriamanitra sy ireo izay manitsakitsaka izany eo ambanin’ny tongony. Ny fanamasinan’ny Fanahy no manamarika ny fahasamihafana misy eo amin’ireo izay manana ny tombo-kasen’Andriamanitra sy ireo izay mitandrina andro fitsaharana sandoka. Rehefa tonga ny fitsapana, dia haseho mazava izay atao hoe mariky ny bibidia. Izany dia ny fitandremana ny Alahady. Ireo izay, rehefa avy nandre ny fahamarinana, mbola manohy mihevitra io andro io ho masina, dia mitondra ny sonian’ilay lehilahin’ny ota, izay nihevitra ny hanova fotoana sy lalàna.” Bible Training School, 1 Desambra 1903.</w:t>
      </w:r>
    </w:p>
    <w:p>
      <w:pPr>
        <w:pStyle w:val="ArticleBody"/>
        <w:jc w:val="left"/>
      </w:pPr>
      <w:r>
        <w:rPr>
          <w:rFonts w:ascii="Times New Roman" w:hAnsi="Times New Roman" w:eastAsia="Times New Roman" w:cs="Times New Roman"/>
        </w:rPr>
        <w:t>Rehefa miomana ny ampakarina dia tonga ny fijinjana. Ny fijinjana dia manomboka amin’ny fanangonana ny fanatitra varimbazaha santatra, izay asandratra ho fanatitra ahofahofa sady famantarana. Voalohany aloha dia angonina ny santatra, izay ilay efatra arivo amby efapolo sy iray hetsy ao amin’ny bokin’ny Apokalypsy, ary avy eo ny andiany hafa, izay ilay vahoaka betsaka tsy tambo isaina. Ny famantarana dia ny tafiny mahery, ary ny tafiny mahery dia mitafy rongony fotsy madinika. Amin’ny fanambadiana, ny tempolin’ilay efatra arivo amby efapolo sy iray hetsy dia vita mialoha ny fitsarana momba ny lalàn’ny Alahady, ary izany tempoly izany dia tsy vitan’ny hoe ilay vata lehibe kokoa an’i Miller ihany, fa izy koa no fiangonana mandresy izay manana ny fanomezam-pahasoavana rehetra, anisan’izany ny fanahin’ny faminaniana.</w:t>
      </w:r>
    </w:p>
    <w:p>
      <w:pPr>
        <w:pStyle w:val="ArticleScripture"/>
        <w:jc w:val="left"/>
      </w:pPr>
      <w:r>
        <w:rPr>
          <w:rFonts w:ascii="Times New Roman" w:hAnsi="Times New Roman" w:eastAsia="Times New Roman" w:cs="Times New Roman"/>
        </w:rPr>
        <w:t>Ary niankohoka teo an-tongony aho mba hiankohofako aminy. Fa hoy izy tamiko: Tandremo, aza manao izany; fa mpanompo tahaka anao ihany aho sy ireo rahalahinao izay mitana ny filazana an’i Jesosy; Andriamanitra no ivavaho; fa ny filazana an’i Jesosy no fanahin’ny faminaniana. Apokalypsy 19:10.</w:t>
      </w:r>
    </w:p>
    <w:p>
      <w:pPr>
        <w:pStyle w:val="ArticleBody"/>
        <w:jc w:val="left"/>
      </w:pPr>
      <w:r>
        <w:rPr>
          <w:rFonts w:ascii="Times New Roman" w:hAnsi="Times New Roman" w:eastAsia="Times New Roman" w:cs="Times New Roman"/>
        </w:rPr>
        <w:t>Ny iray hetsy sy efatra arivo amby efatra alina dia ireo izay manana ny fanambaran’i Jesosy, ary ny fanambaran’i Jesosy dia aseho “tsipika manampy tsipika” ao amin’ny Baiboly sy ao amin’ny Spirit of Prophecy. Rehefa miova ho ny hetsika Filadelfiana an’ilay iray hetsy sy efatra arivo amby efatra alina ny hetsika Laodiseana an’ilay iray hetsy sy efatra arivo amby efatra alina, dia samy hampiasa ny fomba “tsipika manampy tsipika” izy rehetra mba hanehoany ny fanambarany. Izany fanambarana izany dia fitambaran’ny rà avy amin’Andriamanitra sy ny vavolombelona avy amin’ny olombelona.</w:t>
      </w:r>
    </w:p>
    <w:p>
      <w:pPr>
        <w:pStyle w:val="ArticleScripture"/>
        <w:jc w:val="left"/>
      </w:pPr>
      <w:r>
        <w:rPr>
          <w:rFonts w:ascii="Times New Roman" w:hAnsi="Times New Roman" w:eastAsia="Times New Roman" w:cs="Times New Roman"/>
        </w:rPr>
        <w:t>Ary resin’izy ireo izy tamin’ny ran’ny Zanak’ondry sy tamin’ny tenin’ny fanambaràny; ary tsy tia ny ainy izy ireo, na dia hatramin’ny fahafatesana aza. Apokalypsy 12:11.</w:t>
      </w:r>
    </w:p>
    <w:p>
      <w:pPr>
        <w:pStyle w:val="ArticleBody"/>
        <w:jc w:val="left"/>
      </w:pPr>
      <w:r>
        <w:rPr>
          <w:rFonts w:ascii="Times New Roman" w:hAnsi="Times New Roman" w:eastAsia="Times New Roman" w:cs="Times New Roman"/>
        </w:rPr>
        <w:t>Ny fijoroana vavolombelon’ny maha-olombelona, rehefa atambatra amin’ny ran’ny maha-Andriamanitra, dia ny fijoroana vavolombelon’i Mosesy sy ny Zanak’ondry. Mosesy no maha-olombelona, dia ny alfa eo anoloan’ny ran’ny maha-Andriamanitra an’ilay Zanak’ondry omega. Ny fanomezam-pahasoavana rehetra dia averina amin’ny laoniny raha vao manomana ny tenany ny ampakarina, ary tahaka ny tafika mahery mitafy rongony fotsy madinika no ijoroany eo amin’ny toerany ho fanevan’ny tafik’i Jehovah miroso. Izany diabe ara-tafika izany dia manomboka rehefa voaomana ny ampakarina sy ampitafiana fotsy, izay amin’izany no hisokafan’ny varavarankelin’ny lanitra, tahaka izay nitranga tao amin’ny nofin’i Miller.</w:t>
      </w:r>
    </w:p>
    <w:p>
      <w:pPr>
        <w:pStyle w:val="ArticleScripture"/>
        <w:jc w:val="left"/>
      </w:pPr>
      <w:r>
        <w:rPr>
          <w:rFonts w:ascii="Times New Roman" w:hAnsi="Times New Roman" w:eastAsia="Times New Roman" w:cs="Times New Roman"/>
        </w:rPr>
        <w:t>Ary hitako ny lanitra nisokatra, ary indro, nisy soavaly fotsy; ary Ilay nitaingina azy dia nantsoina hoe Mahatoky sy Marina, ary amin’ny fahamarinana no itsarany sy iadiany. Ary ny masony dia tahaka ny lelafo mirehitra; ary teo an-dohany nisy satroboninahitra maro; ary nanana anarana voasoratra Izy, izay tsy nisy olona nahalala, afa-tsy ny tenany ihany. Ary nitafy fitafiana nolentika tamin’ny ra Izy; ary ny anarany dia atao hoe Ny Tenin’Andriamanitra. Ary ny tafiky ny lanitra izay tany an-danitra dia nanaraka Azy teo ambonin’ny soavaly fotsy, nitafy rongony fotsy madinika, fotsy sady madio. Ary avy amin’ny vavany no ivoahan’ny sabatra maranitra, mba hamely ny firenena amin’izany Izy; ary hanapaka azy amin’ny tsorakazo vy Izy; ary Izy no manitsaka ny famiazam-boaloboky ny firehetan’ny fahatezeran’Andriamanitra Tsitoha. Ary manana anarana voasoratra eo amin’ny fitafiany sy eo amin’ny feny Izy hoe, MPANJAKAN’NY MPANJAKA, SY TOMPO’NY TOMPO. Apokalypsy 19:11–16.</w:t>
      </w:r>
    </w:p>
    <w:p>
      <w:pPr>
        <w:pStyle w:val="ArticleBody"/>
        <w:jc w:val="left"/>
      </w:pPr>
      <w:r>
        <w:rPr>
          <w:rFonts w:ascii="Times New Roman" w:hAnsi="Times New Roman" w:eastAsia="Times New Roman" w:cs="Times New Roman"/>
        </w:rPr>
        <w:t>Rehefa miditra ao amin’ilay efitra foana ilay lehilahy mitondra borosy fanadiovana vovoka ka manokatra ny varavarankely izy, dia angoniny ireo firavaka sarobidy ka atsipiny ao anatin’ilay vata omega lehibe kokoa. James White dia hamantarana ireo firavaka ireo ho vahoakan’Andriamanitra, nefa William Miller kosa dia hilaza aminao fa manana heviny mihoatra ny iray ny tandindona, ary ireo firavaka sarobidy dia tsy ireo fahamarinana fototra niparitaka ihany no asehony, fa ireo firavaka niparitaka izay eo amin’ilay satro-boninahitra atsangana koa, izay maneho ny fanjakan’i Kristy amin’ny voninahitra.</w:t>
      </w:r>
    </w:p>
    <w:p>
      <w:pPr>
        <w:pStyle w:val="ArticleScripture"/>
        <w:jc w:val="left"/>
      </w:pPr>
      <w:r>
        <w:rPr>
          <w:rFonts w:ascii="Times New Roman" w:hAnsi="Times New Roman" w:eastAsia="Times New Roman" w:cs="Times New Roman"/>
        </w:rPr>
        <w:t>Ary hovonjeny amin’izany andro izany Jehovah Andriamaniny izy tahaka ny andian’ondrin’ny olony; fa ho tahaka ny vato amin’ny satroboninahitra izy, asandratra ho toy ny faneva eo amin’ny taniny. Zakaria 9:16.</w:t>
      </w:r>
    </w:p>
    <w:p>
      <w:pPr>
        <w:pStyle w:val="ArticleBody"/>
        <w:jc w:val="left"/>
      </w:pPr>
      <w:r>
        <w:rPr>
          <w:rFonts w:ascii="Times New Roman" w:hAnsi="Times New Roman" w:eastAsia="Times New Roman" w:cs="Times New Roman"/>
        </w:rPr>
        <w:t>Ny omega sy fitsapana faharoa aorian’ilay fitsapana fototra alpha an’i Roma, izay nametraka ny fahitana, dia ilay fitsapana omega, vato fehizoro. Izy no famaranana ny fitsapana momba ny tempoly, izay mialoha ilay fitsapana fanavahana fahatelo momba ny fitsarana. Io fitsapana io no manadio sy manavaka ny kilasy roa amin’ny mpivavaka hiala samy hafa, ka mampisaraka ny hendry sy ny adala araka ny menaka, izay ny hafatra, na araka ny namaritan-dRahavavy White azy tao amin’ny fanazavany momba ny synagoga tao Kapernaomy—ireo “tenin’ny fahamarinana.”</w:t>
      </w:r>
    </w:p>
    <w:p>
      <w:pPr>
        <w:pStyle w:val="ArticleBody"/>
        <w:jc w:val="left"/>
      </w:pPr>
      <w:r>
        <w:rPr>
          <w:rFonts w:ascii="Times New Roman" w:hAnsi="Times New Roman" w:eastAsia="Times New Roman" w:cs="Times New Roman"/>
        </w:rPr>
        <w:t>Kapernaomy no toerana izay, ao amin’ny Jaona 6:66, nahavery an’i Jesosy ny isan’ny mpianatra be indrindra indray mandeha, ary tsy niverina intsony ireo mpianatra ireo. Amin’ny maha-fitsapana lehibe indrindra ny maha-mpianatra tamin’ny andron’i Kristy azy, Kapernaomy dia tandindon’ny fitsapana omega ny maha-mpianatra amin’ny andron’i Kristy, izay kosa maneho mialoha ny fitsapana omega ny maha-mpianatra ao anatin’ilay fizotry ny fitsapana dingana telo izay nanomboka tamin’ny 2023. Tao Kapernaomy, ny Mofo avy any An-danitra no nanehoana ilay fitsapana, ary izany no nanamarika ny tsy fahombiazan’ny Jiosy teo amin’ny lafiny tsy fahafahany mahatakatra ny faminaniana, noho ny tsy fahavononany hanaiky fa rehefa niresaka zava-boajanahary Jesosy, dia tokony ho takarina amin’ny fampiharana ara-panahy izany.</w:t>
      </w:r>
    </w:p>
    <w:p>
      <w:pPr>
        <w:pStyle w:val="ArticleBody"/>
        <w:jc w:val="left"/>
      </w:pPr>
      <w:r>
        <w:rPr>
          <w:rFonts w:ascii="Times New Roman" w:hAnsi="Times New Roman" w:eastAsia="Times New Roman" w:cs="Times New Roman"/>
        </w:rPr>
        <w:t>Hanohy ireo zavatra ireo isika ao amin’ny lahatsoratra manaraka.</w:t>
      </w:r>
    </w:p>
    <w:p>
      <w:pPr>
        <w:pStyle w:val="ArticleScripture"/>
        <w:jc w:val="left"/>
      </w:pPr>
      <w:r>
        <w:rPr>
          <w:rFonts w:ascii="Times New Roman" w:hAnsi="Times New Roman" w:eastAsia="Times New Roman" w:cs="Times New Roman"/>
        </w:rPr>
        <w:t>“Ny lahatenin’i Kristy tao amin’ny synagoga momba ny mofon’aina no teboka nampivadika teo amin’ny tantaran’i Jodasy. Reny ny teny hoe: ‘Raha tsy mihinana ny nofon’ny Zanak’olona hianareo, ka tsy misotro ny rany, dia tsy manana fiainana ao aminareo hianareo.’ Jaona 6:53. Hitany fa soa ara-panahy no natolotr’i Kristy fa tsy soa araka izao tontolo izao. Nihevitra ny tenany ho mahita lavitra izy, ary nataony fa hitany fa tsy hahazo voninahitra Jesosy, ary tsy hahavita hanome toerana ambony ho an’ny mpanaraka Azy Izy. Nanapa-kevitra izy fa tsy hampiray ny tenany amin’i Kristy akaiky loatra, mba hahafahany misintaka. Hijery izy. Ary nijery tokoa izy.”</w:t>
      </w:r>
    </w:p>
    <w:p>
      <w:pPr>
        <w:pStyle w:val="ArticleScripture"/>
        <w:jc w:val="left"/>
      </w:pPr>
      <w:r>
        <w:rPr>
          <w:rFonts w:ascii="Times New Roman" w:hAnsi="Times New Roman" w:eastAsia="Times New Roman" w:cs="Times New Roman"/>
        </w:rPr>
        <w:t>“Hatramin’izay fotoana izay dia naneho fisalasalana izy izay nampikorontana ny mpianatra. …” The Desire of Ages, 719.</w:t>
      </w:r>
    </w:p>
    <w:p>
      <w:pPr>
        <w:pStyle w:val="ArticleHeading"/>
        <w:jc w:val="left"/>
      </w:pPr>
      <w:r>
        <w:rPr>
          <w:rFonts w:ascii="Arial" w:hAnsi="Arial" w:eastAsia="Arial" w:cs="Arial"/>
        </w:rPr>
        <w:t>Fitsapana Voalohany</w:t>
      </w:r>
    </w:p>
    <w:p>
      <w:pPr>
        <w:pStyle w:val="ArticleScripture"/>
        <w:jc w:val="left"/>
      </w:pPr>
      <w:r>
        <w:rPr>
          <w:rFonts w:ascii="Times New Roman" w:hAnsi="Times New Roman" w:eastAsia="Times New Roman" w:cs="Times New Roman"/>
        </w:rPr>
        <w:t>“Ny fijery nataon’i Jesosy tamin’ilay Jodasy tia tena dia naharesy lahatra azy fa ny Tompo dia nandiniky ny fihatsarambelatsihiny, ary namaky ny toetrany ambany sy tsinontsinona. Izany dia fananarana mivantana kokoa noho izay efa noraisin’i Jodasy teo aloha. Tezitra izy noho izany, ka dia nisy varavarana nivoha izay nidiran’i Satana hifehy ny fisainany. Raha tokony hibebaka izy, dia nikasa hamaly faty. Voatrotraky ny fahalalana ny fahotany, ary voatosika ho amin’ny hadalana satria efa fantatra ny helony, dia nitsangana niala teo ambony latabatra izy ka nankany amin’ny lapan’ny mpisoronabe, izay nahitany ny filankevitra efa tafavory. Feno ny fanahin’i Satana izy, ary nanao tahaka ny olona very saina. Ny valisoa nampanantenaina noho ny famadihana ny Tompony dia sekely volafotsy telo-polo; ary noho ny vola latsaka lavitra noho ny vidin’ilay vata misy menaka manitra no nivarotany ny Mpamonjy.”</w:t>
      </w:r>
    </w:p>
    <w:p>
      <w:pPr>
        <w:pStyle w:val="ArticleScripture"/>
        <w:jc w:val="left"/>
      </w:pPr>
      <w:r>
        <w:rPr>
          <w:rFonts w:ascii="Times New Roman" w:hAnsi="Times New Roman" w:eastAsia="Times New Roman" w:cs="Times New Roman"/>
        </w:rPr>
        <w:t>“Amin’ny fanahy sy amin’ny fanaony dia maro no mitovy amin’i Jodasy. Raha mbola mangina ny amin’ilay penti-mandoza eo amin’ny toetrany, dia tsy hita ny fifandrafiana mibaribary; fa rehefa anarina izy, dia mameno ny fony ny faharatsiam-panahy.” Youth Instructor, July 12, 1900.</w:t>
      </w:r>
    </w:p>
    <w:p>
      <w:pPr>
        <w:pStyle w:val="ArticleHeading"/>
        <w:jc w:val="left"/>
      </w:pPr>
      <w:r>
        <w:rPr>
          <w:rFonts w:ascii="Arial" w:hAnsi="Arial" w:eastAsia="Arial" w:cs="Arial"/>
        </w:rPr>
        <w:t>Ny Fitsapana Faharoa</w:t>
      </w:r>
    </w:p>
    <w:p>
      <w:pPr>
        <w:pStyle w:val="ArticleScripture"/>
        <w:jc w:val="left"/>
      </w:pPr>
      <w:r>
        <w:rPr>
          <w:rFonts w:ascii="Times New Roman" w:hAnsi="Times New Roman" w:eastAsia="Times New Roman" w:cs="Times New Roman"/>
        </w:rPr>
        <w:t>“Talohan’ny Paska dia efa nihaona fanindroany tamin’ny mpisoronabe sy ny mpanora-dalàna i Jodasy, ka efa namarana ny fifanarahana hanolotra an’i Jesosy eo an-tanany.... Koa tamin’izany dia tafintohina i Jodasy noho ny nataon’i Kristy tamin’ny nanasany ny tongotry ny mpianany. Raha mety manetry tena tahaka izany Jesosy, hoy izy anakampo, dia tsy ho Mpanjakan’ny Isiraely Izy. Rava avokoa ny fanantenana rehetra hahazo voninahitra araka izao tontolo izao ao amin’ny fanjakana ara-nofo. Resy lahatra i Jodasy fa tsy hisy tombony azo amin’ny fanarahana an’i Kristy. Rehefa hitany Izy nampietry ny Tenany, araka ny fiheverany, dia vao mainka nohamafisina tamin’ny fikasany handà Azy sy hiaiky fa voafitaka ny tenany. Nohazonin’ny demonia izy, ka tapa-kevitra ny hamita ilay asa izay efa nekeny hatao tamin’ny famadihana ny Tompony.” Ilay Fitiavana Mandrakizay, 645.</w:t>
      </w:r>
    </w:p>
    <w:p>
      <w:pPr>
        <w:pStyle w:val="ArticleHeading"/>
        <w:jc w:val="left"/>
      </w:pPr>
      <w:r>
        <w:rPr>
          <w:rFonts w:ascii="Arial" w:hAnsi="Arial" w:eastAsia="Arial" w:cs="Arial"/>
        </w:rPr>
        <w:t>Ny Fanapahan-kevitra Farany</w:t>
      </w:r>
    </w:p>
    <w:p>
      <w:pPr>
        <w:pStyle w:val="ArticleScripture"/>
        <w:jc w:val="left"/>
      </w:pPr>
      <w:r>
        <w:rPr>
          <w:rFonts w:ascii="Times New Roman" w:hAnsi="Times New Roman" w:eastAsia="Times New Roman" w:cs="Times New Roman"/>
        </w:rPr>
        <w:t>Tamin’ny fahatairana sy fisafotofotoana noho ny naharihariana ny fikasany, dia nitsangana faingana i Jodasy hiala tao an-trano. “Ary hoy Jesosy taminy: Izay ataonao dia ataovy faingana.... Ary rehefa nandray ny sombi-mofo izy, dia nivoaka niaraka tamin’izay; ary alina ny andro.” Alina izany ho an’ilay mpamadika, raha nitodika niala tamin’i Kristy ho any amin’ny haizina any ivelany izy.</w:t>
      </w:r>
    </w:p>
    <w:p>
      <w:pPr>
        <w:pStyle w:val="ArticleScripture"/>
        <w:jc w:val="left"/>
      </w:pPr>
      <w:r>
        <w:rPr>
          <w:rFonts w:ascii="Times New Roman" w:hAnsi="Times New Roman" w:eastAsia="Times New Roman" w:cs="Times New Roman"/>
        </w:rPr>
        <w:t>“Hatramin’ny nanatanterahana io dingana io, dia mbola tsy nihoatra ny fahafahan’ny fibebahana i Jodasy. Fa rehefa nandao ny fanatrehan’ny Tompony sy ny mpianatra namany izy, dia efa voapetraka ny fanapahan-kevitra farany. Efa niampita ny tsipika farany izy.”</w:t>
      </w:r>
    </w:p>
    <w:p>
      <w:pPr>
        <w:pStyle w:val="ArticleScripture"/>
        <w:jc w:val="left"/>
      </w:pPr>
      <w:r>
        <w:rPr>
          <w:rFonts w:ascii="Times New Roman" w:hAnsi="Times New Roman" w:eastAsia="Times New Roman" w:cs="Times New Roman"/>
        </w:rPr>
        <w:t>Mahagaga ang pagtitiis ni Jesus sa Kaniyang pakikitungo sa kaluluwang ito na tinutukso. Wala Siyang iniwang hindi nagawa upang iligtas si Judas. Pagkatapos niyang makipagtipan nang makalawa na ipagkanulo ang kaniyang Panginoon, binigyan pa rin siya ni Jesus ng pagkakataong magsisi. Sa pamamagitan ng pagbasa sa lihim na layunin ng puso ng taksil, ibinigay ni Cristo kay Judas ang pangwakas at kapani-paniwalang katibayan ng Kaniyang pagka-Diyos. Ito na ang huling panawagan sa pagsisisi para sa bulaang alagad. Walang pakiusap na maaaring gawin ng maka-Diyos-taong puso ni Cristo ang ipinagkait. Ang mga alon ng awa, na naitaboy ng matigas na kapalaluan, ay nagbalik sa isang higit na malakas na agos ng mapagpasakop na pag-ibig. Ngunit bagaman nagulat at nasindak sa pagkakatuklas ng kaniyang pagkakasala, lalo lamang naging matibay ang pasiya ni Judas. Mula sa hapunang sakramento ay lumabas siya upang ganapin ang gawain ng pagkakanulo.</w:t>
      </w:r>
    </w:p>
    <w:p>
      <w:pPr>
        <w:pStyle w:val="ArticleScripture"/>
        <w:jc w:val="left"/>
      </w:pPr>
      <w:r>
        <w:rPr>
          <w:rFonts w:ascii="Times New Roman" w:hAnsi="Times New Roman" w:eastAsia="Times New Roman" w:cs="Times New Roman"/>
        </w:rPr>
        <w:t>“Teo am-panambaràna ny loza hanjo an’i Jodasy, dia nanana tanjona feno famindram-po ho an’ny mpianany koa i Kristy. Toy izany no nanomezany azy ireo ny porofo faratampony momba ny maha-Mesia Azy. ‘Lazaiko aminareo dieny tsy mbola tonga izany,’ hoy Izy, ‘mba hinoanareo, raha tanteraka izany, fa IZAHO NO IZY.’ Raha nangina Jesosy, ka toa tsy nahalala izay hanjo Azy, dia mety ho nihevitra ny mpianatra fa ny Tompony tsy nanana fahalalana mialoha avy amin’Andriamanitra, ary voasambotra tampoka sady natolotra ho eo an-tanan’ny vahoaka mpamono olona. Herintaona talohan’izany dia efa nilaza tamin’ny mpianatra Jesosy fa efa nifidy roa ambin’ny folo Izy, nefa ny iray dia devoly. Ankehitriny, ny teniny tamin’i Jodasy, izay nampiseho fa fantatry ny Tompony tsara ny famadihany, dia hanamafy ny finoan’ireo tena mpanaraka an’i Kristy mandritra ny fanetren-tena niaretany. Ary rehefa ho tonga amin’ilay fiafarana mahatsiravina i Jodasy, dia hotsaroan’izy ireo ny loza izay nambaran’i Jesosy hihatra amin’ilay mpamadika.” Ilay Fitiavana Mandresy, 653–655.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Laodiseana - Laharana Fito amby Telopolo</dc:title>
  <dc:subject/>
  <dc:creator>Jeff Pippenger</dc:creator>
  <cp:keywords/>
  <dc:description>Generated by ArticleDigger from joel\37_joel.json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