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Fiangonan’ny Advantista Mitandrina ny Andro Fahafito any Laodikia — Nomery Efapolo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Isa Efapolo</w:t>
      </w:r>
    </w:p>
    <w:p>
      <w:pPr>
        <w:pStyle w:val="ArticleBody"/>
        <w:jc w:val="left"/>
      </w:pPr>
      <w:r>
        <w:rPr>
          <w:rFonts w:ascii="Times New Roman" w:hAnsi="Times New Roman" w:eastAsia="Times New Roman" w:cs="Times New Roman"/>
        </w:rPr>
        <w:t>Petera dia teo Kaisaria Filipy ara-panoharana tamin’ny ora fahatelo, teny an-dalana ho any Kaisaria Maritima sy ny ora fahasivy. Araka an’i Matio sy Marka, enina andro tatỳ aoriana, Petera sy Jakoba ary Jaona dia teo an-tendrombohitry ny Fiovan-tarehy. Lioka kosa milaza hoe valo andro, teo anelanelan’i Panium sy ny Tendrombohitra. Avy amin’ny vavahadin’ny helo, ao Kaisaria Filipy, ka hatramin’ny fahafatesan’ny hazo fijaliana, miaraka amin’ny fijanonana iray eny an-dalana eo amin’ny Tendrombohitry ny Fiovan-tarehy. Dingana telo avy any Panium mankany amin’ny lalàn’ny Alahady. Kaisaria eo am-piandohana, ny Tendrombohitra eo afovoany, ary Kaisaria eo amin’ny farany. Helo eo am-piandohana, fahafatesana eo amin’ny farany, miaraka amin’ny voninahitr’Andriamanitra eo afovoany. Fikomiana alfa asehon’ny vavahadin’ny helo ary fikomiana omega asehon’ny fahafatesan’ny Zanak’Andriamanitra.</w:t>
      </w:r>
    </w:p>
    <w:p>
      <w:pPr>
        <w:pStyle w:val="ArticleBody"/>
        <w:jc w:val="left"/>
      </w:pPr>
      <w:r>
        <w:rPr>
          <w:rFonts w:ascii="Times New Roman" w:hAnsi="Times New Roman" w:eastAsia="Times New Roman" w:cs="Times New Roman"/>
        </w:rPr>
        <w:t>Ny Kaisaria Filipy no fototra, fa teo no nanondroan’i Kristy ilay Vatolampy izay hanorenany ny fiangonany. Ny Tendrombohitry ny Fiovan-tarehy no dingana faharoa, izay amafaranana ny tempoly sy ametrahana ny vato fehizoro faratampony. Ny dingana fahatelo amin’ny fitsarana teo amin’ny hazo fijaliana no nanaraka taorian’izany.</w:t>
      </w:r>
    </w:p>
    <w:p>
      <w:pPr>
        <w:pStyle w:val="ArticleScripture"/>
        <w:jc w:val="left"/>
      </w:pPr>
      <w:r>
        <w:rPr>
          <w:rFonts w:ascii="Times New Roman" w:hAnsi="Times New Roman" w:eastAsia="Times New Roman" w:cs="Times New Roman"/>
        </w:rPr>
        <w:t>Ary hoy Izy taminy hoe: Lazaiko aminareo marina tokoa: misy ny sasany amin’izay mitsangana eto, izay tsy hanandrana fahafatesana mandra-pahitany ny fanjakan’Andriamanitra tonga amin-kery. Ary rehefa afaka henemana, Jesosy naka an’i Petera sy Jakoba ary Jaona niaraka taminy, dia nitondra azy niakatra nitokana tany an-tendrombohitra avo iray; ary niova tarehy teo anoloan’izy ireo Izy. Ary ny fitafiany dia tonga namirapiratra, fotsy indrindra tahaka ny ranomandry, ka tsy misy mpanadio lamba etỳ an-tany mahafotsy toy izany. Ary niseho taminy Elia mbamin’i Mosesy; ary niresaka tamin’i Jesosy izy ireo.</w:t>
      </w:r>
    </w:p>
    <w:p>
      <w:pPr>
        <w:pStyle w:val="ArticleScripture"/>
        <w:jc w:val="left"/>
      </w:pPr>
      <w:r>
        <w:rPr>
          <w:rFonts w:ascii="Times New Roman" w:hAnsi="Times New Roman" w:eastAsia="Times New Roman" w:cs="Times New Roman"/>
        </w:rPr>
        <w:t>Ary namaly Petera ka nanao tamin’i Jesosy hoe: Tompoko, tsara raha eto isika; koa aoka hanao lay telo isika: ny iray ho Anao, ary ny iray ho an’i Mosesy, ary ny iray ho an’i Elia.</w:t>
      </w:r>
    </w:p>
    <w:p>
      <w:pPr>
        <w:pStyle w:val="ArticleScripture"/>
        <w:jc w:val="left"/>
      </w:pPr>
      <w:r>
        <w:rPr>
          <w:rFonts w:ascii="Times New Roman" w:hAnsi="Times New Roman" w:eastAsia="Times New Roman" w:cs="Times New Roman"/>
        </w:rPr>
        <w:t>Fa tsy fantany izay holazaina; fa raiki-tahotra indrindra izy ireo. Ary nisy rahona nanaloka azy; ary nisy feo nivoaka avy tao amin’ny rahona nanao hoe: Ity no Zanako malalako; henoy Izy. Ary niaraka tamin’izay, nony nijery manodidina izy, dia tsy nahita olona intsony, afa-tsy Jesosy irery teo aminy. Ary raha nidina avy tany an-tendrombohitra izy ireo, dia nandrara azy mba tsy hilaza amin’olona na amin’iza na amin’iza ny zavatra izay efa hitany, mandra-pitsangan’ny Zanak’olona amin’ny maty. Ary notanany tao am-pony izany teny izany, sady nifampaka izy samy izy ny amin’izay hevitr’izany fitsanganana amin’ny maty izany. Marka 9:1–10.</w:t>
      </w:r>
    </w:p>
    <w:p>
      <w:pPr>
        <w:pStyle w:val="ArticleBody"/>
        <w:jc w:val="left"/>
      </w:pPr>
      <w:r>
        <w:rPr>
          <w:rFonts w:ascii="Times New Roman" w:hAnsi="Times New Roman" w:eastAsia="Times New Roman" w:cs="Times New Roman"/>
        </w:rPr>
        <w:t>Teny an-tendrombohitra, Petera dia manolotra ny hanorina tabernakely ho an’i Mosesy sy Kristy ary Elia.</w:t>
      </w:r>
    </w:p>
    <w:p>
      <w:pPr>
        <w:pStyle w:val="ArticleScripture"/>
        <w:jc w:val="left"/>
      </w:pPr>
      <w:r>
        <w:rPr>
          <w:rFonts w:ascii="Times New Roman" w:hAnsi="Times New Roman" w:eastAsia="Times New Roman" w:cs="Times New Roman"/>
        </w:rPr>
        <w:t>“Nandalo tamin’ny fahafatesana i Mosesy, fa nidina i Mikaela ka nanome fiainana azy talohan’ny nahitan’ny tenany fahalòvana. Niezaka nihazona ny tenany Satana, ka nitaky azy ho azy; fa i Mikaela nanangana an’i Mosesy tamin’ny maty ka nitondra azy ho any an-danitra. Niteny ratsy tamin’Andriamanitra tamin-katezerana mafy Satana, ka niampanga Azy ho tsy marina noho ny namelany ny rembiny halaina taminy; nefa Kristy tsy mba nananatra ny fahavalony, na dia tamin’ny alalan’ny fakam-panahiny aza no nahalavoan’ilay mpanompon’Andriamanitra. Tamim-pahalemem-panahy no nanolorany azy tamin’ny Rainy, ka nanao hoe: ‘Hananatra anao anie Jehovah.’”</w:t>
      </w:r>
    </w:p>
    <w:p>
      <w:pPr>
        <w:pStyle w:val="ArticleScripture"/>
        <w:jc w:val="left"/>
      </w:pPr>
      <w:r>
        <w:rPr>
          <w:rFonts w:ascii="Times New Roman" w:hAnsi="Times New Roman" w:eastAsia="Times New Roman" w:cs="Times New Roman"/>
        </w:rPr>
        <w:t>“Efa nilaza tamin’ny mpianany Jesosy fa misy ny sasany amin’izay mitsangana eo aminy izay tsy hanandrana fahafatesana mandra-pahitany ny fanjakan’Andriamanitra tonga amin-kery. Tamin’ny fiovan-tarehy no nahatanterahan’izany teny fikasana izany. Tao dia niova ny endrik’i Jesosy ka namirapiratra tahaka ny masoandro. Fotsy sady manjelanjelatra ny fitafiany. Teo i Mosesy mba haneho ireo izay hatsangana amin’ny maty amin’ny fisehoan’i Jesosy fanindroany. Ary i Elia, izay nakarina tsy nahita fahafatesana, dia naneho ireo izay hovana ho amin’ny tsy fahafatesana amin’ny fihavian’i Kristy fanindroany ka hakarina ho any an-danitra nefa tsy hahita fahafatesana. Talanjona sy raiki-tahotra ny mpianatra raha nahita ny voninahitra faratampon’i Jesosy sy ny rahona izay nanarona azy, ary nandre ny feon’Andriamanitra tamin’ny fiandrianana mahatahotra nanao hoe: ‘Ity no Zanako malalako; henoy Izy.’” Early Writings, 164.</w:t>
      </w:r>
    </w:p>
    <w:p>
      <w:pPr>
        <w:pStyle w:val="ArticleBody"/>
        <w:jc w:val="left"/>
      </w:pPr>
      <w:r>
        <w:rPr>
          <w:rFonts w:ascii="Times New Roman" w:hAnsi="Times New Roman" w:eastAsia="Times New Roman" w:cs="Times New Roman"/>
        </w:rPr>
        <w:t>Ny Tendrombohitry ny Fiovan-tarehy dia manondro tabernakely telo. Ny tabernakelin’i Mosesy tany am-piandohan’ny Isiraely fahiny, ny tabernakelin’i Kristy araka izay asehon’ny fahatongavany ho nofo, ary ny tabernakely izay ny iray hetsy sy efatra alina sy efatra arivo, araka izay asehon’i Elia. Ny iray hetsy sy efatra alina sy efatra arivo dia ireo izay tsy hanandrana fahafatesana mandra-pahitany ny Fiavian’i Kristy Fanindroany. Ny Tendrombohitra dia manondro ny teboka izay ametrahana ny tombo-kase eo amin’ny iray hetsy sy efatra alina sy efatra arivo.</w:t>
      </w:r>
    </w:p>
    <w:p>
      <w:pPr>
        <w:pStyle w:val="ArticleBody"/>
        <w:jc w:val="left"/>
      </w:pPr>
      <w:r>
        <w:rPr>
          <w:rFonts w:ascii="Times New Roman" w:hAnsi="Times New Roman" w:eastAsia="Times New Roman" w:cs="Times New Roman"/>
        </w:rPr>
        <w:t>Ny tabernakelin’ny iray hetsy sy efatra amby efapolo arivo dia atsangana amin’ny Fetin’ny Tabernakely tandindon’ny tena izy. Ny Tendrombohitra no manondro ireo izay tsy hanandrana fahafatesana, ary mametraka vavolombelona telo fa rehefa mahita ny voninahitr’Andriamanitra eo an-tendrombohitra izy ireo, dia izany no Fetin’ny Tabernakely tandindon’ny tena izy.</w:t>
      </w:r>
    </w:p>
    <w:p>
      <w:pPr>
        <w:pStyle w:val="ArticleBody"/>
        <w:jc w:val="left"/>
      </w:pPr>
      <w:r>
        <w:rPr>
          <w:rFonts w:ascii="Times New Roman" w:hAnsi="Times New Roman" w:eastAsia="Times New Roman" w:cs="Times New Roman"/>
        </w:rPr>
        <w:t>Izy ireo dia atsangana ho tabernakelin’i Elia, izay nanomboka naorina tamin’ny 2023, fony samy natsangana tamin’ny maty i Mosesy sy Elia. Voalohany dia napetraka ny fanorenana, dia ilay fanorenana tokana izay azo apetraka ihany, ary izany fanorenana izany dia Kristy, ilay vato fehizoro sy vato fanorenana. Avy eo dia apetraka ny vato famaranana, izay maneho ny famehezana ny iray hetsy sy efatra amby efatra alina araka izay naseho teo amin’ny Tendrombohitry ny Fiovan-tarehy. Teo an-tendrombohitra, Petera sy Jakoba ary Jaona dia maneho ireo izay tena tsy hanandrana fahafatesana. Tatỳ aoriana Petera dia nanoratra fa ny fanjakan’ny mpisorona dia ireo izay efa nanandrana fa tsara ny Tompo, ary izay trano ara-panahy. Nanandrana ny fiainana izy ireo, ka noho izany dia tsy manandrana fahafatesana.</w:t>
      </w:r>
    </w:p>
    <w:p>
      <w:pPr>
        <w:pStyle w:val="ArticleScripture"/>
        <w:jc w:val="left"/>
      </w:pPr>
      <w:r>
        <w:rPr>
          <w:rFonts w:ascii="Times New Roman" w:hAnsi="Times New Roman" w:eastAsia="Times New Roman" w:cs="Times New Roman"/>
        </w:rPr>
        <w:t>Raha efa nanandrana ianareo ka nahita fa tsara fanahy ny Tompo. Manatona Azy ianareo, dia toy ny manatona vato velona, izay nolavin’ny olona tokoa, nefa voafidin’Andriamanitra sady sarobidy; ary ianareo koa, tahaka ny vato velona, dia aorina ho trano ara-panahy, ho fisoronana masina, mba hanolotra fanatitra ara-panahy, ankasitrahan’Andriamanitra amin’ny alalan’i Jesosy Kristy. Koa izany no voasoratra ao amin’ny Soratra Masina hoe: Indro, mametraka ao Ziona Aho vato fehizoro lehibe, voafidy sady sarobidy; ary izay mino Azy dia tsy ho menatra. 1 Petera 2:3–6.</w:t>
      </w:r>
    </w:p>
    <w:p>
      <w:pPr>
        <w:pStyle w:val="ArticleBody"/>
        <w:jc w:val="left"/>
      </w:pPr>
      <w:r>
        <w:rPr>
          <w:rFonts w:ascii="Times New Roman" w:hAnsi="Times New Roman" w:eastAsia="Times New Roman" w:cs="Times New Roman"/>
        </w:rPr>
        <w:t>Ny teny nadika hoe “confounded” dia midika hoe “ho menatra.” I Petera no misolo tena ny sisa, ary ny fifaliany dia ampitahaina amin’ireo izay nandà ny hafatry ny ranonorana farany. Fanalahidy iray momba ny iray hetsy sy efatra alina sy efatra arivo, satria nomena an’i Petera ny “lakile” ho amin’ny fanjakana, dia ilay “vato fehizoro lehibe” izay napetraka tao Ziona. Mahagaga eo imason’ny marina izany vato izany, ary vato mahatafintohina ho an’ireo mamo amin’i Efraima.</w:t>
      </w:r>
    </w:p>
    <w:p>
      <w:pPr>
        <w:pStyle w:val="ArticleScripture"/>
        <w:jc w:val="left"/>
      </w:pPr>
      <w:r>
        <w:rPr>
          <w:rFonts w:ascii="Times New Roman" w:hAnsi="Times New Roman" w:eastAsia="Times New Roman" w:cs="Times New Roman"/>
        </w:rPr>
        <w:t>Ny vato izay nolavin’ny mpanao trano no tonga vato fehizoro. Avy tamin’i Jehovah izany; mahagaga eo imasontsika izany. Salamo 118:22, 23.</w:t>
      </w:r>
    </w:p>
    <w:p>
      <w:pPr>
        <w:pStyle w:val="ArticleBody"/>
        <w:jc w:val="left"/>
      </w:pPr>
      <w:r>
        <w:rPr>
          <w:rFonts w:ascii="Times New Roman" w:hAnsi="Times New Roman" w:eastAsia="Times New Roman" w:cs="Times New Roman"/>
        </w:rPr>
        <w:t>Yesosy dia nanao fanamarihana momba ireo andininy ireo teo amin’ny famaranana ny fanoharana ny amin’ny tanim-boaloboka.</w:t>
      </w:r>
    </w:p>
    <w:p>
      <w:pPr>
        <w:pStyle w:val="ArticleScripture"/>
        <w:jc w:val="left"/>
      </w:pPr>
      <w:r>
        <w:rPr>
          <w:rFonts w:ascii="Times New Roman" w:hAnsi="Times New Roman" w:eastAsia="Times New Roman" w:cs="Times New Roman"/>
        </w:rPr>
        <w:t>Hoy Jesosy taminy hoe: Tsy mba novakinareo va na oviana na oviana tao amin’ny Soratra Masina hoe: Ny vato izay nolavin’ny mpanao trano, dia izany no tonga fehizoro; avy tamin’ny Tompo izany, ka mahagaga eo imasontsika? Koa izany no ilazako aminareo fa ny fanjakan’Andriamanitra dia hesorina aminareo ka homena firenena izay mamoa ny vokany. Ary izay rehetra ho lavo amin’io vato io dia hotorotoroina; fa izay hianjeran’io kosa dia hodioviny ho vovoka. Ary rehefa ren’ny lohan’ny mpisorona sy ny Fariseo ny fanoharany, dia fantany fa izy ireo no nolazainy. Fa raha nitady hisambotra Azy izy, dia natahotra ny vahoaka, satria nataon’ireo ho mpaminany Izy. Matio 21:42–46.</w:t>
      </w:r>
    </w:p>
    <w:p>
      <w:pPr>
        <w:pStyle w:val="ArticleBody"/>
        <w:jc w:val="left"/>
      </w:pPr>
      <w:r>
        <w:rPr>
          <w:rFonts w:ascii="Times New Roman" w:hAnsi="Times New Roman" w:eastAsia="Times New Roman" w:cs="Times New Roman"/>
        </w:rPr>
        <w:t>Izay manaiky ny hafatra fototra dia ho torotoro, fa Kristy no Vatolampy, ary ny asan’ny filazantsara dia ny hanetry ny olombelona ho amin’ny vovoka.</w:t>
      </w:r>
    </w:p>
    <w:p>
      <w:pPr>
        <w:pStyle w:val="ArticleScripture"/>
        <w:jc w:val="left"/>
      </w:pPr>
      <w:r>
        <w:rPr>
          <w:rFonts w:ascii="Times New Roman" w:hAnsi="Times New Roman" w:eastAsia="Times New Roman" w:cs="Times New Roman"/>
        </w:rPr>
        <w:t>“Inona no atao hoe fanamarinana amin’ny finoana? Izy no asan’Andriamanitra amin’ny fampietrena ny voninahitr’olombelona ho amin’ny vovoka, ary amin’ny fanaovany ho an’ny olona izay tsy hainy atao ho an’ny tenany. Rehefa hitan’ny olona ny maha-tsinontsinona azy, dia voaomana izy hitafy ny fahamarinan’i Kristy. Rehefa manomboka midera sy manandratra an’Andriamanitra mandritra ny andro tontolo izy, dia amin’ny fijerena no anovàna azy ho amin’izany endrika izany ihany. Inona no atao hoe fanavaozana? Izy no fampahafantaran’Andriamanitra amin’ny olona ny tena toetrany marina, dia ny hoe ao amin’ny tenany ihany dia tsy misy vidiny izy.” Manuscript Releases, volume 20, 117.</w:t>
      </w:r>
    </w:p>
    <w:p>
      <w:pPr>
        <w:pStyle w:val="ArticleBody"/>
        <w:jc w:val="left"/>
      </w:pPr>
      <w:r>
        <w:rPr>
          <w:rFonts w:ascii="Times New Roman" w:hAnsi="Times New Roman" w:eastAsia="Times New Roman" w:cs="Times New Roman"/>
        </w:rPr>
        <w:t>Izay mandà ny vato fehizoro dia ho levona, tahaka ny nanjo ny Isiraely fahiny tamin’ny fahatanterahan’ny fampiharana nataon’i Jesosy ny fanoharana ny amin’ny tanim-boaloboka. Nandà an’i Kristy ny Jiosy; ary nandà an’i Mosesy koa izy, satria raha nino an’i Mosesy izy, dia ho nino an’i Kristy koa. Nolaviny ny lalàn’Andriamanitra, ka ny didin’olona no nampianariny ho foto-pampianarana. Kristy sy Mosesy ary ny Lalàna dia samy tandindon’ny fanorenana avokoa, ary Kristy no hany fanorenana azo apetraka; nefa Kristy amin’ny maha-fanorenana Azy dia aseho amin’ny tandindona maro. Mosesy sy ny Lalàna dia samy fanoharana maneho izany zava-misy izany. Kristy no hany fanorenana, kanefa izany dia midika ihany fa ireo fanorenana hafa ao amin’ny Teniny ara-paminaniana dia tandindon’ny lafiny sasany amin’ny toetrany fotsiny ihany.</w:t>
      </w:r>
    </w:p>
    <w:p>
      <w:pPr>
        <w:pStyle w:val="ArticleScripture"/>
        <w:jc w:val="left"/>
      </w:pPr>
      <w:r>
        <w:rPr>
          <w:rFonts w:ascii="Times New Roman" w:hAnsi="Times New Roman" w:eastAsia="Times New Roman" w:cs="Times New Roman"/>
        </w:rPr>
        <w:t>Fa tsy misy olona mahazo mametraka fanorenana hafa afa-tsy izay efa voaorina, dia Jesosy Kristy izany. 1 Korintiana 3:11.</w:t>
      </w:r>
    </w:p>
    <w:p>
      <w:pPr>
        <w:pStyle w:val="ArticleBody"/>
        <w:jc w:val="left"/>
      </w:pPr>
      <w:r>
        <w:rPr>
          <w:rFonts w:ascii="Times New Roman" w:hAnsi="Times New Roman" w:eastAsia="Times New Roman" w:cs="Times New Roman"/>
        </w:rPr>
        <w:t>Jesosy no Teny, ary noho izany ireo fitsipika ao anatin’ny Teniny dia maneho ny Tenany. Izany no antony anoratan’i Rahavavy White fa ny Didy Folo dia dika mitovy amin’ny toetran’i Kristy. Izy no Voalohany sy Farany, ary rehefa aseho amin’izany fomba izany dia manambara fa i Kristy dia mandrakariva mampiseho ny fiafaran-javatra iray miaraka amin’ny fiandohan’izany zavatra izany. Amin’ny maha-Teny Azy dia “Fahamarinana” koa Izy, ary ny fahamarinana dia rafitra ara-paminaniana. Izy no Liona avy amin’ny firenen’i Joda rehefa manisy tombo-kase sy manala tombo-kase ny Teniny Izy. Izy koa no vato fehizoro izay tonga vato tampony. Ny vato fehizoro dia fanehoana tsotra fotsiny Azy amin’ny maha-fanorenana fototra Azy, na ny litera voalohan’ny teny hebreo hoe “fahamarinana.” Ny vato tampony no asa famaranana eo ambonin’ny tempoly, ary rehefa ampifanarahana amin’ny rafitry ny fahamarinana, ny vato tampony dia mahery avo roa amby roapolo heny noho ny vato fehizoro. Izay mahatalanjona eo imason’ireo izay efa nanandrana fa tsara ny Tompo, dia ny fomba anondroan’ireo foto-kevitry ny rafitry ny fahamarinana izay ampifanarahana amin’ny vato fehizoro sy ny vato tampony ny iray amin’ireo fanalahidy ara-paminaniana izay nomena an’i Petera.</w:t>
      </w:r>
    </w:p>
    <w:p>
      <w:pPr>
        <w:pStyle w:val="ArticleBody"/>
        <w:jc w:val="left"/>
      </w:pPr>
      <w:r>
        <w:rPr>
          <w:rFonts w:ascii="Times New Roman" w:hAnsi="Times New Roman" w:eastAsia="Times New Roman" w:cs="Times New Roman"/>
        </w:rPr>
        <w:t>Ny litera voalohany, alfa, dia iray; fa ny litera farany, omega, dia roa amby roapolo. Mamirapiratra tahaka ny masoandro ny firavakan’i Miller; nefa rehefa namory ireo firavaka ilay lehilahy mpamafa vovoka, dia namirapiratra avo folo heny kokoa izy ireo. Ny fahafantarana fa ny faran’ny tsipika ara-paminaniana iray dia mitovy amin’ny fiandohan’ny tsipika ara-paminaniana iray, nefa mahery kokoa noho izany, dia “mahagaga.” Singa iray amin’ny toetran’i Kristy izany; iray amin’ireo fanalahidy nomena an’i Petera mba hamatotra ny iray hetsy sy efatra amby efatra alina.</w:t>
      </w:r>
    </w:p>
    <w:p>
      <w:pPr>
        <w:pStyle w:val="ArticleBody"/>
        <w:jc w:val="left"/>
      </w:pPr>
      <w:r>
        <w:rPr>
          <w:rFonts w:ascii="Times New Roman" w:hAnsi="Times New Roman" w:eastAsia="Times New Roman" w:cs="Times New Roman"/>
        </w:rPr>
        <w:t>Ny “trano ara-panahy” nolazain’i Petera dia ilay vata ao amin’ny nofin’i William Miller, ary koa ilay trano fitahirizana ny fahafolonkarena sy ny fanatitra ao amin’i Malakia. Rehefa vohaina ny varavaran-kelin’ny lanitra, dia misy sokajy iray ariana hivoaka ny efitra, ary ny sokajy iray kosa atsipy ao anatin’ilay vata ka omena ny fitafiana rongony fotsy ho fanamian’ny fiangonan’Andriamanitra mandresy.</w:t>
      </w:r>
    </w:p>
    <w:p>
      <w:pPr>
        <w:pStyle w:val="ArticleScripture"/>
        <w:jc w:val="left"/>
      </w:pPr>
      <w:r>
        <w:rPr>
          <w:rFonts w:ascii="Times New Roman" w:hAnsi="Times New Roman" w:eastAsia="Times New Roman" w:cs="Times New Roman"/>
        </w:rPr>
        <w:t>“Tamim-pahatsorana sy ampahibemaso no naneken’ny vahoakan’i Joda ny hanaraka ny lalàn’Andriamanitra. Nefa rehefa nesorina vetivety ny herin’ny fitaoman’i Ezra sy Nehemia, dia maro no niala tamin’i Jehovah. Niverina tany Persia i Nehemia. Nandritra ny tsy naha-teo azy tao Jerosalema, dia niditra an-tsokosoko ny ratsy izay nandrahona ny hanimba ny firenena. Tsy vitan’ny hoe nahazo toerana tao an-tanàna ireo mpanompo sampy, fa nandoto tamin’ny fanatrehany hatramin’ny kianjan’ny tempoly mihitsy aza. Tamin’ny alalan’ny fanambadiana nifangaro dia nisy fifandraisana akaiky niforona teo amin’i Eliashiba mpisoronabe sy Tobia Amonita, fahavalo mangidin’i Isiraely. Vokatry ny firaisana tsy masina toy izany, dia navelan’i Eliashiba hipetraka tao amin’ny efitra iray mifandray amin’ny tempoly i Tobia, efitra izay nampiasaina taloha ho trano fitahirizana ny ampahafolon-karena sy ny fanatitr’ireo olona.”</w:t>
      </w:r>
    </w:p>
    <w:p>
      <w:pPr>
        <w:pStyle w:val="ArticleScripture"/>
        <w:jc w:val="left"/>
      </w:pPr>
      <w:r>
        <w:rPr>
          <w:rFonts w:ascii="Times New Roman" w:hAnsi="Times New Roman" w:eastAsia="Times New Roman" w:cs="Times New Roman"/>
        </w:rPr>
        <w:t>“Noho ny habibiana sy ny famadihan’ny Amonita sy ny Moabita tamin’ny Isiraely, dia efa nambaran’Andriamanitra tamin’ny alalan’i Mosesy fa tokony ho voaroaka mandrakizay tsy ho ao amin’ny fiangonan’ny olony izy ireo. Jereo ny Deoteronomia 23:3–6. Ho fanambaniana izany teny izany, ny mpisoronabe dia nanary ny fanatitra voatahiry tao amin’ny efi-tranon’ny tranon’Andriamanitra, mba hanomezana toerana ity solontenan’ny firazanana voarara ity. Tsy nisy fanamavoana lehibe kokoa an’Andriamanitra azo naseho noho ny nanomezana tombon-tsoa toy izany an’ity fahavalon’Andriamanitra sy ny fahamarinany ity.”</w:t>
      </w:r>
    </w:p>
    <w:p>
      <w:pPr>
        <w:pStyle w:val="ArticleScripture"/>
        <w:jc w:val="left"/>
      </w:pPr>
      <w:r>
        <w:rPr>
          <w:rFonts w:ascii="Times New Roman" w:hAnsi="Times New Roman" w:eastAsia="Times New Roman" w:cs="Times New Roman"/>
        </w:rPr>
        <w:t>« Rehefa niverina avy tany Persia i Nehemia, dia nahalala ny fanamasinana zava-masina natao tamim-pahasahiana izy, ka nandray fepetra haingana handroahana ilay niditra an-keriny. “Nalahelo mafy aho,” hoy ny fanambarany; “koa nariako hivoaka avy ao amin’ilay efi-trano avokoa ny fanaka rehetra tao an-tranon’i Tobia. Dia nandidy aho, ka nodiovina ny efi-trano; ary naveriko tao indray ny fanaka tao amin’ny tranon’Andriamanitra mbamin’ny fanatitra hohanina sy ny ditin-kazo manitra.” »</w:t>
      </w:r>
    </w:p>
    <w:p>
      <w:pPr>
        <w:pStyle w:val="ArticleScripture"/>
        <w:jc w:val="left"/>
      </w:pPr>
      <w:r>
        <w:rPr>
          <w:rFonts w:ascii="Times New Roman" w:hAnsi="Times New Roman" w:eastAsia="Times New Roman" w:cs="Times New Roman"/>
        </w:rPr>
        <w:t>“Tsy ny tempoly ihany no efa nolotoina, fa ny fanatitra koa dia nampiasaina tamin’ny tsy tokony ho izy. Izany no nitarika tamin’ny fanakiviana ny fahalalahan-tanan’ny olona. Very ny zotom-pony sy ny hafanam-pony, ka nisalasala izy handoa ny ampahafolony. Tsy ampy ny famatsiana ny trano fitahirizam-bolan’ny tranon’i Jehovah; maro tamin’ireo mpihira sy ny hafa izay niasa tamin’ny fanompoana tao amin’ny tempoly, noho ny tsy nahazoany fanohanana ampy, no nandao ny asan’Andriamanitra mba hiasa any amin’ny toeran-kafa.</w:t>
      </w:r>
    </w:p>
    <w:p>
      <w:pPr>
        <w:pStyle w:val="ArticleScripture"/>
        <w:jc w:val="left"/>
      </w:pPr>
      <w:r>
        <w:rPr>
          <w:rFonts w:ascii="Times New Roman" w:hAnsi="Times New Roman" w:eastAsia="Times New Roman" w:cs="Times New Roman"/>
        </w:rPr>
        <w:t>“Nehemia dia niasa mba hanitsy ireo fanararaotana ireo. Nampiangoniny ireo izay niala tamin’ny fanompoana tao an-tranon’i Jehovah, ‘ary nametrany teo amin’ny toerany avy izy ireo.’ Izany no nanome aingam-panahy sy fahatokiana ny vahoaka, ka nitondra ‘ny fahafolon-karena amin’ny vary sy ny divay vaovao ary ny diloilo’ i Joda rehetra. Lehilahy izay ‘natao ho mahatoky’ no notendrena ho ‘mpitahiry ny firaketana ao amin’ny trano firaketana,’ ‘ary ny raharahany dia ny hizara amin’ny rahalahiny.’” Mpaminany sy Mpanjaka, 669, 670.</w:t>
      </w:r>
    </w:p>
    <w:p>
      <w:pPr>
        <w:pStyle w:val="ArticleBody"/>
        <w:jc w:val="left"/>
      </w:pPr>
      <w:r>
        <w:rPr>
          <w:rFonts w:ascii="Times New Roman" w:hAnsi="Times New Roman" w:eastAsia="Times New Roman" w:cs="Times New Roman"/>
        </w:rPr>
        <w:t>Rehefa “nandroaka an’i Tobia”, dia naneho mialoha an’i Kristy nandroaka ny mpanakalo vola hiala tao amin’io tempoly io ihany izy. Tsy ny tempoly fotsiny akory, fa ilay efitra tao amin’ny tempoly izay nitahirizana ny ampahafolony mihitsy. Rehefa i Eliakima, ilay Filadelfiana, no nisolo an’i Sebna, ilay Laodikiana, dia i Sebna no mpitahiry rakitra izay natsipy ho any an-tsaha lavitra.</w:t>
      </w:r>
    </w:p>
    <w:p>
      <w:pPr>
        <w:pStyle w:val="ArticleScripture"/>
        <w:jc w:val="left"/>
      </w:pPr>
      <w:r>
        <w:rPr>
          <w:rFonts w:ascii="Times New Roman" w:hAnsi="Times New Roman" w:eastAsia="Times New Roman" w:cs="Times New Roman"/>
        </w:rPr>
        <w:t>Izao no lazain’i Jehovah, Andriamanitry ny maro: Mandehana, mankanesa amin’ity mpitahiry rakitra ity, dia amin’i Sebna, izay lehiben’ny ankohonana, ka lazao hoe: Inona no anananao atỳ, ary iza no anananao atỳ, no nandavahanao fasana ho anao atỳ, tahaka izay mandavaka fasana ho azy eny amin’ny avo sy manao fitoerana ho azy ao amin’ny vatolampy? Indro, Jehovah hanesotra anao amin-kery ho amin’ny fahababoana, ary hosaronany tokoa ianao. Eny, hahodiny mafy sy hatsipiny tahaka ny baolina ho any amin’ny tany malalaka ianao; any no hahafatesanao, ary any no hahatonga ireo kalesin’ny voninahitrao ho fahafaham-baraka ho an’ny tranon’ny tomponao. Ary horoahiko hiala amin’ny toeranao ianao, ary hasehony hidina hiala amin’ny fanjakanao.</w:t>
      </w:r>
    </w:p>
    <w:p>
      <w:pPr>
        <w:pStyle w:val="ArticleScripture"/>
        <w:jc w:val="left"/>
      </w:pPr>
      <w:r>
        <w:rPr>
          <w:rFonts w:ascii="Times New Roman" w:hAnsi="Times New Roman" w:eastAsia="Times New Roman" w:cs="Times New Roman"/>
        </w:rPr>
        <w:t>Ary amin’izany andro izany dia hantsoiko Elyakima mpanompoko, zanak’i Hilkia; ary hotafiako ny akanjonao izy, ary hampahereziko amin’ny fehikibonao, ary hatolotro eo an-tànany ny fahefanao; ka ho ray ho an’ny mponina any Jerosalema sy ho an’ny taranak’i Joda izy. Ary ny fanalahidin’ny tranon’i Davida dia hapetrako eo an-tsorony; ka hamoha izy, fa tsy hisy hanidy; ary hanidy izy, fa tsy hisy hamoha.</w:t>
      </w:r>
    </w:p>
    <w:p>
      <w:pPr>
        <w:pStyle w:val="ArticleScripture"/>
        <w:jc w:val="left"/>
      </w:pPr>
      <w:r>
        <w:rPr>
          <w:rFonts w:ascii="Times New Roman" w:hAnsi="Times New Roman" w:eastAsia="Times New Roman" w:cs="Times New Roman"/>
        </w:rPr>
        <w:t>Dia hamehezako ho tahaka ny fantsika amin’ny fitoerana mafy orina izy; ary ho seza fiandrianam-boninahitry ny tranon-drainy izy. Ary hahantona aminy ny voninahitra rehetra amin’ny tranon-drainy, dia ny taranaka sy ny sampany rehetra, mbamin’ny fanaka madinika rehetra, hatramin’ny fanaky ny kaopy ka hatramin’ny fanaky ny sinibe rehetra. Amin’izany andro izany, hoy Jehovah, Tompon’ny maro, dia hesorina ny fantsika izay nohomboana tamin’ny fitoerana mafy orina, ka hotapahina sy hianjera; ary ho tapaka ny enta-mavesatra izay teo aminy; fa Jehovah no efa nilaza izany. Isaia 22:15–22.</w:t>
      </w:r>
    </w:p>
    <w:p>
      <w:pPr>
        <w:pStyle w:val="ArticleBody"/>
        <w:jc w:val="left"/>
      </w:pPr>
      <w:r>
        <w:rPr>
          <w:rFonts w:ascii="Times New Roman" w:hAnsi="Times New Roman" w:eastAsia="Times New Roman" w:cs="Times New Roman"/>
        </w:rPr>
        <w:t>Amin’ny andro hanariana an’i Sebna, ilay Laodiseana adala, dia omena an’i Eliakima ny fitondrana ny fiangonana mpandresy. Rehefa manadio ny tempoly an’ireo efatra amby efatra alina sy iray hetsy Kristy, amin’ny fako izay nandrakotra ireo vatosoa sarobidy, dia ambarany fa Izy no “handrakotra” ireo izay asehon’i Sebna. Talohan’ny namohàna ny varavaran’ny lanitra dia rakotry ny fako ireo vatosoa, ary rehefa ariana ny fako, dia rakotry ny henatra kosa izany fako izany. Ny nofin’i William Miller dia manondro ny fanisiana tombo-kase ireo efatra amby efatra alina sy iray hetsy.</w:t>
      </w:r>
    </w:p>
    <w:p>
      <w:pPr>
        <w:pStyle w:val="ArticleBody"/>
        <w:jc w:val="left"/>
      </w:pPr>
      <w:r>
        <w:rPr>
          <w:rFonts w:ascii="Times New Roman" w:hAnsi="Times New Roman" w:eastAsia="Times New Roman" w:cs="Times New Roman"/>
        </w:rPr>
        <w:t>Ny vata, dia trano firaketana ao amin’i Malakia, trano ara-panahy ao amin’i Petera, ary ilay tabernakelyn’i Elia izay nanirin’i Petera haorina. Ilay lehilahy mitondra borosy fanadiovana vovoka dia mampiseho ny fanisiana tombo-kase ny iray hetsy sy efatra alina amby efatra arivo raha manipy ny firavaka sarobidy ao anatin’ilay vata Izy. Malakia dia manondro ilay fitsapana izay manaporofo fa tena niverina tamin’Andriamanitra ny olony.</w:t>
      </w:r>
    </w:p>
    <w:p>
      <w:pPr>
        <w:pStyle w:val="ArticleScripture"/>
        <w:jc w:val="left"/>
      </w:pPr>
      <w:r>
        <w:rPr>
          <w:rFonts w:ascii="Times New Roman" w:hAnsi="Times New Roman" w:eastAsia="Times New Roman" w:cs="Times New Roman"/>
        </w:rPr>
        <w:t>Dia ireo izay natahotra an’i Jehovah no nifampiresaka matetika; ary Jehovah nihaino ka nandre izany; ary nisy boky fahatsiarovana nosoratana teo anatrehany ho an’izay natahotra an’i Jehovah sy nihevitra ny anarany. Ary ho Ahy ireo, hoy Jehovah, Tompon’ny maro, amin’izany andro anaovako ny firavako; ary hiantra Azy Aho, tahaka ny hiantran’ny olona ny zanany lahy izay manompo azy. Dia hiverina ianareo ka hanavaka ny marina sy ny ratsy fanahy, dia izay manompo an’Andriamanitra sy izay tsy manompo Azy. Malakia 3:16–18.</w:t>
      </w:r>
    </w:p>
    <w:p>
      <w:pPr>
        <w:pStyle w:val="ArticleBody"/>
        <w:jc w:val="left"/>
      </w:pPr>
      <w:r>
        <w:rPr>
          <w:rFonts w:ascii="Times New Roman" w:hAnsi="Times New Roman" w:eastAsia="Times New Roman" w:cs="Times New Roman"/>
        </w:rPr>
        <w:t>Ny fiverenana dia teny manan-danja ao amin’ity andalan-teny ity, fa Andriamanitra miantso ny olony hiverina aminy; nefa Izy koa manamby izany vahoaka izany mba hizaha toetra Azy amin’ny fampodiana ny fahafolonkarena sy ny fanatitra; ary mbola hisy koa ny fotoana izay “hiverenan’ny” marina, ka amin’izany no “hanavahany” ny hendry sy ny adala. Ireo izay natahotra an’i Jehovah sy nihevitra ny anarany no ireo izay ho faneva ho an’ny iray hetsy sy efatra amby efapolo arivo.</w:t>
      </w:r>
    </w:p>
    <w:p>
      <w:pPr>
        <w:pStyle w:val="ArticleBody"/>
        <w:jc w:val="left"/>
      </w:pPr>
      <w:r>
        <w:rPr>
          <w:rFonts w:ascii="Times New Roman" w:hAnsi="Times New Roman" w:eastAsia="Times New Roman" w:cs="Times New Roman"/>
        </w:rPr>
        <w:t>Ny fahatahorana an’i Jehovah no fitsapana voalohany; koa rehefa milaza ny andininy faha-enina ambin’ny folo hoe: “dia” izay natahotra an’i Jehovah, dia manondro miverina ao anatin’ny fitantarana ara-paminaniana izany.</w:t>
      </w:r>
    </w:p>
    <w:p>
      <w:pPr>
        <w:pStyle w:val="ArticleScripture"/>
        <w:jc w:val="left"/>
      </w:pPr>
      <w:r>
        <w:rPr>
          <w:rFonts w:ascii="Times New Roman" w:hAnsi="Times New Roman" w:eastAsia="Times New Roman" w:cs="Times New Roman"/>
        </w:rPr>
        <w:t>Ny teninareo dia mafy nanohitra Ahy, hoy Jehovah. Nefa ianareo manao hoe: Inona no betsaka nolazainay nanohitra Anao? Hoy ianareo: Zava-poana ny manompo an’Andriamanitra; ary inona no soa azonay tamin’ny nitandremanay ny didiny sy ny nandehananay tamin’alahelo teo anatrehan’i Jehovah, Tompon’ny maro? Ary ankehitriny izahay miantso ny mpiavonavona hoe sambatra; eny, ny mpanao ratsy dia asandratra; eny, izay maka fanahy an’Andriamanitra aza dia voavonjy. Malakia 3:13–15.</w:t>
      </w:r>
    </w:p>
    <w:p>
      <w:pPr>
        <w:pStyle w:val="ArticleBody"/>
        <w:jc w:val="left"/>
      </w:pPr>
      <w:r>
        <w:rPr>
          <w:rFonts w:ascii="Times New Roman" w:hAnsi="Times New Roman" w:eastAsia="Times New Roman" w:cs="Times New Roman"/>
        </w:rPr>
        <w:t>Malakia dia manao hoe: “ary ankehitriny ataontsika hoe sambatra ny mpiavonavona.” Ny mamoan’i Efraima dia antsoina hoe “satroboninahitry ny fiavonavonana,” ary faly izy ireo rehefa nihevitra fa maty i Mosesy sy Elia, dia ireo mpaminany roa izay nampijaly azy. Tena faly tokoa izy ireo, ka nifanolotra fanomezana.</w:t>
      </w:r>
    </w:p>
    <w:p>
      <w:pPr>
        <w:pStyle w:val="ArticleScripture"/>
        <w:jc w:val="left"/>
      </w:pPr>
      <w:r>
        <w:rPr>
          <w:rFonts w:ascii="Times New Roman" w:hAnsi="Times New Roman" w:eastAsia="Times New Roman" w:cs="Times New Roman"/>
        </w:rPr>
        <w:t>Ary angilangilangin’izy ireo dia handry eo amin’ny lalambe ao amin’ilay tanàna lehibe, izay antsoina ara-panahy hoe Sodoma sy Egypta, izay toerana nanomboana ny Tompontsika tamin’ny hazo fijaliana koa. Ary ny olona avy amin’ny firenena sy fokom-pirenena ary samy hafa fiteny ary jentilisa dia hijery ny fatin’izy ireo mandritra ny telo andro sy tapany, ka tsy havelany halevina ao am-pasana ny fatin’izy ireo. Ary izay monina ambonin’ny tany dia hifaly noho ny aminy sy hifampifaly, ary hifanolotra fanomezana; satria ireo mpaminany roa ireo dia nampijaly izay monina ambonin’ny tany. Apokalypsy 11:8–10.</w:t>
      </w:r>
    </w:p>
    <w:p>
      <w:pPr>
        <w:pStyle w:val="ArticleBody"/>
        <w:jc w:val="left"/>
      </w:pPr>
      <w:r>
        <w:rPr>
          <w:rFonts w:ascii="Times New Roman" w:hAnsi="Times New Roman" w:eastAsia="Times New Roman" w:cs="Times New Roman"/>
        </w:rPr>
        <w:t>Faly ny mpiavonavona hatramin’ny 18 Jolay 2020 ka mandritra ny taona 2023. Tamin’ny 18 Jolay 2020, ny hafatra dia “mahery setra” nanohitra ny “Tompo.” Tamin’ny 18 Jolay 2020 dia tsy tsapantsika ny halehiben’ny faharatsian’ny teny nataontsika nanohitra an’Andriamanitra sy ny Teniny. Noho ny fahadisoam-panantenana dia niditra tao amin’ny fotoam-piandrasana isika, araka izay asehon’ny fisaonana hoe: “Zava-poana ny manompo an’Andriamanitra; ary inona moa no soa azontsika tamin’ny fitandremantsika ny didiny sy ny fandehanantsika tamim-pisaonana teo anatrehan’i Jehovah, Tompon’ny maro?” Mifanindran-dàlana amin’ny fisaonan’i Jeremia izany, raha asehony an-tsary ny fahadisoam-panantenana voalohany.</w:t>
      </w:r>
    </w:p>
    <w:p>
      <w:pPr>
        <w:pStyle w:val="ArticleScripture"/>
        <w:jc w:val="left"/>
      </w:pPr>
      <w:r>
        <w:rPr>
          <w:rFonts w:ascii="Times New Roman" w:hAnsi="Times New Roman" w:eastAsia="Times New Roman" w:cs="Times New Roman"/>
        </w:rPr>
        <w:t>Tsy nipetraka teo amin’ny fivorian’ny mpaniratsira aho, na nifaly; nipetraka irery aho noho ny tananao; fa nofenoinao fahatezerana aho. Nahoana no maharitra mandrakariva ny fanaintainiako, ary tsy azo sitranina ny feriko, izay mandà tsy ho sitrana? Ho tonga amiko tahaka ny mpamitaka va Hianao, sy tahaka ny rano mitsahatra? Jeremia 15:17, 18.</w:t>
      </w:r>
    </w:p>
    <w:p>
      <w:pPr>
        <w:pStyle w:val="ArticleBody"/>
        <w:jc w:val="left"/>
      </w:pPr>
      <w:r>
        <w:rPr>
          <w:rFonts w:ascii="Times New Roman" w:hAnsi="Times New Roman" w:eastAsia="Times New Roman" w:cs="Times New Roman"/>
        </w:rPr>
        <w:t>Ny teninay dia hentitra tamin’ilay faminaniana ny 18 Jolay 2020, ary tamin’izany fotoana izany dia mbola tsy fantatray ny halehiben’ny fikomiànay. Tamin’ny fahadisoam-panantenana dia efa nanomboka ny fotoana fiandrasana, raha mbola nisaona ny antokon’olona iray ary nifaly kosa ny antokon’olona iray hafa. Ao anatin’izany toe-javatra izany no ambaran’i Malakia hoe:</w:t>
      </w:r>
    </w:p>
    <w:p>
      <w:pPr>
        <w:pStyle w:val="ArticleScripture"/>
        <w:jc w:val="left"/>
      </w:pPr>
      <w:r>
        <w:rPr>
          <w:rFonts w:ascii="Times New Roman" w:hAnsi="Times New Roman" w:eastAsia="Times New Roman" w:cs="Times New Roman"/>
        </w:rPr>
        <w:t>Ary izay natahotra an’i Jehovah dia nifampiresaka matetika; ary Jehovah nihaino sy nahare izany, ka nisy bokin-tsiarovana nosoratana teo anatrehany ho an’izay natahotra an’i Jehovah sy nihevitra ny anarany. Ary ho Ahy ireo, hoy Jehovah, Tompon’ny maro, amin’ny andro hanangonako ny firavako; ary hiantrako izy, tahaka ny iantran’ny lehilahy ny zanany lahy izay manompo azy.</w:t>
      </w:r>
    </w:p>
    <w:p>
      <w:pPr>
        <w:pStyle w:val="ArticleScripture"/>
        <w:jc w:val="left"/>
      </w:pPr>
      <w:r>
        <w:rPr>
          <w:rFonts w:ascii="Times New Roman" w:hAnsi="Times New Roman" w:eastAsia="Times New Roman" w:cs="Times New Roman"/>
        </w:rPr>
        <w:t>Dia dia hiverina ianareo ka hanavaka ny marina sy ny ratsy fanahy, dia ny manompo an’Andriamanitra sy ny tsy manompo Azy. Malakia 3:16–18.</w:t>
      </w:r>
    </w:p>
    <w:p>
      <w:pPr>
        <w:pStyle w:val="ArticleBody"/>
        <w:jc w:val="left"/>
      </w:pPr>
      <w:r>
        <w:rPr>
          <w:rFonts w:ascii="Times New Roman" w:hAnsi="Times New Roman" w:eastAsia="Times New Roman" w:cs="Times New Roman"/>
        </w:rPr>
        <w:t>Tamin’ny taona 2024 dia tonga ilay fizahan-toetra fototra izay aseho ho ny fahatahorana an’i Jehovah. Kilasy roa no naseho tamin’izany fizahan-toetra izany, ary ilay vondrona izay nahaforona ireo kilasy roa ireo dia efa nifampiresaka matetika tamin’ny alalan’ny fivoriana Zoom tsy tapaka, nandritra ireo telo andro sy tapany. Nihaino ny dinik’izy ireo ny Tompo. Ilay kilasy izay natahotra an’i Jehovah dia nihevitra ny anarany; Palmoni, ilay Liona avy amin’ny firenen’i Joda, ny Alfa sy Omega, ny Fahamarinana, ny Teny, ilay Mpahay Fiteny Mahagaga, ny vato fehizoro sy vato famaranana, ny Zanak’ondry, ny Mpisoronabe any An-danitra, ny Tempoly, ny Vatolampy. Ireo izay tafiditra ao anatin’izany boky izany dia ho firavaka sarobidy eo amin’ny satroboninahitra izay maneho ny fanevan’ny fanjakan’ny voninahitra. Rehefa manangona ireo firavaka sarobidy ireo Izy, dia amin’izay izy ireo no miverina ka mahay manavaka ny marina sy ny ratsy fanahy. Rehefa manipy ireo firavaka sarobidy ao anatin’ny vata Izy, dia amin’izay no ahafantarana izay adala sy izay hendry.</w:t>
      </w:r>
    </w:p>
    <w:p>
      <w:pPr>
        <w:pStyle w:val="ArticleBody"/>
        <w:jc w:val="left"/>
      </w:pPr>
      <w:r>
        <w:rPr>
          <w:rFonts w:ascii="Times New Roman" w:hAnsi="Times New Roman" w:eastAsia="Times New Roman" w:cs="Times New Roman"/>
        </w:rPr>
        <w:t>Mpanoratra izao i Malakia:</w:t>
      </w:r>
    </w:p>
    <w:p>
      <w:pPr>
        <w:pStyle w:val="ArticleScripture"/>
        <w:jc w:val="left"/>
      </w:pPr>
      <w:r>
        <w:rPr>
          <w:rFonts w:ascii="Times New Roman" w:hAnsi="Times New Roman" w:eastAsia="Times New Roman" w:cs="Times New Roman"/>
        </w:rPr>
        <w:t>Miverena amiko, dia hiverina aminareo Aho,</w:t>
      </w:r>
    </w:p>
    <w:p>
      <w:pPr>
        <w:pStyle w:val="ArticleScripture"/>
        <w:jc w:val="left"/>
      </w:pPr>
      <w:r>
        <w:rPr>
          <w:rFonts w:ascii="Times New Roman" w:hAnsi="Times New Roman" w:eastAsia="Times New Roman" w:cs="Times New Roman"/>
        </w:rPr>
        <w:t>Fa hoy hianareo hoe: Amin’ny inona no hiverenantsika?</w:t>
      </w:r>
    </w:p>
    <w:p>
      <w:pPr>
        <w:pStyle w:val="ArticleScripture"/>
        <w:jc w:val="left"/>
      </w:pPr>
      <w:r>
        <w:rPr>
          <w:rFonts w:ascii="Times New Roman" w:hAnsi="Times New Roman" w:eastAsia="Times New Roman" w:cs="Times New Roman"/>
        </w:rPr>
        <w:t>Ento avokoa ny ampahafolon-karena rehetra ho ao amin’ny trano firaketana, mba hisy hanina ao an-tranoko; ary izahao toetra Aho ankehitriny amin’izany, hoy Jehovah, Tompon’ny maro, raha tsy hovohako ho anareo ny varavaran’ny lanitra ka handatsahako fitahiana ho anareo mandra-paha-tsy hisy fitoerana handraisana azy intsony.</w:t>
      </w:r>
    </w:p>
    <w:p>
      <w:pPr>
        <w:pStyle w:val="ArticleBody"/>
        <w:jc w:val="left"/>
      </w:pPr>
      <w:r>
        <w:rPr>
          <w:rFonts w:ascii="Times New Roman" w:hAnsi="Times New Roman" w:eastAsia="Times New Roman" w:cs="Times New Roman"/>
        </w:rPr>
        <w:t>Ny trano fitahirizana dia ny vata, ary ny ampahafolony dia ireo virijina hendry. Ny trano fitahirizana dia ny Tenin’Andriamanitra napetraka ao anatin’ny rafitra vaovao momba ny fahamarinana. Ny firavaka sarobidy izay ariana ao anatin’izany vata izany dia ireo fahamarinana mifandray amin’ny hafatry ny Antso amin’ny Mamatonalina. Ny ampahafolony dia notehirizina tao amin’ny efitra iray voafaritra tao amin’ny tempoly, araka izay aseho ao amin’ny fanadiovan’i Nehemia. Ny vata sy ny trano fitahirizana, na ny trano ara-panahin’i Petera, dia maneho ny tempolin’Andriamanitra, ary ny firavaka sarobidy dia maneho ireo tempoly olombelona izay ampiraisina amin’ny Maha-Andriamanitra ao amin’ny miafin’ny Avo Indrindra. Ny iraka olombelona dia tsy azo sarahina amin’ny hafatra avy amin’Andriamanitra. Ny firavaka sarobidy dia sady irak’Andriamanitra no hafatra ambarany koa. Matetika ny Tsindrimandry no manondro ny hafatra sy ny mpitondra hafatra ho zavatra iray mitambatra.</w:t>
      </w:r>
    </w:p>
    <w:p>
      <w:pPr>
        <w:pStyle w:val="ArticleScripture"/>
        <w:jc w:val="left"/>
      </w:pPr>
      <w:r>
        <w:rPr>
          <w:rFonts w:ascii="Times New Roman" w:hAnsi="Times New Roman" w:eastAsia="Times New Roman" w:cs="Times New Roman"/>
        </w:rPr>
        <w:t>“Andriamanitra dia niantso ny fiangonany amin’izao andro izao, tahaka ny niantsoany ny Isiraely fahiny, mba hijoro ho fahazavana eto an-tany. Tamin’ny antsy lehibe sy mahery an’ny fahamarinana, dia ny hafatry ny anjely voalohany sy faharoa ary fahatelo, no nanavahany azy tamin’ny fiangonana sy tamin’izao tontolo izao, mba hitondrany azy ho amin’ny fifanakaikezana masina Aminy. Efa nataony mpitahiry ny lalàny izy, ary nankininy taminy ny fahamarinana lehibe momba ny faminaniana ho amin’izao andro izao. Tahaka ireo tenin’Andriamanitra masina nankinina tamin’ny Isiraely fahiny, ireo dia fitokisana masina tsy maintsy ampitaina amin’izao tontolo izao. Ny anjely telo ao amin’ny Apokalypsy 14 dia maneho ny olona izay manaiky ny fahazavan’ny hafatr’Andriamanitra ka mivoaka ho solontenany hampaneno ny fampitandremana manerana ny lavany sy ny sakany amin’ny tany. Kristy dia manambara amin’ny mpanaraka Azy hoe: ‘Hianareo no fahazavan’izao tontolo izao.’ Amin’ny fanahy rehetra izay manaiky an’i Jesosy, ny hazo fijalian’i Kalvary dia miteny hoe: ‘Indro ny hasarobidin’ny fanahy: “Mandehana hianareo any amin’izao tontolo rehetra izao, ka mitoria ny filazantsara amin’ny olombelona rehetra.”’ Tsy misy na inona na inona tokony havela hanakana io asa io. Izany no asa manan-danja indrindra ho an’izao andro iainana izao; ary tokony hahatratra lavitra tahaka ny mandrakizay izany. Ny fitiavana nasehon’i Jesosy ho an’ny fanahin’ny olona tao amin’ny sorona nataony ho fanavotana azy no hampihetsika ny mpanaraka Azy rehetra.” Testimonies, boky faha-5, 455.</w:t>
      </w:r>
    </w:p>
    <w:p>
      <w:pPr>
        <w:pStyle w:val="ArticleBody"/>
        <w:jc w:val="left"/>
      </w:pPr>
      <w:r>
        <w:rPr>
          <w:rFonts w:ascii="Times New Roman" w:hAnsi="Times New Roman" w:eastAsia="Times New Roman" w:cs="Times New Roman"/>
        </w:rPr>
        <w:t>Hanomboka hampifandray sy hanangona miaraka ireo hevitra ireo isika ao amin’ny lahatsoratra manaraka.</w:t>
      </w:r>
    </w:p>
    <w:p>
      <w:pPr>
        <w:pStyle w:val="ArticleScripture"/>
        <w:jc w:val="left"/>
      </w:pPr>
      <w:r>
        <w:rPr>
          <w:rFonts w:ascii="Times New Roman" w:hAnsi="Times New Roman" w:eastAsia="Times New Roman" w:cs="Times New Roman"/>
        </w:rPr>
        <w:t>“Nandritra ny dimampolo taona farany tamin’ny fiainako dia nanana tombontsoa sarobidy aho hahazoana fanandramana. Efa nanana fanandramana aho tao amin’ny hafatry ny anjely voalohany sy faharoa ary fahatelo. Aseho ho manidina eo afovoan’ny lanitra ireo anjely ireo, mitory amin’izao tontolo izao hafatra fampitandremana, sady misy fiantraikany mivantana amin’ny olona velona amin’ny andro farany amin’ny tantaran’ity tany ity. Tsy misy olona mandre ny feon’ireo anjely ireo, satria tandindona izy ireo hanehoana ny vahoakan’Andriamanitra izay miasa mifanaraka amin’ny tontolon’ny lanitra. Ny lehilahy sy ny vehivavy, nohazavain’ny Fanahin’Andriamanitra sy nohamasinina tamin’ny alalan’ny fahamarinana, no mitory ireo hafatra telo araka ny filaharany.”</w:t>
      </w:r>
    </w:p>
    <w:p>
      <w:pPr>
        <w:pStyle w:val="ArticleScripture"/>
        <w:jc w:val="left"/>
      </w:pPr>
      <w:r>
        <w:rPr>
          <w:rFonts w:ascii="Times New Roman" w:hAnsi="Times New Roman" w:eastAsia="Times New Roman" w:cs="Times New Roman"/>
        </w:rPr>
        <w:t>“Nandray anjara lehibe aho tao amin’ity asa manetriketrika ity. Saika mifamatotra amin’izany avokoa ny zavatra niainako manontolo amin’ny maha-Kristiana ahy. Misy amin’ireo mbola velona ankehitriny izay manana fanandramana mitovy amin’ny ahy. Fantatr’izy ireo ny fahamarinana misokatra ho an’izao andro izao; ary niara-nandroso tamin’ilay Mpitarika lehibe izy, dia ny Kapitenin’ny tafiky ny Tompo.</w:t>
      </w:r>
    </w:p>
    <w:p>
      <w:pPr>
        <w:pStyle w:val="ArticleScripture"/>
        <w:jc w:val="left"/>
      </w:pPr>
      <w:r>
        <w:rPr>
          <w:rFonts w:ascii="Times New Roman" w:hAnsi="Times New Roman" w:eastAsia="Times New Roman" w:cs="Times New Roman"/>
        </w:rPr>
        <w:t>“Tamin’ny fanambaràna ireo hafatra ireo dia efa tanteraka ny antsipiriany rehetra ao amin’ny faminaniana. Ireo izay nomena tombontsoa handray anjara tamin’ny fanambaràna ireo hafatra ireo dia nahazo fanandramana izay manan-danja indrindra ho azy; ary ankehitriny, raha eo anivon’ny loza mananontanona amin’izao andro farany izao isika, rehefa hisy feo hohenoina etsy sy eroa manao hoe: ‘Indro Kristy atỳ,’ ‘Indro ny fahamarinana atỳ’; raha ny enta-mavesatry ny maro kosa dia ny hampihozongozona ny fanorenan’ny finoantsika izay nitarika antsika hiala tamin’ny fiangonana sy tamin’izao tontolo izao mba hijoro ho vahoaka voatokana eto amin’izao tontolo izao, dia tahaka an’i Jaona no hitondrana ny fijoroana ho vavolombelontsika:”</w:t>
      </w:r>
    </w:p>
    <w:p>
      <w:pPr>
        <w:pStyle w:val="ArticleScripture"/>
        <w:jc w:val="left"/>
      </w:pPr>
      <w:r>
        <w:rPr>
          <w:rFonts w:ascii="Times New Roman" w:hAnsi="Times New Roman" w:eastAsia="Times New Roman" w:cs="Times New Roman"/>
        </w:rPr>
        <w:t>“‘Izay efa hatramin’ny voalohany, izay efa renay, izay efa hitan’ny masonay, izay efa nojerentsika tsara, ary efa notsapain’ny tananay, dia ny amin’ny Tenin’ny fiainana; … izay efa hitanay sy renay no ambaranay aminareo, mba hanananareo fiombonana aminay koa.’</w:t>
      </w:r>
    </w:p>
    <w:p>
      <w:pPr>
        <w:pStyle w:val="ArticleScripture"/>
        <w:jc w:val="left"/>
      </w:pPr>
      <w:r>
        <w:rPr>
          <w:rFonts w:ascii="Times New Roman" w:hAnsi="Times New Roman" w:eastAsia="Times New Roman" w:cs="Times New Roman"/>
        </w:rPr>
        <w:t>“Vavolombeloko ny zavatra izay efa hitako aho, dia ny zavatra izay efa reko, sy ny zavatra izay notsapan’ny tanako momba ny Tenin’ny fiainana. Ary fantatro fa avy amin’ny Ray sy ny Zanaka izany fanambarana izany. Efa hitanay, ary manambara izahay, fa ny herin’ny Fanahy Masina no niaraka tamin’ny fanolorana ny fahamarinana, nampitandrina tamin’ny penina sy ny feo, ary nanome ny hafatra araka ny filaharany. Ny handà izany asa izany dia ho fandavana ny Fanahy Masina, ary hametraka antsika ao amin’ny antokon’izay efa niala tamin’ny finoana, nihaino fanahy mamitaka.”</w:t>
      </w:r>
    </w:p>
    <w:p>
      <w:pPr>
        <w:pStyle w:val="ArticleScripture"/>
        <w:jc w:val="left"/>
      </w:pPr>
      <w:r>
        <w:rPr>
          <w:rFonts w:ascii="Times New Roman" w:hAnsi="Times New Roman" w:eastAsia="Times New Roman" w:cs="Times New Roman"/>
        </w:rPr>
        <w:t>“Ny fahavalo dia hampihetsika ny zavatra rehetra mba hanongotra ny fitokian’ny mpino amin’ireo andrin’ny finoantsika ao amin’ireo hafatra tamin’ny lasa, izay nametraka antsika teo ambonin’ny sehatra avo amin’ny fahamarinana mandrakizay, ary izay nampiorina sy nanome endrika ny asa. Jehovah Andriamanitry ny Isiraely no nitarika ny olony, ka nanambara taminy ny fahamarinana izay avy any an-danitra. Efa re ny feony, ary mbola re hatrany, manao hoe: Mandrosoa hery ho amin’ny hery, fahasoavana ho amin’ny fahasoavana, voninahitra ho amin’ny voninahitra. Mihamatanjaka sy mivelatra ny asa, fa Jehovah Andriamanitry ny Isiraely no fiarovana ny olony.</w:t>
      </w:r>
    </w:p>
    <w:p>
      <w:pPr>
        <w:pStyle w:val="ArticleScripture"/>
        <w:jc w:val="left"/>
      </w:pPr>
      <w:r>
        <w:rPr>
          <w:rFonts w:ascii="Times New Roman" w:hAnsi="Times New Roman" w:eastAsia="Times New Roman" w:cs="Times New Roman"/>
        </w:rPr>
        <w:t>“Ireo izay mihazona ny fahamarinana amin’ny lafiny teôrika fotsiny, toy ny hoe amin’ny tendron’ny rantsan-tànany ihany, ka tsy nampiditra ny foto-keviny ho ao amin’ny fitoerana masina indrindra ao anatin’ny fanahy, fa nitahiry ny fahamarinana velona teo amin’ny kianja ivelany, dia tsy hahita na inona na inona masina ao amin’ny tantara lasa niainan’ity vahoaka ity, izay nahatonga azy ho izay maha-izy azy, sady nanorina azy ho mpiasa misionera mazoto sy tapa-kevitra eo amin’izao tontolo izao.</w:t>
      </w:r>
    </w:p>
    <w:p>
      <w:pPr>
        <w:pStyle w:val="ArticleScripture"/>
        <w:jc w:val="left"/>
      </w:pPr>
      <w:r>
        <w:rPr>
          <w:rFonts w:ascii="Times New Roman" w:hAnsi="Times New Roman" w:eastAsia="Times New Roman" w:cs="Times New Roman"/>
        </w:rPr>
        <w:t>Ny fahamarinana ho an’izao andro izao dia sarobidy; kanefa izay tsy mbola torotoro fo tamin’ny niankohofany teo ambonin’ny Vatolampy, dia Kristy Jesosy, dia tsy hahita na hahatakatra izay atao hoe fahamarinana. Hekeny izay mahafinaritra ny heviny, ary hanomboka hamorona fanorenana hafa izy fa tsy ilay efa napetraka. Hidera ny fireharehany sy ny fiheverany tena izy, ka hihevitra fa mahay manaisotra ny andrin’ny finoantsika, ary manolo izany amin’ny andry izay noforoniny.</w:t>
      </w:r>
    </w:p>
    <w:p>
      <w:pPr>
        <w:pStyle w:val="ArticleScripture"/>
        <w:jc w:val="left"/>
      </w:pPr>
      <w:r>
        <w:rPr>
          <w:rFonts w:ascii="Times New Roman" w:hAnsi="Times New Roman" w:eastAsia="Times New Roman" w:cs="Times New Roman"/>
        </w:rPr>
        <w:t>“Izany dia mbola hitohy mandra-paharetan’ny fotoana. Izay rehetra nianatra akaiky ny Baiboly dia hahita sy hahatakatra ny toerana lehibe sy manetriketrika iainan’ireo izay velona eo amin’ny sehatra famaranana ny tantaran’ity tany ity. Hahatsapa ny tsy fahampiany sy ny fahalemeny izy, ka hataony ho raharahany voalohany ny hanana, tsy endriky ny toe-panahy araka an’Andriamanitra fotsiny, fa firaisana velona amin’Andriamanitra. Tsy ho sahiny ny hiala sasatra mandra-piforonan’i Kristy ao anatiny, dia ilay fanantenan’ny voninahitra. Ho faty ny tena, ho voaroaka hiala ao amin’ny fanahy ny fireharehana, ary hanana ny fahalemem-panahy sy ny halemem-panahin’i Kristy izy.”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Fiangonan’ny Advantista Mitandrina ny Andro Fahafito any Laodikia — Nomery Efapolo</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