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Joela sy ny Fiangonana Advantista Mitandrina ny Andro Fahafito any Laodikia - Laharana Roa amby Efapolo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2026-02-09</w:t>
      </w:r>
    </w:p>
    <w:p>
      <w:pPr>
        <w:pStyle w:val="ArticleHeading"/>
        <w:jc w:val="left"/>
      </w:pPr>
      <w:r>
        <w:rPr>
          <w:rFonts w:ascii="Arial" w:hAnsi="Arial" w:eastAsia="Arial" w:cs="Arial"/>
        </w:rPr>
        <w:t>Isa Efapolo-roa</w:t>
      </w:r>
    </w:p>
    <w:p>
      <w:pPr>
        <w:pStyle w:val="ArticleBody"/>
        <w:jc w:val="left"/>
      </w:pPr>
      <w:r>
        <w:rPr>
          <w:rFonts w:ascii="Times New Roman" w:hAnsi="Times New Roman" w:eastAsia="Times New Roman" w:cs="Times New Roman"/>
        </w:rPr>
        <w:t>Rehefa zaraina ho andalana roa mitovy misy andininy roa amby roapolo avy ny Levitikosy faha-telo amby roapolo, ka ampifandraisina amin’ny andalan’i Kristy izay nahatanterahan’ny fety amin’ny lohataona ny tandindony, dia azontsika aseho ny andalana iray izay manomboka amin’ireo dingana telo amin’ny Paska amin’ny zoma hariva, ny mofo tsy misy masirasira amin’ny Sabata, ary ny voaloham-bokatra amin’ny andro voalohan’ny herinandro. Izany dia mari-dalana iray, araka ny asehon’ny batisan’i Kristy, nefa io mari-dalana iray io dia misy dingana telo.</w:t>
      </w:r>
    </w:p>
    <w:p>
      <w:pPr>
        <w:pStyle w:val="ArticleBody"/>
        <w:jc w:val="left"/>
      </w:pPr>
      <w:r>
        <w:rPr>
          <w:rFonts w:ascii="Times New Roman" w:hAnsi="Times New Roman" w:eastAsia="Times New Roman" w:cs="Times New Roman"/>
        </w:rPr>
        <w:t>Rehefa manomboka amin’ny fitsanganana amin’ny maty isika ka manitatra izany ho efapolo andro mankany amin’ny hoavy, dia tonga amin’ny teboka fihodinana isika; fa tamin’izany no nitsaharan’i Kristy tsy hampianatra mifanatrika intsony ka niakatra tamin’ny rahona. Ny iray hetsy sy efatra arivo sy efatra alina dia miakatra amin’ny rahona koa.</w:t>
      </w:r>
    </w:p>
    <w:p>
      <w:pPr>
        <w:pStyle w:val="ArticleScripture"/>
        <w:jc w:val="left"/>
      </w:pPr>
      <w:r>
        <w:rPr>
          <w:rFonts w:ascii="Times New Roman" w:hAnsi="Times New Roman" w:eastAsia="Times New Roman" w:cs="Times New Roman"/>
        </w:rPr>
        <w:t>Dia nandre feo mahery avy tany an-danitra nanao tamin’ireo hoe: Miakara atỳ. Dia niakatra ho any an-danitra tamin’ny rahona izy roa; ary hitan’ny fahavalony izany. Ary tamin’izany ora izany dia nisy horohoron-tany lehibe; ka lavo ny ampahafolon’ny tanàna, ary olona fito arivo no maty tamin’izany horohoron-tany izany; ary ny sisa dia raiki-tahotra ka nanome voninahitra an’Andriamanitry ny lanitra. Lasa ny loza faharoa; ary, indro, avy faingana ny loza fahatelo. Ary nitsoka ny trompetra ilay anjely fahafito; dia nisy feo mahery tany an-danitra nanao hoe: Efa tonga fanjakan’ny Tompontsika sy ny Kristiny ny fanjakan’izao tontolo izao; ary hanjaka mandrakizay doria Izy. Apokalypsy 11:12–15.</w:t>
      </w:r>
    </w:p>
    <w:p>
      <w:pPr>
        <w:pStyle w:val="ArticleBody"/>
        <w:jc w:val="left"/>
      </w:pPr>
      <w:r>
        <w:rPr>
          <w:rFonts w:ascii="Times New Roman" w:hAnsi="Times New Roman" w:eastAsia="Times New Roman" w:cs="Times New Roman"/>
        </w:rPr>
        <w:t>Ny loza faharoa sy fahatelo dia ny Islam, ary ny anjely fahafito no loza fahatelo, izay, indray mandeha indray, dia ny Islam. Tonga faingana amin’ny horohoron-tany ny loza fahatelo. Ny horohoron-tany dia ny lalàna Alahady any Etazonia; i Etazonia no bibidia avy amin’ny tany ao amin’ny Apokalypsy telo ambin’ny folo, ary ny lalàna Alahady no fanozongozonana, izay fihovitrovitra. Ny bibidia avy amin’ny tany no mpanjaka lohany amin’ireo mpanjaka folo, ary rehefa rava i Etazonia amin’ny lalàna Alahady, dia ho lavo ny ampahafolon’ny tanàna. Amin’io ora io ihany amin’ny lalàna Alahady, dia asandratra ho any an-danitra ao anaty rahona ireo vavolombelona roa, izay asehon’i Elia sy Mosesy, dia ireo vavolombelona roa ireo ihany izay niseho niova tarehy niaraka tamin’i Kristy teo anatrehan’i Petera sy Jakoba ary Jaona, ary hitan’ny olona rehetra izany, fa nibanjina azy ireo ny fahavalony.</w:t>
      </w:r>
    </w:p>
    <w:p>
      <w:pPr>
        <w:pStyle w:val="ArticleBody"/>
        <w:jc w:val="left"/>
      </w:pPr>
      <w:r>
        <w:rPr>
          <w:rFonts w:ascii="Times New Roman" w:hAnsi="Times New Roman" w:eastAsia="Times New Roman" w:cs="Times New Roman"/>
        </w:rPr>
        <w:t>Efapolo andro taorian’ny fitsanganana tamin’ny maty dia “niakatra” tao amin’ny rahona Jesosy, ary nanomboka ny folo andro tao amin’ny efitra ambony. Ny fiakarana dia fitsapana hita maso, tahaka ny anjelin’ny faharoa amin’ireo anjely telo. Tamin’ny niakarany dia nilaza ny anjely fa hiverina miaraka amin’ny rahona Izy, tahaka ny niakarany niaraka tamin’ny rahona.</w:t>
      </w:r>
    </w:p>
    <w:p>
      <w:pPr>
        <w:pStyle w:val="ArticleScripture"/>
        <w:jc w:val="left"/>
      </w:pPr>
      <w:r>
        <w:rPr>
          <w:rFonts w:ascii="Times New Roman" w:hAnsi="Times New Roman" w:eastAsia="Times New Roman" w:cs="Times New Roman"/>
        </w:rPr>
        <w:t>Ary rehefa nilaza izany zavatra izany Izy, raha mbola nijery Azy ireo, dia nakarina Izy; ary nisy rahona nandray Azy tsy ho hitan’ny masony intsony. Ary raha mbola nibanjina mafy ny lanitra izy ireo, tamin’ny niakarany, indro, nisy lehilahy roa nitsangana teo anilany, nitafy fitafiana fotsy; izay nanao taminy koa hoe: Ry lehilahy Galiliana, nahoana ianareo no mitsangana mijery ny lanitra? Io Jesosy io ihany, Izay nakarina niala teo aminareo ho any an-danitra, dia mbola ho avy tahaka izany koa, araka izay nahitanareo Azy niakatra ho any an-danitra. Asan’ny Apostoly 1:9–11.</w:t>
      </w:r>
    </w:p>
    <w:p>
      <w:pPr>
        <w:pStyle w:val="ArticleBody"/>
        <w:jc w:val="left"/>
      </w:pPr>
      <w:r>
        <w:rPr>
          <w:rFonts w:ascii="Times New Roman" w:hAnsi="Times New Roman" w:eastAsia="Times New Roman" w:cs="Times New Roman"/>
        </w:rPr>
        <w:t>Ny fiverenany amin’ny Fiaviany Fanindroany dia ao amin’ny “voninahitry” ny fanjakany.</w:t>
      </w:r>
    </w:p>
    <w:p>
      <w:pPr>
        <w:pStyle w:val="ArticleScripture"/>
        <w:jc w:val="left"/>
      </w:pPr>
      <w:r>
        <w:rPr>
          <w:rFonts w:ascii="Times New Roman" w:hAnsi="Times New Roman" w:eastAsia="Times New Roman" w:cs="Times New Roman"/>
        </w:rPr>
        <w:t>Koa na iza na iza menatra Ahy sy ny teniko eo amin’izao taranaka mpijangajanga sy mpanota izao, dia ho menatra azy kosa ny Zanak’olona, rehefa avy amin’ny voninahitry ny Rainy Izy mbamin’ny anjely masina. Marka 8:38.</w:t>
      </w:r>
    </w:p>
    <w:p>
      <w:pPr>
        <w:pStyle w:val="ArticleBody"/>
        <w:jc w:val="left"/>
      </w:pPr>
      <w:r>
        <w:rPr>
          <w:rFonts w:ascii="Times New Roman" w:hAnsi="Times New Roman" w:eastAsia="Times New Roman" w:cs="Times New Roman"/>
        </w:rPr>
        <w:t>Io “voninahitra” io ihany no vavolombelon’i Petera sy Jakoba ary Jaona teo amin’ny Tendrombohitry ny Fiovan-tarehy. Ny Tendrombohitry ny Fiovan-tarehy koa dia dingana faharoa, izay nialohavan’i Kaisaria Filipy ary narahin’i Kaisaria Maritima avy. Ny fitsapana faharoa koa dia fitsapana ny sarin’ny bibidia, fitsapana izay mitaky fahafantarana ara-paminaniana fa eo am-pananganana ny sarin’ny bibidia. Ny fitsapana faharoa koa dia Melzara mandinika an’i Daniela sy ny namany mba hampitaha ny endrik’izy ireo amin’ny an’ireo izay tsy nihinana legioma. Fitsapana hita maso izany. Ny dingana faharoa ao amin’ireo dingana telo amin’ny fanekena eo amin’ny tantaran’ny faneken’i Abrama dia ny “famantarana” ny famorana. Ny dingana faharoa dia maneho ny fanombohan-kase ny vahoakan’Andriamanitra raha asandratra ho famantarana izy ireo. Ny dingana faharoa no isehoan’ny “voninahitra”, fa ny dingana telon’ilay anjely voalohany dia tahotra, “voninahitra”, ary fitsarana. Ny andro fahefapolon’ny vanim-potoanan’ny Pentekosta dia mifandrindra amin’ny Tendrombohitry ny Fiovan-tarehy. Esory ny kiraronao, fa eo amin’ny tany masina ianao.</w:t>
      </w:r>
    </w:p>
    <w:p>
      <w:pPr>
        <w:pStyle w:val="ArticleBody"/>
        <w:jc w:val="left"/>
      </w:pPr>
      <w:r>
        <w:rPr>
          <w:rFonts w:ascii="Times New Roman" w:hAnsi="Times New Roman" w:eastAsia="Times New Roman" w:cs="Times New Roman"/>
        </w:rPr>
        <w:t>Ny fiakarana dia fitsapana hita maso, ary ao anatin’ny filaharan’ny fety, ny fiakarana amin’ny faha-efapolo andro dia ialohavan’ny dimy andro mifandraika amin’ny fetin’ny Trompetra. Ny fetin’ny Trompetra dia manondro ny fampitandremana avy amin’ny trompetra fahafito, izay fampitandremana momba ny Silamo.</w:t>
      </w:r>
    </w:p>
    <w:p>
      <w:pPr>
        <w:pStyle w:val="ArticleBody"/>
        <w:jc w:val="left"/>
      </w:pPr>
      <w:r>
        <w:rPr>
          <w:rFonts w:ascii="Times New Roman" w:hAnsi="Times New Roman" w:eastAsia="Times New Roman" w:cs="Times New Roman"/>
        </w:rPr>
        <w:t>Ny fiakarana dia manaraka ny trompetra dimy andro aty aoriana, ary avy eo, dimy andro aorian’ny fiakarana, ny Andro Fanavotana no manamarika ny fitsarana. Ny trompetra dia ireo lalana fahiny, izy no hafatry ny Laodikia, izy dia ny Islam, ary izy no hafatra fototra iorenan’ny anjely voalohany. Dimy andro aty aoriana, rehefa mifarana ny fampianarana “mifanatrika”, ny fitsapana faharoa hita maso an’ny anjely faharoa dia marihin’ny fiakarana. Dimy andro aorian’izany, ny fitsarana no manamarika ny anjely fahatelo.</w:t>
      </w:r>
    </w:p>
    <w:p>
      <w:pPr>
        <w:pStyle w:val="ArticleBody"/>
        <w:jc w:val="left"/>
      </w:pPr>
      <w:r>
        <w:rPr>
          <w:rFonts w:ascii="Times New Roman" w:hAnsi="Times New Roman" w:eastAsia="Times New Roman" w:cs="Times New Roman"/>
        </w:rPr>
        <w:t>Dimy andro aorian’ny fahavitan’ny fitsarana amin’ny tranon’Andriamanitra, dia tonga amin’i Etazonia ny fitsarana, araka ny voamariky ny Andron’ny Pentekosta.</w:t>
      </w:r>
    </w:p>
    <w:p>
      <w:pPr>
        <w:pStyle w:val="ArticleScripture"/>
        <w:jc w:val="left"/>
      </w:pPr>
      <w:r>
        <w:rPr>
          <w:rFonts w:ascii="Times New Roman" w:hAnsi="Times New Roman" w:eastAsia="Times New Roman" w:cs="Times New Roman"/>
        </w:rPr>
        <w:t>Ary hoy Izy tamin’i Abrama hoe: Aoka ho fantatrao marina fa ho vahiny any amin’ny tany tsy azy ny taranakao, ary hanompo azy ireo; ary hampahory azy efa-jato taona izy ireo; ary ny firenena izay hotompoiny kosa dia hotsaraiko; ary rehefa afaka izany dia hivoaka amin’ny fananana be izy. Genesisy 15:13, 14.</w:t>
      </w:r>
    </w:p>
    <w:p>
      <w:pPr>
        <w:pStyle w:val="ArticleBody"/>
        <w:jc w:val="left"/>
      </w:pPr>
      <w:r>
        <w:rPr>
          <w:rFonts w:ascii="Times New Roman" w:hAnsi="Times New Roman" w:eastAsia="Times New Roman" w:cs="Times New Roman"/>
        </w:rPr>
        <w:t>Ny “harena lehibe” izay ananan’ny iray hetsy sy efatra arivo amin’ny fotoanan’ny lalàn’ny Alahady, izay itsarana ny “firenena” Etazonia, dia ilay harena ao amin’ny toko fahenina ao amin’i Isaia, izay maneho ny Maha-Andriamanitra. Ny faminanian’ny faneken’i Abrahama dia milaza hoe “ary io firenena io koa,” ka izany no manondro fa voaisy tombo-kase ny vahoakan’Andriamanitra alohan’ny lalàn’ny Alahady. Avy eo, amin’ny fotoanan’ny lalàn’ny Alahady, dia vanim-potoana iray asehon’ny fito andro amin’ny Fetin’ny Tabernakely, izay andrarahana tsy misy fetra ny ranonorana farany, raha tanterahina ny fitsarana amin’ilay vahoaka betsaka any ivelan’ny tranon’Andriamanitra.</w:t>
      </w:r>
    </w:p>
    <w:p>
      <w:pPr>
        <w:pStyle w:val="ArticleBody"/>
        <w:jc w:val="left"/>
      </w:pPr>
      <w:r>
        <w:rPr>
          <w:rFonts w:ascii="Times New Roman" w:hAnsi="Times New Roman" w:eastAsia="Times New Roman" w:cs="Times New Roman"/>
        </w:rPr>
        <w:t>Tamin’ny 18 Jolay 2020 dia novonoina teo amin’ny lalan’i Sodoma sy Egypta ireo vavolombelona roa. Ireo vavolombelona roa ireo dia i Mosesy sy Elia, ary i William Miller no Elia tamin’ny tantarany. Tao amin’ny nofiny dia nanakimpy ny masony vetivety izy, ary tamin’ny 18 Jolay 2020 dia nanakimpy ny masony tamin’ny fahafatesana ara-paminaniana izy. Rehefa nosokafany ny masony, dia foana ny efitra, ary misokatra ny varavarana sy ny varavarankely. Ary rehefa hitan’i Miller ny asa notanterahin’ilay lehilahy mpamafa vovoka, dia niangavy azy izy mba hitandrina, ary nanome toky azy ilay lehilahy mpamafa vovoka fa ho tsara avokoa ny zavatra rehetra.</w:t>
      </w:r>
    </w:p>
    <w:p>
      <w:pPr>
        <w:pStyle w:val="ArticleBody"/>
        <w:jc w:val="left"/>
      </w:pPr>
      <w:r>
        <w:rPr>
          <w:rFonts w:ascii="Times New Roman" w:hAnsi="Times New Roman" w:eastAsia="Times New Roman" w:cs="Times New Roman"/>
        </w:rPr>
        <w:t>Rehefa nifoha tany an-efitra i Miller, tamin’ny Jolay 2023, dia tonga ny fetin’ny mofo tsy misy lalivay, mialoha kely ny fitsanganana amin’ny maty tamin’ny 31 Desambra 2023. Tamin’izay fotoana izay—dia nanomboka novelarina ny hafatra ara-paminaniana momba ilay tena Antso amin’ny Misasakalina, ilay “antso” izay nasongadin’ny hafatra ara-paminaniana rehetra izay efa novelarina hatrizay; satria ny fiafaran’ireo telo andro sy tapany dia manondro “fotoanan’ny farany,” ary amin’ny “fotoanan’ny farany” dia misy hatrany fanokafana ara-paminaniana. Izany no mitranga mandrakariva, fa i Kristy no tsy miova, omaly sy anio ary mandrakizay. Ny fifandraisany amin’ny olombelona dia tsy miova mandrakariva, fa miasa amin’ireo “tsipika” mitovy Izy ankehitriny tahaka izay efa nataony hatrizay. Tamin’ny faran’ireo telo andro sy tapany dia novelarina ny Fanambaran’i Jesosy Kristy.</w:t>
      </w:r>
    </w:p>
    <w:p>
      <w:pPr>
        <w:pStyle w:val="ArticleBody"/>
        <w:jc w:val="left"/>
      </w:pPr>
      <w:r>
        <w:rPr>
          <w:rFonts w:ascii="Times New Roman" w:hAnsi="Times New Roman" w:eastAsia="Times New Roman" w:cs="Times New Roman"/>
        </w:rPr>
        <w:t>Ny vatana natsangana tamin’ny maty dia efa nanehoana mialoha tamin’i Adama, izay noforonina voalohany, ary avy eo nofefena fofonaina tamin’ny fofon’aina. Ny taolana maina matin’i Ezekiela 37 koa dia noforonina aloha tamin’ny faminaniana iray, ary taorian’izany dia novelomina tamin’ny faminaniana faharoa izay nitondra ny fofon’aina ho amin’ilay vatana tsy nisy aina tamin’ny alalan’ny hafatry ny rivotra efatra, izay hafatra fanisiana tombo-kase. Ao amin’ireo fanoharana roa ireo, ny faminaniana izay voavaha tombo-kase dia mizara roa, ka aseho amin’ny fomba isan-karazany. Ireo no anatiny sy ivelany; ireo no fahitan’ny ony Olay sy Hidekela; ireo no fahitana chazon sy mareh; ireo no vavolombelona roa, ny fantsona volamena roa, ary toy izany hatrany.</w:t>
      </w:r>
    </w:p>
    <w:p>
      <w:pPr>
        <w:pStyle w:val="ArticleBody"/>
        <w:jc w:val="left"/>
      </w:pPr>
      <w:r>
        <w:rPr>
          <w:rFonts w:ascii="Times New Roman" w:hAnsi="Times New Roman" w:eastAsia="Times New Roman" w:cs="Times New Roman"/>
        </w:rPr>
        <w:t>Tamin’ny tantaran’ny Millerita, ny Antso tamin’ny Mamatonalina no faminaniana izay niray tamin’ny faminanian’ny anjely faharoa. Faminaniana misy dingana roa izany. Rehefa natsangana tamin’ny maty ireo taolana maina tamin’ny 2023, dia tsy maintsy hosedraina izy ireo araka ny filàna ara-paminaniana, satria ny fanesorana ny tombo-kasen’ny faminaniana iray dia manomboka mandrakariva dingam-pitsapana misy dingana telo. Ny fitsapana roa voalohany dia ny fitsapana fototra, ary avy eo ny fitsapana ny tempoly.</w:t>
      </w:r>
    </w:p>
    <w:p>
      <w:pPr>
        <w:pStyle w:val="ArticleBody"/>
        <w:jc w:val="left"/>
      </w:pPr>
      <w:r>
        <w:rPr>
          <w:rFonts w:ascii="Times New Roman" w:hAnsi="Times New Roman" w:eastAsia="Times New Roman" w:cs="Times New Roman"/>
        </w:rPr>
        <w:t>Dimy andro taorian’ny fitsanganana amin’ny maty—mifarana ny feo miantso any an-efitra, izay asehon’ny vanim-potoanan’ny mofo tsy misy masirasira; fa Elia, izay asehon’i Miller sy Jaona Mpanao-batisa, dia samy nanomana ny lalana ho an’Ilay tsy mendrika hitondra ny kapany izy ireo. Amin’ny fitsanganana amin’ny maty, Jesosy dia manomboka ny vanim-potoanan’ny fampianarany “mifanatrika” mandritra ny efapolo andro. Izany fampianarana “mifanatrika” izany dia nanomboka tamin’ny andro faharoa amby roapolo ho an’i Daniela ao amin’ny toko fahafolo. Eo no anehoana izany ho dingana telo sy fikasihana telo, miaraka amin’ny fampitomboana indroa ny faherezana.</w:t>
      </w:r>
    </w:p>
    <w:p>
      <w:pPr>
        <w:pStyle w:val="ArticleBody"/>
        <w:jc w:val="left"/>
      </w:pPr>
      <w:r>
        <w:rPr>
          <w:rFonts w:ascii="Times New Roman" w:hAnsi="Times New Roman" w:eastAsia="Times New Roman" w:cs="Times New Roman"/>
        </w:rPr>
        <w:t>Dimy andro alohan’ny hifaranan’ny efapolo andro, dia maneno ny fampitandreman’ny trompetran’ny Silamo. Ny fampitandreman’ny Silamo dia nasehon’ilay boriky izay nitaingenan’i Kristy tamin’ny fidirany amim-boninahitra tao Jerosalema. Talohan’ny nidinany avy teo amin’ny tehezan’ny Tendrombohitra Oliva ho any Jerosalema, dia nasainy aloha ny mpianany handeha hamaha ilay boriky.</w:t>
      </w:r>
    </w:p>
    <w:p>
      <w:pPr>
        <w:pStyle w:val="ArticleScripture"/>
        <w:jc w:val="left"/>
      </w:pPr>
      <w:r>
        <w:rPr>
          <w:rFonts w:ascii="Times New Roman" w:hAnsi="Times New Roman" w:eastAsia="Times New Roman" w:cs="Times New Roman"/>
        </w:rPr>
        <w:t>“Ity fahitana ity dia nomena tamin’ny taona 1847, fony mbola vitsy dia vitsy tamin’ireo rahalahy Advantista no nitandrina ny Sabata, ary tamin’ireo aza dia vitsy no nihevitra fa ny fitandremana azy dia zava-dehibe ampy hampisaraka ny vahoakan’Andriamanitra amin’ny tsy mino. Ankehitriny dia manomboka hita ny fahatanterahan’izany fahitana izany. ‘Ny fiandohan’izany andro fahoriana izany,’ izay voaresaka eto, dia tsy manondro ny fotoana hanombohan’ny loza hamafazana, fa fotoana fohy mialoha indrindra ny handatsahana azy, raha mbola ao amin’ny fitoerana masina Kristy. Amin’izany fotoana izany, raha eo am-pifaranana ny asam-pamonjena, dia hisy fahoriana tonga amin’ny tany, ary ho tezitra ny firenena, kanefa hotanana tsy hihoatra izy mba tsy hanakanany ny asan’ilay anjely fahatelo. Amin’izany fotoana izany no hahatongavan’ny ‘orana farany,’ na famelombelomana avy eo anatrehan’ny Tompo, mba hanome hery ny feo mahery an’ilay anjely fahatelo, sy hanomanana ny olona masina hahajanona amin’ny vanim-potoana handatsahana ireo loza fito farany.” Early Writings, 85.</w:t>
      </w:r>
    </w:p>
    <w:p>
      <w:pPr>
        <w:pStyle w:val="ArticleBody"/>
        <w:jc w:val="left"/>
      </w:pPr>
      <w:r>
        <w:rPr>
          <w:rFonts w:ascii="Times New Roman" w:hAnsi="Times New Roman" w:eastAsia="Times New Roman" w:cs="Times New Roman"/>
        </w:rPr>
        <w:t>Tamin’ny 9/11 dia nandidy ny anjeliny Izy mba hamaha ny boriky, ary avy eo George Bush zandriny no nanery ny boriky. Kyrosy dia tandindon’ilay anjely voalohany, satria izy no nanambara ny didy voalohany. Noho izany dia maneho ny 11 Aogositra 1840 sy ny 9/11 izy, ary tamin’ny 9/11 dia navotsotra ny Silamo, araka ny asehon’ny “fahatezeran’ny firenena,” ary avy eo dia notanana tsy hihoatra ny fetra. Tamin’izany fotoana izany no nanombohan’ny ranonorana farany nilatsaka. Kyrosy dia maneho ireo marika roa amin’ny lalana momba ny Silamo, tamin’ny 11 Aogositra 1840 sy tamin’ny 9/11.</w:t>
      </w:r>
    </w:p>
    <w:p>
      <w:pPr>
        <w:pStyle w:val="ArticleScripture"/>
        <w:jc w:val="left"/>
      </w:pPr>
      <w:r>
        <w:rPr>
          <w:rFonts w:ascii="Times New Roman" w:hAnsi="Times New Roman" w:eastAsia="Times New Roman" w:cs="Times New Roman"/>
        </w:rPr>
        <w:t>“Nandritra ny telo herinandro dia niady mafy tamin’ny herin’ny maizina Gabriela, nitady hanohitra ireo hery miasa teo amin’ny sain’i Kyrosy; ary talohan’ny nifaranan’ny ady dia tonga nanampy an’i Gabriela i Kristy tenany. ‘Ny andrianan’ny fanjakan’i Persia dia nanohitra ahy iraika amby roapolo andro,’ hoy ny fanambaran’i Gabriela; ‘fa indro, Mikaela, anankiray amin’ireo andriana lehibe, dia tonga hanampy ahy; ary nitoetra teo aho niaraka tamin’ny mpanjakan’i Persia.’ Daniela 10:13. Izay rehetra azon’ny lanitra natao ho an’ny vahoakan’Andriamanitra dia natao avokoa. Tamin’ny farany dia azo ny fandresena; ny herin’ny fahavalo dia voafehy nandritra ny andro rehetra nanjakan’i Kyrosy, sy nandritra ny andro rehetra nanjakan’i Kambyses zanany, izay nanjaka tokony ho fito taona sy tapany.” Mpaminany sy Mpanjaka, 571.</w:t>
      </w:r>
    </w:p>
    <w:p>
      <w:pPr>
        <w:pStyle w:val="ArticleBody"/>
        <w:jc w:val="left"/>
      </w:pPr>
      <w:r>
        <w:rPr>
          <w:rFonts w:ascii="Times New Roman" w:hAnsi="Times New Roman" w:eastAsia="Times New Roman" w:cs="Times New Roman"/>
        </w:rPr>
        <w:t>Kyrosy, tamin’ny 11 Aogositra 1840, rehefa nifarana ny fanapahan-tampon’ny Otomana, araka ny nambaran’ireo mpisava lalana, dia voafehy ny finoana silamo amin’ny loza faharoa. Io famerana io no nanamarika ny famaranana ny faminanian’ny fotoana naharitra telonjato iraika amby sivifolo taona sy dimy ambin’ny folo andro, izay nanomboka tamin’ny namotsorana ireo anjely efatra, izay nisolo tena ireo sultana silamo efatra, tamin’ny alalan’ny anjely fahenina, izay nisolo tena ny loza faharoa amin’ireo loza telo an’ny finoana silamo. Tamin’ny 9/11 dia namely ny finoana silamo, ary avy eo dia noferana, araka ny asehon’ny famerana ao amin’ny tantaran’i Kyrosy sy tamin’ny 1840. Ireo vavolombelona telo ireo samy manondro ny famerana na ny famotsorana ny finoana silamo, ary teo am-piandohan’ny fidiran’i Kristy tamim-boninahitra, dia novahana ilay boriky.</w:t>
      </w:r>
    </w:p>
    <w:p>
      <w:pPr>
        <w:pStyle w:val="ArticleBody"/>
        <w:jc w:val="left"/>
      </w:pPr>
      <w:r>
        <w:rPr>
          <w:rFonts w:ascii="Times New Roman" w:hAnsi="Times New Roman" w:eastAsia="Times New Roman" w:cs="Times New Roman"/>
        </w:rPr>
        <w:t>Ny famahana ny ampondra mialoha ny fidirany amim-boninahitra dia manondro ilay hafatry ny trompetra izay tonga dimy andro alohan’ny fiakarana. Ny hafatra momba ny finoana silamo, izay afahana indray, tahaka ny tamin’ny 9/11, ary tahaka izay havoaka indray dimy ambin’ny folo andro aty aoriana amin’ny lalàna alahady, izay Pentekosta, no hafatra izay manamarika ny fiandohan’ny Antso Amin’ny Misasakalina. Ny famotsorana ny ampondra no manamarika ny fiandohana, na ny alfa, amin’ny fanambaràna ny hafatry ny Antso Amin’ny Misasakalina; ary amin’ny lalàna alahady, izay iovan’ny Antso Amin’ny Misasakalina ho Antso Mafy, dia mamely indray ilay bibidia avy amin’ny tany ny finoana silamo.</w:t>
      </w:r>
    </w:p>
    <w:p>
      <w:pPr>
        <w:pStyle w:val="ArticleBody"/>
        <w:jc w:val="left"/>
      </w:pPr>
      <w:r>
        <w:rPr>
          <w:rFonts w:ascii="Times New Roman" w:hAnsi="Times New Roman" w:eastAsia="Times New Roman" w:cs="Times New Roman"/>
        </w:rPr>
        <w:t>Ny vanim-potoanan’ny Antso amin’ny Mamatonalina dia manomboka amin’ny famelezana alfa avy amin’ny Silamo ary mifarana amin’ny famelezana omega avy amin’ny Silamo. Ny famelezan’ny Silamo an’i Etazonia dia aseho ao amin’ny fijoroana vavolombelon’i Balama sy ny borikiny, izay mazava ho azy fa voarakitra ao amin’ny Nomery toko faha-roa amby roapolo. Ny anjaran’ny fiangonana Advantista Mitandrina ny Andro Fahafito Laodikiana, amin’ny maha-tandroka protestanta amin’ilay bibidia avy amin’ny tany azy, dia aseho ao amin’ny Isaia 22:22 (anatiny), ary ny anjaran’ny tandroka Repoblikana dia aseho ao amin’ny Nomery 22:22 (ivelany) sy ny manaraka.</w:t>
      </w:r>
    </w:p>
    <w:p>
      <w:pPr>
        <w:pStyle w:val="ArticleScripture"/>
        <w:jc w:val="left"/>
      </w:pPr>
      <w:r>
        <w:rPr>
          <w:rFonts w:ascii="Times New Roman" w:hAnsi="Times New Roman" w:eastAsia="Times New Roman" w:cs="Times New Roman"/>
        </w:rPr>
        <w:t>Ary nirehitra ny fahatezeran’Andriamanitra noho ny nandehanany; ary ny anjelin’i Jehovah nitsangana teo amin’ny lalana ho mpanohitra azy. Ary izy nitaingina ny ampondravaviny, sady ny mpanompony roa lahy nanaraka azy.</w:t>
      </w:r>
    </w:p>
    <w:p>
      <w:pPr>
        <w:pStyle w:val="ArticleScripture"/>
        <w:jc w:val="left"/>
      </w:pPr>
      <w:r>
        <w:rPr>
          <w:rFonts w:ascii="Times New Roman" w:hAnsi="Times New Roman" w:eastAsia="Times New Roman" w:cs="Times New Roman"/>
        </w:rPr>
        <w:t>Ary ny boriky nahita ny anjelin’i Jehovah nitsangana teo amin’ny lalana, sady voatsoaka teny an-tànany ny sabany; dia nivily niala tamin’ny lalana ny boriky ka nankao an-tsaha; ary Balama namely ny boriky mba hampody azy ho amin’ny lalana. Nomery 22:22, 23.</w:t>
      </w:r>
    </w:p>
    <w:p>
      <w:pPr>
        <w:pStyle w:val="ArticleBody"/>
        <w:jc w:val="left"/>
      </w:pPr>
      <w:r>
        <w:rPr>
          <w:rFonts w:ascii="Times New Roman" w:hAnsi="Times New Roman" w:eastAsia="Times New Roman" w:cs="Times New Roman"/>
        </w:rPr>
        <w:t>Tamin’ny 9/11, Balama, ilay mpaminany sandoka, izay misolo tena an’i Etazonia sy i George Bush zandriny, dia nitady hamita ny asa izay natomboky ny rainy, i George Bush zokiny, tao amin’ny fikasan’ny mpanohana ny fanatontoloana hanongana an’i Etazonia sy hampihatra izay nantsoiny hoe “filaminam-baovao maneran-tany.” Ny antony ara-Baiboly manosika ireo mpanohana ny fanatontoloana dia ny hamono ny olon’Andriamanitra sisa, ary i George Bush zandriny no maneho ny fiafaran’ny lova ara-paminanian’ny rainy amin’ny fampidirana ilay “filaminam-baovao maneran-tany,” araka ny niantsoany azy. Tonga eo amin’ilay firaisana telo sosona misy ny dragona sy ny bibidia ary ny mpaminany sandoka amin’ny lalàna Alahady ny “filaminam-baovao maneran-tany” an’i Bush, ary i George Bush zandriny no manamarika ny fiandohan’ilay vanim-potoana izay miafara amin’ny lalàna Alahady, dia ny fotoan’ny fanombohan-kase, ny fotoan’ny fitsapana ny sarin’ny bibidia, ny vanim-potoana asehon’ny feo voalohany ao amin’ny Apokalypsy valo ambin’ny folo, ary maro hafa koa. Ny ampondran’i Balama no nanodina niala ny fandaharan’asan’ny mpanohana ny fanatontoloana mandra-panisy tombo-kase eo amin’ny handrin’ireo efatra arivo amby efatra alina sy iray hetsy.</w:t>
      </w:r>
    </w:p>
    <w:p>
      <w:pPr>
        <w:pStyle w:val="ArticleScripture"/>
        <w:jc w:val="left"/>
      </w:pPr>
      <w:r>
        <w:rPr>
          <w:rFonts w:ascii="Times New Roman" w:hAnsi="Times New Roman" w:eastAsia="Times New Roman" w:cs="Times New Roman"/>
        </w:rPr>
        <w:t>Salamo na na Tonon-kiran’i Asafa. Aza mangina Hianao, Andriamanitra ô; aza mitandro fihavanana, ary aza mitoetra tsy mihetsika, Andriamanitra ô. Fa, indro, mitabataba ny fahavalonao; ary izay mankahala Anao dia manandratra ny loha. Efa nanao tetika fetsy hamely ny olonao izy, ary efa niara-nihevitra hamely ny voafinao. Hoy izy: Avia, ka aoka horingantsika tsy ho firenena intsony izy, mba tsy hotsaroana intsony ny anaran’Isiraely. Fa efa niara-nihevitra tamin’ny fo iray izy; efa nanao fanekena hanohitra Anao izy. Salamo 83:1–5.</w:t>
      </w:r>
    </w:p>
    <w:p>
      <w:pPr>
        <w:pStyle w:val="ArticleBody"/>
        <w:jc w:val="left"/>
      </w:pPr>
      <w:r>
        <w:rPr>
          <w:rFonts w:ascii="Times New Roman" w:hAnsi="Times New Roman" w:eastAsia="Times New Roman" w:cs="Times New Roman"/>
        </w:rPr>
        <w:t>Ny andininy fahaenina sy ny manaraka dia manondro ireo “fahavalo” ho firenena “folo”, izay aseho ho mpanjaka folo ao amin’ny Apokalypsy toko fahafito ambin’ny folo. Ao ireo mpanjaka folo dia miray saina, nefa hoy i Asafa: “Efa niara-nisaina tamin’ny firaisan-kevitra izy; miray tetika hanohitra Anao izy.” Ireo mpanjaka folo ireo no firaisan’ny ratsy mpanohana ny fitondrana maneran-tany amin’ny andro farany, izay efa nanapa-kevitra ny “handringana” an’ “Israely”, dia “ireo voafinao”, mba tsy “ho firenena” intsony izy. Ny asan’io firaisan’ny mpanjaka folo io, izay “manandratra” ny fahefana papaly ho “lohany” ao amin’ilay firaisana telo sosona, dia ny handringana an’i “Israely” ara-panahy, izay voafina ao amin’ny “fierena miafin’ny Avo Indrindra.”</w:t>
      </w:r>
    </w:p>
    <w:p>
      <w:pPr>
        <w:pStyle w:val="ArticleBody"/>
        <w:jc w:val="left"/>
      </w:pPr>
      <w:r>
        <w:rPr>
          <w:rFonts w:ascii="Times New Roman" w:hAnsi="Times New Roman" w:eastAsia="Times New Roman" w:cs="Times New Roman"/>
        </w:rPr>
        <w:t>Tamin’ny 9/11 dia navilin’ny ampondran’ny finoana silamo hiala amin’ny lalany ny fandaharan’asan’ilay dragona, satria nidina ilay anjely mahery ao amin’ny Apokalypsy 18 sady nitana sabatra teny an-tànany. Ny fitsapana tao anatiny tamin’izany dia ny hiverina amin’ny lalana fahiny. Tamin’izay fotoana izay dia nanomboka niverimberina, araka izay aseho ao amin’ny tantaran’ny andininy telo voalohany ao amin’ny Apokalypsy toko faha-valo ambin’ny folo, ny famerimberenana ny tantaran’ny Millerita momba na ilay anjely voalohany na ilay anjely faharoa. Ireo andininy telo voalohany ireo no andininy izay nolazain’i Rahavavy White fa ho tanteraka rehefa hampidinina ireo tranobe lehibe tao New York City.</w:t>
      </w:r>
    </w:p>
    <w:p>
      <w:pPr>
        <w:pStyle w:val="ArticleBody"/>
        <w:jc w:val="left"/>
      </w:pPr>
      <w:r>
        <w:rPr>
          <w:rFonts w:ascii="Times New Roman" w:hAnsi="Times New Roman" w:eastAsia="Times New Roman" w:cs="Times New Roman"/>
        </w:rPr>
        <w:t>Tamin’ny 9/11 dia tanteraka ny Apokalypsy 18:1–3, ary ny fitovian’ny anjely voalohany nidina hanazava ny tany tamin’ny voninahiny tamin’ny 11 Aogositra 1840 dia niraisan’ny anjely faharoa izay nanambara ny fahalavoan’i Babylona. Balaama dia tandindon’ny anjely voalohany, ary i Balaama dia niaraka tamin’ireo mpanompony roa lahy, izay maneho ny anjely faharoa.</w:t>
      </w:r>
    </w:p>
    <w:p>
      <w:pPr>
        <w:pStyle w:val="ArticleBody"/>
        <w:jc w:val="left"/>
      </w:pPr>
      <w:r>
        <w:rPr>
          <w:rFonts w:ascii="Times New Roman" w:hAnsi="Times New Roman" w:eastAsia="Times New Roman" w:cs="Times New Roman"/>
        </w:rPr>
        <w:t>Ao amin’ny fanoharana nataon’i Balaama momba ny tandrok’ilay mpaminany sandoka repoblikana, dia mbola hisy fifanandrinana roa hafa hataon’i Balaama amin’ilay borikin’ny Islam. Amin’ilay fifanandrinana fahatelo dia “hiteny” ilay boriky, ary ny fitenenan’ny faminaniana no manamarika ny lalàn’ny Alahady. Tamin’ny 7 Oktobra 2023 dia namely indray ilay boriky, nefa tsy ny tany be voninahitra ara-panahy maoderina no nasiany. Ny tany be voninahitra fahiny ara-bakiteny no nasiany, ary i Balaama sy ny borikiny dia tao amin’ny fifanandrinana faharoa ankehitriny.</w:t>
      </w:r>
    </w:p>
    <w:p>
      <w:pPr>
        <w:pStyle w:val="ArticleScripture"/>
        <w:jc w:val="left"/>
      </w:pPr>
      <w:r>
        <w:rPr>
          <w:rFonts w:ascii="Times New Roman" w:hAnsi="Times New Roman" w:eastAsia="Times New Roman" w:cs="Times New Roman"/>
        </w:rPr>
        <w:t>Fa nisy ny anjelin’i Jehovah nijoro teo amin’ny lalana manelanelana ny tanim-boaloboka, ka nisy manda teto an-daniny ary nisy manda teroa an-daniny. Ary rehefa hitan’ilay ampondravavy ny anjelin’i Jehovah, dia nifanety tamin’ny manda izy ka nanorotoro ny tongotr’i Balama tamin’ny manda; ary nokapohiny indray izy. Nomery 22:24, 25.</w:t>
      </w:r>
    </w:p>
    <w:p>
      <w:pPr>
        <w:pStyle w:val="ArticleBody"/>
        <w:jc w:val="left"/>
      </w:pPr>
      <w:r>
        <w:rPr>
          <w:rFonts w:ascii="Times New Roman" w:hAnsi="Times New Roman" w:eastAsia="Times New Roman" w:cs="Times New Roman"/>
        </w:rPr>
        <w:t>Ny tanim-boalobok’i Isiraely fahiny dia manambara ny tanim-boalobokin’ny Advantista Mitandrina ny Andro Fahafito Laodiseana. Samy vahoakan’ny fanekena izy ireo, izay nomena andraikitra ho mpitahiry ny Lalàn’Andriamanitra, izay aseho ara-tandindona ho “rindrina,” ary isan’ny singa mandrafitra ny tanim-boaloboka izany.</w:t>
      </w:r>
    </w:p>
    <w:p>
      <w:pPr>
        <w:pStyle w:val="ArticleScripture"/>
        <w:jc w:val="left"/>
      </w:pPr>
      <w:r>
        <w:rPr>
          <w:rFonts w:ascii="Times New Roman" w:hAnsi="Times New Roman" w:eastAsia="Times New Roman" w:cs="Times New Roman"/>
        </w:rPr>
        <w:t>Inona moa no mbola azo natao tamin’ny tanimboaloboko izay tsy nataoko taminy? Koa nahoana, raha niandry aho mba hamoa voaloboka izy, no namoa voaloboka dia? Ary ankehitriny, andeha hasehoko anareo izay hataoko amin’ny tanimboaloboko: hesoriko ny fefiny, ka ho levona izy; horavako ny mandany manodidina azy, ka ho voahitsakitsaka izy. Isaia 5:4, 5.</w:t>
      </w:r>
    </w:p>
    <w:p>
      <w:pPr>
        <w:pStyle w:val="ArticleBody"/>
        <w:jc w:val="left"/>
      </w:pPr>
      <w:r>
        <w:rPr>
          <w:rFonts w:ascii="Times New Roman" w:hAnsi="Times New Roman" w:eastAsia="Times New Roman" w:cs="Times New Roman"/>
        </w:rPr>
        <w:t>Samy nikomy sy Isiraely ara-bakiteny, ary Isiraely ara-panahy amin’ny andro ankehitriny, dia samy nikomy sy nandà ny andraikitra masina nankinina taminy. Hatramin’ny 9/11 ka hatramin’ny lalàn’ny Alahady dia misy raharaha ara-paminaniana asehon’ny “manda.” Io raharaha ara-paminaniana io dia ny fandravana ny “manda” mampisaraka ny fiangonana sy ny fanjakana ao anatin’ny Lalàm-panorenan’i Etazonia. Tamin’ny 9/11 dia nampihatra ny Patriot Act i Bush, izay dingana lehibe tamin’ny fanonganana ny Lalàm-panorenana; fa teo no navadika ambony ambany ny filozofia nitari-dalana ny Lalàm-panorenana, rehefa nekena ho ambonin’ilay fitsipiky ny lalàna anglisy, izay mihazona fa tsy manan-tsiny ny olona mandra-pahaporofo ny helony, ny foto-kevitry ny lalàna romana, izay milaza fa meloka ny olona mandra-pahaporofo ny tsy fananany tsiny.</w:t>
      </w:r>
    </w:p>
    <w:p>
      <w:pPr>
        <w:pStyle w:val="ArticleBody"/>
        <w:jc w:val="left"/>
      </w:pPr>
      <w:r>
        <w:rPr>
          <w:rFonts w:ascii="Times New Roman" w:hAnsi="Times New Roman" w:eastAsia="Times New Roman" w:cs="Times New Roman"/>
        </w:rPr>
        <w:t>Ny vanim-potoana hatramin’ny 9/11 ka hatramin’ny lalàn’ny Alahady dia ahitana fanondroana ara-paminaniana momba ny “rindrina.” Ny fianjeran’ny Islama amin’ny rindrina tahaka ny ampondran’i Balama dia manondro fa ny raharaha momba ny Islama no hanome ilay lojika diso fitarihana entina manafoana ny fitsipika ao anatin’ny Lalàm-panorenana. Amin’io hevitra ara-paminaniana io, ny Islama, mpaminany sandoka ara-Baiboly, no mamitaka an’i Etazonia mandritra ny fotoam-pitsapana ny sarin’ny bibidia; tahaka izany koa no amitahan’ilay mpaminany sandokan’i Etazonia izao tontolo izao manontolo mandritra ny fotoam-pitsapana ny sarin’ny bibidia eo amin’izao tontolo izao.</w:t>
      </w:r>
    </w:p>
    <w:p>
      <w:pPr>
        <w:pStyle w:val="ArticleBody"/>
        <w:jc w:val="left"/>
      </w:pPr>
      <w:r>
        <w:rPr>
          <w:rFonts w:ascii="Times New Roman" w:hAnsi="Times New Roman" w:eastAsia="Times New Roman" w:cs="Times New Roman"/>
        </w:rPr>
        <w:t>Tamin’ny 7 Oktobra 2023 dia nanafika ny tany be voninahitra fahiny ara-bakiteny ny borikin’ny Silamo, ary rehefa vahana ny boriky alohan’ny fanambarana ny Antso Mamatonalina dia hamely indray an’i Etazonia, ilay tany be voninahitra maoderina ara-panahy, ny Silamo, tahaka izay nataony tamin’ny 9/11. Ny fanindroany izay nikapohan’i Balama ny boriky dia ny anjely faharoa, ary ny anjely faharoa dia mamokatra fampitomboana ho indroa mandrakariva, araka ny asehon’ny hoe “lalan’ny tanim-boaloboka” misy rindrina roa.</w:t>
      </w:r>
    </w:p>
    <w:p>
      <w:pPr>
        <w:pStyle w:val="ArticleScripture"/>
        <w:jc w:val="left"/>
      </w:pPr>
      <w:r>
        <w:rPr>
          <w:rFonts w:ascii="Times New Roman" w:hAnsi="Times New Roman" w:eastAsia="Times New Roman" w:cs="Times New Roman"/>
        </w:rPr>
        <w:t>Ary nandroso lavidavitra kokoa ny anjelin’i Jehovah ka nitsangana teo amin’ny toerana tery, izay tsy nisy làlana hiviliana na ho amin’ny ankavanana na ho amin’ny ankavia. Ary rehefa hitan’ilay ampondravavy ny anjelin’i Jehovah, dia niankohoka teo ambanin’i Balama izy; ka nirehitra ny fahatezeran’i Balama, ary nikapoka ilay ampondravavy tamin’ny tehina izy. Ary Jehovah nampahiratra ny vavan’ilay ampondravavy, ka hoy izy tamin’i Balama: Inona no nataoko taminao, no nikapohanao ahy intelo toy izao? Nomery 22:26–28.</w:t>
      </w:r>
    </w:p>
    <w:p>
      <w:pPr>
        <w:pStyle w:val="ArticleBody"/>
        <w:jc w:val="left"/>
      </w:pPr>
      <w:r>
        <w:rPr>
          <w:rFonts w:ascii="Times New Roman" w:hAnsi="Times New Roman" w:eastAsia="Times New Roman" w:cs="Times New Roman"/>
        </w:rPr>
        <w:t>Rehefa dinihintsika akaiky kokoa ny andininy faharoa amby roapolo sy ireo telo manaraka azy, dia hitantsika fa ny andininy fahatelo amby roapolo no tena nanindronana ny ampondra voalohany.</w:t>
      </w:r>
    </w:p>
    <w:p>
      <w:pPr>
        <w:pStyle w:val="ArticleScripture"/>
        <w:jc w:val="left"/>
      </w:pPr>
      <w:r>
        <w:rPr>
          <w:rFonts w:ascii="Times New Roman" w:hAnsi="Times New Roman" w:eastAsia="Times New Roman" w:cs="Times New Roman"/>
        </w:rPr>
        <w:t>Ary nirehitra ny fahatezeran’Andriamanitra, satria nandeha izy; ary ny Anjelin’i Jehovah nitsangana teo amin’ny lalana ho fahavalony. Ary izy nitaingina ny borikiny, sady niaraka taminy ny mpanompony roa lahy.</w:t>
      </w:r>
    </w:p>
    <w:p>
      <w:pPr>
        <w:pStyle w:val="ArticleScripture"/>
        <w:jc w:val="left"/>
      </w:pPr>
      <w:r>
        <w:rPr>
          <w:rFonts w:ascii="Times New Roman" w:hAnsi="Times New Roman" w:eastAsia="Times New Roman" w:cs="Times New Roman"/>
        </w:rPr>
        <w:t>Ary hitan’ilay boriky ny anjelin’i Jehovah nitsangana teo amin’ny lalana, sady ny sabany voatsoaka teny an-tànany; dia nivily niala tamin’ny lalana ilay boriky ka nankany an-tsaha; ary Balaama namely ilay boriky mba hampody azy ho amin’ny lalana. Nomery 22:22, 23.</w:t>
      </w:r>
    </w:p>
    <w:p>
      <w:pPr>
        <w:pStyle w:val="ArticleBody"/>
        <w:jc w:val="left"/>
      </w:pPr>
      <w:r>
        <w:rPr>
          <w:rFonts w:ascii="Times New Roman" w:hAnsi="Times New Roman" w:eastAsia="Times New Roman" w:cs="Times New Roman"/>
        </w:rPr>
        <w:t>Ny fahatezeran’Andriamanitra tamin’i Balama noho ny nanaovany ny fangatahana mba ho mpaminany sandoka dia nifanandrify tamin’ny namaranan’i Kristy ny fifampiresahany tamin’ireo Jiosy mpanohitra teny amin’ny andininy farany ao amin’ny Matio 22. Ny andininy faha-telo amby roapolo ao amin’ny Nomery 22 dia mifanaraka amin’ny Matio toko faha-23, ary ny andininy faha-24 sy faha-25 ao amin’ny Nomery dia mifanaraka amin’ny Matio toko faha-24 sy faha-25. Ny andininy faha-26, faha-27 ary faha-28 dia mifanaraka amin’ny Matio toko faha-26, faha-27 ary faha-28.</w:t>
      </w:r>
    </w:p>
    <w:p>
      <w:pPr>
        <w:pStyle w:val="ArticleBody"/>
        <w:jc w:val="left"/>
      </w:pPr>
      <w:r>
        <w:rPr>
          <w:rFonts w:ascii="Times New Roman" w:hAnsi="Times New Roman" w:eastAsia="Times New Roman" w:cs="Times New Roman"/>
        </w:rPr>
        <w:t>Matio 23 dia ilay anjely voalohany, 24 sy 25 no anjely faharoa ary 26, 27 ary 28 no anjely fahatelo. Ao amin’ny Nomery 22, andininy 23 no anjely voalohany, andininy 24 sy 25 no anjely faharoa ary andininy 26, 27 ary 28 no anjely fahatelo. Matio dia miresaka amin’ny vahoakan’ny fanekena, taloha sy vaovao: ny Nomery kosa dia manondro ny anjara asan’ny Islamo ho fitaovan’Andriamanitra enti-mamaizana ny fanompoam-pivavahana amin’ny Alahady izay manomboka any Etazonia ary avy eo manerana izao tontolo izao. Aorian’ilay kapoka fahatelo, rehefa miteny ilay boriky, dia hazavaina amin’i Balama izay vao nitranga teo.</w:t>
      </w:r>
    </w:p>
    <w:p>
      <w:pPr>
        <w:pStyle w:val="ArticleScripture"/>
        <w:jc w:val="left"/>
      </w:pPr>
      <w:r>
        <w:rPr>
          <w:rFonts w:ascii="Times New Roman" w:hAnsi="Times New Roman" w:eastAsia="Times New Roman" w:cs="Times New Roman"/>
        </w:rPr>
        <w:t>Dia nosokafan’i Jehovah ny mason’i Balaama, ka hitany ilay anjelin’i Jehovah nitsangana teo amin’ny lalana, sady nitazona ny sabany voatsoaka teny an-tànany; dia nanondrika ny lohany izy ka niankohoka tamin’ny tavany tamin’ny tany. Ary hoy ilay anjelin’i Jehovah taminy: Nahoana no nokapohinao intelo izao ny ampondranao? indro, izaho no nivoaka hanohitra anao, satria mivilana eo anatrehako ny lalanao; ary hitan’ilay ampondra aho ka nivily niala tamiko intelo izao; raha tsy nivily niala tamiko izy, dia efa novonoiko tokoa ianao ankehitriny, fa izy kosa dia novelomiko. Ary hoy Balaama tamin’ilay anjelin’i Jehovah: Efa nanota aho; fa tsy fantatro fa Ianao no nitsangana teo amin’ny lalana hanohitra ahy; koa ankehitriny, raha tsy sitrakao izany, dia hiverina aho. Nomery 22:31–34.</w:t>
      </w:r>
    </w:p>
    <w:p>
      <w:pPr>
        <w:pStyle w:val="ArticleBody"/>
        <w:jc w:val="left"/>
      </w:pPr>
      <w:r>
        <w:rPr>
          <w:rFonts w:ascii="Times New Roman" w:hAnsi="Times New Roman" w:eastAsia="Times New Roman" w:cs="Times New Roman"/>
        </w:rPr>
        <w:t>I Balaama dia maneho ny mpaminany sandoka, dia i Etazonia, izay hiteny tahaka ny dragona amin’ny lalàn’ny Alahady. Amin’ny lalàn’ny Alahady, rehefa mahazo fahazavana izy, dia maneho ireo izay mbola ao Babylona, izay avy eo dia fohazina momba ny raharaha mikasika ny lalàn’ny Alahady ka antsoina hivoaka avy ao Babylona.</w:t>
      </w:r>
    </w:p>
    <w:p>
      <w:pPr>
        <w:pStyle w:val="ArticleBody"/>
        <w:jc w:val="left"/>
      </w:pPr>
      <w:r>
        <w:rPr>
          <w:rFonts w:ascii="Times New Roman" w:hAnsi="Times New Roman" w:eastAsia="Times New Roman" w:cs="Times New Roman"/>
        </w:rPr>
        <w:t>Andro dimy nanaovan’i Miller fampianarana ny hafatry ny mofo tsy misy masirasira, avy eo andro telopolo nanaovan’i Kristy fampianarana ny mpisorony, asehon’ny telopolo, izay mitondra mankany amin’ny hafatra fampitandreman’ny trompetra momba ny famahana ny boriky, izay mialoha dimy andro ny fanandratana ny faneva, izay mialoha dimy andro ny varavarana mihidy ao amin’ny fanoharana ny amin’ny virijina folo, izay mialoha dimy andro ny lalàna alahady pentekotista, izay mampiditra ny fe-potoana fito andron’ny Tabernakely, izay no firotsahan’ny ranonorana farany amin’ny fahafenoany mandritra ny krizin’ny lalàna alahady, fa ny fitsapana amin’izany fe-potoana izany dia mikasika ny andro fahafito.</w:t>
      </w:r>
    </w:p>
    <w:p>
      <w:pPr>
        <w:pStyle w:val="ArticleBody"/>
        <w:jc w:val="left"/>
      </w:pPr>
      <w:r>
        <w:rPr>
          <w:rFonts w:ascii="Times New Roman" w:hAnsi="Times New Roman" w:eastAsia="Times New Roman" w:cs="Times New Roman"/>
        </w:rPr>
        <w:t>Ny isa dimy dia tandindon’ny virijina, na hendry na adala. Ny isa telopolo dia tandindon’ny mpisorona, izay no ambaran’ny anarana hoe Levitikosy. Ny isa fito dia ny Sabata. Ny Levitikosy toko faha-telo amby roapolo dia maneho ny tantaran’ny mpisorona, dia ny Levita ao amin’ny Malakia toko faha-telo, ny virijina hendry, ary ny iray hetsy sy efatra arivo mandritra ny fotoam-pitsapana amin’ny Sabata.</w:t>
      </w:r>
    </w:p>
    <w:p>
      <w:pPr>
        <w:pStyle w:val="ArticleBody"/>
        <w:jc w:val="left"/>
      </w:pPr>
      <w:r>
        <w:rPr>
          <w:rFonts w:ascii="Times New Roman" w:hAnsi="Times New Roman" w:eastAsia="Times New Roman" w:cs="Times New Roman"/>
        </w:rPr>
        <w:t>Hohazavaina ao amin’ny lahatsoratra manaraka ireo zavatra ireo.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Joela sy ny Fiangonana Advantista Mitandrina ny Andro Fahafito any Laodikia - Laharana Roa amby Efapolo</dc:title>
  <dc:subject/>
  <dc:creator>Jeff Pippenger</dc:creator>
  <cp:keywords/>
  <dc:description>Generated by ArticleDigger from joel\42_joel.json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