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Joela sy ny Fiangonana Advantista Mitandrina ny Andro Fahafito ao Laodikia - Laharana Faha-Telo amby Efapolo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2026-02-09</w:t>
      </w:r>
    </w:p>
    <w:p>
      <w:pPr>
        <w:pStyle w:val="ArticleHeading"/>
        <w:jc w:val="left"/>
      </w:pPr>
      <w:r>
        <w:rPr>
          <w:rFonts w:ascii="Arial" w:hAnsi="Arial" w:eastAsia="Arial" w:cs="Arial"/>
        </w:rPr>
        <w:t>Laharana Fahatelo amby Efapolo</w:t>
      </w:r>
    </w:p>
    <w:p>
      <w:pPr>
        <w:pStyle w:val="ArticleBody"/>
        <w:jc w:val="left"/>
      </w:pPr>
      <w:r>
        <w:rPr>
          <w:rFonts w:ascii="Times New Roman" w:hAnsi="Times New Roman" w:eastAsia="Times New Roman" w:cs="Times New Roman"/>
        </w:rPr>
        <w:t>Ny tandindon’ireo mpisorona olombelona valo-polo ampiarahina amin’ilay Mpisoronabe Masina dia ny isa “81”, izay ahitantsika ny Nofin’i Miller ao amin’ny boky Early Writings. Ao amin’ny Apokalypsy “81” no ahitantsika fa rehefa esorina ny tombo-kase farany indrindra, dia misy fahanginana any an-danitra mandritra ny antsasak’adiny. Hoy ny Habakoka 2:20 fa tokony hangina ny tany rehetra rehefa ao amin’ny tempoliny masina ny Tompo.</w:t>
      </w:r>
    </w:p>
    <w:p>
      <w:pPr>
        <w:pStyle w:val="ArticleScripture"/>
        <w:jc w:val="left"/>
      </w:pPr>
      <w:r>
        <w:rPr>
          <w:rFonts w:ascii="Times New Roman" w:hAnsi="Times New Roman" w:eastAsia="Times New Roman" w:cs="Times New Roman"/>
        </w:rPr>
        <w:t>Ary rehefa novahany ny tombo-kase fahafito, dia nisy fahanginana tany an-danitra tokony ho antsasak’adiny. Apokalypsy 8:1.</w:t>
      </w:r>
    </w:p>
    <w:p>
      <w:pPr>
        <w:pStyle w:val="ArticleBody"/>
        <w:jc w:val="left"/>
      </w:pPr>
      <w:r>
        <w:rPr>
          <w:rFonts w:ascii="Times New Roman" w:hAnsi="Times New Roman" w:eastAsia="Times New Roman" w:cs="Times New Roman"/>
        </w:rPr>
        <w:t>Ny fanesorana ny tombo-kase fahafito dia mitranga ao anatin’ny telo-polo andro, satria io no tombo-kase farany. Tamin’ny 31 Desambra 2023, ny taolan’i Ezekiela dia nanomboka ny fizotran’ny fitsanganana amin’ny maty. Avy eo Kristy dia nanomboka nampianatra nandritra ny efapolo andro. Io daty io no nanamarika ny fiafaran’ny 1 260 andro hatramin’ny fahadisoam-panantenana tamin’ny 18 Jolay 2020, ary i Jaona dia mampahafantatra antsika ao amin’ny Apokalypsy toko faha-11 fa tokony handrefy ny tempoly isika, nefa havelantsika kosa ny kianja ivelany. Ny kianja ivelany dia mifarana amin’ny fiafaran’ny fanaparitahana, satria i Jaona dia mampahafantatra antsika fa ny 1 260 dia nomena ny Jentilisa izay kianja ivelany. Rehefa mandrefy, dia tokony havela tsy ho tafiditra izany tantara izany.</w:t>
      </w:r>
    </w:p>
    <w:p>
      <w:pPr>
        <w:pStyle w:val="ArticleBody"/>
        <w:jc w:val="left"/>
      </w:pPr>
      <w:r>
        <w:rPr>
          <w:rFonts w:ascii="Times New Roman" w:hAnsi="Times New Roman" w:eastAsia="Times New Roman" w:cs="Times New Roman"/>
        </w:rPr>
        <w:t>Rehefa mifoha i Miller ka mahita ilay lehilahy mpamafa vovoka, dia foana ny efitrano; ary raha mampiakatra ny feony izy, dia mbola any an-efitra ihany i Miller. Hatramin’ny tantaran’ny fitsanganana amin’ny maty ka hatramin’ny fotoana mialoha indrindra ny lalàn’ny Alahady, dia manangana ny tempolin’ireo iray hetsy sy efatra arivo sy efatra alina Kristy, tahaka ny nataony tao anatin’ireo enina amby efapolo taona, hatramin’ny 1798 ka hatramin’ny 1844.</w:t>
      </w:r>
    </w:p>
    <w:p>
      <w:pPr>
        <w:pStyle w:val="ArticleBody"/>
        <w:jc w:val="left"/>
      </w:pPr>
      <w:r>
        <w:rPr>
          <w:rFonts w:ascii="Times New Roman" w:hAnsi="Times New Roman" w:eastAsia="Times New Roman" w:cs="Times New Roman"/>
        </w:rPr>
        <w:t>Rehefa manomboka mampianatra Izy, dia miasa ao amin’ny tempoliny, indrindra mandritra ny telopolo andro. Ary amin’izany ny anjely dia mangina mandritra ny telopolo minitra, raha mbola mampianatra ny mpisorony telonjato, dia ireo mpitory Millerita telonjato, na ny tafiny, dia ny telonjatok’i Gideona, na raha mamoaka ireo tabilao telonjato tamin’ny 1843 Izy; ary izany rehetra izany dia ataony mandritra ny telopolo andro hatramin’ny fiafaran’ny mofo tsy misy masirasira ka hatramin’ny hafatry ny trompetra. Mamafa ny gorodon’ny efitranon’i Miller Izy, nefa gorodony izany, ka noho izany ny efitranon’i Miller dia tempoliny. Izy dia mamita ny asa famafana na ny fahotana na ny anaran’ireo izay nantsoina ho kandidà mba ho isan’ny iray hetsy sy efatra alina sy iray arivo sy efatra alina.</w:t>
      </w:r>
    </w:p>
    <w:p>
      <w:pPr>
        <w:pStyle w:val="ArticleBody"/>
        <w:jc w:val="left"/>
      </w:pPr>
      <w:r>
        <w:rPr>
          <w:rFonts w:ascii="Times New Roman" w:hAnsi="Times New Roman" w:eastAsia="Times New Roman" w:cs="Times New Roman"/>
        </w:rPr>
        <w:t>Ny hafatry ny trompetra, izay tonga dimy andro mialoha ny fiakarana ary folo andro mialoha ny fitsarana, no vato fizahana. Izay mitranga ao anatin’ny telopolo minitra izay mangina ny lanitra, na ny telopolo andro ampianaran’i Kristy ny mpisorona, dia efa namokatra sokajy roa tamin’ny fotoana amehezana ny tombo-kase mandritra ireo dingana telo dia ny trompetra, ny fiakarana ary ny fitsarana. Mora ny mahita izany.</w:t>
      </w:r>
    </w:p>
    <w:p>
      <w:pPr>
        <w:pStyle w:val="ArticleBody"/>
        <w:jc w:val="left"/>
      </w:pPr>
      <w:r>
        <w:rPr>
          <w:rFonts w:ascii="Times New Roman" w:hAnsi="Times New Roman" w:eastAsia="Times New Roman" w:cs="Times New Roman"/>
        </w:rPr>
        <w:t>Raha tonga amin’ilay fotoana izay tokony hanenoanao ny hafatry ny trompetra ianao, nefa mandà tsy haneno ny hafatra, dia tsy mahomby ianao.</w:t>
      </w:r>
    </w:p>
    <w:p>
      <w:pPr>
        <w:pStyle w:val="ArticleBody"/>
        <w:jc w:val="left"/>
      </w:pPr>
      <w:r>
        <w:rPr>
          <w:rFonts w:ascii="Times New Roman" w:hAnsi="Times New Roman" w:eastAsia="Times New Roman" w:cs="Times New Roman"/>
        </w:rPr>
        <w:t>Ny dingana telo hoe “trômpetra, fiakarana ary fitsarana” dia famantarana iray mizotra amin’ny dingana telo, tahaka ny tany am-piandohan’ny tantara izay nanehoana famantarana iray tamin’ny alalan’ny “fahafatesana, fandevenana ary fitsanganana amin’ny maty.” Ny fitsapana amin’ny dingana telo any amin’ny farany no fitsapana faratampony izay mialoha dimy andro ny lalàna alahadin’ny Pentekosta.</w:t>
      </w:r>
    </w:p>
    <w:p>
      <w:pPr>
        <w:pStyle w:val="ArticleBody"/>
        <w:jc w:val="left"/>
      </w:pPr>
      <w:r>
        <w:rPr>
          <w:rFonts w:ascii="Times New Roman" w:hAnsi="Times New Roman" w:eastAsia="Times New Roman" w:cs="Times New Roman"/>
        </w:rPr>
        <w:t>Dimy andro taorian’ny fitsanganana amin’ny maty dia tonga ny faran’ny fetin’ny mofo tsy misy lalivay, ary io fihaonana masina io no manamarika ny fizahan-toetra voalohany sady fototra amin’ny taona 2024. Hihinana ny Mofon’ny Lanitra va ianareo, sa ny mofon’ny fisainan’olombelona? Tonga tamin’ny taona 2024 izany fizahan-toetra izany, ary efa nasehon’ny fikomiana fototra nataon’i Adama sy Eva, Nimroda, Arona, Jeroboama, Kora sy ireo mpikomy niaraka taminy, ny Protestanta ao amin’ny tantara Millerita, ny fikomiana alfa nataon’i John Harvey Kellogg, ny fikomian’ny 1888, ary mazava ho azy ny fikomian’ny 9/11. Ny fikomiana fototra nataon’i Kaina dia mampita ny olana momba ny fialonana amin’ny rahalahinao, manerana ny filaharan’ireo fikomiana fototra rehetra.</w:t>
      </w:r>
    </w:p>
    <w:p>
      <w:pPr>
        <w:pStyle w:val="ArticleBody"/>
        <w:jc w:val="left"/>
      </w:pPr>
      <w:r>
        <w:rPr>
          <w:rFonts w:ascii="Times New Roman" w:hAnsi="Times New Roman" w:eastAsia="Times New Roman" w:cs="Times New Roman"/>
        </w:rPr>
        <w:t>Ny fanoharana rehetra momba ny fikomiana fototra dia fikomiana manohitra an’Andriamanitra, nefa ny sasany, tahaka ireo mpikomy tamin’ny 1888 sy ireo mpikomin’i Kora, dia ahitana ihany koa ny zava-misy fa anisan’ny fitsapana ilay iraka voafidy. Ny fandavana ny famantarana nataon’i Miller fa i Roma no mametraka ny fahitana ao amin’ny Daniela 11:14 dia fandavana ny hafatra sy ny mpitondra hafatra samy izy. Fototra io fitsapana io, satria tsy i Father Miller ihany no nanondro ireo jiolahy ao amin’ny andininy fahaefatra ambin’ny folo ho i Roma, fa ny zanany lahy koa.</w:t>
      </w:r>
    </w:p>
    <w:p>
      <w:pPr>
        <w:pStyle w:val="ArticleBody"/>
        <w:jc w:val="left"/>
      </w:pPr>
      <w:r>
        <w:rPr>
          <w:rFonts w:ascii="Times New Roman" w:hAnsi="Times New Roman" w:eastAsia="Times New Roman" w:cs="Times New Roman"/>
        </w:rPr>
        <w:t>Dimy andro taorian’ny fitsanganana tamin’ny maty tamin’ny 31 Desambra 2023, ny fanompoam-pampianarana fanomanana nataon’i Miller dia nalain’Ilay tonga nanaraka an’i Jaona. Nandritra ny telopolo andro dia homen’i Kristy “mifanatri-tava” ny fampianarana manokana ho an’ireo mpivavaka tao amin’ny tempoly. Izany fanomanana izany dia natao hanomanana fisoronana miisa 80, mba hitory ny hafatra fampitandremana momba ny fetin’ny trompetra.</w:t>
      </w:r>
    </w:p>
    <w:p>
      <w:pPr>
        <w:pStyle w:val="ArticleBody"/>
        <w:jc w:val="left"/>
      </w:pPr>
      <w:r>
        <w:rPr>
          <w:rFonts w:ascii="Times New Roman" w:hAnsi="Times New Roman" w:eastAsia="Times New Roman" w:cs="Times New Roman"/>
        </w:rPr>
        <w:t>Io fanomanana maharitra telopolo andro io dia ahitana fitsapana voalohany fototra eo am-piandohana sy fitsapana faharoa momba ny tempoly eo am-pamaranana. Vita alohan’ny hitsoka ny trompetra ilay fitsapana faharoa momba ny tempoly, ary noho izany dia aseho ao amin’ny nofin’i Miller izany antsipiriany izany, raha nanipy ny firavaka ho ao anatin’ny vata i Kristy. Rehefa vitany izany vao manasa an’i Miller Izy mba “ho avy ka hijery.” Hatramin’ny fampitandreman’ny trompetra ka hatramin’ny fiakarana ho amin’ny fitsarana no ananganana mialoha ny lalàn’ny Alahady ny faneva. Efa ao amin’ny tempoly avokoa ny firavaka rehetra alohan’ny hiantsoana an’i Miller mba “ho avy ka hijery,” ary rehefa asandratra ao amin’ny rahona ireo vavolombelona roa no ijeren’ny fahavalony azy.</w:t>
      </w:r>
    </w:p>
    <w:p>
      <w:pPr>
        <w:pStyle w:val="ArticleBody"/>
        <w:jc w:val="left"/>
      </w:pPr>
      <w:r>
        <w:rPr>
          <w:rFonts w:ascii="Times New Roman" w:hAnsi="Times New Roman" w:eastAsia="Times New Roman" w:cs="Times New Roman"/>
        </w:rPr>
        <w:t>Ny faminanian’izy ireo momba ny fanafihan’ny finoana silamo izay tsy tanteraka tamin’ny taona 2020 dia haverina indray rehefa voahitsy, tahaka ny tena Antso Amin’ny Mamatonalina nataon’i Snow. Nanana fahatakarana iray i Miller izay nofaritany ho Antso Amin’ny Mamatonalina, nefa i Samuel Snow no nanitsy ny hafatry ny Antso Amin’ny Mamatonalina nataon’i Miller, ary noho izany antony izany dia antsoina hoe “tena” hafatry ny Antso Amin’ny Mamatonalina ao amin’ny tantaran’ny Millerita ny hafatry ny Antso Amin’ny Mamatonalina nataon’i Snow. Ny hafatry ny Antso Amin’ny Mamatonalina dia hafatra iray izay efa voahitsy, ary nomen-kery tamin’ny alalan’izany fanitsiana izany.</w:t>
      </w:r>
    </w:p>
    <w:p>
      <w:pPr>
        <w:pStyle w:val="ArticleScripture"/>
        <w:jc w:val="left"/>
      </w:pPr>
      <w:r>
        <w:rPr>
          <w:rFonts w:ascii="Times New Roman" w:hAnsi="Times New Roman" w:eastAsia="Times New Roman" w:cs="Times New Roman"/>
        </w:rPr>
        <w:t>Ireo izay nandiso fanantenana dia nahita avy tamin’ny Soratra Masina fa tao anatin’ny fotoana fiandrasana izy ireo, ary tsy maintsy niandry tamim-paharetana ny fahatanterahan’ny fahitana. Ilay porofo ihany izay nitarika azy ireo hiandry ny Tompony tamin’ny 1843 no nitarika azy ireo hanantena Azy tamin’ny 1844.” Early Writings, 247.</w:t>
      </w:r>
    </w:p>
    <w:p>
      <w:pPr>
        <w:pStyle w:val="ArticleBody"/>
        <w:jc w:val="left"/>
      </w:pPr>
      <w:r>
        <w:rPr>
          <w:rFonts w:ascii="Times New Roman" w:hAnsi="Times New Roman" w:eastAsia="Times New Roman" w:cs="Times New Roman"/>
        </w:rPr>
        <w:t>Ang pangyayaring ito ay naganap sa katapusan ng yugto ng 1840 hanggang 1844, at naganap din ito sa pasimula. Inihula ni Josiah Litch ang katuparan ng Islam noong 1840. Inilagay niya ang kaniyang hula sa pampublikong talaan noong 1838, at saka ito itinuwid sampung araw bago ang Agosto 11, 1840. Ang katuparan ng itinuwid na hula ang nagbigay-kapangyarihan sa mensahe ng unang anghel. Ang ikalawang mensahe ay binigyang-kapangyarihan ng itinuwid na mensahe ng Sigaw sa Hatinggabi. Dalawang saksi mula sa iisang kasaysayan na isang saksing alpha at isang saksing omega. Magkasama nilang tinutukoy ang pagbibigay-kapangyarihan sa isang mensahe na nakabatay sa pagtutuwid ng isang naunang mensahe.</w:t>
      </w:r>
    </w:p>
    <w:p>
      <w:pPr>
        <w:pStyle w:val="ArticleBody"/>
        <w:jc w:val="left"/>
      </w:pPr>
      <w:r>
        <w:rPr>
          <w:rFonts w:ascii="Times New Roman" w:hAnsi="Times New Roman" w:eastAsia="Times New Roman" w:cs="Times New Roman"/>
        </w:rPr>
        <w:t>Ny alfa dia manondro faminaniana momba ny Islama, ary ny omega dia manondro faminaniana momba ny varavarana mihidy. Didy mifanindran-dàlana amin’ny didy, ny Islama tamin’ny 1840 ary ny varavarana mihidy tamin’ny 1844, dia manondro ny Islama sy ny varavarana mihidy ho hafatry ny Antso Amin’ny Misasakalina. Eo am-piandohan’ny hafatra dia vahana ny Islama, tahaka ny tamin’ny fidiran’i Kristy amim-pandresena. Amin’izany fotoana izany dia mihidy ny varavarana ao amin’ny fanoharana ny amin’ny virijina folo, tahaka ny hihidian’ny varavarana amin’ny fitsarana ny tranon’Andriamanitra. Eo amin’ny famaranana ny hafatra dia mamely indray ny Islama raha mihidy amin’i Etazonia ny varavarana.</w:t>
      </w:r>
    </w:p>
    <w:p>
      <w:pPr>
        <w:pStyle w:val="ArticleBody"/>
        <w:jc w:val="left"/>
      </w:pPr>
      <w:r>
        <w:rPr>
          <w:rFonts w:ascii="Times New Roman" w:hAnsi="Times New Roman" w:eastAsia="Times New Roman" w:cs="Times New Roman"/>
        </w:rPr>
        <w:t>Zava-dehibe ny mahita fa ny tsipika vokarin’ny Levitikosy toko faha-roa amby roapolo dia manondro ireo dingana telo amin’ny Paska eo am-piandohana sy ireo dingana telo an’ny mpisorona eo amin’ny fiafarana. Asandratra ho fanatitra ny mpisorona amin’ny lalàn’ny Alahady, nefa diovina izy ireo alohan’izany fisehoan-javatra izany. Rehefa asandratra izy ireo, dia izy no faneva; ary rehefa nasandratra Kristy tamin’ireo dingana telo teo am-piandohan’ny tsipika, dia nisarika izao tontolo rehetra izao ho eo Aminy Izy. Ny fanandratana ny iray hetsy sy efatra amby efatra alina no fiafaran’ilay tsipika izay nanomboka tamin’ny fanandratana an’i Kristy. Na eo am-piandohana na eo amin’ny fiafarana, dia waymark iray misy dingana telo no voatondro.</w:t>
      </w:r>
    </w:p>
    <w:p>
      <w:pPr>
        <w:pStyle w:val="ArticleBody"/>
        <w:jc w:val="left"/>
      </w:pPr>
      <w:r>
        <w:rPr>
          <w:rFonts w:ascii="Times New Roman" w:hAnsi="Times New Roman" w:eastAsia="Times New Roman" w:cs="Times New Roman"/>
        </w:rPr>
        <w:t>Dingana telo eo am-piandohana izay arahina dimy andro, ary dingana telo eo amin’ny fiafarana izay arahina dimy andro. Hatreo dia momba ny vahoaka betsaka ny tantara, satria ny fisoronana dia efa natsangana ho faneva ho an’ny efatra amby efapolo arivo sy iray hetsy. Ny fito andro amin’ny Tabernakely dia fotoana ho an’ny Jentilisa. Raha esorintsika ny andron’ny Jentilisa izay manomboka amin’ny lalàn’ny Alahady, ary esorintsika ny telo andro sy tapany izay nifarana tamin’ny 2023, dia ananantsika ny tempolin’ny efatra amby efapolo arivo sy iray hetsy aseho ao anatin’ny dimampolo andro amin’ny vanim-potoanan’ny Pentekosta hatramin’ny 31 Desambra 2023 ka hatramin’ny lalàn’ny Alahady izay ho avy tsy ho ela.</w:t>
      </w:r>
    </w:p>
    <w:p>
      <w:pPr>
        <w:pStyle w:val="ArticleBody"/>
        <w:jc w:val="left"/>
      </w:pPr>
      <w:r>
        <w:rPr>
          <w:rFonts w:ascii="Times New Roman" w:hAnsi="Times New Roman" w:eastAsia="Times New Roman" w:cs="Times New Roman"/>
        </w:rPr>
        <w:t>Dimy andro manomboka amin’ny fitsanganana amin’ny maty ho an’ny virijina, ary telopolo andro manaraka ho an’ny mpisorona. Avy eo dia dimy andro misy hafatry ny trompetra avy amin’ny virijina, miafara amin’ny fiakaran’izy ireo rehefa tapitra ny efapolo andro, arahin’ny dimy andro mankany amin’ny fitsarana, ary arahin’ny dimy andro mankany amin’ny lalàn’ny Alahady. Amin’ny maha-tandindon’ny virijina azy, ny isa “5” dia mampiseho ny dian-tongotr’ireo efatra arivo amby efatra alina sy iray hetsy, izay virijina sady mpisorona koa.</w:t>
      </w:r>
    </w:p>
    <w:p>
      <w:pPr>
        <w:pStyle w:val="ArticleBody"/>
        <w:jc w:val="left"/>
      </w:pPr>
      <w:r>
        <w:rPr>
          <w:rFonts w:ascii="Times New Roman" w:hAnsi="Times New Roman" w:eastAsia="Times New Roman" w:cs="Times New Roman"/>
        </w:rPr>
        <w:t>Nandritra ireo andro telopolo nanaovana fampianarana dia esorina ny tombo-kase farany, dia ny fahafito; ary ao anatin’izany fotoana izany no ahitan’i Miller ny firavaka voaverenina amin’ny toerany. Ny hoe: “Avia ka jereo” dia tandindona miorina amin’ireo tombo-kase efatra voalohany; koa rehefa nosokafana ny tombo-kase fahafito dia nilazana i Miller hoe: “Avia ka jereo,” nefa ny anjely any an-danitra kosa dia mijery fotsiny amim-pahanginana avokoa. Ny nofin’i Miller dia manondro ny fanisiana tombo-kase ireo firavaka, izay ilay iray hetsy sy efatra alina sy efatra arivo, sady manondro koa ireo firavaka izay hafatry ny Antso Amin’ny Mamatonalina. Izany hafatra izany no mampita ny hery ho an’ireo virijina ka manatanteraka ny fanisiana tombo-kase, ary ilay lehilahy mpanadio vovoka no manondro Ilay mifehy na ireo iraka na ny hafatra.</w:t>
      </w:r>
    </w:p>
    <w:p>
      <w:pPr>
        <w:pStyle w:val="ArticleBody"/>
        <w:jc w:val="left"/>
      </w:pPr>
      <w:r>
        <w:rPr>
          <w:rFonts w:ascii="Times New Roman" w:hAnsi="Times New Roman" w:eastAsia="Times New Roman" w:cs="Times New Roman"/>
        </w:rPr>
        <w:t>Ny taona 2024 dia maneho ny fizahan-toetra fototra, ary ankehitriny amin’ny 2026 dia tonga ny fizahan-toetra momba ny tempoly. Isika izao dia ao anatin’ilay fe-potoana telopolo andro izay ampianaran’i Kristy, ary ny tsy fanekena izany zava-misy izany dia mahafaty.</w:t>
      </w:r>
    </w:p>
    <w:p>
      <w:pPr>
        <w:pStyle w:val="ArticleBody"/>
        <w:jc w:val="left"/>
      </w:pPr>
      <w:r>
        <w:rPr>
          <w:rFonts w:ascii="Times New Roman" w:hAnsi="Times New Roman" w:eastAsia="Times New Roman" w:cs="Times New Roman"/>
        </w:rPr>
        <w:t>Ny fanekena ny hafatra sy ny mpitondra hafatra dia singa iray tamin’ilay fizahan-toetra fototra asehon’i Roma amin’ny fanorenana ny fahitana, ary singa iray ihany koa amin’ny tantaran’i Elia sy Ahaba.</w:t>
      </w:r>
    </w:p>
    <w:p>
      <w:pPr>
        <w:pStyle w:val="ArticleScripture"/>
        <w:jc w:val="left"/>
      </w:pPr>
      <w:r>
        <w:rPr>
          <w:rFonts w:ascii="Times New Roman" w:hAnsi="Times New Roman" w:eastAsia="Times New Roman" w:cs="Times New Roman"/>
        </w:rPr>
        <w:t>Ary tamin’ny taona fahavalo amby telopolo nanjakan’i Asa, mpanjakan’ny Joda, no nanomboka nanjaka tamin’ny Isiraely Ahaba, zanak’i Omry; ary Ahaba, zanak’i Omry, dia nanjaka tamin’ny Isiraely tao Samaria roa amby roa-polo taona. Ary Ahaba, zanak’i Omry, nanao izay ratsy eo imason’i Jehovah mihoatra noho izay rehetra teo alohany. Ary izao no nitranga: toy ny zavatra maivana taminy ny nandeha tamin’ny fahotan’i Jeroboama, zanak’i Nebata, ka dia nalainy ho vady Jezebela, zanakavavin’i Etbala, mpanjakan’ny Sidoniana; ary izy dia nandeha nanompo an’i Bala sy niankohoka teo anatrehany. Ary nanorina alitara ho an’i Bala tao amin’ny tempolin’i Bala izy, izay efa naoriny tao Samaria. Ary Ahaba nanao Aseraha; ary Ahaba mbola nanao bebe kokoa hampahatezitra an’i Jehovah, Andriamanitry ny Isiraely, noho ny mpanjakan’ny Isiraely rehetra izay teo alohany. Tamin’ny androny no nanorenan’i Hiela Betelita an’i Jeriko: tamin’i Abirama lahimatoany no nametrahany ny fanorenany, ary tamin’i Segoba zandriny indrindra no nananganany ny vavahadiny, araka ny tenin’i Jehovah izay nolazainy tamin’ny alalan’i Josoa, zanak’i Nona. Ary Elia Tisbita, izay isan’ny mponina tany Gileada, dia nanao tamin’i Ahaba hoe: Raha velona koa Jehovah, Andriamanitry ny Isiraely, Izay ijoroako eo anatrehany, dia tsy hisy ando na ranonorana amin’izao taona izao, afa-tsy araka ny teniko ihany. 1 Mpanjaka 16:29–17:1.</w:t>
      </w:r>
    </w:p>
    <w:p>
      <w:pPr>
        <w:pStyle w:val="ArticleBody"/>
        <w:jc w:val="left"/>
      </w:pPr>
      <w:r>
        <w:rPr>
          <w:rFonts w:ascii="Times New Roman" w:hAnsi="Times New Roman" w:eastAsia="Times New Roman" w:cs="Times New Roman"/>
        </w:rPr>
        <w:t>Ny isa mifandray amin’i Ahaba dia manampy amin’ny tontolon-kevitry ny andalan-teny. Ny “valo amby telopolo” dia maneho ny “fitsanganana.” Nandidiana an’i Isiraely mba “hitsangana” sy hiditra ao amin’ny Tany Nampanantenaina tamin’ny taona fahavalo amby telopolo.</w:t>
      </w:r>
    </w:p>
    <w:p>
      <w:pPr>
        <w:pStyle w:val="ArticleScripture"/>
        <w:jc w:val="left"/>
      </w:pPr>
      <w:r>
        <w:rPr>
          <w:rFonts w:ascii="Times New Roman" w:hAnsi="Times New Roman" w:eastAsia="Times New Roman" w:cs="Times New Roman"/>
        </w:rPr>
        <w:t>Dia miaingà, hoy aho, ka miampità ny lohasahan-dranon’i Zereda ianareo. Dia nita ny lohasahan-dranon’i Zereda izahay. Ary ny andro nahatongavanay avy tany Kadesy-barnea mandra-pitanay ny lohasahan-dranon’i Zereda dia valo amby telo-polo taona, mandra-paharinganan’ny taranaky ny lehilahy mpiady rehetra tsy ho eo afovoan’ny toby, araka izay nianianan’i Jehovah taminy. Deoteronomia 2:13, 14.</w:t>
      </w:r>
    </w:p>
    <w:p>
      <w:pPr>
        <w:pStyle w:val="ArticleBody"/>
        <w:jc w:val="left"/>
      </w:pPr>
      <w:r>
        <w:rPr>
          <w:rFonts w:ascii="Times New Roman" w:hAnsi="Times New Roman" w:eastAsia="Times New Roman" w:cs="Times New Roman"/>
        </w:rPr>
        <w:t>Nositranin’i Jesosy ilay lehilahy nalemy nandritra ny valo amby telopolo taona, rehefa nilazany hoe: “Mitsangàna.”</w:t>
      </w:r>
    </w:p>
    <w:p>
      <w:pPr>
        <w:pStyle w:val="ArticleScripture"/>
        <w:jc w:val="left"/>
      </w:pPr>
      <w:r>
        <w:rPr>
          <w:rFonts w:ascii="Times New Roman" w:hAnsi="Times New Roman" w:eastAsia="Times New Roman" w:cs="Times New Roman"/>
        </w:rPr>
        <w:t>Ary nisy lehilahy anankiray teo, izay efa narary valo amby telo-polo taona. Rehefa hitan’i Jesosy nandry izy, ary fantany fa efa ela no naharitra tamin’izany toe-javatra izany, dia hoy Izy taminy: Te ho sitrana va ianao? Namaly Azy ilay lehilahy tsy nanan-kery ka nanao hoe: Tompoko, tsy manana olona hampiditra ahy ao amin’ny farihy aho, raha vao mihetsika ny rano; fa raha mbola eo am-panatona aho, dia misy hafa midina alohako. Hoy Jesosy taminy: Mitsangàna, ento ny fandrianao, ka mandehana. Dia sitrana niaraka tamin’izay ralehilahy, ary nentiny ny fandriany ka lasa nandeha izy; ary Sabata izany andro izany. Jaona 5:5–9.</w:t>
      </w:r>
    </w:p>
    <w:p>
      <w:pPr>
        <w:pStyle w:val="ArticleBody"/>
        <w:jc w:val="left"/>
      </w:pPr>
      <w:r>
        <w:rPr>
          <w:rFonts w:ascii="Times New Roman" w:hAnsi="Times New Roman" w:eastAsia="Times New Roman" w:cs="Times New Roman"/>
        </w:rPr>
        <w:t>I Josiah Litch dia nanao faminaniana tamin’ny taona 1838, izay nohatsarainy bebe kokoa tamin’ny 1840. Ny taona fahavalo amby telopolo izay resahin’i Mosesy ao amin’ny Deoteronomia dia ny taona fahatelopolo amby efapolo koa. Ny dingana roa nataon’i Josiah Litch dia nitovy tamin’ny fifohazana an-dingana roa an’ilay mitovy anarana aminy, dia i Josia mpanjaka. Ny isa 38 sy 40, eo amin’ny fifandraisany samy izy, dia maneho ny fitsanganana, izay no mitranga amin’ireo vavolombelona roa rehefa asandratra ho eny amin’ny rahona izy ireo.</w:t>
      </w:r>
    </w:p>
    <w:p>
      <w:pPr>
        <w:pStyle w:val="ArticleBody"/>
        <w:jc w:val="left"/>
      </w:pPr>
      <w:r>
        <w:rPr>
          <w:rFonts w:ascii="Times New Roman" w:hAnsi="Times New Roman" w:eastAsia="Times New Roman" w:cs="Times New Roman"/>
        </w:rPr>
        <w:t>Tamin’i Litch, ny fanandratana dia tanteraka tamin’ny alalan’ny hafatry ny Silamo momba ny loza faharoa. Ny fanandratana izay marihin’ny fiakaran’i Kristy dia tonga aorian’ny hafatry ny trompetra momba ny Silamo. Ireo dingana roa voalohany amin’ny mari-dalana dia ny trompetra, ny fiakarana, ary ny fitsarana, ka nasehon’i Litch ho tandindona izany, ary ny dingana roany kosa dia nasehon’ny fifohazana sy ny fanavaozana nataon’i Josia mpanjaka tamin’ny dingana roa. Ao amin’ny Deoteronomia, ny didy dia ny hitsangana ka handeha ho any amin’ny Tany Nampanantenaina, ary ny fanandratana ny faneva amin’ny lalàna alahady dia ilay fampanantenana mitovy indrindra.</w:t>
      </w:r>
    </w:p>
    <w:p>
      <w:pPr>
        <w:pStyle w:val="ArticleBody"/>
        <w:jc w:val="left"/>
      </w:pPr>
      <w:r>
        <w:rPr>
          <w:rFonts w:ascii="Times New Roman" w:hAnsi="Times New Roman" w:eastAsia="Times New Roman" w:cs="Times New Roman"/>
        </w:rPr>
        <w:t>Nanjaka roa amby roapolo taona Ahaba; koa izany dia manjaka izy mandritra ny vanim-potoana izay iombonan’ny maha-Andriamanitra sy ny maha-olombelona, dia ilay fe-potoana telopolo andro mialoha ny hafatry ny trompetra. Ahaba dia i Trump, izay hanambady an’i Jezebela atsy ho atsy indrindra. Ao amin’ny vanim-potoanan’i Trump, Elia irery ihany no manana hafatra momba ny ranonorana. Ity zava-misy ity dia fototra iorenana, fa ny fihetsiketsehan’ny iray hetsy sy efatra arivo dia ny fihetsiketsehan’ny fomba fiasa atao hoe tsipika manaraka tsipika; ary izany fomba fiasa izany dia miorina amin’ilay fahamarinana fototra fa ny hetsika fanavaozana an’ny iray hetsy sy efatra arivo dia efa naseho ho tandindona tamin’ny alalan’ny hetsika fanavaozana rehetra teo amin’ny tantara masina. Tao amin’ny tsirairay amin’ireo hetsika ireo dia anisan’ny fizahan-toetra ny mpitarika. Isaky ny mandeha.</w:t>
      </w:r>
    </w:p>
    <w:p>
      <w:pPr>
        <w:pStyle w:val="ArticleBody"/>
        <w:jc w:val="left"/>
      </w:pPr>
      <w:r>
        <w:rPr>
          <w:rFonts w:ascii="Times New Roman" w:hAnsi="Times New Roman" w:eastAsia="Times New Roman" w:cs="Times New Roman"/>
        </w:rPr>
        <w:t>Ahaba dia ny mpanjaka fahafito hatramin’i Jeroboama, ary efa nasehontsika imbetsaka fa Ahaba no maneho ny fanjakana mandritra ny krizin’ny lalàn’ny Alahady. Efa nasehontsika ihany koa ny fomba nanorenan’ny fiangonana Laodiseana Advantista Mitandrina ny Andro Fahafito an’i Jeriko indray tamin’ny taona 1863, ka nahalany ny lahimatoan’ny Whites sy ny zanany faralahy, ary izany dia tandindon’i Jeriko amin’ny fotoanan’ny lalàn’ny Alahady. Ny taona 1863 dia tandindon’ny lalàn’ny Alahady.</w:t>
      </w:r>
    </w:p>
    <w:p>
      <w:pPr>
        <w:pStyle w:val="ArticleBody"/>
        <w:jc w:val="left"/>
      </w:pPr>
      <w:r>
        <w:rPr>
          <w:rFonts w:ascii="Times New Roman" w:hAnsi="Times New Roman" w:eastAsia="Times New Roman" w:cs="Times New Roman"/>
        </w:rPr>
        <w:t>Ny andalan-teny dia feno tandindona manondro fa io vanim-potoana io no fotoana fanisiana tombo-kase ny iray hetsy sy efatra arivo sy efatra alina, ary amin’izany vanim-potoana izany dia fikomiana fototra ny fandavana ny fahazoan’i Miller ny fahamarinana iray izay napetraka teo amin’ny tabilaon’i Habakoka tamin’ny 1843; tafiditra amin’izany ny fanaovana tsinontsinona ny irak’Andriamanitra voafidiny eo ambanin’ilay fialan-tsiny mitovy amin’ny an’ireo mpikomy niaraka tamin’i Kora sy ireo mpikomy tamin’ny 1888, izay nilaza fa masina avokoa ny fiangonana rehetra.</w:t>
      </w:r>
    </w:p>
    <w:p>
      <w:pPr>
        <w:pStyle w:val="ArticleBody"/>
        <w:jc w:val="left"/>
      </w:pPr>
      <w:r>
        <w:rPr>
          <w:rFonts w:ascii="Times New Roman" w:hAnsi="Times New Roman" w:eastAsia="Times New Roman" w:cs="Times New Roman"/>
        </w:rPr>
        <w:t>Isika izao dia ao anatin’ny fitsapana ny tempoly, rehefa misokatra ny varavarankelin’ny lanitra miaraka amin’ny varavarana ara-pitantanana. Io varavarana ara-pitantanana io no manamarika ny fifindrana ho an’ny mpisorona avy ao Laodikia ho amin’ny mpisoron’i Filadelfia. Izy no manamarika ny fisarahan’ny vatosoa sandoka sy ny tena izy ao amin’ny nofin’i Miller. Ny varavarankely dia manondro ozona na fitahiana. Malakia toko faha-telo no mametraka ny fitsapana eo amin’ny fiverenana. Ny nofin’i Miller dia manasongadina ny famerenana amin’ny laoniny ny fisoronana sy ny hafatra samy izy. Ny Apokalypsy sivy ambin’ny folo no manondro ny tafik’i Jehovah izay atsangana rehefa tanteraka ny faminaniana momba ny hafatry ny trompetra mikasika ny finoana silamo.</w:t>
      </w:r>
    </w:p>
    <w:p>
      <w:pPr>
        <w:pStyle w:val="ArticleBody"/>
        <w:jc w:val="left"/>
      </w:pPr>
      <w:r>
        <w:rPr>
          <w:rFonts w:ascii="Times New Roman" w:hAnsi="Times New Roman" w:eastAsia="Times New Roman" w:cs="Times New Roman"/>
        </w:rPr>
        <w:t>Ny fitsapana mialoha ny fitsapana litmôsian’ny hafatry ny trompetra dia ny faharoa, ary izany no fitsapana ny tempoly. Ny nofin’i Miller dia mampiseho fitomboana avo roa heny, izay mifandray mandrakariva amin’ny fitsapana faharoa; fa ny nofin’i Miller dia mampiasa vatosoa ho toy ny hafatra sy ho toy ny iraka koa. Ny fitsapana ny tempoly dia mahakasika ny fampiharana ny fomba “andalana eo ambonin’ny andalana” an’ny ranonorana farany. Mitaky ny mpisorona hahita ny tempoly ao anatin’ny tsipika samihafa amin’ny faminaniana izany, mba hampifanaraka ny hafatra. Ny vata lehibe kokoa an’ilay lehilahy mpiborosy vovoka dia ny tempolin’ny iray hetsy sy efatra arivo sy efatra alina, ary ny trano fitahirizan’i Malakia dia izany ihany koa. Ny fon’ny fanaka ao amin’ny tempoly dia ny fiaran’ny fanekena, izay ibanjinan’ny kerobima manarona azy lalandava, ka manasongadina ny ifantohan’ny zavaboary masina rehetra. Ny masina ao amin’ity tantara ity dia mila mibanjina ny tempoly sy mijery lalina ao anatin’ny fiara.</w:t>
      </w:r>
    </w:p>
    <w:p>
      <w:pPr>
        <w:pStyle w:val="ArticleBody"/>
        <w:jc w:val="left"/>
      </w:pPr>
      <w:r>
        <w:rPr>
          <w:rFonts w:ascii="Times New Roman" w:hAnsi="Times New Roman" w:eastAsia="Times New Roman" w:cs="Times New Roman"/>
        </w:rPr>
        <w:t>Ny tempolin’ny iray hetsy sy efatra arivo amby efatra alina no lohahevitr’ny Levitikosy telo amby roapolo, ary mampiseho tsipika ara-tantara izay tanteraka tamin’ny andron’i Kristy niaraka tamin’izay antsoin’i Rahavavy White hoe “ny vanim-potoanan’ny Pentekosta.” Hatramin’ny fitsanganana amin’ny maty ka hatramin’ny Pentekosta, na hatramin’ny 31 Desambra 2023 ka hatramin’ny lalàna alahady, ny tsipika ara-paminanian’ny Levitikosy telo amby roapolo dia maneho ny tempolin’ny iray hetsy sy efatra arivo amby efatra alina. Izany tantara izany dia manomboka amin’ny mariky ny lalana misy dingana telo arahin’ny dimy andro, ary mifarana amin’ny mariky ny lalana misy dingana telo arahin’ny dimy andro. Eo afovoan’ny tantaran’ny alfa sy ômega dia misy ny telopolo andro fanisiana tombo-kase ny mpisorona. Izany tsipika manontolo izany dia manomboka amin’ny Sabatan’ny andro fahafito ary mifarana amin’ny Sabatan’ny taona fahafito. Amin’ity sehatra ity, ny tempolin’ny iray hetsy sy efatra arivo amby efatra alina dia ilay sambo-fiara izay hitondra fanahy valo ho any amin’ny tany atao vaovao, ary izy koa no fiaran’ny fanekena izay aloky ny anjely roa, tahaka ny ankaloky ny Sabata roa ny tempolin’ny fisoronana an’ny iray hetsy sy efatra arivo amby efatra alina, izay aseho amin’ny vanim-potoanan’ny Pentekosta.</w:t>
      </w:r>
    </w:p>
    <w:p>
      <w:pPr>
        <w:pStyle w:val="ArticleBody"/>
        <w:jc w:val="left"/>
      </w:pPr>
      <w:r>
        <w:rPr>
          <w:rFonts w:ascii="Times New Roman" w:hAnsi="Times New Roman" w:eastAsia="Times New Roman" w:cs="Times New Roman"/>
        </w:rPr>
        <w:t>Ny Levitikosy toko faha-telo amby roapolo dia momba ny fisoronana ataon’ilay iray hetsy sy efatra alina sy efatra arivo mandritra ny fisehoana farany amin’ny vanim-potoanan’ny Pentekosta izay nanomboka tamin’ny nitsanganan’i Kristy tamin’ny maty ary nitohy hatramin’ny dimampolo andro tatỳ aoriana tamin’ny Andron’ny Pentekosta. Miorina ny vanim-potoanan’ny Pentekosta rehefa ampifanarahina amin’ireo andininy roa amby roapolo voalohany ao amin’ny Levitikosy toko faha-telo amby roapolo ireo andininy roa amby roapolo farany. Ny nofin’i William Miller dia manondro fa ny vatosoa ao amin’ny tenin’Andriamanitra dia sady ny hafatra no ny mpitondra hafatra.</w:t>
      </w:r>
    </w:p>
    <w:p>
      <w:pPr>
        <w:pStyle w:val="ArticleScripture"/>
        <w:jc w:val="left"/>
      </w:pPr>
      <w:r>
        <w:rPr>
          <w:rFonts w:ascii="Times New Roman" w:hAnsi="Times New Roman" w:eastAsia="Times New Roman" w:cs="Times New Roman"/>
        </w:rPr>
        <w:t>“Efa nanana fotoana sarobidy aho hahazoana fanandramana. Efa nanana fanandramana aho tao amin’ny hafatry ny anjely voalohany sy faharoa ary fahatelo. Aseho ho manidina eo afovoan’ny lanitra ny anjely, mitory hafatra fampitandremana amin’izao tontolo izao, sady misy ifandraisany mivantana amin’ny olona velona amin’ny andro faran’ny tantaran’ity tany ity. Tsy misy mandre ny feon’ireo anjely ireo, satria tandindona izy ireo hanehoana ny vahoakan’Andriamanitra izay miasa mifanaraka amin’ny tontolon’ny lanitra. Ny lehilahy sy ny vehivavy, nohazavain’ny Fanahin’Andriamanitra ary nohamasinina tamin’ny fahamarinana, no mitory ireo hafatra telo araka ny filaharany.” Life Sketches, 429.</w:t>
      </w:r>
    </w:p>
    <w:p>
      <w:pPr>
        <w:pStyle w:val="ArticleBody"/>
        <w:jc w:val="left"/>
      </w:pPr>
      <w:r>
        <w:rPr>
          <w:rFonts w:ascii="Times New Roman" w:hAnsi="Times New Roman" w:eastAsia="Times New Roman" w:cs="Times New Roman"/>
        </w:rPr>
        <w:t>Ny anjely dia tandindon’ny olon’Andriamanitra izay manambara ny hafatra asehon’ilay anjely.</w:t>
      </w:r>
    </w:p>
    <w:p>
      <w:pPr>
        <w:pStyle w:val="ArticleScripture"/>
        <w:jc w:val="left"/>
      </w:pPr>
      <w:r>
        <w:rPr>
          <w:rFonts w:ascii="Times New Roman" w:hAnsi="Times New Roman" w:eastAsia="Times New Roman" w:cs="Times New Roman"/>
        </w:rPr>
        <w:t>“Fohy ny fotoana. Ny hafatry ny anjely voalohany sy faharoa ary fahatelo no hafatra tsy maintsy homena an’izao tontolo izao. Tsy ny feon’ireo anjely telo no rentsika ara-bakiteny, fa ireo anjely ao amin’ny Apokalypsy ireo dia maneho vahoaka iray izay ho eto ambonin’ny tany ka hanome ireo hafatra ireo.</w:t>
      </w:r>
    </w:p>
    <w:p>
      <w:pPr>
        <w:pStyle w:val="ArticleScripture"/>
        <w:jc w:val="left"/>
      </w:pPr>
      <w:r>
        <w:rPr>
          <w:rFonts w:ascii="Times New Roman" w:hAnsi="Times New Roman" w:eastAsia="Times New Roman" w:cs="Times New Roman"/>
        </w:rPr>
        <w:t>“Jaona dia nahita ‘Anjely iray hafa nidina avy tany an-danitra, nanana hery lehibe; ary nazavan’ny voninahiny ny tany rehetra.’ Apokalypsy 18:1. Izany asa izany dia feon’ny vahoakan’Andriamanitra manambara hafatra fampitandremana ho an’izao tontolo izao.” The 1888 Materials, 926.</w:t>
      </w:r>
    </w:p>
    <w:p>
      <w:pPr>
        <w:pStyle w:val="ArticleBody"/>
        <w:jc w:val="left"/>
      </w:pPr>
      <w:r>
        <w:rPr>
          <w:rFonts w:ascii="Times New Roman" w:hAnsi="Times New Roman" w:eastAsia="Times New Roman" w:cs="Times New Roman"/>
        </w:rPr>
        <w:t>Ny anjely dia maneho ireo olona izay mitondra ny hafatra asehon’ireo anjely. William Miller dia aseho ara-paminaniana amin’ny fampiharana maro. Iray amin’ireo fampiharana ireo ny hoe i Miller dia asehon’ireo faminaniana momba ny fotoana voalohany sy farany izay notarihina hitoriany. Ny fito andro, na 2,520 taona, izay nifarana tamin’ny 1798, no nahitan’i Miller ny alfa; ary ny fanadiovana ny fitoerana masina tamin’ny faran’ireo 2,300 hariva sy maraina tamin’ny 22 Oktobra 1844 no nahitan’i Miller ny omega. Ny tantaran’ny Millerita dia aseho hatramin’ny 1798 ka hatramin’ny 1844, ary na dia tantaran’ny anjely voalohany sy faharoa aza izany, dia antsoina amin’ny anaran’ilay iraka tamin’izany tantara izany izy. Ny tantaran’ny Millerita dia manondro fa i Miller no “feo” nitory ny hafatry ny anjely voalohany sy faharoa, ary ny anjely voalohany dia nanambara ny fiandohan’ny fitsarana tamin’ny 22 Oktobra 1844, ary ny anjely voalohany dia tonga tamin’ny fotoanan’ny farany tamin’ny 1798, teo amin’ny fiafaran’ny fanaparitahana ny fanjakan’ny Isiraely nandritra ny “fito andro”. I Miller dia tandindon’ny faminaniana 2,520 taona sy ny faminaniana 2,300 taona koa.</w:t>
      </w:r>
    </w:p>
    <w:p>
      <w:pPr>
        <w:pStyle w:val="ArticleBody"/>
        <w:jc w:val="left"/>
      </w:pPr>
      <w:r>
        <w:rPr>
          <w:rFonts w:ascii="Times New Roman" w:hAnsi="Times New Roman" w:eastAsia="Times New Roman" w:cs="Times New Roman"/>
        </w:rPr>
        <w:t>Ny mariky ny lalana voalohany tamin’ny 1798 dia nanambara fa hanomboka ny fitsarana rehefa tapitra ny 2,300 taona tamin’ny 22 Oktobra 1844. Avy eo dia nosokafan’ny Tompo ny fahazavan’ny Sabata andro fahafito, ary ny fikasan’Andriamanitra dia ny hamita ny asa; koa niezaka Izy hanokatra fahazavana fanampiny momba ireo fotoana fito tamin’ny 1856, nefa fikomiana no naseho, fa tsy finoana. Ny fotoana fito no alfa amin’ny tantaran’ny Millerita ary ny 2,300 no omega.</w:t>
      </w:r>
    </w:p>
    <w:p>
      <w:pPr>
        <w:pStyle w:val="ArticleBody"/>
        <w:jc w:val="left"/>
      </w:pPr>
      <w:r>
        <w:rPr>
          <w:rFonts w:ascii="Times New Roman" w:hAnsi="Times New Roman" w:eastAsia="Times New Roman" w:cs="Times New Roman"/>
        </w:rPr>
        <w:t>Ny impito dia asehon’ny Sabatan’ny taona fahafito, ary ny 2 300 dia asehon’ny Sabatan’ny andro fahafito. Ny tantaran’ny Millerita dia asehon’ny taona 1798 sy 1844, ary ny 1798 dia maneho ny impito, fa ny 1844 kosa maneho ny 2 300 taona. Ireo Sabata roa ireo no toy ny tohana roa mamaritra ny tantara aseho ao amin’ny Levitikosy telo amby roapolo. Ireo Sabata roa ireo dia maneho hafatra roa, izay mahaforona hafatra iray. Ireo hafatra roa ireo dia maneho ny Millerita, satria ny vahoaka izay manambara ireo hafatra no maneho ireo anjely izay tandindon’ny hafatra. Tamin’ny 1798 no tonga ny anjely voalohany, ary tamin’ny 1844 no tonga ny anjely fahatelo.</w:t>
      </w:r>
    </w:p>
    <w:p>
      <w:pPr>
        <w:pStyle w:val="ArticleBody"/>
        <w:jc w:val="left"/>
      </w:pPr>
      <w:r>
        <w:rPr>
          <w:rFonts w:ascii="Times New Roman" w:hAnsi="Times New Roman" w:eastAsia="Times New Roman" w:cs="Times New Roman"/>
        </w:rPr>
        <w:t>Ny Levitikosy toko fahatelo amby roapolo dia manana fanasana fito sy fivoriana masina fito, na dia tsy ny fanasana rehetra aza no fivoriana masina, ary tsy ny fivoriana masina rehetra koa no fanasana. Ny fanasana rehetra dia eo anelanelan’ny fivoriana masina voalohany sy farany, dia ny Sabata andro fahafito eo am-piandohana sy ny Sabata taona fahafito eo am-pamaranana. Ny tantaran’ireo fanasana dia voahodidin’ireo Sabata roa izay maneho an’i William Miller sy ny Millerites.</w:t>
      </w:r>
    </w:p>
    <w:p>
      <w:pPr>
        <w:pStyle w:val="ArticleBody"/>
        <w:jc w:val="left"/>
      </w:pPr>
      <w:r>
        <w:rPr>
          <w:rFonts w:ascii="Times New Roman" w:hAnsi="Times New Roman" w:eastAsia="Times New Roman" w:cs="Times New Roman"/>
        </w:rPr>
        <w:t>Rehefa atambatra ao amin’ny Levitikosy telo amby roa-polo ny andininy roa amby roapolo voalohany sy ny andininy roa amby roapolo farany, dia voamarika ny vanim-potoanan’ny Pentekosta. Ny rafitra miorina amin’ny fampiarahana ireo andalana ireo dia tena avy amin’Andriamanitra tanteraka. Ny vanim-potoanan’ny Pentekosta ao amin’io rafitra io dia maneho mazava ireo dingana telo an’ny anjely telo. Mitondra ny sonian’ny “Fahamarinana” izany. Mitondra ny sonian’ny Alfa sy Omega izany. Mitondra ny sonian’i Palmoni izany. Mitarika ny mpianatra ho any amin’ny tena fon’ny Efitra Masina Indrindra izany. Mampahafantatra ny tempolin’ny iray hetsy efatra arivo sy efatra alina izany. Miitatra hatrany amin’ny tany vao noforonina izany.</w:t>
      </w:r>
    </w:p>
    <w:p>
      <w:pPr>
        <w:pStyle w:val="ArticleBody"/>
        <w:jc w:val="left"/>
      </w:pPr>
      <w:r>
        <w:rPr>
          <w:rFonts w:ascii="Times New Roman" w:hAnsi="Times New Roman" w:eastAsia="Times New Roman" w:cs="Times New Roman"/>
        </w:rPr>
        <w:t>Ity fahamarinan’ny Levitikosy faha-roa amby roapolo dia voasokatra ankehitriny mifandray amin’ilay fitsapana ny tempoly izay mialoha ny fitsapana litmus sy ny fitsapana fahatelo. Tonga tamin’ny taona 1844 ny anjely fahatelo, ary avy eo indray tamin’ny 9/11, ary avy eo indray tamin’ny 2023. Raha tonga tamin’ny 1844 ny anjely fahatelo, dia tokony hanaraka an’i Kristy amin’ny finoana ho ao amin’ny Efitra Masina Indrindra ny mahatoky. Ny Levitikosy faha-roa amby roapolo no lalana mankany amin’ny Efitra Masina Indrindra ary maneho singa iray amin’ilay fitsapana ny tempoly. Nambaran’i Jaona mba handrefy ny tempoly izy ary koa ireo mpivavaka ao anatiny.</w:t>
      </w:r>
    </w:p>
    <w:p>
      <w:pPr>
        <w:pStyle w:val="ArticleBody"/>
        <w:jc w:val="left"/>
      </w:pPr>
      <w:r>
        <w:rPr>
          <w:rFonts w:ascii="Times New Roman" w:hAnsi="Times New Roman" w:eastAsia="Times New Roman" w:cs="Times New Roman"/>
        </w:rPr>
        <w:t>Ny vata firavakan’i Miller dia ny tempoly, ary ny firavaka ao anatiny dia ireo mpivavaka ao. Ny trano fitahirizan’i Malakia dia ny tempoly, ary ny fahafolonkarena ao anatiny dia ireo mpivavaka ao. Ny vanim-potoanan’ny Pentekosta, araka ny aseho amin’ny fampiharana andalana eo ambonin’ny andalana ao amin’ny Levitikosy faha-telo amby roapolo, dia maneho ny tempolin’ny iray hetsy sy efatra alina sy efatra arivo. Amin’ny fomba mivantana kokoa, izany dia mampiseho ny fiaran’ny fanekena, miaraka amin’ireo kerobima mandrakotra mijery ny Didy Folo, ny tsorakazon’i Arona izay naniry, ary ny vilany volamena nisy mana.</w:t>
      </w:r>
    </w:p>
    <w:p>
      <w:pPr>
        <w:pStyle w:val="ArticleBody"/>
        <w:jc w:val="left"/>
      </w:pPr>
      <w:r>
        <w:rPr>
          <w:rFonts w:ascii="Times New Roman" w:hAnsi="Times New Roman" w:eastAsia="Times New Roman" w:cs="Times New Roman"/>
        </w:rPr>
        <w:t>Ireo keroba manarona dia anjely, ary ny anjely dia maneho hafatra sy ilay mpitondra hafatra. Ny hafatra izay hafatra alpha ao amin’ny Levitikosy toko fahatelo amby roapolo dia ny Sabata andro fahafito, ary ny hafatra omega dia ny Sabata taona fahafito. Samy hafatra izy roa ireo, ary izy roa ireo koa no hafatra alpha sy omega an’i William Miller sy ny Millerita, miaraka amin’ny fahatanterahan’ny “fito fotoana,” tamin’ny 1798, ho tandindon’ny Sabata taona fahafito, ary tamin’ny 1844, Andriamanitra no nitarika ny vahoakany ho ao amin’ny Toerana Masina Indrindra, izay nahitany ny Sabata andro fahafito. Ireo Sabata roa ireo no fiantsoana masina voalohany sy farany ao amin’ny Levitikosy toko fahatelo amby roapolo, ary ny vanim-potoanan’ny Pentekosta dia miorina eo anelanelan’izy roa ireo, tahaka ny niorenan’ny fiara fanekena teo anelanelan’ireo keroba roa manarona.</w:t>
      </w:r>
    </w:p>
    <w:p>
      <w:pPr>
        <w:pStyle w:val="ArticleBody"/>
        <w:jc w:val="left"/>
      </w:pPr>
      <w:r>
        <w:rPr>
          <w:rFonts w:ascii="Times New Roman" w:hAnsi="Times New Roman" w:eastAsia="Times New Roman" w:cs="Times New Roman"/>
        </w:rPr>
        <w:t>Ny tempoly dia tsy maintsy horefesina, ary tafiditra amin’izany ny famelana ny kianja ivelany izay nomena ny Jentilisa. Amin’ny didim-pitsarana momba ny lalàn’ny Alahady dia mifarana ny fitsarana ho an’ny tranon’Andriamanitra, ary manomboka ny fitsarana ny Jentilisa. Ny andron’ny Jentilisa dia nifarana tamin’ny 1798, tamin’ny fiafaran’ny 1 260 taona, ary tamin’ny fiafaran’ny telo andro sy tapany, (mariky ny 1 260) dia nasaina namela ny kianja ivelany i Jaona.</w:t>
      </w:r>
    </w:p>
    <w:p>
      <w:pPr>
        <w:pStyle w:val="ArticleScripture"/>
        <w:jc w:val="left"/>
      </w:pPr>
      <w:r>
        <w:rPr>
          <w:rFonts w:ascii="Times New Roman" w:hAnsi="Times New Roman" w:eastAsia="Times New Roman" w:cs="Times New Roman"/>
        </w:rPr>
        <w:t>Ary nomena ahy ny volotara tahaka ny tehina; ary nitsangana ilay anjely ka nanao hoe: Mitsangàna, ka refeso ny tempolin’Andriamanitra sy ny alitara ary izay miankohoka ao anatiny. Fa ny kianja izay eo ivelan’ny tempoly dia avelao hiala, ka aza refesina; fa nomena ny jentilisa izany; ary ny tanàna masina dia hohitsahin’izy ireo mandritra ny roa amby efa-polo volana. Apokalypsy 11:1, 2.</w:t>
      </w:r>
    </w:p>
    <w:p>
      <w:pPr>
        <w:pStyle w:val="ArticleBody"/>
        <w:jc w:val="left"/>
      </w:pPr>
      <w:r>
        <w:rPr>
          <w:rFonts w:ascii="Times New Roman" w:hAnsi="Times New Roman" w:eastAsia="Times New Roman" w:cs="Times New Roman"/>
        </w:rPr>
        <w:t>Ny kianja dia tokony havela, fa nomena ny Jentilisa izany, izay hanitsakitsaka azy mandritra ny telo taona sy tapany, na roa amby efapolo volana.</w:t>
      </w:r>
    </w:p>
    <w:p>
      <w:pPr>
        <w:pStyle w:val="ArticleScripture"/>
        <w:jc w:val="left"/>
      </w:pPr>
      <w:r>
        <w:rPr>
          <w:rFonts w:ascii="Times New Roman" w:hAnsi="Times New Roman" w:eastAsia="Times New Roman" w:cs="Times New Roman"/>
        </w:rPr>
        <w:t>Ary ho lavo tamin’ny lelan-tsabatra izy, ary ho entina ho babo any amin’ny firenena rehetra; ary Jerosalema hohazakazahin’ny Jentilisa mandra-pahatanteraky ny andron’ny Jentilisa. Lioka 21:24.</w:t>
      </w:r>
    </w:p>
    <w:p>
      <w:pPr>
        <w:pStyle w:val="ArticleBody"/>
        <w:jc w:val="left"/>
      </w:pPr>
      <w:r>
        <w:rPr>
          <w:rFonts w:ascii="Times New Roman" w:hAnsi="Times New Roman" w:eastAsia="Times New Roman" w:cs="Times New Roman"/>
        </w:rPr>
        <w:t>Ny andron’ny Jentilisa dia tanteraka tamin’ny taona 1798, rehefa novahana ny tombo-kasen’ny bokin’i Daniela.</w:t>
      </w:r>
    </w:p>
    <w:p>
      <w:pPr>
        <w:pStyle w:val="ArticleScripture"/>
        <w:jc w:val="left"/>
      </w:pPr>
      <w:r>
        <w:rPr>
          <w:rFonts w:ascii="Times New Roman" w:hAnsi="Times New Roman" w:eastAsia="Times New Roman" w:cs="Times New Roman"/>
        </w:rPr>
        <w:t>“Tao amin’ny tempoly tany Jerosalema dia nisy rindrina iva nanasaraka ny kianja ivelany tamin’ny faritra rehetra hafa amin’ilay trano masina. Teo amin’io rindrina io dia nisy soratra tamin’ny fiteny samihafa, nilaza fa tsy nisy afa-tsy ny Jiosy ihany no navela hihoatra io sisintany io. Raha nisy Jentilisa sahy niditra tao amin’ny faritra anatiny, dia nandoto ny tempoly izy, ka ny ainy no nandoavany ny saziny. Kanefa Jesosy, Ilay Mpamorona ny tempoly sy ny fanompoana ao aminy, dia nisarika ny Jentilisa ho eo Aminy tamin’ny fatoran’ny fiaraha-miory maha-olona, ary ny fahasoavany masina no nitondra taminy ny famonjena izay nolavin’ny Jiosy.” Ilay Fitiavan’ny Vanim-potoana Rehetra, 194.</w:t>
      </w:r>
    </w:p>
    <w:p>
      <w:pPr>
        <w:pStyle w:val="ArticleBody"/>
        <w:jc w:val="left"/>
      </w:pPr>
      <w:r>
        <w:rPr>
          <w:rFonts w:ascii="Times New Roman" w:hAnsi="Times New Roman" w:eastAsia="Times New Roman" w:cs="Times New Roman"/>
        </w:rPr>
        <w:t>Ny 31 Desambra 2023 no nifaranan’ireo andro ara-paminaniana telo sy tapany hatramin’ilay fahadisoam-panantenana tamin’ny 18 Jolay 2020. Ireo telo taona sy tapany ireo no manondro fa hisy hafatra ara-paminaniana hovahana tombo-kase amin’izay fotoana izay, ary tanteraka ny andron’ny Jentilisa, ka nitsahatra ny fandrefesana ny tempoly sy izay miankohoka ao anatiny. Amin’ny lalàna alahady, izay tao anatin’ny vanim-potoanan’ny Pentekosta no Andron’ny Pentekosta, dia ampitaina amin’ny Jentilisa ny fitsarana. Rehefa miala amin’ny andron’ny Jentilisa isika eo am-pandrefesana ny tempolin’ny iray hetsy sy efatra alina amby efatra arivo, dia hitantsika fa ny 31 Desambra 2023 ka hatramin’ny lalàna alahady no tempoly.</w:t>
      </w:r>
    </w:p>
    <w:p>
      <w:pPr>
        <w:pStyle w:val="ArticleBody"/>
        <w:jc w:val="left"/>
      </w:pPr>
      <w:r>
        <w:rPr>
          <w:rFonts w:ascii="Times New Roman" w:hAnsi="Times New Roman" w:eastAsia="Times New Roman" w:cs="Times New Roman"/>
        </w:rPr>
        <w:t>Ny fijoroana vavolombelon’ny tempoly dia izao: atsangana amin’ny dingana roa izy; voalohany ny fanorenana fototra, ary avy eo ny tempoly no fantatra fa vita rehefa ilay vato fanorenana nolavina no tonga, amin’ny fomba mahagaga, ho lohan’ny zorony. Napetraka ny fototra rehefa nivoaka avy tany Babylona i Isiraely fahiny tao amin’ny tantaran’ny didy voalohany, ary vita ny tempoly tao amin’ny tantaran’ny didy faharoa, nefa talohan’ny didy fahatelo. Tamin’ny taona 2024 no niseho ny fizahan-toetra momba ny fototra, ary ankehitriny isika dia ao amin’ny fizahan-toetra momba ny tempoly. Mifarana amin’ny fizahan-toetra fahatelo sady fizahan-toetra litmus izany fizahan-toetra momba ny tempoly izany, ary mitaky amin’ny vahoakan’Andriamanitra ny fizahan-toetra momba ny tempoly mba handrefesany ny tempoly.</w:t>
      </w:r>
    </w:p>
    <w:p>
      <w:pPr>
        <w:pStyle w:val="ArticleBody"/>
        <w:jc w:val="left"/>
      </w:pPr>
      <w:r>
        <w:rPr>
          <w:rFonts w:ascii="Times New Roman" w:hAnsi="Times New Roman" w:eastAsia="Times New Roman" w:cs="Times New Roman"/>
        </w:rPr>
        <w:t>Ny tempoly ao amin’ny Levitikosy telo amby roapolo dia atsangana manomboka amin’ny 31 Desambra 2023 ka hatramin’ny lalàna alahady, ary ao anatin’izany tantara ara-paminaniana izany no anehoana ireo fitsapana telo izay miseho mandrakariva rehefa voavaha ny faminaniana iray. Ny farany amin’ireo telo ireo dia ny fitsapana litmôsy, izay nasehon’ny fivoriana lasy tao Exeter. Tamin’io fivoriana io dia na nanatrika ireo fivoriana tao amin’ny lay ianareo, izay nanoloran’ny Loholona Snow indroa ny hafany momba ilay tena Antso Mamatonalina, na nanatrika ireo fivoriana feno fihetseham-po sy tsy voalanjalanja tany amin’ny lay tao Watertown ianareo. Rehefa nifarana ireo fivoriana dia nandeha tahaka ny onjan-dranomasina mahery ny hafatry ny tena Antso Mamatonalina. Exeter no fitsapana litmôsy, ary ny fitsapana litmôsy dia maneho ny fanisiana tombo-kase.</w:t>
      </w:r>
    </w:p>
    <w:p>
      <w:pPr>
        <w:pStyle w:val="ArticleBody"/>
        <w:jc w:val="left"/>
      </w:pPr>
      <w:r>
        <w:rPr>
          <w:rFonts w:ascii="Times New Roman" w:hAnsi="Times New Roman" w:eastAsia="Times New Roman" w:cs="Times New Roman"/>
        </w:rPr>
        <w:t>Ny fivorian’ny toby tao Exeter dia nasehon’ny fidiran’i Kristy tamim-pandresena tao Jerosalema, ary i Lazarosy no nitondra ny boriky niakaran’i Jesosy. Ny fahafatesan’i Lazarosy dia ilay fahadisoam-panantenana tamin’ny 18 Jolay 2020, nefa izy koa no fahagagana faratampony nataon’i Kristy sy ny “tombo-kase” naneho ny maha-Andriamanitra Azy.</w:t>
      </w:r>
    </w:p>
    <w:p>
      <w:pPr>
        <w:pStyle w:val="ArticleScripture"/>
        <w:jc w:val="left"/>
      </w:pPr>
      <w:r>
        <w:rPr>
          <w:rFonts w:ascii="Times New Roman" w:hAnsi="Times New Roman" w:eastAsia="Times New Roman" w:cs="Times New Roman"/>
        </w:rPr>
        <w:t>“Raha tao amin’ilay efitranon’ny marary Kristy, dia tsy ho faty Lazarosy; satria tsy ho nanana fahefana taminy Satana. Tsy ho afaka nandefa ny zana-tsipìkany ho amin’i Lazarosy ny fahafatesana teo anatrehan’Ilay Mpanome aina. Koa izany no nitoeran’i Kristy lavitra. Navelany hampiasa ny heriny ny fahavalo, mba handroahany azy hiverina ho fahavalo resy. Navelany handalo teo ambanin’ny fanapahan’ny fahafatesana Lazarosy; ary hitan’ireo anabavy nijaly ny rahalahiny napetraka tao am-pasana. Fantatr’i Kristy fa raha nijery ny tavan’ny rahalahiny efa maty izy ireo, dia ho voazaha toetra mafy ny finoany ny Mpanavotra azy. Nefa fantany koa fa noho ny tolona lalovany ankehitriny dia hiseho amin-kery lavitra kokoa ny finoany. Niaritra ny fangirifiriana rehetra tamin’ny alahelo izay niaretan’izy ireo Izy. Tsy nihena akory ny fitiavany azy ireo noho ny niandrasany; fa fantany fa ho azy ireo, ho an’i Lazarosy, ho an’ny Tenany, ary ho an’ny mpianany, dia hisy fandresena ho azo.”</w:t>
      </w:r>
    </w:p>
    <w:p>
      <w:pPr>
        <w:pStyle w:val="ArticleScripture"/>
        <w:jc w:val="left"/>
      </w:pPr>
      <w:r>
        <w:rPr>
          <w:rFonts w:ascii="Times New Roman" w:hAnsi="Times New Roman" w:eastAsia="Times New Roman" w:cs="Times New Roman"/>
        </w:rPr>
        <w:t>“‘Ho anareo,’ ‘mba hinoanareo.’ Ho an’izay rehetra miezaka manatsotra ny tanany mba hahatsapa ny tànan’Andriamanitra mitarika, ny fotoana ahakivy indrindra no fotoana izay akaiky indrindra ny fanampiana avy amin’Andriamanitra. Hiverina hijery ny lasa amim-pisaorana izy ireo noho ny ampahany maizina indrindra tamin’ny lalany. ‘Fantatry ny Tompo ny fomba hamonjena ny mpivavaka marina,’ 2 Petera 2:9. Avy amin’ny fakam-panahy rehetra sy ny fitsapana rehetra no hamoahany azy ireo, amin’ny finoana mafimafy kokoa sy amin’ny fanandramana manankarena kokoa.”</w:t>
      </w:r>
    </w:p>
    <w:p>
      <w:pPr>
        <w:pStyle w:val="ArticleScripture"/>
        <w:jc w:val="left"/>
      </w:pPr>
      <w:r>
        <w:rPr>
          <w:rFonts w:ascii="Times New Roman" w:hAnsi="Times New Roman" w:eastAsia="Times New Roman" w:cs="Times New Roman"/>
        </w:rPr>
        <w:t>“Tamin’ny niandrasany ela vao nankany amin’i Lazarosy, dia nanana fikasana feno famindram-po i Kristy ho an’ireo izay tsy nandray Azy. Nijanonjanona Izy, mba amin’ny fananganany an’i Lazarosy ho velona avy amin’ny maty dia hanomezany porofo hafa indray ho an’ny vahoakany mafy hatoka sy tsy mino, fa Izy tokoa no ‘ny fitsanganana amin’ny maty sy ny fiainana.’ Tsy nety namoy tanteraka ny fanantenany ny amin’ilay vahoaka Izy, dia ireo ondry mahantra sy mirenireny amin’ny taranak’i Isiraely. Torotoro ny fony noho ny tsy fibebahan’izy ireo. Noho ny famindram-pony dia nikasa Izy hanome azy ireo porofo iray hafa indray fa Izy no Mpamerina amin’ny laoniny, Ilay hany afaka mampibaribary ny fiainana sy ny tsy fahafatesana. Ity no tokony ho porofo izay tsy ho azon’ny mpisorona nadika vilana. Izany no anton’ny niandrasany ela vao nankany Betania. Io fahagagana faratampony io, dia ny fananganana an’i Lazarosy, no hanisy ny tombo-kasen’Andriamanitra eo amin’ny asany sy eo amin’ny fitakiany ny maha-Andriamanitra Azy.” The Desire of Ages, 528, 529.</w:t>
      </w:r>
    </w:p>
    <w:p>
      <w:pPr>
        <w:pStyle w:val="ArticleBody"/>
        <w:jc w:val="left"/>
      </w:pPr>
      <w:r>
        <w:rPr>
          <w:rFonts w:ascii="Times New Roman" w:hAnsi="Times New Roman" w:eastAsia="Times New Roman" w:cs="Times New Roman"/>
        </w:rPr>
        <w:t>Ny fidirana amim-boninahitra dia natomboka tamin’ny famahana ampondra iray mba hotaingenan’i Kristy.</w:t>
      </w:r>
    </w:p>
    <w:p>
      <w:pPr>
        <w:pStyle w:val="ArticleScripture"/>
        <w:jc w:val="left"/>
      </w:pPr>
      <w:r>
        <w:rPr>
          <w:rFonts w:ascii="Times New Roman" w:hAnsi="Times New Roman" w:eastAsia="Times New Roman" w:cs="Times New Roman"/>
        </w:rPr>
        <w:t>Ary rehefa nanakaiky an’i Jerosalema izy, ka tonga tany Betifaga, eo an-tendrombohitra Oliva, dia naniraka mpianatra roa Jesosy ka nanao taminy hoe: Mankanesa any amin’ny vohitra tandrifinareo, ary miaraka amin’izay dia hahita boriky vavy mifatotra ianareo, ary zanany momba azy; vahao izy ireo ka ento atỳ amiko. Ary raha misy olona hilaza zavatra aminareo, dia lazao hoe: Ny Tompo no mila azy; ary miaraka amin’izay dia halefany izy. Izany rehetra izany dia natao mba hahatanteraka izay nampilazaina tamin’ny mpaminany hoe: Lazao amin’ny zanakavavin’i Ziona hoe: Indro, ny Mpanjakanao avy ho anao, malemy fanahy sady mitaingina boriky, dia zanaky ny boriky vavy. Ary ny mpianatra nandeha ka nanao araka izay nandidian’i Jesosy azy. Matio 21:1–6.</w:t>
      </w:r>
    </w:p>
    <w:p>
      <w:pPr>
        <w:pStyle w:val="ArticleBody"/>
        <w:jc w:val="left"/>
      </w:pPr>
      <w:r>
        <w:rPr>
          <w:rFonts w:ascii="Times New Roman" w:hAnsi="Times New Roman" w:eastAsia="Times New Roman" w:cs="Times New Roman"/>
        </w:rPr>
        <w:t>Ny hafatry ny Fitarainan’ny Misasakalina dia niray tamin’ny hafatry ny anjely faharoa izay tonga tamin’ny fahadisoam-panantenana voalohany. Tamin’ny andron’i Kristy, izany fahadisoam-panantenana izany dia ny nahafatesan’i Lazarosy, ary ho an’ny Millerita dia ny faminaniana tsy tanteraka tamin’ny 1843, izay tonga tamin’ny 19 Aprily 1844. Samy maneho ny 18 Jolay 2020 ireo fahadisoam-panantenana roa ireo.</w:t>
      </w:r>
    </w:p>
    <w:p>
      <w:pPr>
        <w:pStyle w:val="ArticleBody"/>
        <w:jc w:val="left"/>
      </w:pPr>
      <w:r>
        <w:rPr>
          <w:rFonts w:ascii="Times New Roman" w:hAnsi="Times New Roman" w:eastAsia="Times New Roman" w:cs="Times New Roman"/>
        </w:rPr>
        <w:t>Amin’ny vanim-potoanan’ny Pentekosta izay asehon’ny Levitikosy toko faha-roa-polo amby telo, ny fitsapana litmôsa dia asehon’ilay marika telo sosona: ny fetin’ny trompetra, ny niakaran’i Kristy, ary ny Andro Fanavotana. Ireo dingana telo ireo no maneho ny fitsapana litmôsa mifandraika amin’ireo fitsapana roa voalohany, dia ny fanorenana sy ny tempoly. Ireo dingana telo ireo dia tonga dimy andro mialoha ny lalàna alahady amin’ny Pentekosta ary maneho fanandratana ireo iray hetsy sy efatra arivo amby efatra-polo ho faneva. Raha mandalo ny fitsapana litmôsa izy ireo, dia asandratra; fa raha tsy mandalo kosa, dia tsofina hivoaka avy eo am-baravaran-kelin’ny nofin’i Miller.</w:t>
      </w:r>
    </w:p>
    <w:p>
      <w:pPr>
        <w:pStyle w:val="ArticleBody"/>
        <w:jc w:val="left"/>
      </w:pPr>
      <w:r>
        <w:rPr>
          <w:rFonts w:ascii="Times New Roman" w:hAnsi="Times New Roman" w:eastAsia="Times New Roman" w:cs="Times New Roman"/>
        </w:rPr>
        <w:t>Ny dingana fahatelo amin’ny fanisiana tombo-kase dia ny Andro Fanavotana, ary maneho ny famafana ny ota izany. Ny dingana faharoa dia ny fanandratana ny fanatitr’i Malakia, dia ny an’ny Levita, ary ny dingana voalohany dia ny hafatry ny trompetra. Hatramin’ny 1844 dia niaina tao anatin’ny tantaran’ny fanenoan’ny trompetra fahafito ny olombelona. Ny hafatra ivelan’ny trompetra fahafito dia ny hafatry ny loza fahatelo amin’ny finoana silamo, ary ny hafatra anatiny ao amin’ny trompetra fahafito dia ny asan’i Kristy amin’ny fampiraisana ny Maha-Andriamaniny amin’ny maha-olombelona an’ireo iray hetsy sy efatra arivo amby efatra alina.</w:t>
      </w:r>
    </w:p>
    <w:p>
      <w:pPr>
        <w:pStyle w:val="ArticleBody"/>
        <w:jc w:val="left"/>
      </w:pPr>
      <w:r>
        <w:rPr>
          <w:rFonts w:ascii="Times New Roman" w:hAnsi="Times New Roman" w:eastAsia="Times New Roman" w:cs="Times New Roman"/>
        </w:rPr>
        <w:t>Hohamafisintsika ao amin’ny lahatsoratra manaraka.</w:t>
      </w:r>
    </w:p>
    <w:p>
      <w:pPr>
        <w:pStyle w:val="ArticleScripture"/>
        <w:jc w:val="left"/>
      </w:pPr>
      <w:r>
        <w:rPr>
          <w:rFonts w:ascii="Times New Roman" w:hAnsi="Times New Roman" w:eastAsia="Times New Roman" w:cs="Times New Roman"/>
        </w:rPr>
        <w:t>Ao amin’ny asa soratr’ireo mpaminany no anehoana zava-miseho izay, na dia efa tranainy dia tranainy aza, dia miseho amintsika amin’ny havaozina sy ny herin’ny fanambarana vaovao. Amin’ny finoana no ahatakarantsika fa ireo firaketana ny fitondran’Andriamanitra ny olony tamin’ny andro lasa dia voatahiry mba hahafahantsika mamantatra ny lesona irin’Andriamanitra hampianarina antsika amin’ny alalan’ny zavatra iainantsika ankehitriny.</w:t>
      </w:r>
    </w:p>
    <w:p>
      <w:pPr>
        <w:pStyle w:val="ArticleScripture"/>
        <w:jc w:val="left"/>
      </w:pPr>
      <w:r>
        <w:rPr>
          <w:rFonts w:ascii="Times New Roman" w:hAnsi="Times New Roman" w:eastAsia="Times New Roman" w:cs="Times New Roman"/>
        </w:rPr>
        <w:t>“Miaina, araka izay iainantsika, ao anatin’ny vanim-potoana iray tsy latsa-danja amin’ny maha-zava-dehibe azy noho ilay fotoana taloha kelin’ny fiavian’i Kristy fanindroany isika, ka mila mitandrina manokana mba tsy hanao fahadisoana mitovy amin’ireo nataon’ny Jiosy izay niaina tamin’ny andron’ny fiavian’i Kristy voalohany.</w:t>
      </w:r>
    </w:p>
    <w:p>
      <w:pPr>
        <w:pStyle w:val="ArticleScripture"/>
        <w:jc w:val="left"/>
      </w:pPr>
      <w:r>
        <w:rPr>
          <w:rFonts w:ascii="Times New Roman" w:hAnsi="Times New Roman" w:eastAsia="Times New Roman" w:cs="Times New Roman"/>
        </w:rPr>
        <w:t>“Tahaka ireo mpitarika jiosy, izay namorona tsikelikely rafitra ara-pivavahana ara-dalàna, ka nanandratana fatratra ny lanjan’ireo zavatra tsy tena manan-danja, dia misy olona sasany ankehitriny tandindomin-doza tsy hahita intsony ireo fahamarinana manan-danja mifandraika amin’ity taranaka ity, ka hitady ireo zavatra vaovao, hafahafa, mahasarika fatratra.</w:t>
      </w:r>
    </w:p>
    <w:p>
      <w:pPr>
        <w:pStyle w:val="ArticleScripture"/>
        <w:jc w:val="left"/>
      </w:pPr>
      <w:r>
        <w:rPr>
          <w:rFonts w:ascii="Times New Roman" w:hAnsi="Times New Roman" w:eastAsia="Times New Roman" w:cs="Times New Roman"/>
        </w:rPr>
        <w:t>“Misy filàna ny hikolokolo foto-kevitra ambony. Ireo izay mikaroka sy manohana hevitra nofinofy dia tokony hampianarina izay marina, alohan’ny hanandramany hampianatra ny hafa. Tsy tokony hotadiavina ho fahamarinana ireo teoria sy tombantombana noforonin’olombelona.</w:t>
      </w:r>
    </w:p>
    <w:p>
      <w:pPr>
        <w:pStyle w:val="ArticleScripture"/>
        <w:jc w:val="left"/>
      </w:pPr>
      <w:r>
        <w:rPr>
          <w:rFonts w:ascii="Times New Roman" w:hAnsi="Times New Roman" w:eastAsia="Times New Roman" w:cs="Times New Roman"/>
        </w:rPr>
        <w:t>“Maro no tena mahatoky tahaka ny vy amin’ny foto-kevitra, ary ireo dia hovonjena sy hotahina; fa mitomany eo anelanelan’ny lavarangana fidirana sy ny alitara izy ireo ka manao hoe: ‘Iantrao ny olonao, Jehovah ô, ary aza atolotra ho latsa ny lovanao.’ Tsy maintsy avelantsika hiseho mazava sy miavaka ireo foto-kevitra fototra iorenan’ny hafatry ny anjely fahatelo. Ireo andry lehibe amin’ny finoantsika dia hahazaka ny vesatra rehetra izay azo apetraka eo aminy.”</w:t>
      </w:r>
    </w:p>
    <w:p>
      <w:pPr>
        <w:pStyle w:val="ArticleScripture"/>
        <w:jc w:val="left"/>
      </w:pPr>
      <w:r>
        <w:rPr>
          <w:rFonts w:ascii="Times New Roman" w:hAnsi="Times New Roman" w:eastAsia="Times New Roman" w:cs="Times New Roman"/>
        </w:rPr>
        <w:t>“Amin’izao vanim-potoanan’ny fahadisoana sy ny nofinofinandro ary ny fisaintsainana an-tsaina izao, dia mila mianatra ny foto-pampianarana voalohany momba an’i Kristy isika. Aoka isika hiezaka mba ho afaka hilaza miaraka amin’ny apostoly hoe: ‘Fa tsy nanaraka anganongano noforonina tamim-pahakingana izahay, raha nampahafantatra taminareo ny hery sy ny fihavian’i Jesosy Kristy Tompontsika.’ Miantso antsika ny Tompo hanaraka fitsipika ambony sy mendri-kaja.”</w:t>
      </w:r>
    </w:p>
    <w:p>
      <w:pPr>
        <w:pStyle w:val="ArticleScripture"/>
        <w:jc w:val="left"/>
      </w:pPr>
      <w:r>
        <w:rPr>
          <w:rFonts w:ascii="Times New Roman" w:hAnsi="Times New Roman" w:eastAsia="Times New Roman" w:cs="Times New Roman"/>
        </w:rPr>
        <w:t>“Ny fahamarinana, dia ny fahamarinana ankehitriny, no zava-drehetra asehon’ny tenin’Andriamanitra azy ho izy. Ny Tompo dia maniry ny hihazonan’ny olony ny tenany tsy ho azon’izay rehetra mihoa-pampana, sy izay rehetra mitarika ho amin’ny mistisismy. Aoka izay alaim-panahy hiroboka amin’ny foto-pampianarana nofinofy sy foronina handavaka lalina ao amin’ny fitrandrahana ny fahamarinana avy any an-danitra, ka hahazo ny rakitra izay midika fiainana mandrakizay ho an’izay mandray azy. Ao amin’ny Teny no misy ireo fahamarinana sarobidy indrindra. Ireo dia ho hitan’izay mandinika amim-pahazotoana lalina; fa ny anjely avy any an-danitra no hitarika ny fikarohana.”</w:t>
      </w:r>
    </w:p>
    <w:p>
      <w:pPr>
        <w:pStyle w:val="ArticleScripture"/>
        <w:jc w:val="left"/>
      </w:pPr>
      <w:r>
        <w:rPr>
          <w:rFonts w:ascii="Times New Roman" w:hAnsi="Times New Roman" w:eastAsia="Times New Roman" w:cs="Times New Roman"/>
        </w:rPr>
        <w:t>“Raha niresaka ireo izay velona eto ambonin’ny tany ankehitriny i Paoly, dia nanambara hoe: ‘Ho avy ny fotoana izay tsy hahazakan’izy ireo ny fampianarana tsy misy kilema, fa araka ny filàny ihany no hanangonany mpampianatra ho an’ny tenany, satria mangidihidy sofina izy; ary haviliny hiala amin’ny fahamarinana ny sofiny, ka hitodika ho amin’ny angano izy.’”</w:t>
      </w:r>
    </w:p>
    <w:p>
      <w:pPr>
        <w:pStyle w:val="ArticleScripture"/>
        <w:jc w:val="left"/>
      </w:pPr>
      <w:r>
        <w:rPr>
          <w:rFonts w:ascii="Times New Roman" w:hAnsi="Times New Roman" w:eastAsia="Times New Roman" w:cs="Times New Roman"/>
        </w:rPr>
        <w:t>“Endrey izany lanjan’izany, endrey ny maha-mahafanina ny fanahy, ilay adidy nankinin’i Paoly tamin’ny fotoana naminaniany ny amin’izay tsy haharitra amin’ny fampianarana tsy misy kilema: ‘Koa mananatra anao eo anatrehan’Andriamanitra sy Jesosy Kristy Tompo aho, Izay hitsara ny velona sy ny maty amin’ny fisehoany sy ny fanjakany: torio ny teny; mahareta amin’izany na amin’ny fotoana na tsy amin’ny fotoana; mananara, rebio, mananara mafy, amin’ny fahari-po rehetra sy ny fampianarana.’”</w:t>
      </w:r>
    </w:p>
    <w:p>
      <w:pPr>
        <w:pStyle w:val="ArticleScripture"/>
        <w:jc w:val="left"/>
      </w:pPr>
      <w:r>
        <w:rPr>
          <w:rFonts w:ascii="Times New Roman" w:hAnsi="Times New Roman" w:eastAsia="Times New Roman" w:cs="Times New Roman"/>
        </w:rPr>
        <w:t>“Ireo izay miombona amin’Andriamanitra dia mandeha ao amin’ny fahazavan’ny Masoanandron’ny Fahamarinana. Tsy manala baràka ny Mpanavotra azy izy amin’ny fanimbana ny lalany eo anatrehan’Andriamanitra. Mamirapiratra aminy ny fahazavana avy any an-danitra. Rehefa manatona ny faran’ny tantaran’ity tany ity izy, dia mitombo indrindra ny fahalalany an’i Kristy sy ny faminaniana mifandray aminy. Manana vidiny tsy manam-petra eo imason’Andriamanitra izy; fa iray amin’ny Zanany. Ho azy ireo, ny tenin’Andriamanitra dia feno hatsaran-tarehy sy fahatezerana mihoatra noho izay rehetra. Hitan’izy ireo ny maha-zava-dehibe azy. Vohana aminy ny fahamarinana. Ny fampianarana momba ny fahatongavana ho nofo dia voarakotry ny famirapiratana malefaka. Hitan’izy ireo fa ny Soratra Masina no fanalahidy manokatra ny zava-miafina rehetra sy mamaha ny zava-tsarotra rehetra. Ireo izay tsy nety nandray ny fahazavana sy nandeha tao amin’ny fahazavana dia tsy ho afaka hahatakatra ny zava-miafin’ny toe-panahy araka an’Andriamanitra; fa ireo izay tsy nisalasala nitondra ny hazo fijaliana sy nanaraka an’i Jesosy kosa dia hahita fahazavana ao amin’ny fahazavan’Andriamanitra.” The Southern Watchman, 4 Aprily 1905.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Joela sy ny Fiangonana Advantista Mitandrina ny Andro Fahafito ao Laodikia - Laharana Faha-Telo amby Efapolo</dc:title>
  <dc:subject/>
  <dc:creator>Jeff Pippenger</dc:creator>
  <cp:keywords/>
  <dc:description>Generated by ArticleDigger from joel\43_joel.json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