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Laharana Faharoa</w:t>
      </w:r>
    </w:p>
    <w:p>
      <w:pPr>
        <w:pStyle w:val="ArticleSubtitle"/>
        <w:jc w:val="left"/>
      </w:pPr>
      <w:r>
        <w:rPr>
          <w:rFonts w:ascii="Arial" w:hAnsi="Arial" w:eastAsia="Arial" w:cs="Arial"/>
        </w:rPr>
        <w:t>Ny Fiakarana sy Fianjeran’ny Mpanjakan’ny Atsimo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Nofarananay tamin’ny lahatsoratra farany isika tamin’ny nanoratana hoe: “Ny andininy 10–15 dia maneho ady solontenam-panjakana telo notanterahin’ny mpanjakan’ny avaratra, dia ny fahefan’ny papa, nanomboka tamin’ny 1989 ka hatramin’ny lalàn’ny Alahady.” Ireo ady solontenam-panjakana telo ireo dia manomboka amin’ny famantarana an’i Etazonia ao amin’ny andininy 40 ho “kalesy, sambo, ary mpitaingin-tsoavaly.”</w:t>
      </w:r>
    </w:p>
    <w:p>
      <w:pPr>
        <w:pStyle w:val="ArticleBody"/>
        <w:jc w:val="left"/>
      </w:pPr>
      <w:r>
        <w:rPr>
          <w:rFonts w:ascii="Times New Roman" w:hAnsi="Times New Roman" w:eastAsia="Times New Roman" w:cs="Times New Roman"/>
        </w:rPr>
        <w:t>Ny ady an-trano amin’ny alalan’ny hafa manaraka, izay asehon’ny andininy faha-11 sy ny fahatanterahany ara-tantara tamin’ny Adin’i Raphia tamin’ny 217 tal. J.K., dia teo amin’i Ptolemaios IV Philopator, mpanjaka atsimon’i Egypta, sy Antiokosy Lehibe, izay antsoina koa hoe Antiokosy Magnus, avy amin’ny Empira Seleokida. Efa nahatanteraka ny andininy faha-10 i Antiokosy, rehefa namaly an’i Egypta izy noho ny faharesen’ny fanjakany avaratra sy ny fahaverezan’ny fananany, ka nalainy indray ny faritra ara-jeografia rehetra izay efa norobain’ny fanjakana atsimo tamin’ny fanjakany. Nanao izany tokoa izy, nefa nijanona teo amin’ny sisin-tanin’i Egypta, ka dia nahatanteraka ny andininy faha-10 sady naneho mialoha ny taona 1989.</w:t>
      </w:r>
    </w:p>
    <w:p>
      <w:pPr>
        <w:pStyle w:val="ArticleScripture"/>
        <w:jc w:val="left"/>
      </w:pPr>
      <w:r>
        <w:rPr>
          <w:rFonts w:ascii="Times New Roman" w:hAnsi="Times New Roman" w:eastAsia="Times New Roman" w:cs="Times New Roman"/>
        </w:rPr>
        <w:t>Fa ny zanany lahy kosa dia ho taitra hampiomana ady ka hanangona hery lehibe maro; ary ny iray amin’izy ireo dia tsy maintsy ho avy tokoa ka handifotra sy hamaky, ary handroso hatrany; dia hiverina izy ka ho taitra hampiomana ady indray, hatrany amin’ny fiarovany mafy. Daniela 11:10.</w:t>
      </w:r>
    </w:p>
    <w:p>
      <w:pPr>
        <w:pStyle w:val="ArticleBody"/>
        <w:jc w:val="left"/>
      </w:pPr>
      <w:r>
        <w:rPr>
          <w:rFonts w:ascii="Times New Roman" w:hAnsi="Times New Roman" w:eastAsia="Times New Roman" w:cs="Times New Roman"/>
        </w:rPr>
        <w:t>Ny ady an-kolaka faharoa dia ny Adin’i Raphia. Ny hoe Raphia dia midika hoe tanin-tsisintany. Io sahan’ady io no manamarika ny teboka izay nitsaharan’i Antiochus tamin’ilay fanafihany teo aloha ao amin’ny andininy faha-10. Ireo ady an-kolaka telo dia fehezin’ny fahamarinana, amin’ny heviny fa ny ady an-kolaka voalohany dia mifanaraka amin’ny ady an-kolaka farany. Ireo ady telo rehetra—andininy faha-10, faha-11, ary avy eo ny ady fahatelo ao amin’ny andininy faha-13–15—dia samy notanterahin’ilay olona ara-tantara iray ihany tamin’ny fahatanterahany voalohany. Antiochus Magnus dia hita eo amin’ireo ady telo ireo avy, ka ampifamatorin’ny faminaniana ho tsipika iray ihany izy ireny. Antiochus no mandresy amin’ny ady voalohany sy farany, fa tsy amin’ilay eo afovoany, izay anjakan’ny mpanjakan’ny atsimo.</w:t>
      </w:r>
    </w:p>
    <w:p>
      <w:pPr>
        <w:pStyle w:val="ArticleBody"/>
        <w:jc w:val="left"/>
      </w:pPr>
      <w:r>
        <w:rPr>
          <w:rFonts w:ascii="Times New Roman" w:hAnsi="Times New Roman" w:eastAsia="Times New Roman" w:cs="Times New Roman"/>
        </w:rPr>
        <w:t>Tahaka an’i Raphia izay midika hoe sisintany, dia toy izany koa i Okraina. Ilay ady faharoa atao amin’ny alalan’ny mpisolo tena, izay tanteraka voalohany tamin’ny Adin’i Raphia, dia tanteraka ankehitriny amin’ny ady any Okraina. Vladimir Putin no mpanjakan’ny atsimo, taranaka ara-paminaniana avy amin’ilay mpanjakan’ny atsimo maoderina voalohany, dia Vladimir Lenin. Efa imbetsaka i Putin no nilaza fa ny valintenin’i Rosia manoloana an’i Okraina dia miorina amin’ny fifanarahana iadian-kevitra izay nilaza fa, rehefa tafaray indray i Alemaina, dia tsy hanitatra bebe kokoa ho ao amin’ny faritanin’ny URSS taloha ny OTAN. Ny antony manosika an’i Putin dia mitovy amin’ny an’i Ptolemaiosy ao amin’ny andininy 5–9 sy ny an’i Napoléon tamin’ny 1797. Ireo mpanjaka telo avy any atsimo ireo dia samy manamarina ny fihetsiny manohitra ny mpanjakan’ny avaratra noho ny fifanarahana voarava.</w:t>
      </w:r>
    </w:p>
    <w:p>
      <w:pPr>
        <w:pStyle w:val="ArticleBody"/>
        <w:jc w:val="left"/>
      </w:pPr>
      <w:r>
        <w:rPr>
          <w:rFonts w:ascii="Times New Roman" w:hAnsi="Times New Roman" w:eastAsia="Times New Roman" w:cs="Times New Roman"/>
        </w:rPr>
        <w:t>Araka ny Isaia 23, dia ho hadinoina mandritra ny fitopolo taona ilay vehivavy janga avy any Tyro, izay maneho ny fahefan’ny papa, toy ny andron’ny mpanjaka iray—fotoana izay aseho imbetsaka fa izy no fotoana anjakan’ny fanjakana fahenina ao amin’ny faminanian’ny Baiboly, dia ilay bibidia avy amin’ny tany ao amin’ny Apokalypsy 13 (Etazonia).</w:t>
      </w:r>
    </w:p>
    <w:p>
      <w:pPr>
        <w:pStyle w:val="ArticleScripture"/>
        <w:jc w:val="left"/>
      </w:pPr>
      <w:r>
        <w:rPr>
          <w:rFonts w:ascii="Times New Roman" w:hAnsi="Times New Roman" w:eastAsia="Times New Roman" w:cs="Times New Roman"/>
        </w:rPr>
        <w:t>Ary amin’izany andro izany dia hohadinoina fitopolo taona Tyro, araka ny andron’ny mpanjaka iray; rehefa tapitra ny fitopolo taona dia hihira tahaka ny vehivavy janga Tyro. Makà harpa, mitety ny tanàna, ry janga efa hadino; manaova feon-kira mamy, mihirà hira maro, mba hahatsiarovana anao. Ary rehefa tapitra ny fitopolo taona, dia hotsidihin’i Jehovah Tyro, ka hiverina amin’ny karamany izy, ary hijangajanga amin’ny fanjakana rehetra amin’izao tontolo izao eny ambonin’ny tany. Isaia 23:15–17.</w:t>
      </w:r>
    </w:p>
    <w:p>
      <w:pPr>
        <w:pStyle w:val="ArticleBody"/>
        <w:jc w:val="left"/>
      </w:pPr>
      <w:r>
        <w:rPr>
          <w:rFonts w:ascii="Times New Roman" w:hAnsi="Times New Roman" w:eastAsia="Times New Roman" w:cs="Times New Roman"/>
        </w:rPr>
        <w:t>Ny fe-potoana ara-tandindona fito-polo taona dia manomboka amin’ny 1798 ka hatramin’ny lalànan’ny Alahady, izay tantara asehon’ny andininy faha-40. Tsy raha tsy amin’ny fiafaran’ireo fito-polo taona ireo, na amin’ny fanatonan’ny lalànan’ny Alahady, no isehoan’ilay vehivavy janga indray. Noho izany antony izany, ny ady amin’ireo fifandonana telo ao amin’ny andininy 10–15 dia tanterahin’ny solontenam-pahefan’ny papa, satria izy dia adino ara-paminaniana mandritra io fe-potoana io.</w:t>
      </w:r>
    </w:p>
    <w:p>
      <w:pPr>
        <w:pStyle w:val="ArticleBody"/>
        <w:jc w:val="left"/>
      </w:pPr>
      <w:r>
        <w:rPr>
          <w:rFonts w:ascii="Times New Roman" w:hAnsi="Times New Roman" w:eastAsia="Times New Roman" w:cs="Times New Roman"/>
        </w:rPr>
        <w:t>Tamin’ireo ady an-kolaka voalohany sy farany, ny mpanjakan’ny avaratra no mandresy ny mpanjakan’ny atsimo. Amin’ilay ady eo afovoany kosa, ny mpanjakan’ny atsimo no mandresy ny mpanjakan’ny avaratra. Ny Adin’i Raphia no fanatanterahana ara-tantara voalohany an’ilay andininy faha-11, ary io andininy io mbamin’ny fanatanterahana azy ara-tantara no mandrafitra vavolombelona roa izay tokony hampiraisina amin’ireo andalan-teny mifanindran-dàlana momba ireo telo taona sy tapany ara-paminaniana nanjakan’i Roma papaly. Koa, andalan-tenin’ny Soratra Masina roa ao amin’ny Daniela 11, miaraka amin’ny fanatanterahana azy ara-tantara, no mametraka ireo toetra ara-paminaniana momba ny adin’ny sisin-tany ao amin’ny andininy faha-11, izay tanteraka voalohany tamin’ny Adin’i Raphia ary avy eo indray tamin’ny fotoan’ny farany tamin’ny taona 1798.</w:t>
      </w:r>
    </w:p>
    <w:p>
      <w:pPr>
        <w:pStyle w:val="ArticleBody"/>
        <w:jc w:val="left"/>
      </w:pPr>
      <w:r>
        <w:rPr>
          <w:rFonts w:ascii="Times New Roman" w:hAnsi="Times New Roman" w:eastAsia="Times New Roman" w:cs="Times New Roman"/>
        </w:rPr>
        <w:t>Ireo andalana fanambarana ireto dia manohana fa i Vladimir Putin no Vladimir farany amin’ilay mpanjaka maoderina avy any atsimo. Matetika ny hoe “Vladimir” dia faritana ho midika hoe “mpanapaka izao tontolo izao,” kanefa ny teny hoe mir dia midika ara-drariny koa hoe “fiarahamonina.” Noho izany, Vladimir dia midika hoe “mpanapaka ny fiarahamonina,” na “mpanapaka ny kaominisma.” Putin dia mampifandray ny fandraisany anjara amin’i Okraina ho miorina amin’ny fifanarahana voahitsakitsaka iray izay niresaka ny ahiahiny momba ny fidiran’ny NATO mihoatra ny sisin-tany izay nifanarahana fa tsy hihoarany taorian’ny fampiraisana indray an’i Alemaina. Ny fitarihan’i Putin dia mifantoka hanoherana ny NATO sy ny Vondrona Eoropeana tahaka ny ifantohany hanoherana an’i Zelenskyy sy i Okraina. Ny fidiran’ny NATO sy ny Vondrona Eoropeana amin’ny faritany izay i Putin dia manizingizina fa tokony ho nijanona ho tsy idiran’ny NATO dia mifanandrify amin’ny fahatezeran’i Ptolémée, raha nametraka ankilabao ilay andriambavy ejipsianina nampakarina ho vady ny mpanjaka seleokida ka naveriny ny vadiny taloha. Io fifanarahana voahitsakitsaka io dia nanondro mialoha ilay Fifanarahana tao Tolentino voahitsakitsaka tamin’ny 1797. Ao amin’ny Daniela 11, rehefa mandresy ny mpanjaka avy any atsimo ny mpanjaka avy any avaratra, dia misy fifanarahana voahitsakitsaka tafiditra amin’izany.</w:t>
      </w:r>
    </w:p>
    <w:p>
      <w:pPr>
        <w:pStyle w:val="ArticleBody"/>
        <w:jc w:val="left"/>
      </w:pPr>
      <w:r>
        <w:rPr>
          <w:rFonts w:ascii="Times New Roman" w:hAnsi="Times New Roman" w:eastAsia="Times New Roman" w:cs="Times New Roman"/>
        </w:rPr>
        <w:t>Ity fanekem-pihavanana voahitsakitsaka ity dia mahakasika ny tsy fahavononan’ny Vondrona Eoropeana hametra ny fanitaran’ny OTAN mihoatra ny sisin-taniny tamin’ny fotoana nampiraisana indray an’i Alemaina. Amin’io heviny io, i Putin, mpanjakan’ny atsimo, dia ao anatin’ny ady manohitra ny mpanjakan’ny avaratra, izay asehon’ny hery solontenany. Tahaka ny naha-solontenan’ny Fiangonana Katolika ny Nazi tamin’ny Ady Lehibe Faharoa, dia tonga mariky ny ady faharoa amin’ny alalan’ny solontena ao amin’ny andininy 10–15 kosa ny Nazi ao Okraina. Ady lehibe maneran-tany telo sy ady telo amin’ny alalan’ny solontena—ary amin’ireo tsipika roa tonta, ny Nazi no solontena mpisolo tena ny Fiangonana Katolika mandritra ny fifandonana eo afovoany.</w:t>
      </w:r>
    </w:p>
    <w:p>
      <w:pPr>
        <w:pStyle w:val="ArticleBody"/>
        <w:jc w:val="left"/>
      </w:pPr>
      <w:r>
        <w:rPr>
          <w:rFonts w:ascii="Times New Roman" w:hAnsi="Times New Roman" w:eastAsia="Times New Roman" w:cs="Times New Roman"/>
        </w:rPr>
        <w:t>Ao amin’ireo fahatanterahana ara-tantara telo tany am-boalohany amin’ireo ady solontena ireo, dia tao amin’ny ady tsirairay i Antiochus Magnus. Efa naseho matetika ny fomba anehoan’ny etimolojian’ny hoe “Antiochus” sy ny tandindona mifandray amin’ny fanjakan’ny Seleokida amin’ny maha-mpanjakan’ny avaratra azy, fa i Antiochus dia tandindon’ny antikristy—dia ny papa any Roma. Kanefa ao amin’ny tantaran’ireo ady solontena telo ireo, dia hadino ilay vehivavy janga avy any Tyro, ka noho izany ny tandindon’ny “papa” aseho ao amin’ny anarana hoe “Antiochus” dia mijoro ho an’ny fahefany solontena. Ao amin’ny ady voalohany sy farany, dia i Etazonia no manao ampahibemaso ny raharaha ho an’i Roma. Ao amin’ny andininy faha-11, ny fahefana solontena dia ny Nazisma ao Okraina, nefa ny sambo sy ny kalesin’i Etazonia no nanohana an’i Zelenskyy tamin’ny ady, ary mbola izy ireo ihany no manohana azy. Eo ivelan’ny hita maso amin’ny ady solontena faharoa, dia miafina i Etazonia, tahaka ny miafenan’ny papa nandritra ireo fito-polo taona ao amin’ny Isaia 23. Miafina ao anatin’ilay tantara mihitsy i Etazonia, izay namolavolany ny toetra rehetra ananan’ilay bibidia, ka mahatonga izany ho mifanaraka ara-paminaniana fa, vantany vao mandeha ny ady solontena faharoa, dia saron’ny fahefana solontenan’ny Nazisma ao Okraina i Etazonia, na dia mbola ny herin-tafika sy ny herin-toekaren’ilay bibidia avy amin’ny tany aza no manohana an’i Okraina mandra-paharingany.</w:t>
      </w:r>
    </w:p>
    <w:p>
      <w:pPr>
        <w:pStyle w:val="ArticleBody"/>
        <w:jc w:val="left"/>
      </w:pPr>
      <w:r>
        <w:rPr>
          <w:rFonts w:ascii="Times New Roman" w:hAnsi="Times New Roman" w:eastAsia="Times New Roman" w:cs="Times New Roman"/>
        </w:rPr>
        <w:t>Rehefa nankany Babylona ny mpanjakan’ny atsimo ka namabo ny mpanjakan’ny avaratra ho babo, ary koa rehefa nosamborin’i Jeneraly Berthier ho babo ny papa, dia niditra mivantana tao Vatikana izy, ka manondro fa hifarana amin’ny fandresen’i Putin ny ady ao Okraina amin’ny fotoana izay efa hofoanana avokoa izay fanoherana rehetra avy amin’i Okraina. Ny fanjakana azon’i Ptolémée dia Babylona, ary ny fanjakana azon’i Napoléon dia Babylona ara-panahy. Koa izany, ny fanjakan’i Zelenskyy dia asehon’ireo vahoaka manohana azy. Ankehitriny, rehefa nesorin’i Trump ny fanohanan’ny kalesin’ny bibidia avy amin’ny tany sy ny mpitaingin-tsoavaly ary ny sambo, ny fanohanana an’i Okraina dia ny Vondrona Eoropeana, dia ilay vondrona indrindra izay tsy nety nihaino ny fitakian’i Putin momba ilay fanekena voadika mikasika ny fanitaran’i OTAN.</w:t>
      </w:r>
    </w:p>
    <w:p>
      <w:pPr>
        <w:pStyle w:val="ArticleBody"/>
        <w:jc w:val="left"/>
      </w:pPr>
      <w:r>
        <w:rPr>
          <w:rFonts w:ascii="Times New Roman" w:hAnsi="Times New Roman" w:eastAsia="Times New Roman" w:cs="Times New Roman"/>
        </w:rPr>
        <w:t>Ny filozofia mitari-dalana ny eurocrate ao amin’ny Vondrona Eoropeana dia ny hetsika Greenpeace. Noho izany antony izany, Zelenskyy dia midika hoe “maitso.” Zelenskyy no loha ara-tandindona an’ireo mpampirisika ady ao amin’ny Vondrona Eoropeana izay tarihina amin’ny fandaharam-potoana maneran-tany adaladala momba ny fiarovana ny tontolo iainana. Rehefa mifarana ny ady any Okraina dia tsy fandresena an’i Okraina ihany no hankalazain’i Putin, fa fandresena amin’ny Vondrona Eoropeana manontolo sy ny OTAN ihany koa.</w:t>
      </w:r>
    </w:p>
    <w:p>
      <w:pPr>
        <w:pStyle w:val="ArticleBody"/>
        <w:jc w:val="left"/>
      </w:pPr>
      <w:r>
        <w:rPr>
          <w:rFonts w:ascii="Times New Roman" w:hAnsi="Times New Roman" w:eastAsia="Times New Roman" w:cs="Times New Roman"/>
        </w:rPr>
        <w:t>Noho izany, ireo ady ankolaka telo ireo dia mitondra ny mariky ny fahamarinana. Ao amin’ny ady ankolaka voalohany sy farany, ny mpanjakan’ny atsimo dia resy noho ny firaisan-kina eo amin’ilay bibidia avy amin’ny ranomasina sy ilay bibidia avy amin’ny tany ao amin’ny Apokalypsy toko fahatelo ambin’ny folo. Tamin’ny voalohany, ny fandresen’ny mpanjakan’ny avaratra dia nentin’ny firaisan-kina tamin’ny papa mpandala ny nentin-drazana, avy amin’ny Vatican I, izay, ao anatin’ny tontolon’ny lovantsofina katolika momba ny tsiambaratelon’i Fatima, no papa fotsy na papa tsara. Ny papa ankehitriny kosa, izay eo am-panoratako izao dia eo am-pandriana fiandrasam-pahafatesana, dia papa liberaly avy amin’ny Vatican II, izay, ao anatin’ny tontolon’ny tsiambaratelon’i Fatima, no papa mainty na papa ratsy.</w:t>
      </w:r>
    </w:p>
    <w:p>
      <w:pPr>
        <w:pStyle w:val="ArticleBody"/>
        <w:jc w:val="left"/>
      </w:pPr>
      <w:r>
        <w:rPr>
          <w:rFonts w:ascii="Times New Roman" w:hAnsi="Times New Roman" w:eastAsia="Times New Roman" w:cs="Times New Roman"/>
        </w:rPr>
        <w:t>Ny andininy faha-efatra ambin’ny folo dia manambara fa rehefa miditra ao amin’ny tantara ara-paminaniana ireo “mpandroba ny firenenao” izay manandratra ny tenany ka lavo, dia miorina ny fahitana. Tamin’ny fahatanterahan’ny andininy faha-telo ambin’ny folo ka hatramin’ny faha-dimy ambin’ny folo tao amin’ny Adin’i Panium tamin’ny taona 200 tal. J.K., dia nampiditra ny tenany tao anatin’ireo raharaha momba izany ady izany indrindra i Roma jentilisa. Ao amin’ireo andininy telo izay miresaka ny Adin’i Panium, ny andininy faha-efatra ambin’ny folo no manambara fa i Roma no mampiorina ny fahitana.</w:t>
      </w:r>
    </w:p>
    <w:p>
      <w:pPr>
        <w:pStyle w:val="ArticleBody"/>
        <w:jc w:val="left"/>
      </w:pPr>
      <w:r>
        <w:rPr>
          <w:rFonts w:ascii="Times New Roman" w:hAnsi="Times New Roman" w:eastAsia="Times New Roman" w:cs="Times New Roman"/>
        </w:rPr>
        <w:t>Ao amin’ny Adin’i Panium ara-tantara, papa fotsy mpandala ny nentin-drazana, avy amin’ny Vatican I, dia hiray hery amin’ilay filoha fahavalo farany izay nanomboka tamin’ny vanim-potoanan’i Reagan, izay teo aloha dia efa nanao firaisana tamin’ny papa mpandala ny nentin-drazana avy amin’ny Vatican I. Nanao izany izy ireo tamin’ny 1989 mba hampietry ny Firaisana Sovietika teo aloha, ary amin’ny farany dia hanao izany koa izy ireo mba hampietry ny mpanapaka farany amin’io fanjakana io indrindra.</w:t>
      </w:r>
    </w:p>
    <w:p>
      <w:pPr>
        <w:pStyle w:val="ArticleBody"/>
        <w:jc w:val="left"/>
      </w:pPr>
      <w:r>
        <w:rPr>
          <w:rFonts w:ascii="Times New Roman" w:hAnsi="Times New Roman" w:eastAsia="Times New Roman" w:cs="Times New Roman"/>
        </w:rPr>
        <w:t>Tamin’ny taona nanjakan’i Reagan, sy tamin’ny alalan’ny fiombonan-kevitra nisy teo amin’ny papa Joany Paoly II sy i Etazonia, dia tonga tamin’ny finoana i Joany Paoly II fa izy no papa tsara resahin’ny faminanian’i Fatima. Nentin’izany faharesen-dahatra izany izy ka nanomboka nitety izao tontolo izao mba hampandroso izay noheveriny ho fahatanterahan’ireo faminaniana ao Fatima. Tamin’ny fanaovany izany dia tonga izy ho papa nitety tany indrindra teo amin’ny tantara, ary koa ho papa fantatra indrindra hatramin’izay, raha nanatanteraka ny faminaniana ao amin’ny Apokalypsy toko faha-telo ambin’ny folo izay nilaza fa hisy fotoana hahagagan’izao tontolo izao manontolo ny amin’ilay bibidia. Ny endrika nasehon’ny papa Joany Paoly II teo imason’ny besinimaro dia mampiavaka ilay papa mpandala ny nentin-drazana araka ny Vatikanina I, izay miditra ao anatin’ny firaisan-kina amin’ny filoha farany ao Etazonia.</w:t>
      </w:r>
    </w:p>
    <w:p>
      <w:pPr>
        <w:pStyle w:val="ArticleBody"/>
        <w:jc w:val="left"/>
      </w:pPr>
      <w:r>
        <w:rPr>
          <w:rFonts w:ascii="Times New Roman" w:hAnsi="Times New Roman" w:eastAsia="Times New Roman" w:cs="Times New Roman"/>
        </w:rPr>
        <w:t>Noho izany, iray amin’ireo toetra ara-paminaniana mampiavaka ny papa mitovy vanim-potoana amin’i Reagan dia ny fisian’ny teboka iray izay anamaritana ny endriny ampahibemaso ho marika famantarana. Ao amin’ny andininy faha-efatra ambin’ny folo izany marika izany, rehefa mampiorina ny fahitana ny mpandroba avy amin’ny firenenao. I Papa Joany Paoly II dia manatanteraka toetra ara-paminaniana amin’ny maha-papa izay nahagaga izao tontolo izao manontolo ka nanaraka azy, ka izany no manondro mialoha ilay papa vatikana mpandala nentin-drazana amin’ny fotoanan’ny farany, avy amin’ny Vatican I, izay miditra ao anatin’ny fiaraha-miasa amin’i Trump. Rehefa mitranga izany, dia miorina ny fahitana, ary izay mampiorina ny fahitana dia ny fampidiran’ny papa ny tenany ao amin’ny tantaran’i Panium sy ny taona 200 tal. J.K.</w:t>
      </w:r>
    </w:p>
    <w:p>
      <w:pPr>
        <w:pStyle w:val="ArticleBody"/>
        <w:jc w:val="left"/>
      </w:pPr>
      <w:r>
        <w:rPr>
          <w:rFonts w:ascii="Times New Roman" w:hAnsi="Times New Roman" w:eastAsia="Times New Roman" w:cs="Times New Roman"/>
        </w:rPr>
        <w:t>Ny fiandohan’ireo filoha valo dia maneho mialoha ny fiafaran’ireo filoha valo, ary taloha kelin’ny lalàn’ny Alahady ao amin’ny andininy fahenina ambin’ny folo, ilay vehivavy janga avy any Tyro, izay efa hadino, dia miverina eo amin’ny tantara misokatra rehefa manao firaisana izy amin’ilay mifanandrify amin’i Reagan, dia Donald Trump. Izy roa miaraka, araka ny asehon’ny firaisan’i Antiokosy sy Filipo avy any Makedonia, no mampirodana ny taranaka farany amin’ny fanjakana atsimo, araka ny asehon’ilay mpanjaka zaza Ptolemaiosy. Ny zaza ao amin’ny faminaniana ara-Baiboly dia tandindon’ny taranaka farany, ary aorian’ny ady any Okraina dia haverin’i Putin ny tantaran’ireo mpanjaka atsimo izay asandratra noho ny fandresena ara-miaramila ka very lalana ao anatin’ny karazana olana iray momba ny fiangonana sy ny fanjakana.</w:t>
      </w:r>
    </w:p>
    <w:p>
      <w:pPr>
        <w:pStyle w:val="ArticleBody"/>
        <w:jc w:val="left"/>
      </w:pPr>
      <w:r>
        <w:rPr>
          <w:rFonts w:ascii="Times New Roman" w:hAnsi="Times New Roman" w:eastAsia="Times New Roman" w:cs="Times New Roman"/>
        </w:rPr>
        <w:t>Araka izany, ny andininy faha-folo, izay maneho ny taona 1989 sy ny ady solontenam-pahefana voalohany, no fiandohana, na ny litera voalohany amin’ny abidy hebreo. Ny Adin’i Raphia ao amin’ny andininy faha-iraika ambin’ny folo, izay maneho ny ady any Okraina, dia ny litera faha-telo ambin’ny folo amin’ny abidy hebreo. Ny isa 13 dia tandindon’ny fikomiana, ary ny tafika solontenam-pahefana ao amin’ny ady any Okraina dia Nazia, izay tandindona lehibe indrindra amin’ny fikomiana eo amin’ny tontolo maoderina. Panium no litera farany amin’ny abidy hebreo, izay misy litera roa amby roapolo. Araka izany, ny teny hebreo hoe fahamarinana, izay noforonina amin’ny fampitambarana ny litera voalohany sy ny litera faha-telo ambin’ny folo ary ny litera faha-roa amby roapolo ao amin’ny abidy mba hamorona ny teny hebreo hoe “fahamarinana,” dia manondro fa ny firafitr’ireo ady solontenam-pahefana telo ireo dia fahamarinana. Ny litera faha-roa amby roapolo sady farany amin’ny abidy hebreo dia tandindon’ny maha-Andriamanitra ampiarahina amin’ny maha-olombelona, ary ny fahatanterahan’ny Adin’i Panium atsy ho atsy dia mitranga mandritra ny fitondran’i Trump. I Trump no filoha faha-roa amby roapolo izay nanompo fe-potoam-piasana roa.</w:t>
      </w:r>
    </w:p>
    <w:p>
      <w:pPr>
        <w:pStyle w:val="ArticleBody"/>
        <w:jc w:val="left"/>
      </w:pPr>
      <w:r>
        <w:rPr>
          <w:rFonts w:ascii="Times New Roman" w:hAnsi="Times New Roman" w:eastAsia="Times New Roman" w:cs="Times New Roman"/>
        </w:rPr>
        <w:t>Panium dia manana vavolombelona roa momba ny firaisana roa sosona, ary amin’ireo fanondroana roa ireo dia firaisana izay manondro fifandraisana ambaratongam-pahefana eo amin’ny antoko roa no asehon’izany. Ny firaisana teo amin’i Philip sy Antiochus dia tetika stratejika, nokendrena hanoherana ny fitaoman’ny Ptolemaika sy ny Romanina tao amin’ny Ranomasina Mediteranea atsinanana. Kanefa, ny fiaraha-miasan’izy ireo dia tsy nifantoka tamin’ny Adin’i Panium mihitsy—i Antiochus no nitarika irery io fampielezan-kevitra io, tsy nisy fandraisana anjara ara-tafika mivantana avy amin’i Philip. Ny anjara toeran’i Philip dia ankolaka kokoa, tamin’ny fanomezana fanohanana ara-politika sy ara-stratejika tamin’ny famatorana ny mpiara-dia amin’ny Romanina sy ny Ptolemaika tany Gresy sy ny Ranomasina Égée, ka nahafahan’i Antiochus nifantoka tamin’i Coele-Syria. Samy milaza avokoa ireo mpahay tantara fa i Antiochus no nahery kokoa tao amin’ny firaisana, ary i Antiochus irery ihany no tena niady tamin’ilay ady. Ny firaisan’izy ireo dia mikasika ilay faritra midadasika kokoa mifandray amin’ny fanjakan’i Aleksandra fahiny. Noho izany, ilay firaisana dia manana mpitarika ambony sy mpanompo ambany kokoa, araka ny asehon’ny anarana hoe Caesarea-Philippi, izay anaran’i Panium tamin’ny fotoana nandehanan’i Kristy teo amin’ny olona. Koa izany, Caesarea-Philippi dia mifanaraka amin’i Antiochus sy Philip, satria i Kaisara no natanjaka kokoa tao amin’ilay firaisana asehon’i Kaisara Aogosto sy Heroda Filipo tetrarka.</w:t>
      </w:r>
    </w:p>
    <w:p>
      <w:pPr>
        <w:pStyle w:val="ArticleBody"/>
        <w:jc w:val="left"/>
      </w:pPr>
      <w:r>
        <w:rPr>
          <w:rFonts w:ascii="Times New Roman" w:hAnsi="Times New Roman" w:eastAsia="Times New Roman" w:cs="Times New Roman"/>
        </w:rPr>
        <w:t>Ny teny hoe “Tetrarka” dia midika hoe mpanapaka ny ampahefatra. Kaisara no nanapaka ny fanjakana manontolo, ary Filipo no nanapaka ny ampahefatra amin’ny faritany iray, ka izany no nametrahana ny tandindon’i Filipo tao anatin’ny fifandraisana manandanja amin’ny fikambanan’i Panium sy Kaisaria-Filipy. Ao amin’i Heroda Filipo no ahitantsika ny tandindon’ny razambe roa, izay samy tandindon’ny fifandraisana amin’ny fanekena tapaka tamin’Andriamanitra. Hita ao koa ny akon’ny ampahefatra iray amin’ny fizarana ny fanjakan’i Aleksandra ho efatra, na tetrarka efatra. Filipo dia midika hoe tia soavaly.</w:t>
      </w:r>
    </w:p>
    <w:p>
      <w:pPr>
        <w:pStyle w:val="ArticleBody"/>
        <w:jc w:val="left"/>
      </w:pPr>
      <w:r>
        <w:rPr>
          <w:rFonts w:ascii="Times New Roman" w:hAnsi="Times New Roman" w:eastAsia="Times New Roman" w:cs="Times New Roman"/>
        </w:rPr>
        <w:t>Tamin’ny Adin’i Panium, izay tanteraka amin’ny famaranana ny ady Okrainiana, Antiochus Magnus, dia handresy an’i Rosia i Etazonia ary hiditra amin’ny firaisana amin’ny mpilalao madinika kokoa iray asehon’i Filipo. Ho voakasika io mpilalao madinika kokoa io, nefa tsy mivantana ao anatin’ilay ady. Eo amin’i Etazonia sy Putin no hisy ny ady, ary hita fa mifandray mivantana amin’ny adihevitra ara-pivavahana ateraky ny fahasosoran’i Putin sy ny fireharehany izany, araka ny asehon’i Ptolemaios IV Philopator taorian’ny Adin’i Raphia, sy ny mpanjaka Ozia avy amin’ny Joda. I Ptolemaios sy Ozia dia mpanjaka avy any atsimo, nasandratry ny fahombiazany ara-tafika ho amin’ny fireharehana, izay avy eo naniry handray asa masina izay ny mpisorona ihany no tokony hahatanteraka azy. Nahazo habokana i Ozia noho ny ezaka nataony, ary i Ptolemaios kosa, tamin’ny fahatezerana, dia namono Jiosy 50 000 tao Aleksandria.</w:t>
      </w:r>
    </w:p>
    <w:p>
      <w:pPr>
        <w:pStyle w:val="ArticleBody"/>
        <w:jc w:val="left"/>
      </w:pPr>
      <w:r>
        <w:rPr>
          <w:rFonts w:ascii="Times New Roman" w:hAnsi="Times New Roman" w:eastAsia="Times New Roman" w:cs="Times New Roman"/>
        </w:rPr>
        <w:t>Ny andininy faha-telo ambin’ny folo dia manondro ny ady eo amin’ny taranaka farany amin’ilay mpanjaka maoderina avy amin’ny fiaraha-monina, na ny kaominisma, dia i Rosian’i Vladimir Putin, sy i Etazonia. Mandresy amin’io ady io i Trump, nefa manao izany izy miaraka amin’ny mpiara-dia iray avy amin’ny ampahany fahefatra amin’ilay fanjakana, izay tsy tena eo amin’ilay ady akory. Manakaiky ny famaranana ny andininy faha-iraika ambin’ny folo isika, araka ny porofo omen’ny zava-mitranga amin’izao fotoana izao. Handresy an’i Okraina i Putin, araka ny asehon’i Rafia. Avy eo dia hanomboka ny faharavany miandalana izy, araka ny asehon’ny nametrahana an’i Ozia tao an-trano mandra-pahafatiny noho ny habokana. Taorian’ny fandreseny tao Rafia tamin’ny 217 tal. J.K., dia nihasimba ny fanjakan’i Ptolemaios IV Philopator noho ny kolikoly, ny fandaniam-poana tafahoatra, ary ny fiankinany tamin’ireo mpanolotsaina tsy manan-tsiny. Maty izy tamin’ny 204 tal. J.K., ary azo inoana fa novonoina na nohamamoizin’ireo minisiny, dia i Sosibius sy Agathocles, ho ampahany amin’ny firaisana tsikombakomba natao hiantohana ny fahefana ho an’ny zanany lahy mbola tanora, dia i Ptolemaios V. Ity fiafarana feno korontana ity dia maneho ny tsy fahamarinan-toetra sy ny teti-dratsy izay fahita teo amin’ny kianjan’ny mpanjaka helenistika, ka manamarika fiolahana lehibe teo amin’ny fihenan’i Ejipta ptolemaika.</w:t>
      </w:r>
    </w:p>
    <w:p>
      <w:pPr>
        <w:pStyle w:val="ArticleBody"/>
        <w:jc w:val="left"/>
      </w:pPr>
      <w:r>
        <w:rPr>
          <w:rFonts w:ascii="Times New Roman" w:hAnsi="Times New Roman" w:eastAsia="Times New Roman" w:cs="Times New Roman"/>
        </w:rPr>
        <w:t>Toetra iray amin’ny fahatanterahana ara-panahin’ny mpanjakan’ny atsimo, izay nasehon’ireo fahatanterahana ara-bakiteny nitranga tao amin’ny ady ho amin’ny fanapahana izao tontolo izao taorian’ny nahafatesan’i Aleksandra, ny hoe “revolisiona.” I Frantsa dia tonga mpanjakan’ny atsimo ara-panahy tamin’ny vanim-potoanan’ny Revolisiona Frantsay. Ny mpanjakan’ny atsimo ankehitriny, dia i Rosia, izay teraka tamin’ny Revolisiona Rosiana. Ny filozofia nampidirina tao amin’ny Revolisiona Frantsay, raha nitombo hatramin’ny tsy fahampian’ny filaminana tao amin’ny Revolisiona Frantsay ho amin’ny kaominisma tao amin’ny revolisiona sovietika, dia toetran’ny mpanjakan’ny atsimo. Niely maneran-tany tamin’ny alalan’ny revolisiona ny kaominisma.</w:t>
      </w:r>
    </w:p>
    <w:p>
      <w:pPr>
        <w:pStyle w:val="ArticleBody"/>
        <w:jc w:val="left"/>
      </w:pPr>
      <w:r>
        <w:rPr>
          <w:rFonts w:ascii="Times New Roman" w:hAnsi="Times New Roman" w:eastAsia="Times New Roman" w:cs="Times New Roman"/>
        </w:rPr>
        <w:t>Tamin’ny andro maoderina, ny CIA, tamin’ny alalan’ny fampiasana Fikambanana Tsy Miankina amin’ny Fanjakana, dia niasa hanongana firenena manerana izao tontolo izao; ary ilay drafitra misesy tsikelikely izay nampiasainy imbetsaka dia ilay antsoina hoe revolisiona miloko. Ny mpanjakan’ny atsimo dia fahefan’ny dragona, ary ireo globalista koa dia fahefan’ny dragona; ary ny revolisiona milokon’ny CIA dia famantarana ny fahefan’ny dragona. Ny tantaran’i Frantsa amin’ny maha-mpanjakan’ny atsimo ara-panahy azy dia manana tantara miavaka izay manamarika famaranana ny amin’io tsipika faminaniana manokana io.</w:t>
      </w:r>
    </w:p>
    <w:p>
      <w:pPr>
        <w:pStyle w:val="ArticleBody"/>
        <w:jc w:val="left"/>
      </w:pPr>
      <w:r>
        <w:rPr>
          <w:rFonts w:ascii="Times New Roman" w:hAnsi="Times New Roman" w:eastAsia="Times New Roman" w:cs="Times New Roman"/>
        </w:rPr>
        <w:t>Io famaranana io dia asehon’i Napoléon. Ny Revolisiona Frantsay no manamarika ny fiandohan’i Frantsa amin’ny maha-mpanjakan’ny atsimo azy, ary i Napoléon no manamarika ny fiafarany. Ny mpahay tantara dia mamantatra andian-dingana izay nitarika an’i Napoléon ho amin’ny Waterloo-ny, ka amin’izany dia mampiseho fiafarana miandalana an’ilay mpanjakan’ny atsimo ara-panahy voalohany, mifanohitra amin’i Babylona sy Belsazara izay resy tao anatin’ny alina iray. Ilay Vladimir voalohany amin’ilay mpanjakan’ny atsimo maoderina, dia i Vladimir Lenin, izay maty nandritra ny fe-potoana roa taona vokatry ny andiana fahatapahan-dra. Misy ny mihevitra fa i Joseph Stalin no namono azy tamin’ny poizina, tahaka ny iheveran’ny sasany fa i Ptolémée IV dia nohamonoina tamin’ny poizina nataon’ny mpanolotsainy. Ny fiafaran’ilay mpanjakan’ny atsimo maoderina, araka ny aseho amin’ny Firaisana Sôvietika, dia tontosa tamin’ny alalan’ny revolisiona koa.</w:t>
      </w:r>
    </w:p>
    <w:p>
      <w:pPr>
        <w:pStyle w:val="ArticleBody"/>
        <w:jc w:val="left"/>
      </w:pPr>
      <w:r>
        <w:rPr>
          <w:rFonts w:ascii="Times New Roman" w:hAnsi="Times New Roman" w:eastAsia="Times New Roman" w:cs="Times New Roman"/>
        </w:rPr>
        <w:t>Ny fihetsiketsehana tao Moscou izay nandray anjara tamin’ny faharavan’ny URSS dia ilay fanoheram-bahoaka goavana nandritra ny Fanonganam-panjakana tamin’ny Aogositra 1991 (19–21 Aogositra 1991). Io zava-nitranga io, izay nifantoka tamin’ny fiarovana ny Trano Fotsy sy ny fitarihan’i Boris Yeltsin, dia nanohintohina mivantana ireo mpitandro ny mafy ao amin’ny fitondrana Sovietika, nampiharihary ny fahalemen’ny fitondrana, ary nanafaingana ny firodanan’ny URSS. Na dia nanangana fironana aza ireo fihetsiketsehana teo aloha tao Moscou (ohatra, 1987–1990) sy ny Baltic Way (1989), ny fihetsiketsehana tamin’ny Aogositra 1991 no teboka manan-danja indrindra tao Moscou, ka nitarika tamin’ny fandravana ny Firaisana Sovietika tamin’ny faran’ny taona 1991. Ny fiandohan’i Rosia amin’ny maha-mpanjakan’ny atsimo azy dia manomboka ary mifarana amin’ny revolisiona. Ny fiafaran’ny URSS dia faharavan’ny fanjakana miandalana, tahaka an’i Ptolemaiosy, Ozia, Napoléon ary na dia i Vladimir Lenin aza. Ny fiafaran’i Putin dia fianjerana miandalana, izay manomboka raha vantany vao tapitra ny ady ao Okraina. Ny fiafarany dia tanterahina amin’ny Adin’i Panium, rehefa azon’i Etazonia eo ambany fifehezany ilay fanjakana, sady mahazo fanohanana avy amin’ny mpiara-dia iray izay tsy tena eo amin’ilay ady akory.</w:t>
      </w:r>
    </w:p>
    <w:p>
      <w:pPr>
        <w:pStyle w:val="ArticleBody"/>
        <w:jc w:val="left"/>
      </w:pPr>
      <w:r>
        <w:rPr>
          <w:rFonts w:ascii="Times New Roman" w:hAnsi="Times New Roman" w:eastAsia="Times New Roman" w:cs="Times New Roman"/>
        </w:rPr>
        <w:t>Hanohy ireo hevitra ireo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Laharana Faharoa</dc:title>
  <dc:subject>Ny Fiakarana sy Fianjeran’ny Mpanjakan’ny Atsimo</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