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Isa Valo</w:t>
      </w:r>
    </w:p>
    <w:p>
      <w:pPr>
        <w:pStyle w:val="ArticleSubtitle"/>
        <w:jc w:val="left"/>
      </w:pPr>
      <w:r>
        <w:rPr>
          <w:rFonts w:ascii="Arial" w:hAnsi="Arial" w:eastAsia="Arial" w:cs="Arial"/>
        </w:rPr>
        <w:t>Topimaso ankapobeny momba ny Andalana Fahatelo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I Seleucus III Ceraunus dia nanjaka vetivety tamin’ny maha-mpanjaka azy nanomboka tamin’ny 226 ka hatramin’ny 223 talohan’i JK, talohan’ny namonoana azy na nahafatesany tao anatin’ny toe-javatra manjavozavo. Seleucus III no nodimbiasan’i Antiochus III avy hatrany. Ireo rahalahy roa ireo no misolo tena ny “zanaka” ao amin’ny andininy faha-folo, ary izy ireo no misolo tena an’i Reagan sy Bush tamin’ny 1989.</w:t>
      </w:r>
    </w:p>
    <w:p>
      <w:pPr>
        <w:pStyle w:val="ArticleScripture"/>
        <w:jc w:val="left"/>
      </w:pPr>
      <w:r>
        <w:rPr>
          <w:rFonts w:ascii="Times New Roman" w:hAnsi="Times New Roman" w:eastAsia="Times New Roman" w:cs="Times New Roman"/>
        </w:rPr>
        <w:t>Fa ny zanany kosa dia hampihetsiketsehina, ka hanangona hery lehibe maro; ary ny iray dia ho avy tokoa ka handrava sy handalo; dia hiverina izy, ka ho voahetsika indray, hatrany amin’ny fiarovany mafy aza. Daniela 11:10.</w:t>
      </w:r>
    </w:p>
    <w:p>
      <w:pPr>
        <w:pStyle w:val="ArticleBody"/>
        <w:jc w:val="left"/>
      </w:pPr>
      <w:r>
        <w:rPr>
          <w:rFonts w:ascii="Times New Roman" w:hAnsi="Times New Roman" w:eastAsia="Times New Roman" w:cs="Times New Roman"/>
        </w:rPr>
        <w:t>Teny fahafolo no andalana fahatelo ary maneho ny “fotoan’ny farany” tamin’ny 1989. Mifamatotra amin’ny andininy faha-40 ao amin’ny toko faha-11 sy Isaia 8:8 izany. Ny fifandraisan’ireo andininy telo ireo no mampahafantatra fa ny andininy faha-11 dia maneho ny ady any Okraina amin’izao fotoana izao, ka i Putin sy i Zelenskyy no mpifanandrina aseho ao amin’ny Adin’i Raphia voalaza ao amin’ny andininy faha-11. Ny andininy faha-12 dia manondro ny vokatr’ady aorian’ny ady any Okraina sy ny anjara hiafaran’i Putin. Ny andininy faha-13 ka hatramin’ny faha-15 dia ny adin’i Panium.</w:t>
      </w:r>
    </w:p>
    <w:p>
      <w:pPr>
        <w:pStyle w:val="ArticleBody"/>
        <w:jc w:val="left"/>
      </w:pPr>
      <w:r>
        <w:rPr>
          <w:rFonts w:ascii="Times New Roman" w:hAnsi="Times New Roman" w:eastAsia="Times New Roman" w:cs="Times New Roman"/>
        </w:rPr>
        <w:t>Ny lohahevitry ny andininy faha-folo dia ny “fotoan’ny farany,” ary mifanaraka amin’ireo fitsipika mifamatotra amin’ny fanokafana ny fahamarinana amin’ny “fotoan’ny farany,” io andininy io—na dia andininy tokana aza—dia ahitana tsipika ara-faminaniana maro voaseho ao anatiny. Ny andininy faha-folo dia manondro ny fiandohan’ny tantara miafina ao amin’ny andininy faha-efapolo, izay manamarika ny fiandohan’ny fihetsiketsehan’ny anjely fahatelo sy ny fanisiana tombo-kase ny iray hetsy sy efatra alina sy efatra arivo.</w:t>
      </w:r>
    </w:p>
    <w:p>
      <w:pPr>
        <w:pStyle w:val="ArticleBody"/>
        <w:jc w:val="left"/>
      </w:pPr>
      <w:r>
        <w:rPr>
          <w:rFonts w:ascii="Times New Roman" w:hAnsi="Times New Roman" w:eastAsia="Times New Roman" w:cs="Times New Roman"/>
        </w:rPr>
        <w:t>Io andinin-teny io dia mampifandray ny fotoana impito ao amin’ny Levitikosy 26, araka ny voatondro ao amin’ny fahitana izay manomboka ao amin’ny Isaia toko faha-7. Izany fifandraisana izany no manamarika ny fanakambanana ny maha-Andriamanitra sy ny maha-olombelona, izay no fahatanterahan’ny zava-miafin’ny toe-panahy araka an’Andriamanitra mandritra ny fanenoan’ny trompetra fahafito, izay loza fahatelo avy amin’ny Islama.</w:t>
      </w:r>
    </w:p>
    <w:p>
      <w:pPr>
        <w:pStyle w:val="ArticleBody"/>
        <w:jc w:val="left"/>
      </w:pPr>
      <w:r>
        <w:rPr>
          <w:rFonts w:ascii="Times New Roman" w:hAnsi="Times New Roman" w:eastAsia="Times New Roman" w:cs="Times New Roman"/>
        </w:rPr>
        <w:t>Io andininy io dia manamarika ny taona 1989 ho fotoanan’ny farany, ary amin’ny alalan’ny fifandraisany amin’ny fito andro amin’ny Levitikosy faha-enina amby roapolo, dia mampiditra ny fahamarinana fototra nambaran’i William Miller sy ny fikomiana tamin’ny 1863. Io andininy io no manomboka ny tantara miafina ao amin’ny andininy faha-efapolo. Noho izany dia singa tena ilaina amin’ny fitomboan’ny fahalalana izay tonga amin’ny fotoanan’ny farany amin’ny 1989 izy, ary manomboka ny fanoharana ara-paminaniana momba ireo zava-mitranga ivelany izay mandrafitra ny tantara miafina ao amin’ny andininy faha-efapolo, ary amin’ny alalan’ny fifandraisany amin’ny fito andro dia mamantatra koa ireo zava-mitranga anatiny ao amin’ny tantara eo anelanelan’ny 1989 sy ny lalàn’ny Alahady.</w:t>
      </w:r>
    </w:p>
    <w:p>
      <w:pPr>
        <w:pStyle w:val="ArticleBody"/>
        <w:jc w:val="left"/>
      </w:pPr>
      <w:r>
        <w:rPr>
          <w:rFonts w:ascii="Times New Roman" w:hAnsi="Times New Roman" w:eastAsia="Times New Roman" w:cs="Times New Roman"/>
        </w:rPr>
        <w:t>Ny isa folo dia tandindon’ny fitsapana, ary ny fifandraisan’ireo andininy amin’ny fahitan’i Isaia toko fahafito dia manasongadina ny maha-zava-dehibe ny fahatakarana ny fahamarinana.</w:t>
      </w:r>
    </w:p>
    <w:p>
      <w:pPr>
        <w:pStyle w:val="ArticleScripture"/>
        <w:jc w:val="left"/>
      </w:pPr>
      <w:r>
        <w:rPr>
          <w:rFonts w:ascii="Times New Roman" w:hAnsi="Times New Roman" w:eastAsia="Times New Roman" w:cs="Times New Roman"/>
        </w:rPr>
        <w:t>Fa Damaska no lohan’i Syria, ary Rezina no lohan’i Damaska; ary ao anatin’ny dimy amby enim-polo taona dia hovakivakina Efraima, ka tsy ho firenena intsony izy. Ary Samaria no lohan’i Efraima, ary ny zanak’i Remalia no lohan’i Samaria. Raha tsy hino ianareo, dia tsy haharitra tokoa ianareo. Isaia 7:8, 9.</w:t>
      </w:r>
    </w:p>
    <w:p>
      <w:pPr>
        <w:pStyle w:val="ArticleBody"/>
        <w:jc w:val="left"/>
      </w:pPr>
      <w:r>
        <w:rPr>
          <w:rFonts w:ascii="Times New Roman" w:hAnsi="Times New Roman" w:eastAsia="Times New Roman" w:cs="Times New Roman"/>
        </w:rPr>
        <w:t>Tsy hiorina ianareo raha tsy mino fa ny “loha” dia maneho renivohitra (Samaria sy Damaskosy) ary mpanjaka (Rezina sy Peka, zanak’i Remalia). Raha tsy mahatakatra ireo tandindona telo azo ampiasaina hifandimby ireo ianareo, ao anatin’ny tontolon-kevitry ny Isaia toko fahavalo, andininy fahavalo, (izay fahitana iray ihany amin’ny toko fahafito) dia tsy ho azonareo faritana i Putin sy Rosia ho mpanjakan’ny atsimo ao amin’ny andininy iraika ambin’ny folo ka hatramin’ny dimy ambin’ny folo.</w:t>
      </w:r>
    </w:p>
    <w:p>
      <w:pPr>
        <w:pStyle w:val="ArticleScripture"/>
        <w:jc w:val="left"/>
      </w:pPr>
      <w:r>
        <w:rPr>
          <w:rFonts w:ascii="Times New Roman" w:hAnsi="Times New Roman" w:eastAsia="Times New Roman" w:cs="Times New Roman"/>
        </w:rPr>
        <w:t>Koa ankehitriny, indro, ny Tompo mampakatra aminy ny ranon’ny ony, mahery sy be dia be, dia ny mpanjakan’i Asyria sy ny voninahiny rehetra; ary hiakatra amin’ny lakan-drano rehetra izy ka hihoatra ny morony rehetra; Ary handalo ao Joda izy; hiafotra sy hiampita, hahatratra hatrany amin’ny vozona; ary ny fivelaran’ny elany hameno ny sakany manontolon’ny taninao, ry Imanoela. Isaia 8:7, 8.</w:t>
      </w:r>
    </w:p>
    <w:p>
      <w:pPr>
        <w:pStyle w:val="ArticleBody"/>
        <w:jc w:val="left"/>
      </w:pPr>
      <w:r>
        <w:rPr>
          <w:rFonts w:ascii="Times New Roman" w:hAnsi="Times New Roman" w:eastAsia="Times New Roman" w:cs="Times New Roman"/>
        </w:rPr>
        <w:t>Ny lohahevitr’ny andininy faha-folo dia dingam-pitsapana misy dingana telo, izay manomboka amin’ny fotoanan’ny farany ka mitondra mankany amin’ny fikatonan’ny fotoam-pahasoavana amin’ny lalàn’ny Alahady.</w:t>
      </w:r>
    </w:p>
    <w:p>
      <w:pPr>
        <w:pStyle w:val="ArticleScripture"/>
        <w:jc w:val="left"/>
      </w:pPr>
      <w:r>
        <w:rPr>
          <w:rFonts w:ascii="Times New Roman" w:hAnsi="Times New Roman" w:eastAsia="Times New Roman" w:cs="Times New Roman"/>
        </w:rPr>
        <w:t>Ary hoy Izy hoe: Mandehana amin’ny lalanao, ry Daniela; fa ny teny dia mihidy sy voaisy tombo-kase mandra-pahatongan’ny andro farany. Maro no hodiovina sy hatao fotsy ary hosedraina; fa ny ratsy fanahy kosa hanao ratsy ihany; ary tsy hisy amin’ny ratsy fanahy hahafantatra; fa ny hendry no hahafantatra. Daniela 12:9, 10.</w:t>
      </w:r>
    </w:p>
    <w:p>
      <w:pPr>
        <w:pStyle w:val="ArticleBody"/>
        <w:jc w:val="left"/>
      </w:pPr>
      <w:r>
        <w:rPr>
          <w:rFonts w:ascii="Times New Roman" w:hAnsi="Times New Roman" w:eastAsia="Times New Roman" w:cs="Times New Roman"/>
        </w:rPr>
        <w:t>Amin’ny “andro farany” dia “voavaha ny tombo-kase” amin’ny bokin’i Daniela ary manomboka ny fizahan-toetra misy dingana telo, araka ny asehon’ny hoe “hodiovina sy hatao fotsy ary hotsapaina.” Ny “hendry” no mahafantatra, fa ny “ratsy fanahy” kosa tsy mahafantatra. Ny tsy fahazoan’izy ireo, tahaka ny tsy fananany menaka ao amin’ny fanoharana ny amin’ny virijina folo, no mahatonga azy ireo ho levona.</w:t>
      </w:r>
    </w:p>
    <w:p>
      <w:pPr>
        <w:pStyle w:val="ArticleScripture"/>
        <w:jc w:val="left"/>
      </w:pPr>
      <w:r>
        <w:rPr>
          <w:rFonts w:ascii="Times New Roman" w:hAnsi="Times New Roman" w:eastAsia="Times New Roman" w:cs="Times New Roman"/>
        </w:rPr>
        <w:t>Ny oloko dia ringana noho ny tsi-fahalalana; satria nolavinao ny fahalalana, dia holaviko kosa ianao, mba tsy ho mpisorona ho Ahy intsony; satria nanadino ny lalàn’Andriamanitrao ianao, dia hanadino ny zanakao kosa Aho. Hosea 4:6.</w:t>
      </w:r>
    </w:p>
    <w:p>
      <w:pPr>
        <w:pStyle w:val="ArticleBody"/>
        <w:jc w:val="left"/>
      </w:pPr>
      <w:r>
        <w:rPr>
          <w:rFonts w:ascii="Times New Roman" w:hAnsi="Times New Roman" w:eastAsia="Times New Roman" w:cs="Times New Roman"/>
        </w:rPr>
        <w:t>Ny teny hoe “Oloko” dia manambara vahoakan’ny fanekena, ary ireo vahoakan’ny fanekena ireo dia holavina sy haringana noho ny “tsy fahampian’ny fahalalana.” Ny lalàna Alahady any Etazonia no marika eny an-dalana izay anadinoana na ahatsiarovana ny zavatra. “Tsarovy ny andro Sabata” no fahamarinana ankehitriny amin’izany fotoana izany. Eo no ahatsiarovana ilay vehivavy janga avy any Tyro. Eo no ahatsiarovan’Andriamanitra ny fahotan’i Babylona ao amin’ny Apokalypsy.</w:t>
      </w:r>
    </w:p>
    <w:p>
      <w:pPr>
        <w:pStyle w:val="ArticleScripture"/>
        <w:jc w:val="left"/>
      </w:pPr>
      <w:r>
        <w:rPr>
          <w:rFonts w:ascii="Times New Roman" w:hAnsi="Times New Roman" w:eastAsia="Times New Roman" w:cs="Times New Roman"/>
        </w:rPr>
        <w:t>Ary reko ny feo iray hafa avy any an-danitra nanao hoe: Mivoaha avy ao aminy, ry oloko, mba tsy hiray ota aminy ianareo, ary mba tsy handray ny loza manjo azy. Fa ny fahotany dia efa tafakatra hatrany an-danitra, ary Andriamanitra nahatsiaro ny helony. Valio araka izay namaliany anareo izy, ary avoahy indroa heny araka ny asany; ao amin’ny kapoaka izay namenoany no fenoy ho azy indroa heny. Apokalypsy 18:4–6.</w:t>
      </w:r>
    </w:p>
    <w:p>
      <w:pPr>
        <w:pStyle w:val="ArticleBody"/>
        <w:jc w:val="left"/>
      </w:pPr>
      <w:r>
        <w:rPr>
          <w:rFonts w:ascii="Times New Roman" w:hAnsi="Times New Roman" w:eastAsia="Times New Roman" w:cs="Times New Roman"/>
        </w:rPr>
        <w:t>Eo no tapahina ny zanaka, na ny taranaka farany ara-paminaniana amin’ny Advantisma Laodiseana. Eo no anehoan’ireo izay antsoin’i Daniela hoe “ratsy fanahy” fa “nanadino” ny lalàn’Andriamanitra izy; ary ny ampahany amin’ny lalàn’Andriamanitra izay hadinony dia ny fitsipika na lalàna ara-paminaniana napetrak’Andriamanitra. Mazava ny hevitra ao amin’ny tontolon-kevitra fa tsy ampy azy ireo ny “fahalalana” izay mitombo rehefa esorina ny tombo-kase amin’ny bokin’i Daniela. Ampitahain’i Daniela ny “hendry” sy ny “ratsy fanahy,” ary i Jesosy kosa ny “virijina hendry” sy ny “virijina adala.” I Amosa dia manondro io sokajin’olona io ihany ho “virijina tsara tarehy,” dia ireo izay tsy mahita ny hafatra ara-paminaniana asehon’ny atsinanana sy avaratra ary ny ranomasina.</w:t>
      </w:r>
    </w:p>
    <w:p>
      <w:pPr>
        <w:pStyle w:val="ArticleScripture"/>
        <w:jc w:val="left"/>
      </w:pPr>
      <w:r>
        <w:rPr>
          <w:rFonts w:ascii="Times New Roman" w:hAnsi="Times New Roman" w:eastAsia="Times New Roman" w:cs="Times New Roman"/>
        </w:rPr>
        <w:t>Indro, avy ny andro, hoy ny Tompo Jehovah, izay handefasako mosary amin’ny tany, tsy mosary ny mofo, na hetaheta ny rano, fa ny fihainoana ny tenin’i Jehovah; ary hirenireny hatramin’ny ranomasina ka hatramin’ny ranomasina izy, ary hatrany avaratra ka hatrany atsinanana, hihazakazaka etsy sy eroa hitady ny tenin’i Jehovah izy, nefa tsy hahita izany. Amin’izany andro izany dia ho torana noho ny hetaheta ny virijina tsara tarehy sy ny zatovo. Izay mianiana amin’ny fahotan’i Samaria ka manao hoe: Velona ny andriamanitrao, ry Dana; ary: Velona ny fomban’i Beri-sheba; dia ho lavo ireny, ka tsy hitsangana intsony mandrakizay. Amosa 8:11–14.</w:t>
      </w:r>
    </w:p>
    <w:p>
      <w:pPr>
        <w:pStyle w:val="ArticleBody"/>
        <w:jc w:val="left"/>
      </w:pPr>
      <w:r>
        <w:rPr>
          <w:rFonts w:ascii="Times New Roman" w:hAnsi="Times New Roman" w:eastAsia="Times New Roman" w:cs="Times New Roman"/>
        </w:rPr>
        <w:t>Ny hafatra izay tsy hitany dia asehon’ny toerana itadiavany azy, raha “mivezivezy hatrany amin’ny ranomasina ka hatrany amin’ny ranomasina, ary avy any avaratra ka hatrany atsinanana.” Hoy Amosa fa ireo “virijina tsara tarehy” ireo dia ao anatin’ny “mosary” amin’ny fihainoana “ny Tenin’i Jehovah,” ary fa “amin’izany andro izany dia hivezivezy etsy sy eroa hitady ny tenin’i Jehovah izy, nefa tsy hahita izany.” Ny hafatra izay novahana tamin’ny bokin’i Daniela tamin’ny andro farany, tamin’ny taona 1989, ho fahatanterahan’ny andininy faha-efapolo ary koa ny andininy faha-folo amin’ny toko fahiraika ambin’ny folo, dia voafintina ao amin’ireo andininy roa farany amin’ny toko fahiraika ambin’ny folo.</w:t>
      </w:r>
    </w:p>
    <w:p>
      <w:pPr>
        <w:pStyle w:val="ArticleScripture"/>
        <w:jc w:val="left"/>
      </w:pPr>
      <w:r>
        <w:rPr>
          <w:rFonts w:ascii="Times New Roman" w:hAnsi="Times New Roman" w:eastAsia="Times New Roman" w:cs="Times New Roman"/>
        </w:rPr>
        <w:t>Fa hisy vaovao avy any atsinanana sy avy any avaratra hampahory azy; koa hivoaka amin’ny fahatezerana lehibe izy handrava sy handringana tanteraka ny maro. Ary hanorina ny tranolain’ny lapany eo anelanelan’ny ranomasina, ao amin’ny tendrombohitra masina be voninahitra izy; nefa ho tonga amin’ny farany izy, ka tsy hisy hanampy azy. Daniela 11:44, 45.</w:t>
      </w:r>
    </w:p>
    <w:p>
      <w:pPr>
        <w:pStyle w:val="ArticleBody"/>
        <w:jc w:val="left"/>
      </w:pPr>
      <w:r>
        <w:rPr>
          <w:rFonts w:ascii="Times New Roman" w:hAnsi="Times New Roman" w:eastAsia="Times New Roman" w:cs="Times New Roman"/>
        </w:rPr>
        <w:t>Ireo virijina adala, tsara tarehy ary ratsy fanahy izay tsy manana ny diloilo, dia ny hafatry ny atsinanana sy ny avaratra ary ny ranomasina, izay nandà ny fahalalana sy ny faneken’Andriamanitra ary ny Lalàny, no tsaroan’Andriamanitra amin’ny fotoanan’ny lalàn’ny Alahady. Ady telo no aseho ao amin’ny andininy folo ka hatramin’ny dimy ambin’ny folo. Sarahiko ho tantara telo ireo ady telo ireo, nefa tsipika iray ihany koa izy ireo raha heverina miaraka, satria ny andininy folo no manokatra ny “fotoan’ny farany” ka noho izany dia manomboka fizahan-toetra misy dingana telo.</w:t>
      </w:r>
    </w:p>
    <w:p>
      <w:pPr>
        <w:pStyle w:val="ArticleBody"/>
        <w:jc w:val="left"/>
      </w:pPr>
      <w:r>
        <w:rPr>
          <w:rFonts w:ascii="Times New Roman" w:hAnsi="Times New Roman" w:eastAsia="Times New Roman" w:cs="Times New Roman"/>
        </w:rPr>
        <w:t>Ny andininy faha-folo dia mifandray amin’ireo fotoana fito ao amin’ny Levitikosy enina amby roapolo, ary noho izany amin’ny fototra iorenan’ny Advantisma sy ny asan’i William Miller. Ny dingana faharoa amin’ireo dingana telo dia fitsapana hita maso izay nanomboka raha vao nisokatra ny fahazavan’ny andininy faha-iraika ambin’ny folo sy ny ady Okrainiana. Ny fitsapana faharoa dia hita maso ary maneho fitsapana momba ny fahafahantsika mamantatra ny zava-mitranga ankehitriny eo ambanin’ny fahazavan’ny Tenin’Andriamanitra ara-faminaniana. Ny fitsapana fahatelo dia ny Adin’i Panium ao amin’ny andininy faha-dimy ambin’ny folo, izay nanovana ny anaran’i Simona Barjona ho Petera, ary noho izany dia nanamarika ny fanombohan-kase ny efatra amby efapolo arivo sy iray hetsy mialoha indrindra ny hifaranan’ny fotoam-pahasoavana amin’ny lalàna alahady ao amin’ny andininy faha-enina ambin’ny folo.</w:t>
      </w:r>
    </w:p>
    <w:p>
      <w:pPr>
        <w:pStyle w:val="ArticleBody"/>
        <w:jc w:val="left"/>
      </w:pPr>
      <w:r>
        <w:rPr>
          <w:rFonts w:ascii="Times New Roman" w:hAnsi="Times New Roman" w:eastAsia="Times New Roman" w:cs="Times New Roman"/>
        </w:rPr>
        <w:t>Rehefa dinihintsika ny fisehoan’i Antiochus Magnus ao amin’ireo ady telo asehon’ny andininy faha-folo, faha-iraika ambin’ny folo ary faha-dimy ambin’ny folo, dia hitantsika koa, ao amin’ny tantaran’ny andininy faha-sivy ka hatramin’ny faha-enina ambin’ny folo, ny fiakarana sy ny fianjeran’ilay mpaminany sandoka ao amin’ny faminanian’ny Baiboly.</w:t>
      </w:r>
    </w:p>
    <w:p>
      <w:pPr>
        <w:pStyle w:val="ArticleBody"/>
        <w:jc w:val="left"/>
      </w:pPr>
      <w:r>
        <w:rPr>
          <w:rFonts w:ascii="Times New Roman" w:hAnsi="Times New Roman" w:eastAsia="Times New Roman" w:cs="Times New Roman"/>
        </w:rPr>
        <w:t>Ny andininy voalohany ka hatramin’ny fahefatra dia mamantatra ny fiakarana sy ny fianjeran’ny herin’ny dragona. Ny andininy fahasivy sy fahafolo kosa dia mamantatra an’i 1798 sy 1989 tsirairay avy, ary amin’ny fanaovana izany, ny andininy fahasivy ka hatramin’ny fahenina ambin’ny folo dia mamantatra ny fiakarana sy ny fianjeran’ilay mpaminany sandoka. Ny andininy faha-efapolo ka hatramin’ny faha-dimy amby efapolo dia maneho ny fiakarana sy ny fianjeran’ilay bibidia. Ny andininy fahasivy sy fahafolo koa dia mifanaraka amin’ireo “fotoan’ny farany” roa ao amin’ny andininy faha-efapolo, dia ny 1798 sy 1989.</w:t>
      </w:r>
    </w:p>
    <w:p>
      <w:pPr>
        <w:pStyle w:val="ArticleBody"/>
        <w:jc w:val="left"/>
      </w:pPr>
      <w:r>
        <w:rPr>
          <w:rFonts w:ascii="Times New Roman" w:hAnsi="Times New Roman" w:eastAsia="Times New Roman" w:cs="Times New Roman"/>
        </w:rPr>
        <w:t>Manambara mazava amintsika i Rahavavy White fa ny tsy fahazoana araka ny tokony ho izy ny “fotoanan’ny farany” dia miteraka fisavorovoroana momba izay hampiharana ny faminaniana.</w:t>
      </w:r>
    </w:p>
    <w:p>
      <w:pPr>
        <w:pStyle w:val="ArticleScripture"/>
        <w:jc w:val="left"/>
      </w:pPr>
      <w:r>
        <w:rPr>
          <w:rFonts w:ascii="Times New Roman" w:hAnsi="Times New Roman" w:eastAsia="Times New Roman" w:cs="Times New Roman"/>
        </w:rPr>
        <w:t>“Maro no manao toy izany koa amin’izao andro izao, amin’ny taona 1897, satria tsy mbola nanana fanandramana tamin’ilay hafatra fitsapana izay voafaoka ao anatin’ny hafatry ny anjely voalohany sy faharoa ary fahatelo izy ireo. Misy ireo izay mikaroka ny Soratra Masina hitadiavana porofo fa mbola ho avy amin’ny hoavy ireo hafatra ireo. Angoniny miaraka ny maha-marina ireo hafatra, nefa tsy omeny ny toerany sahaza ao amin’ny tantara ara-paminaniana. Noho izany dia tandindomin-doza izy ireny amin’ny fitarihana diso ny vahoaka ny amin’ny fametrahana ireo hafatra. Tsy hitany na takany ny fotoanan’ny farany, na ny fotoana tokony hametrahana ireo hafatra. Tonga amin’ny dian-tongotra mangina ny andron’Andriamanitra, nefa ireo lehilahy heverina ho hendry sy lehibe dia miboredika momba ny ‘fampianarana ambony’ izay heveriny fa avy amin’ny olombelona voafetra. Tsy fantany ny famantarana ny fihavian’i Kristy, na ny faran’izao tontolo izao.” Sermons and Talks, volume 1, 290.</w:t>
      </w:r>
    </w:p>
    <w:p>
      <w:pPr>
        <w:pStyle w:val="ArticleBody"/>
        <w:jc w:val="left"/>
      </w:pPr>
      <w:r>
        <w:rPr>
          <w:rFonts w:ascii="Times New Roman" w:hAnsi="Times New Roman" w:eastAsia="Times New Roman" w:cs="Times New Roman"/>
        </w:rPr>
        <w:t>Ny lohahevitry ny andininy faha-folo dia ny “fotoanan’ny farany,” ary misy “fotoanan’ny farany” maro voatondro ao amin’ny toko faha-iraika ambin’ny folo. Raha “tsy mahita sy tsy mahatakatra” ny “fotoanan’ny farany” ao amin’ny toko faha-iraika ambin’ny folo ianao, dia tsy hahafantatra izay fotoana “hametrahana ny hafatra.” Hoy izy: “misy ireo izay mandinika ny Soratra Masina,” ary tahaka ny amin’ny mpaminany rehetra dia mitodika amin’ny andro farany ny teniny; koa amin’ny andro farany, ireo izay tondroiny dia sokajin’olona izay tsy mahatakatra ny fotoanan’ny farany, ka izy ireo koa no “virijina tsara tarehy” ao amin’i Amosa, izay lavo ka tsy mitsangana intsony.</w:t>
      </w:r>
    </w:p>
    <w:p>
      <w:pPr>
        <w:pStyle w:val="ArticleBody"/>
        <w:jc w:val="left"/>
      </w:pPr>
      <w:r>
        <w:rPr>
          <w:rFonts w:ascii="Times New Roman" w:hAnsi="Times New Roman" w:eastAsia="Times New Roman" w:cs="Times New Roman"/>
        </w:rPr>
        <w:t>Ao amin’ny toko fahiraika ambin’ny folo andininy voalohany, Darío sy Kyrosy dia miara-miseho hanamarika ny fotoanan’ny farany amin’ny taona 1989. Rehefa nankany Babylona i Ptolemaiosy ka nitondra ny mpanjakan’ny avaratra ho babo tany Egypta tamin’ny 246 talohan’i Kristy, izay kosa manondro mialoha ny taona 1798 araka ny aseho ao amin’ny andininy fito ka hatramin’ny sivy, dia “fotoanan’ny farany” izany. Ny andininy folo no “fotoanan’ny farany” amin’ny taona 1989.</w:t>
      </w:r>
    </w:p>
    <w:p>
      <w:pPr>
        <w:pStyle w:val="ArticleBody"/>
        <w:jc w:val="left"/>
      </w:pPr>
      <w:r>
        <w:rPr>
          <w:rFonts w:ascii="Times New Roman" w:hAnsi="Times New Roman" w:eastAsia="Times New Roman" w:cs="Times New Roman"/>
        </w:rPr>
        <w:t>Ny taona 1798 no fiafaran’ny roa arivo sy dimy amby roapolo amby zato taona fanaparitahana namely ny fanjakan’i Isiraely avaratra, izay nanomboka tamin’ny 723 talohan’i Kristy. Roa ambin’ny enimpolo amby zato taona tatỳ aoriana, tamin’ny 538, dia nanapaka nandritra ny roa ambin’ny enimpolo amby zato taona ny fahefana papaly mandra-pahatongan’ny 1798. Ny 1798 dia “fotoan’ny farany,” satria izy no fiafaran’ireo fotoana fito, ary koa ny roa ambin’ny enimpolo amby zato taona, mbamin’ny sivifolo amby roanjato amby arivo taona ao amin’ny Daniela toko faha-roa ambin’ny folo. Ny 1798 dia “fotoan’ny farany” ary noho izany ny 538 dia “fotoan’ny farany” koa. Ny 538 no fiafaran’ny roa ambin’ny enimpolo amby zato taona nanitsakitsahan’ny fanompoan-tsampy ny fitoeran’Andriamanitra masina sy ny miaramilany, izay nialoha ny nanaovan’ny fahefana papaly io asa io ihany nandritra ny fe-potoana mitovy.</w:t>
      </w:r>
    </w:p>
    <w:p>
      <w:pPr>
        <w:pStyle w:val="ArticleBody"/>
        <w:jc w:val="left"/>
      </w:pPr>
      <w:r>
        <w:rPr>
          <w:rFonts w:ascii="Times New Roman" w:hAnsi="Times New Roman" w:eastAsia="Times New Roman" w:cs="Times New Roman"/>
        </w:rPr>
        <w:t>Ny taona 538 dia maneho ny fanomezana hery ny papa, ary amin’izany dia maneho indray ny fanomezana hery ny papa amin’ny lalàn’ny Alahady. Ny lalàn’ny Alahady no manondro ny “fotoanan’ny farany.” Koa ny andininy fahenina ambin’ny folo, tahaka ny andininy voalohany, ny fahafito ka hatramin’ny fahasivy, ary ny andininy fahafolo, dia samy manamarika ny “fotoanan’ny farany.” Io fahamarinana io dia tokony ho takatry ny izay mahalala ny fotoana hametrahana ireo hafatra. I Pompey no nanatanteraka ny andininy fahenina ambin’ny folo rehefa azony i Jerosalema. Nanaraka azy i Julius Caesar, Augustus Caesar ary Tiberias Caesar. Ny nahaterahan’i Jesosy dia “fotoanan’ny farany,” ary izany dia nitranga tamin’ny andron’i Augustus Caesar.</w:t>
      </w:r>
    </w:p>
    <w:p>
      <w:pPr>
        <w:pStyle w:val="ArticleScripture"/>
        <w:jc w:val="left"/>
      </w:pPr>
      <w:r>
        <w:rPr>
          <w:rFonts w:ascii="Times New Roman" w:hAnsi="Times New Roman" w:eastAsia="Times New Roman" w:cs="Times New Roman"/>
        </w:rPr>
        <w:t>Ary amin’ny fitoerany no hitsangana izay mpampandoa hetra ao amin’ny voninahitry ny fanjakana; nefa ao anatin’ny andro vitsy dia ho ringana izy, nefa tsy amin’ny fahatezerana, na amin’ny ady. Daniela 11:20.</w:t>
      </w:r>
    </w:p>
    <w:p>
      <w:pPr>
        <w:pStyle w:val="ArticleBody"/>
        <w:jc w:val="left"/>
      </w:pPr>
      <w:r>
        <w:rPr>
          <w:rFonts w:ascii="Times New Roman" w:hAnsi="Times New Roman" w:eastAsia="Times New Roman" w:cs="Times New Roman"/>
        </w:rPr>
        <w:t>Ang talata beinte nagdaragdag sa talaan ng “panahon ng mga wakas” sa kabanata onse, at gayundin si Tiberio Cesar na naghari noong pagpapako sa krus ni Cristo.</w:t>
      </w:r>
    </w:p>
    <w:p>
      <w:pPr>
        <w:pStyle w:val="ArticleScripture"/>
        <w:jc w:val="left"/>
      </w:pPr>
      <w:r>
        <w:rPr>
          <w:rFonts w:ascii="Times New Roman" w:hAnsi="Times New Roman" w:eastAsia="Times New Roman" w:cs="Times New Roman"/>
        </w:rPr>
        <w:t>Ary hisy olom-bilemy iray hitsangana eo amin’ny toerany, izay tsy homeny ny voninahitry ny fanjakana; nefa ho tonga amim-pilaminana izy ka hahazo ny fanjakana amin’ny alalan’ny fandokafana. Ary ny sandrin’ny riaka manafotra dia ho voafafa tsy ho eo anoloany ka ho torotoro; eny, ary koa ny andrianan’ny fanekena. Daniela 11:21, 22.</w:t>
      </w:r>
    </w:p>
    <w:p>
      <w:pPr>
        <w:pStyle w:val="ArticleBody"/>
        <w:jc w:val="left"/>
      </w:pPr>
      <w:r>
        <w:rPr>
          <w:rFonts w:ascii="Times New Roman" w:hAnsi="Times New Roman" w:eastAsia="Times New Roman" w:cs="Times New Roman"/>
        </w:rPr>
        <w:t>Ny hazo fijaliana no mijoro eo afovoan’ilay herinandro ara-paminaniana izay nankanesan’i Kristy hanamafy ny fanekena tamin’ny maro.</w:t>
      </w:r>
    </w:p>
    <w:p>
      <w:pPr>
        <w:pStyle w:val="ArticleScripture"/>
        <w:jc w:val="left"/>
      </w:pPr>
      <w:r>
        <w:rPr>
          <w:rFonts w:ascii="Times New Roman" w:hAnsi="Times New Roman" w:eastAsia="Times New Roman" w:cs="Times New Roman"/>
        </w:rPr>
        <w:t>Ary hataony mafy orina amin’ny maro ny fanekena mandritra ny herinandro iray; ary eo afovoan’ny herinandro dia hampitsahatra ny fanatitra alatsa-drà sy ny fanatitra izy; ary noho ny fielezan’ny fahavetavetana dia hataony lao izany, mandra-pahatongan’ny fahatanterahana; ary izay voatendry dia haidina amin’ilay efa lao. Daniela 9:27.</w:t>
      </w:r>
    </w:p>
    <w:p>
      <w:pPr>
        <w:pStyle w:val="ArticleBody"/>
        <w:jc w:val="left"/>
      </w:pPr>
      <w:r>
        <w:rPr>
          <w:rFonts w:ascii="Times New Roman" w:hAnsi="Times New Roman" w:eastAsia="Times New Roman" w:cs="Times New Roman"/>
        </w:rPr>
        <w:t>Eo afovoan’ny herinandro dia misy fiandohana sy fiafarana isika, ka ny roa arivo sy enim-polo amby zato andro voalohany dia nifarana teo indrindra amin’izay nanombohan’ny roa arivo sy enim-polo amby zato andro manaraka. Mifanaraka amin’ireo fotoana fito fanaparitahana namely ny fanjakana avaratra ilay herinandro, izay naneho na ny fanompoan-tsampy na ny fahefan’ny papa samy nanitsakitsaka ny fitoerana masina sy ny tafika.</w:t>
      </w:r>
    </w:p>
    <w:p>
      <w:pPr>
        <w:pStyle w:val="ArticleScripture"/>
        <w:jc w:val="left"/>
      </w:pPr>
      <w:r>
        <w:rPr>
          <w:rFonts w:ascii="Times New Roman" w:hAnsi="Times New Roman" w:eastAsia="Times New Roman" w:cs="Times New Roman"/>
        </w:rPr>
        <w:t>Dia reko ny olo-masina iray niteny; ary nisy olo-masina iray hafa nilaza tamin’ilay olo-masina izay niteny hoe: Mandra-pahoviana no haharetan’ny fahitana ny amin’ny fanatitra isan’andro sy ny fahadisoana mampahavao ny fandravana, ka hanolorana ny fitoerana masina sy ny maro hohitsakitsahina? Daniela 8:13.</w:t>
      </w:r>
    </w:p>
    <w:p>
      <w:pPr>
        <w:pStyle w:val="ArticleBody"/>
        <w:jc w:val="left"/>
      </w:pPr>
      <w:r>
        <w:rPr>
          <w:rFonts w:ascii="Times New Roman" w:hAnsi="Times New Roman" w:eastAsia="Times New Roman" w:cs="Times New Roman"/>
        </w:rPr>
        <w:t>538 dia “fotoanan’ny farany” ary mifanaraka amin’ny hazo fijaliana, izay koa no faran’ny vanim-potoana ara-paminaniana iray. Ny 538 sy ny hazo fijaliana dia manome vavolombelona roa fa na ny fiandohana na ny fiafaran’ny faminaniana iray dia samy voamarika ara-paminaniana ho “fotoanan’ny farany.”</w:t>
      </w:r>
    </w:p>
    <w:p>
      <w:pPr>
        <w:pStyle w:val="ArticleBody"/>
        <w:jc w:val="left"/>
      </w:pPr>
      <w:r>
        <w:rPr>
          <w:rFonts w:ascii="Times New Roman" w:hAnsi="Times New Roman" w:eastAsia="Times New Roman" w:cs="Times New Roman"/>
        </w:rPr>
        <w:t>Ny andininy iraika amby roapolo sy roa amby roapolo, ny andininy faha-roapolo, ny andininy faha-enina ambin’ny folo, ny andininy faha-folo, ny andininy faha-fito ka hatramin’ny faha-sivy ary ny andininy voalohany dia samy manamarika ny “fotoanan’ny farany.” Ny andininy faha-telo amby roapolo dia manondro ilay firaisana nataon’ny Jiosy Makabeana tamin’i Roma jentilisa tamin’ny 161 ka hatramin’ny 158 tal. J.K. Ny tantaran’ny Tarana-mpanjaka Hasmoneana hatramin’ny adiny voalohany ka hatramin’ny fiafarany tamin’ny fandravana an’i Jerosalema tamin’ny taona 70 taor. J.K. dia maneho ny Protestanta nihemotra tany Etazonia izay manomboka amin’ny 1844, dia ny fiafaran’ny faminanian’andro iray, ka noho izany dia “fotoanan’ny farany,” ary mifarana amin’ny lalàna Alahady araka izay asehon’ny taona 70 taor. J.K.</w:t>
      </w:r>
    </w:p>
    <w:p>
      <w:pPr>
        <w:pStyle w:val="ArticleBody"/>
        <w:jc w:val="left"/>
      </w:pPr>
      <w:r>
        <w:rPr>
          <w:rFonts w:ascii="Times New Roman" w:hAnsi="Times New Roman" w:eastAsia="Times New Roman" w:cs="Times New Roman"/>
        </w:rPr>
        <w:t>Andininy faha-telo amby roapolo dia manondro “fotoanan’ny farany” tamin’ny 167 tal. J.K. teo amin’ny adin’i Modein ary koa tamin’ny 70 taor. J.K., izay samy tandindon’ny 1844 sy ny lalàna Alahady avy. Andininy faha-telo amby roapolo, andininy faha-iray amby roapolo sy faha-roa amby roapolo, andininy faha-roapolo, andininy faha-enina ambin’ny folo, andininy faha-folo, andininy faha-fito ka hatramin’ny faha-sivy, ary andininy voalohany dia samy manamarika ny “fotoanan’ny farany.”</w:t>
      </w:r>
    </w:p>
    <w:p>
      <w:pPr>
        <w:pStyle w:val="ArticleBody"/>
        <w:jc w:val="left"/>
      </w:pPr>
      <w:r>
        <w:rPr>
          <w:rFonts w:ascii="Times New Roman" w:hAnsi="Times New Roman" w:eastAsia="Times New Roman" w:cs="Times New Roman"/>
        </w:rPr>
        <w:t>Ny andininy faha-efatra amby roa-polo dia manondro ny fanapahana fara tampony naharitra telonjato sy enimpolo taona an’i Roma jentilisa, ka izany no manamarika ny fiandohany tamin’ny 31 talohan’i Kristy sy ny fiafarany tamin’ny taona 330 ho “andron’ny farany.” Ny andininy faha-fito amby roa-polo sy faha-sivy amby roa-polo dia samy manondro ny fiandohana sy ny fiafaran’izany vanim-potoana izany, koa ny andininy faha-efatra amby roa-polo, ny andininy faha-fito amby roa-polo, ny andininy faha-sivy amby roa-polo, ny andininy faha-telo amby roa-polo, ny andininy faha-iray amby roa-polo sy faha-roa amby roa-polo, ny andininy faha-roapolo, ny andininy faha-enina ambin’ny folo, ny andininy faha-folo, ny andininy faha-fito ka hatramin’ny faha-sivy ary ny andininy voalohany dia samy manamarika ny “andron’ny farany.”</w:t>
      </w:r>
    </w:p>
    <w:p>
      <w:pPr>
        <w:pStyle w:val="ArticleBody"/>
        <w:jc w:val="left"/>
      </w:pPr>
      <w:r>
        <w:rPr>
          <w:rFonts w:ascii="Times New Roman" w:hAnsi="Times New Roman" w:eastAsia="Times New Roman" w:cs="Times New Roman"/>
        </w:rPr>
        <w:t>Ny andininy fahatelopolo amby iray dia manondro ny taona 538, tamin’ny nametrahana ilay fahavetavetana mahafoana, ary ny andininy fahatelopolo amby enina sy ny fahaefapolo kosa dia manondro ny taona 1798 ho “fotoanan’ny farany.” Ny taona 538 ao amin’ny andininy fahatelopolo amby iray sy ny taona 1798 ao amin’ny andininy fahatelopolo amby enina sy ny fahaefapolo, ny andininy fahafito amby roapolo sy fahasivy amby roapolo, ny andininy fahaefatra amby roapolo, ny andininy fahatelo amby roapolo, ny andininy fahiraika amby roapolo sy faharoa amby roapolo, ny andininy faha-roapolo, ny andininy fahaenina ambin’ny folo, ny andininy fahafolo, ny andininy fahafito hatramin’ny fahasivy, ary ny andininy voalohany dia samy manamarika ny “fotoanan’ny farany.”</w:t>
      </w:r>
    </w:p>
    <w:p>
      <w:pPr>
        <w:pStyle w:val="ArticleBody"/>
        <w:jc w:val="left"/>
      </w:pPr>
      <w:r>
        <w:rPr>
          <w:rFonts w:ascii="Times New Roman" w:hAnsi="Times New Roman" w:eastAsia="Times New Roman" w:cs="Times New Roman"/>
        </w:rPr>
        <w:t>Ny “andron’ny farany” dia asongadina in-telo ambin’ny folo alohan’ny andininy faha-iraika amby efapolo, izay lalàn’ny Alahady sady “andron’ny farany” iray hafa; toy izany koa ny andininy faha-dimy amby efapolo, rehefa tonga amin’ny farany ny papa ka tsy hisy hanampy azy. In-dimy ambin’ny folo no amaritana ny “andron’ny farany” ao amin’ny toko faha-iraika ambin’ny folo. Ny lohahevitry ny andininy faha-folo dia ny “andron’ny farany.” Izy io dia maneho ireo fahamarinana izay voavaha tombo-kase amin’ny fotoan’ny fanombohana tombo-kase ny iray hetsy sy efatra alina sy iray arivo sy efatra hetsy.</w:t>
      </w:r>
    </w:p>
    <w:p>
      <w:pPr>
        <w:pStyle w:val="ArticleBody"/>
        <w:jc w:val="left"/>
      </w:pPr>
      <w:r>
        <w:rPr>
          <w:rFonts w:ascii="Times New Roman" w:hAnsi="Times New Roman" w:eastAsia="Times New Roman" w:cs="Times New Roman"/>
        </w:rPr>
        <w:t>Hohamafisintsika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Isa Valo</dc:title>
  <dc:subject>Topimaso ankapobeny momba ny Andalana Fahatelo</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