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Nomera Sivy</w:t>
      </w:r>
    </w:p>
    <w:p>
      <w:pPr>
        <w:pStyle w:val="ArticleSubtitle"/>
        <w:jc w:val="left"/>
      </w:pPr>
      <w:r>
        <w:rPr>
          <w:rFonts w:ascii="Arial" w:hAnsi="Arial" w:eastAsia="Arial" w:cs="Arial"/>
        </w:rPr>
        <w:t>Andalana Fahefatra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Ary ny mpanjakan’ny atsimo dia ho voatosiky ny fahavinirana ka hivoaka hiady aminy, dia amin’ny mpanjakan’ny avaratra; ary izy hanangana vahoaka betsaka; nefa ny vahoaka betsaka dia hatolotra eo an-tànany. Ary rehefa esoriny izany vahoaka betsaka izany, dia hiavonavona ny fony; ary haharipaka olona alinalina maro izy; nefa tsy hahazo hery amin’izany izy. Daniela 11:11, 12.</w:t>
      </w:r>
    </w:p>
    <w:p>
      <w:pPr>
        <w:pStyle w:val="ArticleBody"/>
        <w:jc w:val="left"/>
      </w:pPr>
      <w:r>
        <w:rPr>
          <w:rFonts w:ascii="Times New Roman" w:hAnsi="Times New Roman" w:eastAsia="Times New Roman" w:cs="Times New Roman"/>
        </w:rPr>
        <w:t>Ny andininy fahiraika ambin’ny folo sy faharoa ambin’ny folo dia manondro ny fandresen’i Putin an’i Ukraine sy ny Vondrona Eoropeana, ary ny vokany sy ny fiantraikany ho an’i Putin taorian’ny fandreseny tamin’ny Ady Okrainiana, araka ny asehon’i Ptolemaios tamin’ny fandreseny tao Raphia tamin’ny taona 217 talohan’i Kristy sy ny fahalavoany ao amin’ny andininy faharoa ambin’ny folo. Ny lohahevitra ao amin’ireo andininy ireo dia ny fiakaran’ny sy ny fahalavoan’ny mpanjakan’ny atsimo.</w:t>
      </w:r>
    </w:p>
    <w:p>
      <w:pPr>
        <w:pStyle w:val="ArticleBody"/>
        <w:jc w:val="left"/>
      </w:pPr>
      <w:r>
        <w:rPr>
          <w:rFonts w:ascii="Times New Roman" w:hAnsi="Times New Roman" w:eastAsia="Times New Roman" w:cs="Times New Roman"/>
        </w:rPr>
        <w:t>Hatreto izao, ireo lahatsoratra dia namantatra ireo lohahevitra fototra amin’ireo tsipika ara-paminaniana ao amin’ny toko fahiraika ambin’ny folo. Mila fotoana kely fanampiny ny andininy fahiraika ambin’ny folo alohan’ny handrosoantsika ao amin’ilay toko. Daniela 11:11 dia mifanaraka amin’ny Apokalypsy 11:11.</w:t>
      </w:r>
    </w:p>
    <w:p>
      <w:pPr>
        <w:pStyle w:val="ArticleScripture"/>
        <w:jc w:val="left"/>
      </w:pPr>
      <w:r>
        <w:rPr>
          <w:rFonts w:ascii="Times New Roman" w:hAnsi="Times New Roman" w:eastAsia="Times New Roman" w:cs="Times New Roman"/>
        </w:rPr>
        <w:t>Ary rehefa afaka telo andro sy tapany, dia niditra tao aminy ny Fanahin’aina avy amin’Andriamanitra, ka nitsangana tamin’ny tongony izy; ary fahatahorana lehibe no nanjo izay nahita azy. Apokalypsy 11:11.</w:t>
      </w:r>
    </w:p>
    <w:p>
      <w:pPr>
        <w:pStyle w:val="ArticleBody"/>
        <w:jc w:val="left"/>
      </w:pPr>
      <w:r>
        <w:rPr>
          <w:rFonts w:ascii="Times New Roman" w:hAnsi="Times New Roman" w:eastAsia="Times New Roman" w:cs="Times New Roman"/>
        </w:rPr>
        <w:t>Tamin’ny taona 2023, ireo vavolombelona roa izay novonoin’ilay bibidia niakatra avy tamin’ny lavaka tsy hita noanoa dia nijoro tamin’ny tongony. Ny fijoroana ho vavolombelon’ny tandroka Repoblikana dia nanomboka tamin’ny taona 2015, tamin’ny fanambaran’i Donald Trump fa hirotsaka hofidiana ho filoham-pirenena; ary tamin’ny taona 2020 dia ny dragona, izay asehon’ireo globalista eto amin’izao tontolo izao, sy ireo globalista izay antoko Demaokraty miaraka amin’ireo globalistan’ny antoko Repoblikana (RINO’s), no nangalatra ny fifidianana ka nametraka an’i Joe Biden, ary tamin’izany no namonoana an’i Donald Trump teny an-dalambe. Ny tandroka Protestanta, izay asehon’ny asa fanompoana Future for America, dia novonoina tamin’ny alalan’ny fampielezana faminaniana diso nilazalaza fanafihan’ny Islamo an’i Nashville. Tamin’ny taona 2023, dia samy natsangana tamin’ny maty indray na ny tandroka Repoblikana na ny tandroka Protestanta. Ny andininy faha-iraika ambin’ny folo dia manondro ny fiandohan’ny Ady Okrainiana tamin’ny taona 2014 sy ny manaraka, hatramin’ny fandresena faratampony azon’i Putin sy Rosia.</w:t>
      </w:r>
    </w:p>
    <w:p>
      <w:pPr>
        <w:pStyle w:val="ArticleBody"/>
        <w:jc w:val="left"/>
      </w:pPr>
      <w:r>
        <w:rPr>
          <w:rFonts w:ascii="Times New Roman" w:hAnsi="Times New Roman" w:eastAsia="Times New Roman" w:cs="Times New Roman"/>
        </w:rPr>
        <w:t>Andininy fahiraika ambin’ny folo no fitsapana hita maso izay tonga amin’ny fara tampony amin’ny fitsarana ho an’ny Advantisma amin’ny ankapobeny, nefa koa ho an’ireo izay nanaiky ny fahazavan’ny 9/11 sy ny fahatongavan’ny loza fahatelo; kanefa indrindra dia ho an’ireo izay hampamoahina noho ny fahazavan’ny faminaniana izay novahana tsikelikely hatramin’ny volana Jolay 2023.</w:t>
      </w:r>
    </w:p>
    <w:p>
      <w:pPr>
        <w:pStyle w:val="ArticleBody"/>
        <w:jc w:val="left"/>
      </w:pPr>
      <w:r>
        <w:rPr>
          <w:rFonts w:ascii="Times New Roman" w:hAnsi="Times New Roman" w:eastAsia="Times New Roman" w:cs="Times New Roman"/>
        </w:rPr>
        <w:t>Ny fitarihana tao amin’ny Advantisma dia nandalovana tamin’ny 1989, araka izay notondroin’ny fiterahan’i Kristy tao anatin’izany vanim-potoana ara-paminaniana izany. Tamin’ny batisan’i Kristy no nanombohany niantso ny mpianatra, izay “ny fanorenana” ny Fiangonana Kristiana, ka izany dia naneho mialoha ny 9/11, rehefa tamin’ny fahatongavan’ny finoana silamo, dia ilay loza fahatelo, no nitarihan’ny Tompo ny vahoakany hiverina amin’ireo lalana fahiny ao amin’i Jeremia, izay maneho ny fanorenan’ny Advantisma. Tamin’ny 9/11 no nanombohan’ny fitsarana ny velona tamin’ny tranon’Andriamanitra, ary nolavin’ny Advantisma ny fahazavan’ilay anjely ao amin’ny Apokalypsy fahavalo ambin’ny folo, tahaka indrindra ny nandavan’ny Jiosy an’i Jesosy ho Mesia. Ireo izay nanaiky ny fahazavan’ilay anjely ao amin’ny Apokalypsy fahavalo ambin’ny folo dia notsapaina tamin’izay tamin’ny alalan’ny fahadisoam-panantenana tamin’ny 18 Jolay 2020.</w:t>
      </w:r>
    </w:p>
    <w:p>
      <w:pPr>
        <w:pStyle w:val="ArticleBody"/>
        <w:jc w:val="left"/>
      </w:pPr>
      <w:r>
        <w:rPr>
          <w:rFonts w:ascii="Times New Roman" w:hAnsi="Times New Roman" w:eastAsia="Times New Roman" w:cs="Times New Roman"/>
        </w:rPr>
        <w:t>Tamin’ny volana Jolay 2023, ny fahazavan’i Daniela toko faha-iraika ambin’ny folo, andininy faha-iraika ambin’ny folo, no mamantatra ny tsipika ivelan’ny fahamarinana ankehitriny. Io fahazavan’ny fahatanterahan’ny faminaniana ivelany hita ao amin’ny andininy faha-iraika ambin’ny folo amin’i Daniela toko faha-iraika ambin’ny folo io dia nohosokafana tamin’ireo virijina natsangana tamin’ny maty ao amin’ny andininy faha-iraika ambin’ny folo amin’ny Apokalypsy toko faha-iraika ambin’ny folo. Ny Apokalypsy no manondro ny tantara anatiny izay sokafan’i Daniela ho toy ny tantara ivelany.</w:t>
      </w:r>
    </w:p>
    <w:p>
      <w:pPr>
        <w:pStyle w:val="ArticleBody"/>
        <w:jc w:val="left"/>
      </w:pPr>
      <w:r>
        <w:rPr>
          <w:rFonts w:ascii="Times New Roman" w:hAnsi="Times New Roman" w:eastAsia="Times New Roman" w:cs="Times New Roman"/>
        </w:rPr>
        <w:t>Ireo izay nandinika ny fahazavana izay naseho nanomboka tamin’ny Jolay 2023 dia maneho sokajy roa samy hafa, satria efa nisy ireo izay niara-nandeha taloha taorian’ny Jolay 2023 nefa tsy miara-mandeha intsony ankehitriny. Mivoatra tsikelikely ny fitsarana, ary nanomboka tamin’ny 9/11 ny fiangonana Advantista Mitandrina ny Andro Fahafito dia nomena “fotoana hibebahana” amin’ny fandavany ny “fitsipiky ny fandikana ara-paminaniana neken’i Miller sy ireo mpiara-miasa taminy,” izay nolaviny tsikelikely nanomboka tamin’ny 1863. Nanomboka tamin’ny 9/11 ka hatramin’ny 18 Jolay 2020 dia nomena ny fahafahany farany hibebahana ny fiangonana Advantista Mitandrina ny Andro Fahafito, ary tamin’izany fotoana izany dia nozahan-toetra ireo izay nandray anjara tamin’ny fanambarana tao Nashville tamin’ny 2020. Tamin’ny Jolay, ny dingana farany amin’ny fanadiovana dia asehon’ny andininy faha-iraika ambin’ny folo ao amin’ny toko faha-iraika ambin’ny folo ao amin’ny bokin’i Daniela sy ny Apokalypsy.</w:t>
      </w:r>
    </w:p>
    <w:p>
      <w:pPr>
        <w:pStyle w:val="ArticleBody"/>
        <w:jc w:val="left"/>
      </w:pPr>
      <w:r>
        <w:rPr>
          <w:rFonts w:ascii="Times New Roman" w:hAnsi="Times New Roman" w:eastAsia="Times New Roman" w:cs="Times New Roman"/>
        </w:rPr>
        <w:t>Ao anatin’ity fizotry ny fitsapana ity no anatanterahana ny fitsapana faharoa amin’ireo fitsapana telo. Ny fitsapana faharoa dia fitsapana hita maso, izay ialohavan’ny fitsapana ny filan-komana ary mifarana amin’ny fitsapana fahatelo, izay tsy tahaka ireo fitsapana roa teo aloha fa fitsapana mampiseho mazava ny tena toetra. Rehefa mifoha amin’ny misasakalina ny virijina noho ny antso hoe: “Indro, avy ny Mpampakatra,” dia manana ny diloilo ilaina ny antokon’olona iray fa very kosa ny iray hafa. Ny Millerites no nanatanteraka tokoa izany fanandramana izany, ary tamin’ny fanaovany izany dia nasehony ny fahatakarana ny tsipika faminaniana ivelany sy anatiny.</w:t>
      </w:r>
    </w:p>
    <w:p>
      <w:pPr>
        <w:pStyle w:val="ArticleBody"/>
        <w:jc w:val="left"/>
      </w:pPr>
      <w:r>
        <w:rPr>
          <w:rFonts w:ascii="Times New Roman" w:hAnsi="Times New Roman" w:eastAsia="Times New Roman" w:cs="Times New Roman"/>
        </w:rPr>
        <w:t>Rehefa nilaza ny hafatry ny anjely faharoa tamin’ny fanondroana ireo fiangonana Protestanta lavo ho zanakavavin’i Babylona izy ireo, dia hafatra ivelan’ny fanandramany no nambaran’izy ireo. Mba hitory ny hafatry ny Antso amin’ny Misasakalina dia tsy maintsy hitan’izy ireo aloha ny tenany ho ireo virijiny izay tao anatin’ny fotoana fiandrasana. Ao amin’ny andininy fahiraika ambin’ny folo, na ao amin’i Daniela izany na ao amin’ny Apokalypsy toko fahiraika ambin’ny folo, dia naseho ho fahamarinana ankehitriny ny hafatra anatiny sy ivelany hatramin’ny Jolay 2023.</w:t>
      </w:r>
    </w:p>
    <w:p>
      <w:pPr>
        <w:pStyle w:val="ArticleBody"/>
        <w:jc w:val="left"/>
      </w:pPr>
      <w:r>
        <w:rPr>
          <w:rFonts w:ascii="Times New Roman" w:hAnsi="Times New Roman" w:eastAsia="Times New Roman" w:cs="Times New Roman"/>
        </w:rPr>
        <w:t>Ao amin’ny toko voalohany ao amin’i Daniela, ny fitsapana faharoa sady hita maso dia rehefa hita fa ny tarehin’i Daniela sy ireo lehilahy mendrika telo dia tsara kokoa sy botabota kokoa amin’ny “bika” noho ny an’ireo izay nihinana ny sakafon’i Babylona. Ao amin’ny toko faharoa, ny fitsapana hita maso dia aseho ho toy ny fitsapana ara-paminaniana izay mitaky ny handikana marina hafatra miafina iray, izay aseho amin’ny farany ho sarin’ireo fanjakana ao amin’ny faminanian’ny Baiboly. Ny toko voalohany sy faharoa ary fahatelo ao amin’i Daniela dia maneho ny anjely voalohany sy faharoa ary fahatelo ao amin’ny Apokalypsy efatra ambin’ny folo.</w:t>
      </w:r>
    </w:p>
    <w:p>
      <w:pPr>
        <w:pStyle w:val="ArticleBody"/>
        <w:jc w:val="left"/>
      </w:pPr>
      <w:r>
        <w:rPr>
          <w:rFonts w:ascii="Times New Roman" w:hAnsi="Times New Roman" w:eastAsia="Times New Roman" w:cs="Times New Roman"/>
        </w:rPr>
        <w:t>Ny anjely faharoa ao amin’ny Apokalypsy toko faha-efatra ambin’ny folo dia miresaka ny hafatra ivelany amin’ny tantaran’ny Millerite, ary ny Daniela toko faharoa koa dia miresaka ny tsipika ivelany amin’ny alalan’ny sarin’ireo biby ao amin’ny tantara ara-paminaniana. Ny fitsapana hita maso ao amin’ny toko voalohany dia nifototra tamin’i Daniela sy ireo mendrika telo, ka noho izany dia ny tsipika anatiny izany. Ny tsipika ivelany sy anatiny amin’ny faminaniana, izay aseho amin’ny fitovian’i Daniela toko voalohany ka hatramin’ny fahatelo amin’ireo anjely telo ao amin’ny Apokalypsy toko faha-efatra ambin’ny folo, dia mamokatra vavolombelona iray hafa ho an’ny hafatry ny anjely faharoa, araka ny nahatanterahany tamin’ny alalan’ny Millerites.</w:t>
      </w:r>
    </w:p>
    <w:p>
      <w:pPr>
        <w:pStyle w:val="ArticleBody"/>
        <w:jc w:val="left"/>
      </w:pPr>
      <w:r>
        <w:rPr>
          <w:rFonts w:ascii="Times New Roman" w:hAnsi="Times New Roman" w:eastAsia="Times New Roman" w:cs="Times New Roman"/>
        </w:rPr>
        <w:t>Ny Millerita dia nanambara hafatra ivelany sy anatiny, rehefa nanatanteraka ny fanambarana ny Antso Mamatonalina izy ireo. Ny hafatra ivelany nentiny dia ilay anjely faharoa ao amin’ny Apokalypsy toko faha-efatra ambin’ny folo, ka izany no mampifandray mivantana ny hafatry ny Millerita amin’ilay anjely faharoa sy amin’ilay sariolona ao amin’ny Daniela toko faharoa. Io sariolona io dia maneho ireo fanjakana ivelany ao amin’ny faminanian’ny Baiboly, hatramin’i Babylona ara-bakiteny ka hatramin’i Babylona maoderina izay tonga amin’ny fiafarany amin’ny famaranana ny fotoam-pitsarana ho an’ny olombelona. Mifandray indray amin’ny hafatra ivelan’i Babylona ny Millerita. Ny fitsapana hita maso nataon’i Daniela dia nifototra tamin’ny sakafo nofidiny hohanina, ary ilay anjely voalohany ao amin’ny Apokalypsy toko fahafolo, izay nidina ka nametraka ny tongony iray teo ambonin’ny tany ary ny iray teo ambonin’ny ranomasina, dia nanana boky kely misokatra, izay nandidiana an’i Jaona hohaniny. Ny anjely voalohany dia asehon’ny filan-komana ary arahin’ny fitsapana hita maso. Ny fitsapana hita maso dia ahitana andalana anatiny sy ivelany amin’ny fahamarinana.</w:t>
      </w:r>
    </w:p>
    <w:p>
      <w:pPr>
        <w:pStyle w:val="ArticleBody"/>
        <w:jc w:val="left"/>
      </w:pPr>
      <w:r>
        <w:rPr>
          <w:rFonts w:ascii="Times New Roman" w:hAnsi="Times New Roman" w:eastAsia="Times New Roman" w:cs="Times New Roman"/>
        </w:rPr>
        <w:t>Ny andininy faha-iraika ambin’ny folo ao amin’ny Daniela 11, izay mifanindran-dalana amin’ny andininy faha-iraika ambin’ny folo ao amin’ny Apokalypsy 11, dia maneho ny fitsapana hita maso roa sosona. Mifarana eo amin’ny fitsapana litmosa izany fitsapana izany, rehefa asehon’ny virijina raha manana ny diloilo izy ireo na tsia. Izany fanehoana izany dia miseho mialoha indrindra ny fifaranan’ny fotoana fitsapana eo amin’ny lalàna Alahady any Etazonia. Ny fifaranan’ny fotoana fitsapana eo amin’ny lalàna Alahady dia nosarihina mialoha tamin’ny 22 Oktobra 1844. Fotoana fohy talohan’ny 22 Oktobra 1844, tamin’ny 17 Aogositra 1844, dia nitondra ny hafatra tahaka ny onjan-dranomasina mahery namakivaky ny morontsiraka atsinanan’i Etazonia ny Millerita.</w:t>
      </w:r>
    </w:p>
    <w:p>
      <w:pPr>
        <w:pStyle w:val="ArticleBody"/>
        <w:jc w:val="left"/>
      </w:pPr>
      <w:r>
        <w:rPr>
          <w:rFonts w:ascii="Times New Roman" w:hAnsi="Times New Roman" w:eastAsia="Times New Roman" w:cs="Times New Roman"/>
        </w:rPr>
        <w:t>Ny taona 1989 no fotoan’ny farany, izay nanokafana ny bokin’i Daniela; ary rehefa voasokatra ny bokin’i Daniela dia misy mandrakariva fitomboan’ny fahalalana, izay mamoaka sokajy roa amin’ny mpivavaka. Ny taona 1989 no voalohany amin’ireo mariky ny lalana fitsapana telo ireo, araka ny nanehoana azy tamin’ny fahatongavan’ny anjely voalohany tamin’ny 1798. Rehefa nidina ny anjely voalohany tamin’ny 11 Aogositra 1840, dia naneho mialoha ny fidinan’ilay anjelin’ny Apokalypsy toko faha-18 tamin’ny 9/11 izy. Ny fahadisoam-panantenana voalohany teo amin’ny tantaran’ny Millerita no nanamarika ny fahatongavan’ny anjely faharoa, ary naneho mialoha ny 18 Jolay 2020 sy ny fiandohan’ny fotoana fiandrasana. Nifoha tsikelikely ho amin’ny hafatry ny anjely faharoa ny Millerita, ary ho amin’ny fahatakarana fa izy ireo no virijina ao amin’ny fanoharana ny amin’ny virijina folo. Nifoha tanteraka izy ireo tamin’ny fivoriana an-day tao Exeter tamin’ny Aogositra 1844. Ny iray hetsy sy efatra amby efapolo arivo dia nofohazina tamin’ny Jolay 2023, raha nanomboka novahana tsikelikely ny hafatry ny Antso Amin’ny Misasakalina.</w:t>
      </w:r>
    </w:p>
    <w:p>
      <w:pPr>
        <w:pStyle w:val="ArticleBody"/>
        <w:jc w:val="left"/>
      </w:pPr>
      <w:r>
        <w:rPr>
          <w:rFonts w:ascii="Times New Roman" w:hAnsi="Times New Roman" w:eastAsia="Times New Roman" w:cs="Times New Roman"/>
        </w:rPr>
        <w:t>Ny fotoana fiandrasana dia nifarana ho an’ny Millerites tao Exeter, tahaka ny nifaranany ho an’ny fianakavian’i Lazarosy rehefa natsangan’i Jesosy tamin’ny maty Lazarosy mba ho asa famaranana sy satroboninahitry ny fanompoan’i Kristy, rehefa i Lazarosy no tonga “tombo-kase”-n’ny fanompoany. Ny fitsanganan’i Lazarosy amin’ny maty no manamarika ny fiafaran’ny fotoana fiandrasana sy ny fanisiana tombo-kase ny olon’Andriamanitra. Ny Fidirana amim-boninahitra izay nanaraka izany dia tandindon’ny fanambarana ny hafatry ny Antso Mitatao Vovonana teo amin’ny tantaran’ny Millerites. Ny lohahevitr’ny andininy faha-iraika ambin’ny folo ao amin’ny Daniela toko faha-iraika ambin’ny folo dia ny fiakarana sy ny fianjeran’ny mpanjakan’ny atsimo, ary mitarika ho amin’ny ady tao Panium izany ao amin’ny andininy fahatelo ambin’ny folo ka hatramin’ny fahadimy ambin’ny folo. Ireo andininy ireo no fitsapana manavaka izay ametrahana ny tombo-kase eo amin’ny handrin’ny lehilahy sy ny vehivavy izay hasandratra ho faneva ao amin’ny andininy faha-enina ambin’ny folo.</w:t>
      </w:r>
    </w:p>
    <w:p>
      <w:pPr>
        <w:pStyle w:val="ArticleBody"/>
        <w:jc w:val="left"/>
      </w:pPr>
      <w:r>
        <w:rPr>
          <w:rFonts w:ascii="Times New Roman" w:hAnsi="Times New Roman" w:eastAsia="Times New Roman" w:cs="Times New Roman"/>
        </w:rPr>
        <w:t>Ny andininy fahadimy ambin’ny folo dia tanteraka tamin’ny Adin’i Panium, izay mifanandrify amin’ny fitsidihan’i Kristy an’i Kaisaria Filipy. Tany Kaisaria Filipy dia novan’i Kristy ho Petera ny anaran’i Simona Barjona, ka nanamarika ny fanisiana tombo-kase ny iray hetsy sy efatra arivo amby efatra alina. Hatramin’izay dia naseho tamin’ny mpianatra ny fahazavan’ny hazo fijaliana izay efa antomotra. Rehefa novan’i Kristy ho Petera ny anaran’i Simona, fotoana fohy talohan’ny hazo fijaliana, dia nifanaraka tamin’ilay fitsapana litmosa tao Exeter sy Lazarosy izany, izay nitarika ho amin’ny Fidirana amim-boninahitra tao Jerosalema. Ny fivorian’ny toby tao Exeter, nanomboka ny 12 ka hatramin’ny 17 Aogositra, dia maneho ny fiorenana farany ao amin’ny fahamarinana alohan’ny fihovitrovitra, dia ilay horohoron-tany ateraky ny lalàn’ny Alahady ao amin’ny toko fahiraika ambin’ny folo ao amin’ny Daniela sy ny Apokalypsy.</w:t>
      </w:r>
    </w:p>
    <w:p>
      <w:pPr>
        <w:pStyle w:val="ArticleScripture"/>
        <w:jc w:val="left"/>
      </w:pPr>
      <w:r>
        <w:rPr>
          <w:rFonts w:ascii="Times New Roman" w:hAnsi="Times New Roman" w:eastAsia="Times New Roman" w:cs="Times New Roman"/>
        </w:rPr>
        <w:t>“Ny asa any Battle Creek dia araka izany filaharana izany ihany. Ny mpitarika ao amin’ny toeram-pitsaboana dia nifangaro tamin’ny tsy mino, ka nampiditra azy ireny tao amin’ny filan-keviny, amin’ny ambaratonga samihafa, nefa izany dia tahaka ny miasa amin’ny maso mikimpy. Tsy manana fahiratan-tsaina hahita izay hihatra amintsika amin’ny fotoana rehetra izy ireo. Misy fanahin’ny famoizam-po, fanahin’ny ady sy fandatsahan-dra, ary hitombo izany fanahy izany mandra-pahatongan’ny faran’ny andro mihitsy. Raha vantany vao voaisy tombo-kase eo amin’ny handriny ny vahoakan’Andriamanitra—tsy tombo-kase na marika hita maso akory izany, fa fijoroana mafy ao amin’ny fahamarinana, na ara-tsaina na ara-panahy, ka tsy azo hozongozonina izy—raha vantany vao voaisy tombo-kase sy voaomana ho amin’ny fihovitrovitra ny vahoakan’Andriamanitra, dia ho tonga izany. Eny tokoa, efa nanomboka sahady izany. Ny fitsaran’Andriamanitra dia efa eo amin’ny tany ankehitriny, mba hanome fampitandremana antsika, mba hahafantarantsika izay ho avy.” Manuscript Releases, volume 10, 252.</w:t>
      </w:r>
    </w:p>
    <w:p>
      <w:pPr>
        <w:pStyle w:val="ArticleBody"/>
        <w:jc w:val="left"/>
      </w:pPr>
      <w:r>
        <w:rPr>
          <w:rFonts w:ascii="Times New Roman" w:hAnsi="Times New Roman" w:eastAsia="Times New Roman" w:cs="Times New Roman"/>
        </w:rPr>
        <w:t>Ny fanisiana tombo-kase ny iray hetsy sy efatra alina sy efatra arivo dia nasehon’ny fivoriana lasy tany Exeter, ny nanovan’i Kristy ny anaran’i Simona ho Petera, ary ny fitsanganan’i Lazarosy tamin’ny maty. Io fitsanganana tamin’ny maty io dia tandindon’ny fitsanganan’ny vavolombelona roa ao amin’ny Apokalypsy toko fahairaika ambin’ny folo. Ny andininy faha-folo ka hatramin’ny faha-enina ambin’ny folo dia maneho ny tantara miafina ao amin’ny andininy faha-efapolo. Ny fanokafana ny tombo-kasen’ny tantara miafina ao amin’ny andininy faha-efapolo dia nanomboka tao anatin’ny fahatanterahana ara-tantara ny andininy faha-iraika ambin’ny folo sy ny ady tany Okraina. Hatramin’ny Jolay 2023 dia eo am-pisokafana io tantara miafina io amin’ny alalan’ny Liona avy amin’ny firenen’i Joda.</w:t>
      </w:r>
    </w:p>
    <w:p>
      <w:pPr>
        <w:pStyle w:val="ArticleBody"/>
        <w:jc w:val="left"/>
      </w:pPr>
      <w:r>
        <w:rPr>
          <w:rFonts w:ascii="Times New Roman" w:hAnsi="Times New Roman" w:eastAsia="Times New Roman" w:cs="Times New Roman"/>
        </w:rPr>
        <w:t>Rehefa natsangana tamin’ny maty tao amin’ny andininy faha-iraika ambin’ny folo ao amin’ny Apokalypsy toko faha-iraika ambin’ny folo ireo kandidà ho isan’ny efatra arivo sy iray hetsy sy efatra alina, dia nanomboka ny fitsapana ara-paminaniana hita maso izay tsy maintsy lalovana alohan’ny hifaranan’ny fotoam-pahasoavana amin’ny lalàna Alahady, izay ambaran’i Sister White ho fitsapana ny sarin’ilay bibidia.</w:t>
      </w:r>
    </w:p>
    <w:p>
      <w:pPr>
        <w:pStyle w:val="ArticleScripture"/>
        <w:jc w:val="left"/>
      </w:pPr>
      <w:r>
        <w:rPr>
          <w:rFonts w:ascii="Times New Roman" w:hAnsi="Times New Roman" w:eastAsia="Times New Roman" w:cs="Times New Roman"/>
        </w:rPr>
        <w:t>“Nasehon’ny Tompo tamiko mazava fa hiorina ny sarin’ny bibidia alohan’ny hifaranan’ny fotoam-pahasoavana; fa izany no ho fitsapana lehibe ho an’ny vahoakan’Andriamanitra, izay hanapahana ny anjarany mandrakizay. Ny toerana raisinao dia fifangaroan-javatra feno tsy fitovian-kevitra tokoa, ka vitsy ihany no ho voafitaka.”</w:t>
      </w:r>
    </w:p>
    <w:p>
      <w:pPr>
        <w:pStyle w:val="ArticleScripture"/>
        <w:jc w:val="left"/>
      </w:pPr>
      <w:r>
        <w:rPr>
          <w:rFonts w:ascii="Times New Roman" w:hAnsi="Times New Roman" w:eastAsia="Times New Roman" w:cs="Times New Roman"/>
        </w:rPr>
        <w:t>“Ao amin’ny Apokalypsy 13 dia aseho mazava io lohahevitra io; [Apokalypsy 13:11–17, notsongaina].”</w:t>
      </w:r>
    </w:p>
    <w:p>
      <w:pPr>
        <w:pStyle w:val="ArticleScripture"/>
        <w:jc w:val="left"/>
      </w:pPr>
      <w:r>
        <w:rPr>
          <w:rFonts w:ascii="Times New Roman" w:hAnsi="Times New Roman" w:eastAsia="Times New Roman" w:cs="Times New Roman"/>
        </w:rPr>
        <w:t>“Ity no fitsapana tsy maintsy hodiavin’ny vahoakan’Andriamanitra alohan’ny hanisiana tombo-kase azy. Izay rehetra nanaporofo ny tsy fivadihany tamin’Andriamanitra tamin’ny fitandremana ny lalàny, sy tamin’ny fandavany tsy hanaiky sabata sandoka, dia hijoro eo ambanin’ny sainan’i Jehovah Tompo Andriamanitra, ary handray ny tombo-kasen’Andriamanitra velona. Fa izay manaiky hiala amin’ny fahamarinana avy any an-danitra ka mandray ny sabatan’ny Alahady, dia handray ny mariky ny bibidia.” Manuscript Releases, volume 15, 15.</w:t>
      </w:r>
    </w:p>
    <w:p>
      <w:pPr>
        <w:pStyle w:val="ArticleBody"/>
        <w:jc w:val="left"/>
      </w:pPr>
      <w:r>
        <w:rPr>
          <w:rFonts w:ascii="Times New Roman" w:hAnsi="Times New Roman" w:eastAsia="Times New Roman" w:cs="Times New Roman"/>
        </w:rPr>
        <w:t>Ny tsipika ivelan’ny faminaniana dia voavaha ao amin’ny tantaran’ny andininy faha-11 ao amin’ny Daniela toko faha-11, ary ny tsipika anatiny kosa dia voavaha ao amin’ny Apokalypsy toko faha-11 andininy faha-11. Ny tsipika ivelany dia manondro ny fomba iforonan’ny sarin’ny bibidia, izay maneho ny fampifangaroana ny fiangonana sy ny fanjakana ka ny fiangonana no mifehy izany fifandraisana izany, mandritra ny vanim-potoanan’ny fitsarana ny velona. Ny tsipika anatiny kosa dia manondro ny fomba iforonan’ny sarin’i Kristy, izay maneho ny fampifangaroana ny maha-Andriamanitra sy ny maha-olombelona, mandritra ny fitsarana ny velona.</w:t>
      </w:r>
    </w:p>
    <w:p>
      <w:pPr>
        <w:pStyle w:val="ArticleBody"/>
        <w:jc w:val="left"/>
      </w:pPr>
      <w:r>
        <w:rPr>
          <w:rFonts w:ascii="Times New Roman" w:hAnsi="Times New Roman" w:eastAsia="Times New Roman" w:cs="Times New Roman"/>
        </w:rPr>
        <w:t>Ny hetsika fanavaozana an’ilay anjely fahatelo sy ny iray hetsy sy efatra amby efapolo arivo dia nanomboka tamin’ny fotoanan’ny farany tamin’ny taona 1989, araka ny aseho ao amin’ny andininy faha-folo ao amin’ny Daniela toko fahiraika ambin’ny folo. Tamin’izay no nanombohan’ny fahatanterahana tonga lafatra ny Daniela toko faharoa ambin’ny folo.</w:t>
      </w:r>
    </w:p>
    <w:p>
      <w:pPr>
        <w:pStyle w:val="ArticleScripture"/>
        <w:jc w:val="left"/>
      </w:pPr>
      <w:r>
        <w:rPr>
          <w:rFonts w:ascii="Times New Roman" w:hAnsi="Times New Roman" w:eastAsia="Times New Roman" w:cs="Times New Roman"/>
        </w:rPr>
        <w:t>Ary hoy Izy nanao hoe: Mandehana amin’ny lalanao, ry Daniela; fa voahidy sy voaisy tombo-kase ny teny mandra-pahatongan’ny andro farany. Maro no hodiovina sy hofotsiana ary hotsapaina;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Ny andininy fahafolo ao amin’ny toko faha-iraika ambin’ny folo dia maneho ny fiandohan’ny “dingam-panadiovana” izay asehon’ny anjely voalohany ho amin’ny fahatahorana an’Andriamanitra. Ny andininy faha-iraika ambin’ny folo sy faha-roa ambin’ny folo kosa dia maneho izay anaovana ny iray hetsy sy efatra arivo amby efatra alina ho fotsy. Ny bokin’i Zakaria dia manondro izany fanandramana izany.</w:t>
      </w:r>
    </w:p>
    <w:p>
      <w:pPr>
        <w:pStyle w:val="ArticleScripture"/>
        <w:jc w:val="left"/>
      </w:pPr>
      <w:r>
        <w:rPr>
          <w:rFonts w:ascii="Times New Roman" w:hAnsi="Times New Roman" w:eastAsia="Times New Roman" w:cs="Times New Roman"/>
        </w:rPr>
        <w:t>Ary nasehony tamiko Josoa, mpisoronabe, nitsangana teo anatrehan’Ilay Anjelin’i Jehovah, ary Satana nitsangana teo ankavanany mba hiampanga azy. Ary hoy Jehovah tamin’i Satana: Hananatra anao anie Jehovah, ry Satana; eny, Jehovah izay nifidy an’i Jerosalema anie hananatra anao; moa tsy arina voatantana hiala tao amin’ny afo va ity? Ary Josoa nitafy fitafiana maloto ka nitsangana teo anatrehan’ilay anjely. Dia namaly Izy ka niteny tamin’izay nitsangana teo anatrehany hoe: Esory aminy ny fitafiana maloto. Ary taminy no nilazany hoe: Indro, nesoriko taminao ny helokao, ary hotafiako fitafiana miova ianao. Dia hoy aho: Aoka hasiany satro-boninahitra madio eo an-dohany. Dia nasiany satro-boninahitra madio teo an-dohany ka notafiany fitafiana izy. Ary Ilay Anjelin’i Jehovah nitsangana teo. Zakaria 3:1–5.</w:t>
      </w:r>
    </w:p>
    <w:p>
      <w:pPr>
        <w:pStyle w:val="ArticleBody"/>
        <w:jc w:val="left"/>
      </w:pPr>
      <w:r>
        <w:rPr>
          <w:rFonts w:ascii="Times New Roman" w:hAnsi="Times New Roman" w:eastAsia="Times New Roman" w:cs="Times New Roman"/>
        </w:rPr>
        <w:t>Ity andalan-teny ity dia tanteraka ao amin’ny asa farany ataon’i Kristy amin’ny maha-Mpisoronabe Azy, ary maneho ny fanisiana tombo-kase ny iray hetsy sy efatra arivo sy efatra alina.</w:t>
      </w:r>
    </w:p>
    <w:p>
      <w:pPr>
        <w:pStyle w:val="ArticleScripture"/>
        <w:jc w:val="left"/>
      </w:pPr>
      <w:r>
        <w:rPr>
          <w:rFonts w:ascii="Times New Roman" w:hAnsi="Times New Roman" w:eastAsia="Times New Roman" w:cs="Times New Roman"/>
        </w:rPr>
        <w:t>“Ny fahitan’i Zakaria an’i Josoa sy ny Anjely dia mihatra amin-kery manokana indrindra amin’ny fanandraman’ny vahoakan’Andriamanitra amin’ireo sehatra famaranana amin’ilay andro lehibe fanavotana noho ny ota. Amin’izany fotoana izany dia hoentina ao anatin’ny fizahan-toetra sy fahoriana lehibe ny fiangonana sisa. Ireo izay mitandrina ny didin’Andriamanitra sy ny finoan’i Jesosy dia hahatsapa ny hatezeran’ilay dragona sy ny antokony. Satan dia manisa izao tontolo izao ho olom-peheziny; efa azony eo ambany fifehezany na dia ny maro amin’ireo izay milaza tena ho Kristiana aza. Kanefa indro misy antokon’olona vitsy izay manohitra ny fiandrianany. Raha azony kosehina tsy ho etỳ ambonin’ny tany izy ireo, dia ho tanteraka ny fandreseny. Tahaka ny nampiasàny ny firenena jentilisa handringana ny Isiraely, dia toy izany koa, ato ho ato, no hampihetsiketsika ny fahefana ratsin’ny tany izy handringana ny vahoakan’Andriamanitra. Hotakina amin’ny olona ny hanolotra fankatoavana amin’ny didy avoakan’olombelona, ka handika amin’izany ny lalàn’Andriamanitra.” Mpaminany sy Mpanjaka, 587.</w:t>
      </w:r>
    </w:p>
    <w:p>
      <w:pPr>
        <w:pStyle w:val="ArticleBody"/>
        <w:jc w:val="left"/>
      </w:pPr>
      <w:r>
        <w:rPr>
          <w:rFonts w:ascii="Times New Roman" w:hAnsi="Times New Roman" w:eastAsia="Times New Roman" w:cs="Times New Roman"/>
        </w:rPr>
        <w:t>Ang “mga pangwakas na tagpo ng dakilang araw ng pagtubos” ay ang pagtatatak, una, sa isang daan at apatnapu’t apat na libo, na pagkatapos nito ay sinusundan ng pagtatatak sa iba pang mga anak ng Diyos na kasalukuyang nasa Babilonia.</w:t>
      </w:r>
    </w:p>
    <w:p>
      <w:pPr>
        <w:pStyle w:val="ArticleScripture"/>
        <w:jc w:val="left"/>
      </w:pPr>
      <w:r>
        <w:rPr>
          <w:rFonts w:ascii="Times New Roman" w:hAnsi="Times New Roman" w:eastAsia="Times New Roman" w:cs="Times New Roman"/>
        </w:rPr>
        <w:t>“Rehefa mampahory ny fanahiny eo anatrehany ny olon’Andriamanitra, ka mifona mba hahazo fahadiovan’ny fo, dia avoaka ny didy hoe: ‘Esory ny fitafiana maloto’; ary tononina ny teny mampahery hoe: ‘Indro, efa nesoriko hiala aminao ny helokao, ary hotafiko fitafiana miova ianao.’ Zakaria 3:4. Ny akanjo tsy misy pentina, dia ny fahamarinan’i Kristy, no ampitafiana ireo zanak’Andriamanitra izay voasedra, voazaha toetra, sady mahatoky. Ilay sisa voahosihosy dia ampitafiana fitafiana be voninahitra, ka tsy mba holotoina intsony mandrakizay amin’ny fahalòvan’izao tontolo izao. Ny anarany dia tazonina ao amin’ny bokin’ny fiainan’ny Zanak’ondry, voasoratra ao amin’ny isan’ny mahatoky tamin’ny taranaka rehetra. Efa nanohitra ny hafetsen’ilay mpamitaka izy; tsy navilin’ny firohondrohon’ilay dragona hiala amin’ny fahatokiany izy. Ankehitriny dia voaaro mandrakizay amin’ny teti-dratsin’ilay mpaka fanahy izy. Ny fahotany dia afindra amin’ilay niandohan’ny ota. Ary satroka tsara tarehy no apetraka eo an-dohany.”</w:t>
      </w:r>
    </w:p>
    <w:p>
      <w:pPr>
        <w:pStyle w:val="ArticleScripture"/>
        <w:jc w:val="left"/>
      </w:pPr>
      <w:r>
        <w:rPr>
          <w:rFonts w:ascii="Times New Roman" w:hAnsi="Times New Roman" w:eastAsia="Times New Roman" w:cs="Times New Roman"/>
        </w:rPr>
        <w:t>“Raha i Satana no nandrisika ny fiampangany, dia nandehandeha nitsitokotoko, tsy hita maso, ny anjely masina ka nametraka teo amin’ireo mahatoky ny tombo-kasen’Andriamanitra velona. Ireo no mitsangana eo an-tendrombohitra Ziona miaraka amin’ny Zanak’ondry, ka voasoratra eo amin’ny handriny ny anaran’ny Ray. Mihira ny fihiram-baovao eo anoloan’ny seza fiandrianana izy, dia ilay fihirana izay tsy misy olona mahay ianarana afa-tsy ny iray hetsy sy efatra arivo sy efatra alina izay navotana avy tamin’ny tany. ‘Ireo no manaraka ny Zanak’ondry na aiza na aiza alehany. Ireo no navotana avy tamin’ny olona, ho santatra ho an’Andriamanitra sy ny Zanak’ondry. Ary tsy nisy lainga hita tao am-bavany; fa tsy manan-tsiny izy eo anoloan’ny seza fiandrianan’Andriamanitra.’ Apokalypsy 14:4, 5.</w:t>
      </w:r>
    </w:p>
    <w:p>
      <w:pPr>
        <w:pStyle w:val="ArticleScripture"/>
        <w:jc w:val="left"/>
      </w:pPr>
      <w:r>
        <w:rPr>
          <w:rFonts w:ascii="Times New Roman" w:hAnsi="Times New Roman" w:eastAsia="Times New Roman" w:cs="Times New Roman"/>
        </w:rPr>
        <w:t>“Ankehitriny dia tonga amin’ny fahatanterahana tanteraka ny tenin’ilay Anjely hoe: ‘Koa ankehitriny mihainoa, ry Josoa mpisoronabe, ianao sy ireo namanao izay mipetraka eo anatrehanao; fa olona mahagaga izy ireo; fa, indro, havoakako ny Mpanompoko, dia ny Sampana.’ Zakaria 3:8. Kristy dia aseho ho Mpanavotra sy Mpanafaka ny olony. Ankehitriny tokoa ireo sisa dia ‘olona mahagaga,’ satria ny ranomaso sy ny fanetren-tena tamin’ny fivahinianany dia miova ho fifaliana sy voninahitra eo anatrehan’Andriamanitra sy ny Zanak’ondry. ‘Amin’izany andro izany ny sampan’i Jehovah dia ho tsara tarehy sady be voninahitra, ary ny vokatry ny tany dia ho tsara indrindra sady mahafinaritra ho an’izay afa-mandositra amin’ny Isiraely. Ary izao no hiseho: izay sisa any Ziona sy izay mbola mitoetra any Jerosalema dia hatao hoe masina, dia izay rehetra voasoratra ho isan’ny velona any Jerosalema.’ Isaia 4:2, 3.” Mpaminany sy Mpanjaka, 591, 592.</w:t>
      </w:r>
    </w:p>
    <w:p>
      <w:pPr>
        <w:pStyle w:val="ArticleBody"/>
        <w:jc w:val="left"/>
      </w:pPr>
      <w:r>
        <w:rPr>
          <w:rFonts w:ascii="Times New Roman" w:hAnsi="Times New Roman" w:eastAsia="Times New Roman" w:cs="Times New Roman"/>
        </w:rPr>
        <w:t>Ny fanisiana tombo-kase no dingana faharoa amin’ilay hoe “voadio sy natao fotsy ary nozahan-toetra” ao amin’i Daniela. Ny andininy fahiraika ambin’ny folo sy faharoa ambin’ny folo dia manondro ny fiakaran’i Rosia farany sy ny fianjerany, dia ilay mpanjakan’ny atsimo ara-paminaniana, izay mialoha ny Adin’i Panium ao amin’ny andininy fahatelo ambin’ny folo ka hatramin’ny fahadimy ambin’ny folo. Rehefa esorin’i Kristy amin’ny iray hetsy sy efatra amby efatra alina ny fitafiany maloto ao amin’ireo sehatra famaranana amin’ilay andro lehiben’ny fanavotana, dia mandray “satroka tsara tarehy” izy ireo, izay fanandratana an’i Daniela ho mpanapaka fahatelo, miaraka amin’ny akanjo jaky sy ny rojo volamena. Izany koa no fanomezana nomena an’i Josefa, dia ny rojo volamena, ny fanandratana azy ho mpanapaka faharoa, ary ny fanomezana ny peratry ny mpanjaka. Ny “peratra” dia maneho ny tombo-kase mpanjaka izay nampiasain’ny mpanapaka hanisiana ny lalàny amin’ny tombo-kase mpanjaka.</w:t>
      </w:r>
    </w:p>
    <w:p>
      <w:pPr>
        <w:pStyle w:val="ArticleBody"/>
        <w:jc w:val="left"/>
      </w:pPr>
      <w:r>
        <w:rPr>
          <w:rFonts w:ascii="Times New Roman" w:hAnsi="Times New Roman" w:eastAsia="Times New Roman" w:cs="Times New Roman"/>
        </w:rPr>
        <w:t>Nampiasain’i Dariosy ny peratrany famantarana mba hanisy tombo-kase ny lavaka izay nametrahana an’i Daniela teo amin’ny liona.</w:t>
      </w:r>
    </w:p>
    <w:p>
      <w:pPr>
        <w:pStyle w:val="ArticleScripture"/>
        <w:jc w:val="left"/>
      </w:pPr>
      <w:r>
        <w:rPr>
          <w:rFonts w:ascii="Times New Roman" w:hAnsi="Times New Roman" w:eastAsia="Times New Roman" w:cs="Times New Roman"/>
        </w:rPr>
        <w:t>Dia ny mpanjaka, ka nentina i Daniela ary natsipy tao an-davaky ny liona. Ary niteny ny mpanjaka ka nanao tamin’i Daniela hoe: Ny Andriamanitrao, Izay tompoinao mandrakariva, no hanafaka anao. Dia nisy vato nentina ka napetraka teo am-bavan’ny lavaka; ary nasian’ny mpanjaka tombo-kase tamin’ny peratra fanombohany izany, sy tamin’ny peratra fanombohan’ireo lehibeny; mba tsy hovaina ny didy ny amin’i Daniela. Daniela 6:16, 17.</w:t>
      </w:r>
    </w:p>
    <w:p>
      <w:pPr>
        <w:pStyle w:val="ArticleBody"/>
        <w:jc w:val="left"/>
      </w:pPr>
      <w:r>
        <w:rPr>
          <w:rFonts w:ascii="Times New Roman" w:hAnsi="Times New Roman" w:eastAsia="Times New Roman" w:cs="Times New Roman"/>
        </w:rPr>
        <w:t>Ny teny hebreo adika hoe “peratra fanombohana tombo-kase” dia H5824 ao amin’i Strongs, ary avy amin’ny teny fototra mifandraika amin’ny H5823 izany; izay midika hoe peratra fanombohana tombo-kase (amin’ny maha-voasokitra azy). Josoa eo anatrehan’ilay anjely, Daniela ao an-davaky ny liona, Josefa eo anatrehan’i Farao, dia maneho ny fanisiana tombo-kase ny iray hetsy sy efatra arivo sy efatra alina, izay no fizahan-toetra faharoa ao amin’ny Daniela roa ambin’ny folo, izay ireo izay efa nodiovina dia avy eo “natao fotsy,” alohan’ny “hizahan-toetra” azy. Ireo tsipika ireo koa dia asehon’ny hoe “Zerobabela,” “zanak’i Sealtiela.”</w:t>
      </w:r>
    </w:p>
    <w:p>
      <w:pPr>
        <w:pStyle w:val="ArticleScripture"/>
        <w:jc w:val="left"/>
      </w:pPr>
      <w:r>
        <w:rPr>
          <w:rFonts w:ascii="Times New Roman" w:hAnsi="Times New Roman" w:eastAsia="Times New Roman" w:cs="Times New Roman"/>
        </w:rPr>
        <w:t>Amin’izany andro izany, hoy Jehovah Tompon’ny maro, dia halaiko ianao, ry Zerobabela, mpanompoko, zanak’i Sealtiela, hoy Jehovah, ka hataoko tahaka ny peratra fanombohako ianao; fa efa nofidiko ianao, hoy Jehovah Tompon’ny maro. Hagay 2:23.</w:t>
      </w:r>
    </w:p>
    <w:p>
      <w:pPr>
        <w:pStyle w:val="ArticleBody"/>
        <w:jc w:val="left"/>
      </w:pPr>
      <w:r>
        <w:rPr>
          <w:rFonts w:ascii="Times New Roman" w:hAnsi="Times New Roman" w:eastAsia="Times New Roman" w:cs="Times New Roman"/>
        </w:rPr>
        <w:t>Zerobabela dia midika hoe taranak’i Babylona, ary ny rainy dia Sealtiela, izay midika hoe “nangatahana tamin’Andriamanitra.” Zerobabela dia maneho ny hafatry ny anjely faharoa izay miantso ny taranak’i Babylona ho ao amin’ny andian’ondrin’Andriamanitra amin’ny andro farany. Ny singan’ny “vavaka” dia mifandray amin’ny efatra arivo amby efatra alina sy iray hetsy izay miantso ny taranaka farany avy amin’i Babylona hivoaka, fa izany fifohazana izany dia mitranga amin’ny alalan’ny vavaka ihany.</w:t>
      </w:r>
    </w:p>
    <w:p>
      <w:pPr>
        <w:pStyle w:val="ArticleScripture"/>
        <w:jc w:val="left"/>
      </w:pPr>
      <w:r>
        <w:rPr>
          <w:rFonts w:ascii="Times New Roman" w:hAnsi="Times New Roman" w:eastAsia="Times New Roman" w:cs="Times New Roman"/>
        </w:rPr>
        <w:t>“Ny fifohazan’ny tena toe-panahy araka an’Andriamanitra eo amintsika no lehibe indrindra sy maika indrindra amin’ny zavatra rehetra ilaintsika. Ny fikatsahana izany no tokony ho asantsika voalohany. Tsy maintsy hisy ezaka mafana fo mba hahazoana ny fitahian’ny Tompo, tsy satria Andriamanitra tsy vonona hanome antsika ny fitahiany, fa satria isika no tsy vonona handray izany. Ny Raintsika izay any an-danitra dia vonona kokoa hanome ny Fanahiny Masina ho an’izay mangataka Aminy noho ny ray aman-dreny etỳ an-tany hanome zava-tsoa ho an’ny zanany. Nefa asantsika kosa, amin’ny alalan’ny fiaiken-keloka sy ny fietren-tena sy ny fibebahana ary ny vavaka mafana fo, no manatanteraka ireo fepetra izay nampanantenain’Andriamanitra hanomezany antsika ny fitahiany. Ny fifohazana dia tsy azo andrasana raha tsy ho valin’ny vavaka ihany. Raha mbola fadiranovana toy izao ny olona amin’ny Fanahy Masin’Andriamanitra, dia tsy mahay mankasitraka ny fitoriana ny Teny izy; fa rehefa mikasika ny fony ny herin’ny Fanahy, dia tsy ho tsy misy vokany ny toriteny atao. Tarihin’ny fampianaran’ny Tenin’Andriamanitra, miaraka amin’ny fanehoan’ny Fanahiny, eo amin’ny fampiasana fahendrena mahitsy, izay manatrika ny fivoriantsika dia hahazo fanandramana sarobidy, ary rehefa mody any an-tranony, dia ho vonona hampihatra hery mitaona mahasoa.”</w:t>
      </w:r>
    </w:p>
    <w:p>
      <w:pPr>
        <w:pStyle w:val="ArticleScripture"/>
        <w:jc w:val="left"/>
      </w:pPr>
      <w:r>
        <w:rPr>
          <w:rFonts w:ascii="Times New Roman" w:hAnsi="Times New Roman" w:eastAsia="Times New Roman" w:cs="Times New Roman"/>
        </w:rPr>
        <w:t>Ireo mpitondra faneva fahiny dia nahafantatra izay atao hoe miady mafy amin’Andriamanitra amin’ny vavaka, sy mifaly amin’ny firotsahan’ny Fanahiny. Kanefa ireo dia efa miala eo amin’ny sehatry ny asa; ary iza no miakatra hameno ny toerany? Manao ahoana ny amin’ny taranaka mitsangana? Efa niova fo ho amin’Andriamanitra va izy? Moa mifoha amin’ny asa izay mandeha ao amin’ny fitoerana masina any an-danitra va isika, sa miandry hery manery iray hihatra amin’ny fiangonana vao hifoha? Manantena ve isika ny hahita ny fiangonana manontolo ho velomina indray? Tsy ho avy na oviana na oviana izany andro izany.</w:t>
      </w:r>
    </w:p>
    <w:p>
      <w:pPr>
        <w:pStyle w:val="ArticleScripture"/>
        <w:jc w:val="left"/>
      </w:pPr>
      <w:r>
        <w:rPr>
          <w:rFonts w:ascii="Times New Roman" w:hAnsi="Times New Roman" w:eastAsia="Times New Roman" w:cs="Times New Roman"/>
        </w:rPr>
        <w:t>“Misy olona ao am-piangonana izay tsy mbola niova fo, ary tsy hiray amin’ny vavaka mafana sy maharesy lahatra izy ireo. Tsy maintsy miroso amin’ny asa isika tsirairay avy. Tsy maintsy mivavaka bebe kokoa isika, ary miteny kely kokoa. Mihabetsaka ny heloka, ary tsy maintsy ampianarina ny olona mba tsy ho afa-po amin’ny endriky ny toe-panahy araka an’Andriamanitra, kanefa tsy manana ny fanahy sy ny hery. Raha mazoto handinika ny fontsika isika, hanaisotra ny fahotantsika, ary hanitsy ny fironantsika ratsy, dia tsy hasandratra ho amin’ny zava-poana ny fanahintsika; tsy hatoky tena isika, fa hanana fahatsapana maharitra fa avy amin’Andriamanitra ny fahampian-tsika.” Selected Messages, boky 1, 121, 122.</w:t>
      </w:r>
    </w:p>
    <w:p>
      <w:pPr>
        <w:pStyle w:val="ArticleBody"/>
        <w:jc w:val="left"/>
      </w:pPr>
      <w:r>
        <w:rPr>
          <w:rFonts w:ascii="Times New Roman" w:hAnsi="Times New Roman" w:eastAsia="Times New Roman" w:cs="Times New Roman"/>
        </w:rPr>
        <w:t>Ny famantarana eny an-dalana momba ny vavaka dia aseho ao amin’ny Daniela, izay mamaritra vavaka iray mba hahatakarana ny hafatra ivelany ao amin’ny toko faharoa, ary koa vavaka iray mba hanatanterahana ny hafatra anatiny izay aseho ao amin’ny toko fahasivy. I Zerobabela sy Sieltiela rainy dia maneho ny fanisiana tombo-kase ny iray hetsy sy efatra alina amby efatra arivo amin’ny fitsapana faharoa, izay ilay fitsapana hita maso momba ny sarin’ny bibidia, izay koa no fitsapana anatiny aseho ao amin’ny Apokalypsy toko faha-iraika ambin’ny folo, andininy faha-iraika ambin’ny folo, ary koa ny fitsapana ivelany aseho ao amin’ny Daniela toko faha-iraika ambin’ny folo, andininy faha-iraika ambin’ny folo.</w:t>
      </w:r>
    </w:p>
    <w:p>
      <w:pPr>
        <w:pStyle w:val="ArticleBody"/>
        <w:jc w:val="left"/>
      </w:pPr>
      <w:r>
        <w:rPr>
          <w:rFonts w:ascii="Times New Roman" w:hAnsi="Times New Roman" w:eastAsia="Times New Roman" w:cs="Times New Roman"/>
        </w:rPr>
        <w:t>Hodinihintsika hatrany ao amin’ny lahatsoratra manaraka ny andininy faha-iraika ambin’ny folo.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Nomera Sivy</dc:title>
  <dc:subject>Andalana Fahefatra</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