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Nomery Dimy Ambin’ny Folo</w:t>
      </w:r>
    </w:p>
    <w:p>
      <w:pPr>
        <w:pStyle w:val="ArticleSubtitle"/>
        <w:jc w:val="left"/>
      </w:pPr>
      <w:r>
        <w:rPr>
          <w:rFonts w:ascii="Arial" w:hAnsi="Arial" w:eastAsia="Arial" w:cs="Arial"/>
        </w:rPr>
        <w:t>“250” In-telo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Amin’ny taona 2026, i Trump dia hankalaza ny faha-250 taonan’i Amerika, ka izany dia mifanaraka amin’ireo “250” taona manomboka amin’ny 457 tal. J.K. ka hatrany amin’i Antiokosy Magnus ao amin’ny tantara eo anelanelan’ny ady tao Rafia sy ny ady tao Panium. Amin’ny fiafaran’ireo “250” taona dia i Antiokosy Magnus no mijoro amin’ny 207 tal. J.K., folo taona taorian’i Rafia ary fito taona talohan’i Panium. Ny porofon’ireo “250” taona dia mifanaraka koa amin’ilay fe-potoana “250” taonan’i Roma jentilisa, satria tamin’ny taona 64 dia i Néron no nanomboka ny fanenjehana ny Kristiana ary “250” taona tatỳ aoriana, tamin’ny didy tao Milan tamin’ny 313, i Constantin Lehibe no nanome sata ara-dalàna ny Kristianisma, ka nifarana ny fanenjehana.</w:t>
      </w:r>
    </w:p>
    <w:p>
      <w:pPr>
        <w:pStyle w:val="ArticleBody"/>
        <w:jc w:val="left"/>
      </w:pPr>
      <w:r>
        <w:rPr>
          <w:rFonts w:ascii="Times New Roman" w:hAnsi="Times New Roman" w:eastAsia="Times New Roman" w:cs="Times New Roman"/>
        </w:rPr>
        <w:t>Donald Trump dia fantatra noho ny ezaka ataony hampamerina an’i Amerika ho lehibe indray; izany no mariky ny mpanara-dia azy—MAGA. Trump dia efa naseho ho tandindona ao amin’ny faminaniana amin’ny alalan’i Constantine Lehibe, Antiochus Lehibe, ary mazava ho azy, ao amin’ireo andininy vitsivitsy voalohany ao amin’ny Daniela 11, izy dia Kyrosy Lehibe, Ksersesy Lehibe ary aorian’izany dia Aleksandra Lehibe. Hatramin’ny didin’i Kyrosy sy Dariosa ary Artaksersesy tamin’ny 457 tal. J.K. ka hatramin’ny tantaran’i Panium dia dimampolo amby roanjato taona. Ny fiafaran’ireo taona “250” dia eo amin’ny teboka afovoany eo anelanelan’i Rafia sy Panium, ary toy izany koa ny amin’ny 2026. Ny 2026 no afovoan’ny fe-potoana faharoan’i Trump. Ny taona “250” amin’ny fanenjehana nataon’i Néron dia mitondra ho amin’ny didy iray izay mampitsahatra ny fanenjehana ny Kristiana. Ny tsipik’i Néron no tsipika afovoany amin’ireo tsipika telo misy taona “250” izay asehon’i Kyrosy sy Néron ary Trump.</w:t>
      </w:r>
    </w:p>
    <w:p>
      <w:pPr>
        <w:pStyle w:val="ArticleBody"/>
        <w:jc w:val="left"/>
      </w:pPr>
      <w:r>
        <w:rPr>
          <w:rFonts w:ascii="Times New Roman" w:hAnsi="Times New Roman" w:eastAsia="Times New Roman" w:cs="Times New Roman"/>
        </w:rPr>
        <w:t>Kyrosy no nanao ny didy voalohany, ary Artaksersesy no nanao ny didy fahatelo. Kyrosy no anjely voalohany ary Artaksersesy no anjely fahatelo. Kasàko ny hampiasa an’i Kyrosy ho tandindon’ireo didy telo manontolo izay miara-manondro ny taona 457 tal. J.K.</w:t>
      </w:r>
    </w:p>
    <w:p>
      <w:pPr>
        <w:pStyle w:val="ArticleBody"/>
        <w:jc w:val="left"/>
      </w:pPr>
      <w:r>
        <w:rPr>
          <w:rFonts w:ascii="Times New Roman" w:hAnsi="Times New Roman" w:eastAsia="Times New Roman" w:cs="Times New Roman"/>
        </w:rPr>
        <w:t>Kirosy dia manomboka tsipika “250” taona amin’ny 457 talohan’i Kristy, izay mifarana ao amin’ny tantaran’i Panium, dia ny tantaran’i Antiokosy Lehibe, izay i Donald Trump. Panium no andininy mialoha ny lalàn’ny Alahady. Kirosy no manamarika ny fiandohan’ny tsipika ara-tantara “250” taona izay maneho ny tandroka Repoblikana an’ilay bibidia avy amin’ny tany, ary Kirosy koa no manamarika ny fiandohan’ny tsipika ara-tantara 2.300 taona izay maneho ny tandroka Protestanta an’ilay bibidia avy amin’ny tany.</w:t>
      </w:r>
    </w:p>
    <w:p>
      <w:pPr>
        <w:pStyle w:val="ArticleBody"/>
        <w:jc w:val="left"/>
      </w:pPr>
      <w:r>
        <w:rPr>
          <w:rFonts w:ascii="Times New Roman" w:hAnsi="Times New Roman" w:eastAsia="Times New Roman" w:cs="Times New Roman"/>
        </w:rPr>
        <w:t>Nero dia manomboka tsipika iray eo amin’ny tantara izay maneho fanenjehana mankany amin’ny fandeferana mitarika amin’ny fombafomba ifanarahana. Tsy tahaka an’i Kyrosy sy Etazonia, izay maneho tsipika iray mifarana eo amin’ny teboka afovoan’ny vanim-potoana ara-paminaniana, ny tsipikan’i Nero kosa dia mifarana amin’ny sary maneho vanim-potoana iray miandalana amin’ny fombafomba ifanarahana, manomboka amin’ny Didin’i Milan tamin’ny 313, avy eo amin’ny lalàna Alahady voalohany tamin’ny 321, izay narahin’ny fizarana an’i Roma ho atsinanana sy andrefana tamin’ny 330. I Constantine dia aseho amin’ireo daty telo rehetra ireo. Ao amin’ny tsipikan’i Nero, hatramin’ny 313 ka hatramin’ny 330 dia fito ambin’ny folo taona. Ao amin’ny tsipikan’i Kyrosy, hatramin’ny adin’i Raphia tamin’ny 217 BC ka hatramin’ny adin’i Panium tamin’ny 200 BC dia fito ambin’ny folo taona koa.</w:t>
      </w:r>
    </w:p>
    <w:p>
      <w:pPr>
        <w:pStyle w:val="ArticleBody"/>
        <w:jc w:val="left"/>
      </w:pPr>
      <w:r>
        <w:rPr>
          <w:rFonts w:ascii="Times New Roman" w:hAnsi="Times New Roman" w:eastAsia="Times New Roman" w:cs="Times New Roman"/>
        </w:rPr>
        <w:t>Ao amin’ny toko fahiraika ambin’ny folo ao amin’i Daniela, i Artaksersesy no didy fahatelo. Ny didy fahatelo dia maneho ny anjely fahatelo sy ny lalàna alahady. Ny “250” taona manomboka amin’ny 457 tal. J.K. sy ny “250” taona manomboka amin’ny 1776, dia samy mifarana eo afovoan’ny tantara izay miseho mialoha indrindra ny lalàna alahady ao amin’ny andininy fahenina ambin’ny folo. Ny toko fahiraika ambin’ny folo dia mametraka andininy izay tamin’ny farany dia naneho ny tantaran’ny 1989 ao amin’ny andininy fahafolo, sy ny tantaran’ny Ady Okrainiana izay nanomboka tamin’ny 2014 araka ny aseho ao amin’ny andininy fahiraika ambin’ny folo, ary avy eo ny fiverenan’i Trump amin’ny fe-potoam-piasany faharoa amin’ny 2024, araka ny aseho ao amin’ny andininy fahatelo ambin’ny folo, ary avy eo ny andininy fahaefatra ambin’ny folo no manondro ny 2025, miaraka amin’ny papa voalohany avy amin’ilay tany be voninahitra izay manangana ny fahitana ivelany.</w:t>
      </w:r>
    </w:p>
    <w:p>
      <w:pPr>
        <w:pStyle w:val="ArticleBody"/>
        <w:jc w:val="left"/>
      </w:pPr>
      <w:r>
        <w:rPr>
          <w:rFonts w:ascii="Times New Roman" w:hAnsi="Times New Roman" w:eastAsia="Times New Roman" w:cs="Times New Roman"/>
        </w:rPr>
        <w:t>Ny Daniela 11:40 dia tanteraka tamin’ny 1989, rehefa niongana ny Firaisana Sovietika tamin’ny alalan’ny firaisana miafina teo amin’i John Paul II sy Ronald Reagan. Io firaisana miafina io, tamin’ny fotoanan’ny farany tamin’ny 1989, dia tandindon’ny firaisana misokatra iray amin’ny faran’ny vanim-potoana ara-paminaniana izay nanomboka tamin’ny 1989. Izany firaisana misokatra izany no mametraka ny fahitana.</w:t>
      </w:r>
    </w:p>
    <w:p>
      <w:pPr>
        <w:pStyle w:val="ArticleBody"/>
        <w:jc w:val="left"/>
      </w:pPr>
      <w:r>
        <w:rPr>
          <w:rFonts w:ascii="Times New Roman" w:hAnsi="Times New Roman" w:eastAsia="Times New Roman" w:cs="Times New Roman"/>
        </w:rPr>
        <w:t>Ny taona 2026 no faran’ny “250” taona amin’ny tantara ara-paminaniana, fe-potoana iray izay nanomboka tamin’ny roa amby roapolo taona nanomboka tamin’ny 1776 ka hatramin’ny fotoanan’ny farany tamin’ny 1798. Ny roa amby roapolo taona amin’izany tantara fiandohana izany dia hita taratra ao amin’ny tantara roa amby roapolo taona manomboka amin’ny 9/11 ka hatramin’ny 2023. Tamin’ny faran’ireo roa amby roapolo taona tamin’ny 1798 dia nesorina ny tombo-kasen’ny bokin’i Daniela; ary tamin’ny faran’ireo roa amby roapolo taona izay nanomboka tamin’ny 9/11 ka nifarana tamin’ny 31 Desambra 2023, dia nanomboka nanesotra ny tombo-kasen’ny Apokalypsin’i Jesosy Kristy ny Liona avy amin’ny firenen’i Joda.</w:t>
      </w:r>
    </w:p>
    <w:p>
      <w:pPr>
        <w:pStyle w:val="ArticleBody"/>
        <w:jc w:val="left"/>
      </w:pPr>
      <w:r>
        <w:rPr>
          <w:rFonts w:ascii="Times New Roman" w:hAnsi="Times New Roman" w:eastAsia="Times New Roman" w:cs="Times New Roman"/>
        </w:rPr>
        <w:t>Ny hafatra izay novahana ny tombo-kaseny tamin’ny faran’ny roa amby roapolo taona, tamin’ny 1798, dia nentina teo imason’ny besinimaro tamin’ny 1831, roanjato sy roapolo taona taorian’ny namoahana ny Baiboly King James tamin’ny 1611. Hatramin’ny 1798 ka hatramin’ny 1831, dia nosokafana tsikelikely ny Tenin’Andriamanitra ara-paminaniana. Tamin’ny 1831 dia efa teo amin’ny sehatry ny besinimaro izany, ka ny lehilahy sy ny vehivavy dia azo notazonina ho tompon’andraikitra amin’ilay hafatra izay novahana ny tombo-kaseny tamin’ny 1798. Ary tamin’ny 1840 dia nisy “zava-nitranga miavaka iray hafa,” araka ny iantsoan’i Rahavavy White azy, izay nitranga rehefa tanteraka ny faminaniana iray momba ny finoana silamo.</w:t>
      </w:r>
    </w:p>
    <w:p>
      <w:pPr>
        <w:pStyle w:val="ArticleBody"/>
        <w:jc w:val="left"/>
      </w:pPr>
      <w:r>
        <w:rPr>
          <w:rFonts w:ascii="Times New Roman" w:hAnsi="Times New Roman" w:eastAsia="Times New Roman" w:cs="Times New Roman"/>
        </w:rPr>
        <w:t>Avy eo amin’ny fiafaran’ny fe-potoana roa amby roapolo taona (1798) ka hatramin’ny fiafaran’ny fe-potoana roa-jato sy roapolo taona (1831), dia aseho ny fe-potoanan’ny fanesorana ny tombo-kasen’ny hafatra iray. Tafiditra ao anatin’ilay fanoharana ny mari-dalana iray izay ametrahana amin’ny fomba ofisialy ilay hafatra, arahina mari-dalana iray izay manondro faminaniana iray, izay avy eo dia naverina nokajiana indray, ka rehefa tanteraka izany tatỳ aoriana dia miteraka mari-dalana iray izay manondro ny fiandohan’ny “fanehoana mahagaga ny herin’Andriamanitra.”</w:t>
      </w:r>
    </w:p>
    <w:p>
      <w:pPr>
        <w:pStyle w:val="ArticleBody"/>
        <w:jc w:val="left"/>
      </w:pPr>
      <w:r>
        <w:rPr>
          <w:rFonts w:ascii="Times New Roman" w:hAnsi="Times New Roman" w:eastAsia="Times New Roman" w:cs="Times New Roman"/>
        </w:rPr>
        <w:t>Ny vanim-potoana roa amby roapolo taona teo amin’ny faran’ny hetsika tamin’ny 1989 dia nanomboka tamin’ny 9/11 ka hatramin’ny 2023, tamin’izay nisy faminaniana voavaha indray. Io faminaniana io dia tsy maintsy hanomboka vanim-potoanan’ny fitomboan’ny fahalalana, dia fahalalana izay hitsapa sy hanavaka, fa maro no antsoina, nefa vitsy no voafidy. Hisy fotoana iray izay hampidirana ny hafatra eo amin’ny sehatra ampahibemaso. Haneho ireo toetra mampiavaka ny maha-hafatra efa naverina nokajiana ara-paminaniana azy io hafatra io, ary mbola hisy faminaniana mialoha ao anatiny indray. Rehefa tanteraka ilay faminaniana ampahibemaso, dia homen-kery ny hafatra, araka izay asehon’ny tantaran’ny 1840 sy ny Pentekosta.</w:t>
      </w:r>
    </w:p>
    <w:p>
      <w:pPr>
        <w:pStyle w:val="ArticleBody"/>
        <w:jc w:val="left"/>
      </w:pPr>
      <w:r>
        <w:rPr>
          <w:rFonts w:ascii="Times New Roman" w:hAnsi="Times New Roman" w:eastAsia="Times New Roman" w:cs="Times New Roman"/>
        </w:rPr>
        <w:t>Tamin’ny faharavan’ny Firaisana Sovietika tamin’ny 1989 no nisokafan-tombo-kase i Daniela 11:40; ary tamin’ny 1996 no napetraka teo amin’ny sehatra ampahibemaso ny hafatry ny Daniela 11. Ny 1996 dia roa-jato sy roapolo taona aorian’ny 1776, izay tsy vitan’ny hoe nanomboka ireo roa amby roapolo taona nifarana tamin’ny 1798, fa nanomboka koa ireo roa-jato sy dimampolo taona mifarana amin’ny 2026. Ny tandroka Repoblikana dia mahatratra teboka afovoany amin’ny fifidianana antenantenam-potoana ara-politika amin’ny 2026, ary ny tandroka Protestanta dia mahatratra hatramin’ny 2026, izay faran’ny fe-potoana telopolo taona nanomboka tamin’ny famolavolana ara-pomba ofisialy ny hafatra tamin’ny 1996, dia ilay hafatra nosokafan-tombo-kase tamin’ny fotoan’ny farany tamin’ny 1989. Mandrakariva i Jesosy no mampiseho ny farany amin’ny alalan’ny fiandohana; koa ny 2026 no taona tokony hamolavolana ara-pomba ofisialy ny hafatra voahitsy momba ny Antso Antsasakalina, telopolo taona aorian’ny namolavolana ara-pomba ofisialy tamin’ny 1996 ilay hafatra nosokafan-tombo-kase tamin’ny 1989.</w:t>
      </w:r>
    </w:p>
    <w:p>
      <w:pPr>
        <w:pStyle w:val="ArticleBody"/>
        <w:jc w:val="left"/>
      </w:pPr>
      <w:r>
        <w:rPr>
          <w:rFonts w:ascii="Times New Roman" w:hAnsi="Times New Roman" w:eastAsia="Times New Roman" w:cs="Times New Roman"/>
        </w:rPr>
        <w:t>Ny tsipika ara-potoana “250” taona izay manomboka amin’ny 1776 dia mitondra anao ho amin’ny 2026, dia ny fe-potoana afovoan’ny fitondran’i Donald Trump, mialoha indrindra ny adin’i Etazonia sy Rosia, izay manomboka rehefa vahana ny ampondra ary mamely an’i Etazonia indray ny Silamo tahaka ny nataony tamin’ny 9/11.</w:t>
      </w:r>
    </w:p>
    <w:p>
      <w:pPr>
        <w:pStyle w:val="ArticleBody"/>
        <w:jc w:val="left"/>
      </w:pPr>
      <w:r>
        <w:rPr>
          <w:rFonts w:ascii="Times New Roman" w:hAnsi="Times New Roman" w:eastAsia="Times New Roman" w:cs="Times New Roman"/>
        </w:rPr>
        <w:t>Ny tsipika “250” an’i Nero no tsipika afovoany amin’ireo tsipika telo, ara-tantara sy ara-paminaniana. Izany no mampahafantatra ny tsipikan’i Nero ho ilay anjely faharoa, izay fitsapana faharoa mialoha ny fitsapana fahatelo. Io fitsapana faharoa io dia ny fitsapana ny sarin’ny bibidia, izay maneho ny fananganana miandalana ny firaisan’ny fiangonana sy ny fanjakana, izay asehon’ny didin’i Milan tamin’ny 313 ho tandindona, ka izany indray no nitarika ho amin’ny lalàna Alahady voalohany tamin’ny 321, ary avy eo ho amin’ilay faharavan’ny firenena izay manaraka lalàna Alahady mandrakariva, araka ny asehon’ny tantaran’ny 330.</w:t>
      </w:r>
    </w:p>
    <w:p>
      <w:pPr>
        <w:pStyle w:val="ArticleBody"/>
        <w:jc w:val="left"/>
      </w:pPr>
      <w:r>
        <w:rPr>
          <w:rFonts w:ascii="Times New Roman" w:hAnsi="Times New Roman" w:eastAsia="Times New Roman" w:cs="Times New Roman"/>
        </w:rPr>
        <w:t>Ny didin’i Milan tamin’ny taona 313 no manamarika ny fiandohan’ny fanorenana ny fifandraisan’ny fiangonana sy ny fanjakana any Etazonia, izay mitarika tsikelikely ho amin’ny lalàn’ny Alahady ao amin’ny andininy fahenina ambin’ny folo. Nanomboka tamin’ny 9/11 izany asa izany tamin’ny alalan’ny Patriot Act, kanefa ao amin’ny fraktaly eo amin’ny faran’ny fotoan’ny fanisiana tombo-kase, ny Patriot Act sy ny didin’i Milan dia samy tandindon’ny asa iray izay manomboka vanim-potoana mandroso misy fifanekena manimba, ka mitarika ho amin’ilay lalàn’ny Alahady izay ho avy tsy ho ela. Izy io no voalohany amin’ny andiana asa ara-paminaniana izay mampiray mivantana ny fiangonana sy ny fanjakana any Etazonia, ary mitarika amin’ny farany ho amin’ny lalàn’ny Alahady.</w:t>
      </w:r>
    </w:p>
    <w:p>
      <w:pPr>
        <w:pStyle w:val="ArticleBody"/>
        <w:jc w:val="left"/>
      </w:pPr>
      <w:r>
        <w:rPr>
          <w:rFonts w:ascii="Times New Roman" w:hAnsi="Times New Roman" w:eastAsia="Times New Roman" w:cs="Times New Roman"/>
        </w:rPr>
        <w:t>Ny didin’i Milan tamin’ny taona 313 dia manana ireo singa ireo ao anatin’ny firaketana ara-tantarany, satria tsy didy tokana akory izany; fa andiana taratasy avy tamin’i Licinius, mpanapaka ny faritra atsinanan’i Roma. Tamin’izany fotoana izany dia mbola mpanompo sampy mafy ny faritra atsinanan’i Roma, kanefa i Constantin kosa nanokatra ny fanjakany tany andrefana ho amin’ny Kristianisma. Ny fifanarahana dia nitranga tamin’ny volana Febroary 313, nandritra ny fihaonana an-tampony izay nanambadian’i Licinius koa ny anabavin-drainy iray tam-po amin’i Constantin mba hanamafisana ny fanekem-pihavanany. Ny taratasin’i Licinius izay navoaka teo amin’ny faritra atsinanan’ny fanjakana dia nampihatra ny fahafahan’ny Kristianina sy ny olon-kafa rehetra mivavaka malalaka, ary koa ny famerenana ny fananan’ny Kristianina izay nogiazana.</w:t>
      </w:r>
    </w:p>
    <w:p>
      <w:pPr>
        <w:pStyle w:val="ArticleBody"/>
        <w:jc w:val="left"/>
      </w:pPr>
      <w:r>
        <w:rPr>
          <w:rFonts w:ascii="Times New Roman" w:hAnsi="Times New Roman" w:eastAsia="Times New Roman" w:cs="Times New Roman"/>
        </w:rPr>
        <w:t>Ny didy navoakan’i Milan dia namarana ireo “250” taona nisian’ny fanenjehana, ary maneho fe-potoana iray izay hanesorana tsikelikely amin’ny Kristianina ny fahafahana rehetra asehon’io didy io, raha miara-mandroso amin’i Trump ho amin’ilay lalàn’ny Alahady izay ho avy tsy ho ela izao tontolo izao.</w:t>
      </w:r>
    </w:p>
    <w:p>
      <w:pPr>
        <w:pStyle w:val="ArticleScripture"/>
        <w:jc w:val="left"/>
      </w:pPr>
      <w:r>
        <w:rPr>
          <w:rFonts w:ascii="Times New Roman" w:hAnsi="Times New Roman" w:eastAsia="Times New Roman" w:cs="Times New Roman"/>
        </w:rPr>
        <w:t>“Raha tian’ny mpamaky ho fantany ny hery hampiasaina ao amin’ilay fifanandrinana izay ho avy tsy ho ela, dia tsy maintsy arahiny fotsiny ny tantaran’ireo fomba nampiasain’i Roma ho amin’io tanjona io ihany tamin’ny taonjato lasa. Raha tiany ho fantatra ny fomba hitondran’ny papista sy ny Protestanta miray hina amin’izay mandà ny dogmany, dia aoka ho hitany ny fanahy nasehon’i Roma tamin’ny Sabata sy tamin’ireo mpiaro azy.</w:t>
      </w:r>
    </w:p>
    <w:p>
      <w:pPr>
        <w:pStyle w:val="ArticleScripture"/>
        <w:jc w:val="left"/>
      </w:pPr>
      <w:r>
        <w:rPr>
          <w:rFonts w:ascii="Times New Roman" w:hAnsi="Times New Roman" w:eastAsia="Times New Roman" w:cs="Times New Roman"/>
        </w:rPr>
        <w:t>“Ny didy navoakan’ny mpanjaka, ny konsily jeneralin’ny fiangonana, ary ny fitsipika ara-piangonana tohanan’ny fahefana ara-panjakana no dingana nahatonga ilay fety jentilisa hahazo toerana manan-kaja teo amin’ny tontolo kristiana. Ny fepetra ampahibemaso voalohany nanery ny fitandremana ny Alahady dia ny lalàna nolanian’i Constantin. (A.D. 321) Io didy io dia nitaky ny hialan-tsasatra amin’ny ‘andro mendri-kaja an’ny masoandro’ ny mponina tao an-tanàna, nefa namela ny mponina any ambanivohitra hanohy ny asa famboleny. Na dia didy jentilisa ihany aza izany amin’ny tena izy, dia nampiharin’ny amperora izy rehefa avy nanaiky ny Kristianisma tamin’ny anarana fotsiny.” The Great Controversy, 573, 574.</w:t>
      </w:r>
    </w:p>
    <w:p>
      <w:pPr>
        <w:pStyle w:val="ArticleBody"/>
        <w:jc w:val="left"/>
      </w:pPr>
      <w:r>
        <w:rPr>
          <w:rFonts w:ascii="Times New Roman" w:hAnsi="Times New Roman" w:eastAsia="Times New Roman" w:cs="Times New Roman"/>
        </w:rPr>
        <w:t>Ny isa “25,” izay ampahafolon’ny “250” dia maneho fikomiana sy fisarahana. Ireo mpitarika “25” ao amin’ny Adventisma Laodiseana izay miankohoka amin’ny masoandro ao amin’ny Ezekiela toko fahavalo dia voasaraka amin’ireo izay voaisy tombo-kase ao amin’ny toko manaraka avy hatrany, ary Sister White dia manondro mazava tsara fa ny fanisiana tombo-kase ao amin’ny Ezekiela toko fahasivy dia ilay fanisiana tombo-kase an’ireo iray hetsy sy efatra alina amby efa-polo arivo ao amin’ny Apokalypsy. Ireo lehilahy “25” ireo dia ampahafolon’ireo lehilahy “250” malaza izay niaraka tamin’ny fikomian’i Kora, Datana, ary Abirama. Norarana tsy hiala tamin’ny fivorian’ny Fihaonambe Lehibe tamin’ny 1888 i Sister White, satria nilaza taminy i Gabriela fa tsy maintsy mijanona izy ka handrakitra an-tsoratra ny fikomian’i Minneapolis, fa famerenana ny fikomian’i Kora izany. “250” dia tandindon’ny fikomiana sy fisarahana. Ao amin’ny Matio “25” dia misy fanoharana telo izay mampianatra momba ny fisarahan’ny ratsy fanahy sy ny hendry. Ny tandroka Repoblikana sy Protestanta dia samy iharan’ny fotoana fitsapana izay aseho ho taranaka efatra, ary samy tsaraina ao anatin’io fe-potoana io ihany na ny vahoakan’ny fanekena na ny firenena izay anorenana ny vahoakan’ny fanekena.</w:t>
      </w:r>
    </w:p>
    <w:p>
      <w:pPr>
        <w:pStyle w:val="ArticleBody"/>
        <w:jc w:val="left"/>
      </w:pPr>
      <w:r>
        <w:rPr>
          <w:rFonts w:ascii="Times New Roman" w:hAnsi="Times New Roman" w:eastAsia="Times New Roman" w:cs="Times New Roman"/>
        </w:rPr>
        <w:t>Ao anatin’ireo “250” taona an’ilay bibidia avy amin’ny tany, izay fanjakana fahenina ao amin’ny faminanian’ny Baiboly sady i Etazonia, ny tsipik’i Néron dia manondro didy iray, araka izay asehon’ny Didin’i Milan, izay manamarika ny fiandohan’ny fisandratana miandalana amin’ny ady amin’ny alalan’ny lalàna, ka mifarana amin’ilay didin’ny lalàn’ny Alahady tamin’ny taona 321, mampiditra vanim-potoana iray izay mifarana amin’ny 330, rehefa zaraina ho sokajy roa izao tontolo izao manontolo, aseho ho atsinanana sy andrefana. Io fe-potoana sivy taona manomboka amin’ny 321 ka hatramin’ny 330 io koa dia ireo fito andro amin’ny Tabernakely, izay manomboka amin’ny lalàn’ny Alahady tamin’ny 321, ary mifarana rehefa mitsangana Mikaela ka mihidy ny fotoam-pahasoavana amin’ny 330.</w:t>
      </w:r>
    </w:p>
    <w:p>
      <w:pPr>
        <w:pStyle w:val="ArticleBody"/>
        <w:jc w:val="left"/>
      </w:pPr>
      <w:r>
        <w:rPr>
          <w:rFonts w:ascii="Times New Roman" w:hAnsi="Times New Roman" w:eastAsia="Times New Roman" w:cs="Times New Roman"/>
        </w:rPr>
        <w:t>Ny fandavana ny fahatakarana fototra Millerita fa i Roma no manangana ny fahitana dia tsy fahombiazana amin’ilay fitsapana fototra izay tonga tamin’ny 31 Desambra 2023 ka nifarana tamin’ny nifidianana ny papa voalohany avy amin’ny tany be voninahitra tamin’ny 8 Mey 2025. Ny fahamarinana fototra izay nahafahan’i William Miller nahafantatra an’i Roma ho tandindona izay manangana ny fahitana dia ilay fahamarinana izay, raha lavina, no mitondra fitaka mahery. Ny tsy fahombiazan’izany fitsapana voalohany izany dia mitondra ilay fitaka mahery ao amin’ny Tesaloniana ary manaporofo fa ireo adala izay tsy mahatakatra—dia tsy tia ny “Fahamarinana.” Ny fandavana ilay tandindona izay manangana ny fahitana ivelany dia fandavana ilay fitsapana fototra, izay voalohany amin’ny fitsapana telo. Sister White dia mampifanaraka ny fitsapana voalohany tamin’ny andron’i Kristy amin’ny hafatry Jaona Mpanao Batisa. Izy dia milaza fa ireo izay nandà ny hafatr’i Jaona dia tsy hahazo tombontsoa amin’ny fampianaran’i Jesosy, ary tsy ho afaka hahita ny fiovan’ny fitondram-potoana rehefa nifindra avy teo amin’ny kianja ho ao amin’ny Toerana Masina i Kristy.</w:t>
      </w:r>
    </w:p>
    <w:p>
      <w:pPr>
        <w:pStyle w:val="ArticleBody"/>
        <w:jc w:val="left"/>
      </w:pPr>
      <w:r>
        <w:rPr>
          <w:rFonts w:ascii="Times New Roman" w:hAnsi="Times New Roman" w:eastAsia="Times New Roman" w:cs="Times New Roman"/>
        </w:rPr>
        <w:t>Nampifanarany tamin’ny vanim-potoanan’ny Millerita izany fizotry ny fizahan-toetra miandalana izany, ary ampianariny fa ireo izay nandà ny hafatry ny anjely voalohany dia mifanandrify amin’ireo Jiosy izay nandà ny hafatr’i Jaona. Ao amin’ny tsipika ara-tantara tsirairay, ireo izay tsy nahomby tamin’ny fizahan-toetra voalohany dia tsy nahazo tombontsoa tamin’ny dingana manaraka, ary natao jamba tsy hahita ny fiovan’ny fotoam-pitantanan’i Kristy. Ireo izay nandà ny hafatry ny 9/11 dia tsy afaka nahita fa nanomboka nitsara ny velona Kristy. Ireo izay tsy mahomby amin’ny fizahan-toetra fototra amin’ny 2023 dia tsy hahita ny fiovana fifandimbiasana avy amin’ny fiangonana miady ho amin’ny fiangonana mandresy. Ireo izay nandà ny iray amin’ireo fizahan-toetra fototra ireo dia niafara tao amin’ny “haizina tanteraka.” Raha tsy misy fahitana, ny vahoaka dia miafara amin’ny haizina tanteraka, ary i Roma no mametraka ny hazavan’ny fahitana ivelany. Io fahamarinana io dia azo fantarina ao amin’ireo papa telo sy ny fifandraisany amin’ireo filoha telo izay mitsangana ao amin’ireo ady telo ao amin’ny andininy faha-folo, faha-iraika ambin’ny folo ary faha-dimy ambin’ny folo ao amin’ny Daniela 11.</w:t>
      </w:r>
    </w:p>
    <w:p>
      <w:pPr>
        <w:pStyle w:val="ArticleBody"/>
        <w:jc w:val="left"/>
      </w:pPr>
      <w:r>
        <w:rPr>
          <w:rFonts w:ascii="Times New Roman" w:hAnsi="Times New Roman" w:eastAsia="Times New Roman" w:cs="Times New Roman"/>
        </w:rPr>
        <w:t>Ny tsipika ivelany “250” taonan’i Kyrosy, izay nifarana tamin’ny 207 tal. J.K. teo afovoan’ny fe-potoana fito ambin’ny folo taona voamariky ny adin’i Rafia hatramin’ny adin’i Paniona, dia nifanaraka tamin’ilay tsipika “250” taona izay nanomboka tamin’i Nero ka nifarana tamin’ny didin’i Milan tamin’ny 313, ka izany no nanamarika ny fe-potoana fito ambin’ny folo taonan’i Constantin Lehibe. Donald Trump dia mijoro ho Antiochus Lehibe tamin’ny 207 tal. J.K., izay 2026, ary izy koa dia mijoro ho Constantin Lehibe amin’ny 313, eo am-piandohan’ny fotoam-pitsapana ny sarin’ilay bibidia. Ny 4 Jolay 2026, Trump amin’ny maha-Antiochus sy Constantin azy dia manao an’i Amerika ho “lehibe.” Trump no fahatelo amin’ireo filoha telo izay mifanaraka amin’ireo ady telo ao amin’ny andininy faha-folo, faha-iraika ambin’ny folo ary faha-dimy ambin’ny folo. Reagan no voalohany tamin’ireo telo ireo ary Obama no teo afovoany. Ireo filoha telo ireo dia mitondra ny sonian’ny “fahamarinana,” ary Reagan sy Trump dia tsy maneho ny voalohany sy ny fahatelo ihany, fa ny alfa sy ny omega koa.</w:t>
      </w:r>
    </w:p>
    <w:p>
      <w:pPr>
        <w:pStyle w:val="ArticleBody"/>
        <w:jc w:val="left"/>
      </w:pPr>
      <w:r>
        <w:rPr>
          <w:rFonts w:ascii="Times New Roman" w:hAnsi="Times New Roman" w:eastAsia="Times New Roman" w:cs="Times New Roman"/>
        </w:rPr>
        <w:t>Ny toetra ara-paminaniana ananan’ny filoha tsirairay dia izao: rehefa manjaka izy ireo, dia manana firaisana amin’ny papa amin’izany vanim-potoana izany. Reagan sy Jean-Paul II dia nifanaraka mangingina, raha nampianjera ny Firaisana Sovietika tamin’ny 1989 izy ireo, ho fahatanterahan’ny andininy faha-folo sy faha-efapolo ao amin’ny Daniela toko faha-iraika ambin’ny folo. Obama, ilay filoha globalista “woke” teo anelanelan’i Reagan sy Trump, dia nifandrindra ara-poto-kevitra tamin’ilay papa “woke”, François. Ny firaisan’i Trump amin’i papa Leo dia miharihary hitan’ny rehetra, ary tamin’ny 2025 dia notokanana ho filoha i Trump ary notokanana ho antikristy i Leo. Ny fifandraisana ara-panahin’ny filoha iray sy ny papa iray dia asehon’i Jezebela sy ny mpaminanin’i Bala. Ny fifandraisana ara-politikan’ny filoha iray sy ny papa iray kosa dia asehon’i Jezebela sy Ahaba. Na amin’iza na amin’iza amin’ireo fanehoana ireo, Jezebela no lohany.</w:t>
      </w:r>
    </w:p>
    <w:p>
      <w:pPr>
        <w:pStyle w:val="ArticleScripture"/>
        <w:jc w:val="left"/>
      </w:pPr>
      <w:r>
        <w:rPr>
          <w:rFonts w:ascii="Times New Roman" w:hAnsi="Times New Roman" w:eastAsia="Times New Roman" w:cs="Times New Roman"/>
        </w:rPr>
        <w:t>“Rehefa manakaiky ny krizy farany isika, dia zava-dehibe indrindra ny hisian’ny firindrana sy ny firaisan-tsaina eo amin’ireo fitaovan’ny Tompo. Feno tafio-drivotra sy ady ary fifandirana izao tontolo izao. Kanefa eo ambanin’ny loha iray—dia ny fahefan’ny papa—ny vahoaka dia hiray mba hanohitra an’Andriamanitra amin’ny alalan’ny maha-olona ny vavolombelony. Io firaisana io dia ampiraisin’ilay mpivadi-pinoana lehibe. Raha mitady hampiray ireo mpiasany izy mba hiady amin’ny fahamarinana, dia hiasa koa izy hampisaraka sy hampihahaka ireo mpiaro azy. Ny fialonana, ny fisalasalana ratsy, ny fitenenan-dratsy, dia atosiky ny tenany mba hiteraka tsy fifanarahana sy fisaratsarahana.” Testimonies, boky faha-7, 182.</w:t>
      </w:r>
    </w:p>
    <w:p>
      <w:pPr>
        <w:pStyle w:val="ArticleScripture"/>
        <w:jc w:val="left"/>
      </w:pPr>
      <w:r>
        <w:rPr>
          <w:rFonts w:ascii="Times New Roman" w:hAnsi="Times New Roman" w:eastAsia="Times New Roman" w:cs="Times New Roman"/>
        </w:rPr>
        <w:t>“Amin’izao fotoana anjakan’ny heloka izao, ireo fiangonana Protestanta izay nandà ny hoe: ‘Izao no lazain’i Jehovah,’ dia ho tonga amin’ny toetra hafahafa. Hovaina hitovy amin’izao tontolo izao izy ireo. Noho ny fisarahany amin’Andriamanitra, dia hikatsaka ny hanao ny lainga sy ny fihemorana hiala amin’Andriamanitra ho lalàn’ny firenena izy. Hiasa amin’ireo mpitondra eo amin’ny tany izy mba hametraka lalàna hamerenana ny fahefana very nananan’ilay lehilahin’ny ota, izay mipetraka eo amin’ny tempolin’Andriamanitra ka maneho ny tenany ho Andriamanitra. Ny foto-kevitra Katolika Romana dia horaisina eo ambanin’ny fiarovan’ny fanjakana. Tsy holeferina intsony ny fanoheran’ny fahamarinan’ny Baiboly ataon’ireo izay tsy nanao ny lalàn’Andriamanitra ho fitsipiky ny fiainany.” Review and Herald, 21 Desambra 1897.</w:t>
      </w:r>
    </w:p>
    <w:p>
      <w:pPr>
        <w:pStyle w:val="ArticleBody"/>
        <w:jc w:val="left"/>
      </w:pPr>
      <w:r>
        <w:rPr>
          <w:rFonts w:ascii="Times New Roman" w:hAnsi="Times New Roman" w:eastAsia="Times New Roman" w:cs="Times New Roman"/>
        </w:rPr>
        <w:t>Ny mpaminany sandan’i Bala dia nihinana teo an-databatr’i Jezebela. Jezebela no mpanjakavavy ary ireo mpaminany dia mpaminaniny. Ao amin’ny andininy faha-efapolo amin’ny Daniela toko faha-iraika ambin’ny folo, i Reagan dia naseho tamin’ny hoe “kalesy” sy “mpitaingin-tsoavaly,” izay tandindon’ny tanjaka ara-tafika, ary koa tamin’ny hoe “sambo,” tandindon’ny hery ara-toekarena. Na izany aza, ao amin’ilay andininy, ny fahefana papa no “mpanjaka” avy any avaratra. Ara-paminaniana, i Reagan dia teo ambanin’i Jezebela. Tamin’izany vanim-potoana izany dia gaga nanaraka ilay bibidia izao tontolo izao, satria ny papa Joany Paoly II dia nitety izao tontolo izao mihoatra noho ny papa rehetra talohany. Malachi Martin, mpanoratra jezôita malaza, dia nanoratra momba ny papa Joany Paoly II tao amin’ny bokiny, Keys of This Blood. Ny foto-kevitra nambara mazava tao amin’ilay boky dia izao: tamin’ny andron’i Joany Paoly II sy Reagan dia tao anatin’ny tolona telozoro ho amin’ny fanapahana izao tontolo izao ny fahefana papa, i Etazonia, ary ny Firaisana Sôvietika. Naminany i Martin fa handresy amin’izany tolona izany ny fahefana papa. Ilay firaisana miafina teo amin’i Reagan sy ny antikristy dia nanambara fa efa natomboka ireo hetsika hanasitranana ny ratra mahafaty nahazo ny fahefana papa, araka ny aseho ao amin’ny andininy faha-efapolo sy manaraka ao amin’ny Daniela toko faha-iraika ambin’ny folo. Ny bokin’i Martin dia namerina nanambara indray ny tanjona efa ela notanan’ny fitondrana papaly, dia ny haka an’i Amerika protestanta. Ny fahavononan’i Reagan hanakimpy ny masony manoloana ny zava-misy fa ny papa no antikristin’ny faminanian’ny Baiboly, araka ny fijoroany ho vavolombelona manokana, dia niorina tamin’ny fampiharany diso ny Firaisana Sôvietika ho antikristin’ny faminanian’ny Baiboly.</w:t>
      </w:r>
    </w:p>
    <w:p>
      <w:pPr>
        <w:pStyle w:val="ArticleScripture"/>
        <w:jc w:val="left"/>
      </w:pPr>
      <w:r>
        <w:rPr>
          <w:rFonts w:ascii="Times New Roman" w:hAnsi="Times New Roman" w:eastAsia="Times New Roman" w:cs="Times New Roman"/>
        </w:rPr>
        <w:t>“Ireo izay very hevitra amin’ny fahazoany ny teny, ka tsy mahita ny hevitry ny antikristy, dia azo antoka fa hametraka ny tenany eo amin’ny anilan’ny antikristy.” Kress Collection, 105.</w:t>
      </w:r>
    </w:p>
    <w:p>
      <w:pPr>
        <w:pStyle w:val="ArticleBody"/>
        <w:jc w:val="left"/>
      </w:pPr>
      <w:r>
        <w:rPr>
          <w:rFonts w:ascii="Times New Roman" w:hAnsi="Times New Roman" w:eastAsia="Times New Roman" w:cs="Times New Roman"/>
        </w:rPr>
        <w:t>Reagan no filoham-pirenena voalohany tamin’ireo filoha valo izay amantarana ao amin’ny andininy voalohan’ny Daniela iraika ambin’ny folo, ary izy koa no voalohany amin’ireo filoha telo amin’ireo valo ireo izay manana fifandraisana ara-paminaniana amin’ny antikristy. Ao amin’ny tandindon’ireo firaisana telo an’i Reagan sy Obama ary Trump dia azo fantarina ny mariky ny fahamarinana. Reagan, amin’ny maha-voalohany azy, dia tandindon’ny farany, ary mahagaga sady maro ireo fitoviana samihafa eo amin’i Reagan sy Trump. Ny marika afovoany amin’ireo dingana telo izay mametraka ny teny hebreo hoe “fahamarinana” dia fikomiana, izay ohatra tena mahazatra tokoa ny fitondran’i Obama. Tamin’ny 8 Mey 2025, sambany no napetraka ny papa iray izay avy any Etazonia, ary ny firaisana miafina tamin’i Reagan dia tonga firaisana miharihary tamin’i Trump. Tamin’ny 2025, ny fahefana papaly dia nanokatra ampahibemaso ny fanokanana papa iray avy amin’ny tany be voninahitra, dia Etazonia, izay tena lasibatry ny adiny hatramin’ny 1798. Ny sisa tsy maintsy tanteraka mba hahatanteraka ny faminanian’i Malachi Martin dia ny lalàn’ny Alahady, izay anatanterahana ilay firaisana telo sosona misy ny dragona sy ny bibidia ary ny mpaminany sandoka.</w:t>
      </w:r>
    </w:p>
    <w:p>
      <w:pPr>
        <w:pStyle w:val="ArticleScripture"/>
        <w:jc w:val="left"/>
      </w:pPr>
      <w:r>
        <w:rPr>
          <w:rFonts w:ascii="Times New Roman" w:hAnsi="Times New Roman" w:eastAsia="Times New Roman" w:cs="Times New Roman"/>
        </w:rPr>
        <w:t>“Amin’ny alalan’ny didy manery ny fanorenana ny Fanjakana Papaly, izay mandika ny lalàn’Andriamanitra, dia hisaraka tanteraka amin’ny fahamarinana ny firenentsika. Rehefa haninjitra ny tanany hiampita ny hantsana ny Protestanta mba handray ny tanan’ny fahefana romana, rehefa hanatsotra ny tanany hihoatra ny lavaka mangitsokitsoka izy mba hifandray tanana amin’ny Spiritisma, rehefa, eo ambanin’ny herin’ity firaisana in-telo ity, ny firenentsika handà ny foto-kevitra rehetra ao amin’ny Lalàm-panorenany amin’ny maha-fitondram-panjakana protestanta sy repoblikana azy, ary hanao fepetra hampielezana ny lainga sy ny fitaka papaly, dia amin’izany no ahafahantsika mahalala fa tonga ny fotoana hisehoan’ny asan’i Satana mahagaga, ary efa akaiky ny farany.” Testimonies, boky faha-5, 451.</w:t>
      </w:r>
    </w:p>
    <w:p>
      <w:pPr>
        <w:pStyle w:val="ArticleBody"/>
        <w:jc w:val="left"/>
      </w:pPr>
      <w:r>
        <w:rPr>
          <w:rFonts w:ascii="Times New Roman" w:hAnsi="Times New Roman" w:eastAsia="Times New Roman" w:cs="Times New Roman"/>
        </w:rPr>
        <w:t>Tamin’ny 4 Jolay 2026 i Trump dia mikasa hankalaza ireo taona “250” ireo, sady mijoro eo afovoan’ny fe-potoam-piasany amin’ny maha-filoham-pirenena azy. Io afovoany io dia 207 tal. J.K., eo anelanelan’ny adin’i Raphia sy ny adin’i Panium. Ny afovoan’ireo fito ambin’ny folo taona ireo koa dia manondro ny fiandohan’ireo fito ambin’ny folo taona an’i Nero, izay maneho ny taona 313, sy ny fananganana miandalana ilay sarin’ny bibidia, dia ny firaisan’ny fiangonana sy ny fanjakana, izay mitarika ho amin’ny lalàna alahady tamin’ny 321, sy amin’ny andininy faha-enina ambin’ny folo. Izany vanim-potoana izany dia manomboka amin’ny 313 amin’ny alalan’ny fanambadian’ny atsinanana sy ny andrefana, asehon’ny zana-bavin’i Constantin avy amin’ny andrefana sy i Licinius avy amin’ny atsinanana. Ilay vanim-potoana izay manomboka amin’ny fifanekem-panambadiana eo amin’ny atsinanana sy ny andrefana dia mifarana amin’ny fisarahana na fisaraham-panambadiana eo amin’ny atsinanana sy ny andrefana. Ny mari-pamantarana afovoany dia ny lalàna alahady voalohany.</w:t>
      </w:r>
    </w:p>
    <w:p>
      <w:pPr>
        <w:pStyle w:val="ArticleBody"/>
        <w:jc w:val="left"/>
      </w:pPr>
      <w:r>
        <w:rPr>
          <w:rFonts w:ascii="Times New Roman" w:hAnsi="Times New Roman" w:eastAsia="Times New Roman" w:cs="Times New Roman"/>
        </w:rPr>
        <w:t>I Reagan sy Obama ary Trump dia fehezin’ireo dingana telo amin’ny filazantsara mandrakizay ara-paminaniana, izay aseho ho anjely telo ao amin’ny Apokalypsy toko fahefatra ambin’ny folo. Tamin’ny fitondran’i Obama, izay dingana faharoa, dia nisy papa roa. Francis, ilay papa “woke”, no nanaraka an’i Joseph Ratzinger (tatỳ aoriana Papa Benoît XVI), izay nanompo ho lohan’ny Congregation for the Doctrine of the Faith (CDF) nanomboka ny 25 Novambra 1981 ka hatramin’ny nifidianana azy ho papa tamin’ny 19 Aprily 2005. Nisotro ronono i Ratzinger ary nanomboka ny fanapahany i Francis, ka izany no nahatonga fisian’ny fanindroany amin’ny papa tao anatin’ny fitondran’i Obama.</w:t>
      </w:r>
    </w:p>
    <w:p>
      <w:pPr>
        <w:pStyle w:val="ArticleBody"/>
        <w:jc w:val="left"/>
      </w:pPr>
      <w:r>
        <w:rPr>
          <w:rFonts w:ascii="Times New Roman" w:hAnsi="Times New Roman" w:eastAsia="Times New Roman" w:cs="Times New Roman"/>
        </w:rPr>
        <w:t>I Obama dia voampanga ho sady manatanteraka ny maha-heterosexuel no maha-homosexuel koa, ary izy dia tandindon’ilay mpaminany sandoka an’i Amerika protestanta nihemotra tamin’ny finoana, sady silamo ihany koa izy, izay fivavahan’ilay mpaminany sandoka Mohammed koa. Obama no solontenan’ny rafitra politika an’ilay tany be voninahitra—ilay mpaminany sandoka ao amin’ny Apokalypsy toko fahenina ambin’ny folo—kanefa ny fironam-pony ara-politika tena izy dia nifanaraka tamin’ireo globalista—ilay dragona. Ara-paminaniana, Obama dia skizofrenika, maneho fivavahana sandoka roa, fironana ara-pananahana roa, ary rafitra politika roa, ary tamin’ny fanapahany dia nisy antikristy roa. Na fironana ara-pananahana izany, na fironana ara-politika, na faharesen-dahatra ara-pivavahana, Obama dia nanolo-tena tao amin’ny sehatra tsirairay hijanona ao anaty miafina. Fantatry ny sasany amin’ny anarana hoe, “Obama ilay Mpampisaraka,” noho ny ezaka nataony hampisaraka ny olom-pirenena amerikanina hifandrafy amin’ny tenany ihany, dia hita taratra koa izany ao amin’ireo faharesen-dahatra manokana, ara-politika ary ara-pivavahana nosaronany.</w:t>
      </w:r>
    </w:p>
    <w:p>
      <w:pPr>
        <w:pStyle w:val="ArticleBody"/>
        <w:jc w:val="left"/>
      </w:pPr>
      <w:r>
        <w:rPr>
          <w:rFonts w:ascii="Times New Roman" w:hAnsi="Times New Roman" w:eastAsia="Times New Roman" w:cs="Times New Roman"/>
        </w:rPr>
        <w:t>Ny antikristy voalohany tamin’ny fanapahan’i Obama dia nitantana ny Kongregasiona ho an’ny Fotopampianaran’ny Finoana nandritra ny efatra amby roapolo taona talohan’ny naha-papa azy. Ny Kongregasiona ho an’ny Fotopampianaran’ny Finoana dia anarana maoderina iantsoana izay nantsoina tany am-boalohany hoe Biraon’ny Inquisition. Ny fikomiana tamin’ny vanim-potoanan’i Obama dia mifanaraka amin’ny isa “13,” ao amin’ny teny hebreo hoe fahamarinana, izay ahitana ny litera voalohany amin’ny abidy hebreo (Reagan), ny litera fahatelo ambin’ny folo (Obama), ary i Trump, ny litera faharoa amby roapolo. Ny inquisition dia azo antoka fa tandindon’ny fikomiana. Niala teo amin’ny seza fiandrianany i Papa Benoît ka nanolotra izany tamin’i François tamin’ny taona 2013, nandritra ny fanapahana skizofrenika an’ilay tandindon’ireo mpaminany sandoka ao amin’ny Islamo sy ny Protestanta niodivitra.</w:t>
      </w:r>
    </w:p>
    <w:p>
      <w:pPr>
        <w:pStyle w:val="ArticleBody"/>
        <w:jc w:val="left"/>
      </w:pPr>
      <w:r>
        <w:rPr>
          <w:rFonts w:ascii="Times New Roman" w:hAnsi="Times New Roman" w:eastAsia="Times New Roman" w:cs="Times New Roman"/>
        </w:rPr>
        <w:t>Ny dingana faharoa ao amin’ny filazantsara mandrakizay dia fitsapana hita maso, ary izay azo tsinjovina ao amin’ny fifandraisan’i Obama sy ireo papa roa, dia ny fifamatorana eo amin’ny fanenjehana asehon’ny Biraon’ny Inquisition, sy ny firaiketam-pon’ny globalista amin’ny fanompoam-pivavahana amin’i reny tany, araka ny asehon’ilay papa “woke”. Ny finoana silamo ananan’i Obama dia maneho ny fahatezeran’ny firenena nateraky ny Islamo sy ny tsy fahombiazan’ny Protestanta nihemotra tamin’ny fanatanterahana ny andraikitra asehon’ny anarana hoe Protestanta. Ny Protestanta dia natao hanoherana an’i Roma, fa tsy hiankohoka velively eo anatrehan’i Roma.</w:t>
      </w:r>
    </w:p>
    <w:p>
      <w:pPr>
        <w:pStyle w:val="ArticleBody"/>
        <w:jc w:val="left"/>
      </w:pPr>
      <w:r>
        <w:rPr>
          <w:rFonts w:ascii="Times New Roman" w:hAnsi="Times New Roman" w:eastAsia="Times New Roman" w:cs="Times New Roman"/>
        </w:rPr>
        <w:t>Ny voalohany amin’ireo papa telo dia manambara amin’izao tontolo izao fa mino izy fa izy no “papa tsara” ao amin’ny faminaniana katolika mitari-dalana momba an’i Fatima. Nino i Joany Paoly II fa izy no “papa tsara” an’i Fatima, izay inoany fa hanapaka izao tontolo izao manontolo amin’ny tehim-by amin’ny farany, rehefa tapitra ny tolona ifanaovan’ny papa, i Etazonia ary ireo maneran-tany.</w:t>
      </w:r>
    </w:p>
    <w:p>
      <w:pPr>
        <w:pStyle w:val="ArticleBody"/>
        <w:jc w:val="left"/>
      </w:pPr>
      <w:r>
        <w:rPr>
          <w:rFonts w:ascii="Times New Roman" w:hAnsi="Times New Roman" w:eastAsia="Times New Roman" w:cs="Times New Roman"/>
        </w:rPr>
        <w:t>Ny fitondrana manaraka dia manambara ny anjara asan’ireo globalista an’ilay dragona, ny fampahatezeran’ny finoana silamo ny firenena, ary ny tsy fahombiazan’ny Protestanta niodina ho Protestanta. Ny fitondrana Trump izay notokanana tamin’ny taona 2025 dia mifanaraka miharihary amin’ilay antikristy amin’ny taona 2025. Ny fahazavan’ireto fiombonam-pihavanana telo misy an’i Roma sy Etazonia ireto dia voavaha ao amin’ny tantaran’ny famaranana ny ady tao Raphia sy ny fiandohan’ny ady tao Panium. Ny fanambadian’ny fanjakan’i Licinius sy i Constantin tamin’ny fiandohan’ireo fito ambin’ny folo taona dia maneho ny fiombonam-pihavanana amin’ny taona 2025.</w:t>
      </w:r>
    </w:p>
    <w:p>
      <w:pPr>
        <w:pStyle w:val="ArticleBody"/>
        <w:jc w:val="left"/>
      </w:pPr>
      <w:r>
        <w:rPr>
          <w:rFonts w:ascii="Times New Roman" w:hAnsi="Times New Roman" w:eastAsia="Times New Roman" w:cs="Times New Roman"/>
        </w:rPr>
        <w:t>Ny fiombonan’ny taona 2025 no fanoharana sandoka momba ireo virijina folo. Voalohany dia tanterahina ny fanambadiana, ary avy eo dia misy vanim-potoan’ny famotopotorana izay mitarika amin’ny farany ho amin’ny dingana faharoa amin’ny fanambadiana, izay anaovana ny fanatanterahana tanteraka, ary mihidy ny varavarana. Ny fanoharana sandoka momba ireo virijina folo dia nanomboka tamin’ny 2025, ary tanteraka amin’ilay lalàn’ny Alahady ho avy tsy ho ela ao amin’ny andininy faha-enina ambin’ny folo sy faha-iraika amby efapolo ao amin’ny Daniela toko faha-iraika ambin’ny folo. Ao amin’ilay fanambadiana sandoka, Satana no ray, ny fitondrana papa no mpampakatra, ary i Amerika protestanta nihemotra no ampakarina. Ao amin’ny andininy faha-efatra ambin’ny folo ao amin’ny Daniela toko faha-iraika ambin’ny folo, ny jiolahin’ny vahoakan’i Daniela dia i Roma, izay mametraka ny fahitana. Ny fandavana ny famantarana nataon’i William Miller an’i Roma ho tandindona mametraka ny fahitana dia mitovy amin’ny fandavana ny hafatry ny anjely voalohany sy ny hafatr’i Jaona Mpanao Batisa. Rehefa nandray ny asany tamin’ny 2025 ilay antikristy ankehitriny, dia nametraka ny fahitan’ireo filoha valo izy, ka nahatanteraka ny andininy faha-efatra ambin’ny folo.</w:t>
      </w:r>
    </w:p>
    <w:p>
      <w:pPr>
        <w:pStyle w:val="ArticleBody"/>
        <w:jc w:val="left"/>
      </w:pPr>
      <w:r>
        <w:rPr>
          <w:rFonts w:ascii="Times New Roman" w:hAnsi="Times New Roman" w:eastAsia="Times New Roman" w:cs="Times New Roman"/>
        </w:rPr>
        <w:t>Isika ankehitriny dia eo amin’ilay fitsapana ao amin’ny tempoly; ilay fitsapana faharoa izay mialoha ny fitsapana litmus sy ny fitsapana fahatelo.</w:t>
      </w:r>
    </w:p>
    <w:p>
      <w:pPr>
        <w:pStyle w:val="ArticleBody"/>
        <w:jc w:val="left"/>
      </w:pPr>
      <w:r>
        <w:rPr>
          <w:rFonts w:ascii="Times New Roman" w:hAnsi="Times New Roman" w:eastAsia="Times New Roman" w:cs="Times New Roman"/>
        </w:rPr>
        <w:t>Hohazavaina ao amin’ny lahatsoratra manaraka ireo zavatra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Nomery Dimy Ambin’ny Folo</dc:title>
  <dc:subject>“250” In-telo</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