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Fahenina ambin’ny folo</w:t>
      </w:r>
    </w:p>
    <w:p>
      <w:pPr>
        <w:pStyle w:val="ArticleSubtitle"/>
        <w:jc w:val="left"/>
      </w:pPr>
      <w:r>
        <w:rPr>
          <w:rFonts w:ascii="Arial" w:hAnsi="Arial" w:eastAsia="Arial" w:cs="Arial"/>
        </w:rPr>
        <w:t>Ny Fotoan’ny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toko folo sy iraika dia manomboka amin’ny fampahafantarana an’i Donald Trump ho filoha farany amin’ny fanjakana fahenina ao amin’ny faminanian’ny Baiboly. Tamin’ny taona fahatelo nanjakan’i Kyrosy, izay no toerana nanombohan’ny fahitana ao amin’ny toko folo, dia tohin’ny andininy voalohany ao amin’ny toko faha-iraika ambin’ny folo izany amin’ny teny hoe: “koa.”</w:t>
      </w:r>
    </w:p>
    <w:p>
      <w:pPr>
        <w:pStyle w:val="ArticleScripture"/>
        <w:jc w:val="left"/>
      </w:pPr>
      <w:r>
        <w:rPr>
          <w:rFonts w:ascii="Times New Roman" w:hAnsi="Times New Roman" w:eastAsia="Times New Roman" w:cs="Times New Roman"/>
        </w:rPr>
        <w:t>Ary izaho koa, tamin’ny taona voalohan’i Dariosa Mediana, dia nitsangana hanamafy sy hampahery azy. Daniela 11:1.</w:t>
      </w:r>
    </w:p>
    <w:p>
      <w:pPr>
        <w:pStyle w:val="ArticleBody"/>
        <w:jc w:val="left"/>
      </w:pPr>
      <w:r>
        <w:rPr>
          <w:rFonts w:ascii="Times New Roman" w:hAnsi="Times New Roman" w:eastAsia="Times New Roman" w:cs="Times New Roman"/>
        </w:rPr>
        <w:t>Mitandrina i Gabriela ny hiverina hatrany amin’i Dariosa sy hampifandray azy amin’i Kyrosy rehefa manomboka ny fitantarany ny toko fahiraika ambin’ny folo izy. Ny toko fahafolo dia mitohy ho fahitana iray ihany ka mandra-pahatongan’ny andininy farany amin’ny toko faharoa ambin’ny folo, ary manomboka tamin’ny taona fahatelo nanjakan’i Kyrosy izany.</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Belsazara; ary marina izany zavatra izany, nefa lava ny fotoana voatendry; ary azony tsara izany zavatra izany sady nahazo fahalalana ny amin’ny fahitana izy. Daniela 10:1.</w:t>
      </w:r>
    </w:p>
    <w:p>
      <w:pPr>
        <w:pStyle w:val="ArticleBody"/>
        <w:jc w:val="left"/>
      </w:pPr>
      <w:r>
        <w:rPr>
          <w:rFonts w:ascii="Times New Roman" w:hAnsi="Times New Roman" w:eastAsia="Times New Roman" w:cs="Times New Roman"/>
        </w:rPr>
        <w:t>Dariosy miaraka amin’i Kyrosy no mandrafitra ny tandindon’ny firenena roa sosona, dia ny Mediana sy ny Persiana, izay misolo tena ny fahefana roa sosona, dia ny Repoblikanisma sy ny Protestantisma ao Etazonia; noho izany dia misolo tena ny tandindona roa soson’ny fotoanan’ny farany izy ireo. Ny nahaterahan’i Arona sy Mosesy no nanamarika ny fotoanan’ny faran’ny faminanian’i Abrahama efajato taona, teo am-piandohan’ny Isiraely fahiny; tahaka izany koa, ny nahaterahan’i Jaona Mpanao Batisa sy Kristy no naneho ireo mari-pamantarana roa amin’ny fotoanan’ny farany teo amin’ny fiafaran’ny Isiraely fahiny. Mandrakariva i Jesosy no maneho ny farany amin’ny alalan’ny fiandohana.</w:t>
      </w:r>
    </w:p>
    <w:p>
      <w:pPr>
        <w:pStyle w:val="ArticleBody"/>
        <w:jc w:val="left"/>
      </w:pPr>
      <w:r>
        <w:rPr>
          <w:rFonts w:ascii="Times New Roman" w:hAnsi="Times New Roman" w:eastAsia="Times New Roman" w:cs="Times New Roman"/>
        </w:rPr>
        <w:t>I Dariosy sy Kyrosy miaraka dia maneho ilay famantarana izay aseho ho ny fotoanan’ny farany, tamin’izay nifaranan’ny fahababoana fitopolo taona tany Babylona.</w:t>
      </w:r>
    </w:p>
    <w:p>
      <w:pPr>
        <w:pStyle w:val="ArticleScripture"/>
        <w:jc w:val="left"/>
      </w:pPr>
      <w:r>
        <w:rPr>
          <w:rFonts w:ascii="Times New Roman" w:hAnsi="Times New Roman" w:eastAsia="Times New Roman" w:cs="Times New Roman"/>
        </w:rPr>
        <w:t>“Ang simba ng Diyos sa ibabaw ng lupa ay tunay ngang nabihag sa loob ng mahabang panahong ito ng walang-awat na pag-uusig, gaya rin naman ng mga anak ni Israel na nabihag sa Babilonia noong panahon ng pagkatapon.” Prophets and Kings, 714.</w:t>
      </w:r>
    </w:p>
    <w:p>
      <w:pPr>
        <w:pStyle w:val="ArticleBody"/>
        <w:jc w:val="left"/>
      </w:pPr>
      <w:r>
        <w:rPr>
          <w:rFonts w:ascii="Times New Roman" w:hAnsi="Times New Roman" w:eastAsia="Times New Roman" w:cs="Times New Roman"/>
        </w:rPr>
        <w:t>Dariosy sy Kyrosy dia tandindon’ny taona 1798 sy 1799, ka maneho ny fotoan’ny farany, izay nifaranan’ny fahababoana mifanandrify nanjo an’i Isiraely ara-panahy tao Babylona ara-panahy. Ny taona 1798 no nanamarika ny fiafaran’ny rafitra pôlitikan’ny papa, izay aseho ho bibidia, ka nitaingenan’ilay vehivavy janga avy any Roma.</w:t>
      </w:r>
    </w:p>
    <w:p>
      <w:pPr>
        <w:pStyle w:val="ArticleScripture"/>
        <w:jc w:val="left"/>
      </w:pPr>
      <w:r>
        <w:rPr>
          <w:rFonts w:ascii="Times New Roman" w:hAnsi="Times New Roman" w:eastAsia="Times New Roman" w:cs="Times New Roman"/>
        </w:rPr>
        <w:t>Koa nentin’ny Fanahy ho any an-efitra aho; ary nahita vehivavy iray nipetraka teo ambonin’ny bibidia mena jaky aho, feno anarana fitenenan-dratsy, manana loha fito sy tandroka folo. Apokalypsy 17:3.</w:t>
      </w:r>
    </w:p>
    <w:p>
      <w:pPr>
        <w:pStyle w:val="ArticleBody"/>
        <w:jc w:val="left"/>
      </w:pPr>
      <w:r>
        <w:rPr>
          <w:rFonts w:ascii="Times New Roman" w:hAnsi="Times New Roman" w:eastAsia="Times New Roman" w:cs="Times New Roman"/>
        </w:rPr>
        <w:t>Napoléon no namarana ny fiainan’ilay bibidia tamin’ny 1798, ary tamin’ny 1799, ilay vehivavy izay nitaingina ilay bibidia dia maty tany an-tsesitany. Tamin’ny 1989, samy filoha i Ronald Reagan sy George Bush zokiny, ka nanamarika ny fotoanan’ny farany tamin’ny 1989 izany. Dariosa sy Kyrosy dia maneho an’i Reagan sy Bush zokiny. Hoy ny andininy faharoa:</w:t>
      </w:r>
    </w:p>
    <w:p>
      <w:pPr>
        <w:pStyle w:val="ArticleScripture"/>
        <w:jc w:val="left"/>
      </w:pPr>
      <w:r>
        <w:rPr>
          <w:rFonts w:ascii="Times New Roman" w:hAnsi="Times New Roman" w:eastAsia="Times New Roman" w:cs="Times New Roman"/>
        </w:rPr>
        <w:t>Ary ankehitriny dia hasehoko anao ny fahamarinana. Indro, mbola hisy mpanjaka telo hiseho ao Persia; ary ny fahefatra dia ho manan-karena lavitra noho izy rehetra; ary amin’ny heriny avy amin’ny hareny dia hamporisihiny hanohitra ny fanjakan’i Grisia ny rehetra. Daniela 11:2.</w:t>
      </w:r>
    </w:p>
    <w:p>
      <w:pPr>
        <w:pStyle w:val="ArticleHeading"/>
        <w:jc w:val="left"/>
      </w:pPr>
      <w:r>
        <w:rPr>
          <w:rFonts w:ascii="Arial" w:hAnsi="Arial" w:eastAsia="Arial" w:cs="Arial"/>
        </w:rPr>
        <w:t>Fifohazana</w:t>
      </w:r>
    </w:p>
    <w:p>
      <w:pPr>
        <w:pStyle w:val="ArticleBody"/>
        <w:jc w:val="left"/>
      </w:pPr>
      <w:r>
        <w:rPr>
          <w:rFonts w:ascii="Times New Roman" w:hAnsi="Times New Roman" w:eastAsia="Times New Roman" w:cs="Times New Roman"/>
        </w:rPr>
        <w:t>I Dario dia Reagan, i Ciro dia Bush zokiny, ary ireo telo nanaraka an’i Ciro dia Clinton, Bush zandry, Obama ilay Mpampisaraka, ary ny filoha fahefatra sady “manankarena lavitra kokoa,” izay nampifoha ny mpanava-tany ao Grecia, dia Trump. Ny teny hoe “mampifoha” dia midika hoe manaitra. Rehefa nanambara ny firotsahany hofidiana i Trump tamin’ny taona 2015, dia nifoha ireo mpanava-tany, izay antsoin’i Joela hoe “jentilisa.”</w:t>
      </w:r>
    </w:p>
    <w:p>
      <w:pPr>
        <w:pStyle w:val="ArticleScripture"/>
        <w:jc w:val="left"/>
      </w:pPr>
      <w:r>
        <w:rPr>
          <w:rFonts w:ascii="Times New Roman" w:hAnsi="Times New Roman" w:eastAsia="Times New Roman" w:cs="Times New Roman"/>
        </w:rPr>
        <w:t>Aoka hifoha ny jentilisa, ka hiakatra ho any amin’ny lohasahan’i Josafata; fa any no hipetrahako hitsara ny jentilisa rehetra manodidina. Alefaso ny fijinjana, fa masaka ny vokatra; avia, midina, fa feno ny famiazam-boaloboka, ary tondraka ny famorian-divay; fa lehibe ny faharatsiany. Vahoaka maro, eny, vahoaka maro ao amin’ny lohasahan’ny fanapahan-kevitra; fa akaiky ao amin’ny lohasahan’ny fanapahan-kevitra ny andron’i Jehovah. Joela 3:12–14.</w:t>
      </w:r>
    </w:p>
    <w:p>
      <w:pPr>
        <w:pStyle w:val="ArticleBody"/>
        <w:jc w:val="left"/>
      </w:pPr>
      <w:r>
        <w:rPr>
          <w:rFonts w:ascii="Times New Roman" w:hAnsi="Times New Roman" w:eastAsia="Times New Roman" w:cs="Times New Roman"/>
        </w:rPr>
        <w:t>Rehefa mifoha ny “jentilisa”, dia “akaiky ny andron’i Jehovah” ao amin’ny lohasahan’i Josafata. Ny hoe “Josafata” dia midika hoe fitsaran’i Jehovah; ary ilay lohasaha dia antsoina koa hoe lohasahan’ny fanapahan-kevitra. Manomboka amin’ny 2015, ireo “vahoaka maro” etỳ ambonin’ny tany dia hanomboka hifindra ho ao amin’ireo fehezana samihafa izay voaomana ho an’ny fialan-tsiny tsirairay atolotry ny olona noho ny tsy fanapahan-keviny hanompo an’Andriamanitra. Tamin’ny 9/11 no nanombohan’ny fitsarana ny velona, ary tamin’ny 2015 dia nanambara i Trump fa hikatsaka ny ho filoham-pirenena izy. Tamin’ny 9/11 no nanomboka nilatsaka ny dingana voalohany amin’ny ranonorana farany, ary ny ranonorana farany no mampamoa ny vokatra ho amin’ny fahatanterahany; ary tamin’ny 2015, efatra ambin’ny folo taona taorian’ny niandohan’ilay ranonorana izay miteraka ny fijinjana masaka, ny bokin’i Joela dia mampaneno ny fampitandremana fa rehefa Donald Trump “mampihetsika ny fanjakan’i Gresia,” na araka ny filazan’i Joela, rehefa Trump “mampifoha ny jentilisa amin’ny 2015,” dia manomboka masaka ny fijinjan’ny tany manontolo.</w:t>
      </w:r>
    </w:p>
    <w:p>
      <w:pPr>
        <w:pStyle w:val="ArticleBody"/>
        <w:jc w:val="left"/>
      </w:pPr>
      <w:r>
        <w:rPr>
          <w:rFonts w:ascii="Times New Roman" w:hAnsi="Times New Roman" w:eastAsia="Times New Roman" w:cs="Times New Roman"/>
        </w:rPr>
        <w:t>Zava-dehibe ny manaiky fa ny fahamarinana voalohany voalaza ao amin’ny Daniela toko faha-11 dia ny anjara asa ara-paminanian’i Donald Trump. Ny fanjakana voalohany amin’ny faminanian’ny Baiboly izay aseho ao amin’ny bokin’i Daniela dia Babylona. Saintsaino ny tantaran’i Babylona ao amin’ny bokin’i Daniela raha toa ka tsy nampiasain’ny Tsindrimandry i Nebokadnezara mba hanorenana môdely ara-paminaniana. Ny fanjakana fahenina amin’ny faminanian’ny Baiboly dia tsy feno raha tsy misy ny fijoroana vavolombelon’ny mpanapaka farany amin’izany fanjakana izany. Ny fitsipiky ny filazana voalohany dia mampiorina ny maha-zava-dehibe an’i Trump ho tandindona manan-danja voalohany ao amin’ilay fahitana izay noraisin’i Daniela tamin’ny andro faha-roa amby roa-polo taorian’ny nifadiany hanina nandritra ny herinandro telo.</w:t>
      </w:r>
    </w:p>
    <w:p>
      <w:pPr>
        <w:pStyle w:val="ArticleScripture"/>
        <w:jc w:val="left"/>
      </w:pPr>
      <w:r>
        <w:rPr>
          <w:rFonts w:ascii="Times New Roman" w:hAnsi="Times New Roman" w:eastAsia="Times New Roman" w:cs="Times New Roman"/>
        </w:rPr>
        <w:t>Fa nitsangana nanohitra ahy nandritra ny iraika amby roa-polo andro ny andrianan’ny fanjakan’i Persia; nefa, indro, Mikaela, anankiray amin’ireo andriana lehibe, tonga hamonjy ahy; ary nitoetra tany amin’ny mpanjakan’i Persia aho. Ary ankehitriny dia tonga aho hampahafantatra anao izay hanjo ny firenenao any am-parany andro; fa mbola ho amin’ny andro maro ihany ny fahitana. Daniela 10:13, 14.</w:t>
      </w:r>
    </w:p>
    <w:p>
      <w:pPr>
        <w:pStyle w:val="ArticleBody"/>
        <w:jc w:val="left"/>
      </w:pPr>
      <w:r>
        <w:rPr>
          <w:rFonts w:ascii="Times New Roman" w:hAnsi="Times New Roman" w:eastAsia="Times New Roman" w:cs="Times New Roman"/>
        </w:rPr>
        <w:t>Ny fahitan’ny toko faha-iraika ambin’ny folo dia maneho izay hanjo ny olon’Andriamanitra amin’ny andro farany, ary i Trump amin’ny maha-mpitarika an’i Etazonia azy, ary avy eo an’ny Firenena Mikambana, dia fahamarinana izay misy vokatra mandrakizay mifamatotra amin’ny fahatakarana na ny tsy fahatakarana izany fahamarinana izany. Zava-dehibe tokoa izany fahamarinana izany ka tsy maintsy nampitain’i Gabriela tamin’i Daniela, hany ka ao amin’ny andininy faha-efatra ambin’ny folo, dia voarakitr’i Daniela avy amin’ny fahazavana nomen’ny anjely Gabriela fa “ny mpandroba ny olonao” no mampiorina ny fahitana. Tsy azo atao mihitsy ny manaraka araka ny tokony ho izy ny fivezivezen’i Donald Trump ao amin’ny faminaniana raha tsy ampiasaina i Roma ho modely hahafantarana ny dian-tongotr’i Trump manerana ny tantara ara-paminaniana ao amin’ny Daniela faha-iraika ambin’ny folo.</w:t>
      </w:r>
    </w:p>
    <w:p>
      <w:pPr>
        <w:pStyle w:val="ArticleBody"/>
        <w:jc w:val="left"/>
      </w:pPr>
      <w:r>
        <w:rPr>
          <w:rFonts w:ascii="Times New Roman" w:hAnsi="Times New Roman" w:eastAsia="Times New Roman" w:cs="Times New Roman"/>
        </w:rPr>
        <w:t>Trump, amin’ny maha-tandindon’i Etazonia azy mandritra ny vanim-potoanan’ny lalàn’ny Alahady, dia mamorona sary ho an’ilay bibidia; ary amin’ny fanaovany izany dia manome voninahitra ilay bibidia izy, ka izany dia sary ho an’ilay bibidia, sady sary koa ho fanomezam-boninahitra ilay bibidia. Ao amin’ny Apokalypsy 17 dia ny papa no fahavalo, dia ilay avy amin’ny fito; ary Donald Trump no filoha fahavalo hatramin’i Reagan tamin’ny fotoanan’ny farany tamin’ny 1989, nefa izy koa no fahenina, izay midika fa izy no fahavalo, dia ilay avy amin’ny fito.</w:t>
      </w:r>
    </w:p>
    <w:p>
      <w:pPr>
        <w:pStyle w:val="ArticleBody"/>
        <w:jc w:val="left"/>
      </w:pPr>
      <w:r>
        <w:rPr>
          <w:rFonts w:ascii="Times New Roman" w:hAnsi="Times New Roman" w:eastAsia="Times New Roman" w:cs="Times New Roman"/>
        </w:rPr>
        <w:t>Ao amin’ny Apokalypsy toko fahafito ambin’ny folo, i Jaona ao amin’ny andininy fahatelo dia nentina ho any an-efitra, izay ahitany ilay vehivavy janga mitaingina bibidia. Io vehivavy janga io dia efa nofaritan’ny antokom-pinoana protestanta lehibe rehetra ho ny fiangonana katolika, na dia lavin’izy rehetra aza amin’ny andro farany ireo foto-pinoana iorenany. Feno fahamamoana tamin’ny ran’ny martiora ny fiangonana romana fony hitan’i Jaona izy, ary nitondra ny anaram-boninahitra hoe renin’ny mpijangajanga izy. Izany no manondro fa nentina ho amin’ny taona 1798 i Jaona, izay tamin’izany no nananan’ny fahefana papaly ny ran’ny famonoana martiora ary efa nisy fiangonana protestanta sasany taloha niverina sahady ho amin’ny firaisana amin’ny Fiangonana Katolika Romana. Avy tamin’izany toeram-pandinihana izany no nahitan’i Jaona ireo “mpanjaka fito,” ka ny dimy tamin’ireo dia efa lavo tamin’ny 1798, ary nisy fanjakana iray tamin’ny 1798, ary izany fanjakana izany dia i Etazonia; kanefa fanjakana iray hafa, izay voaforon’ny mpanjaka folo, no ho avy aorian’izany, satria tamin’ny 1798, izay nijoroan’i Jaona, dia mbola tsy tonga ny fanjakana fahafito. Ireo mpanjaka folo dia manjaka mandritra ilay ora amin’ny krizin’ny lalàna alahady, ary manaiky hanolotra ny fanjakany fahafito ho an’ilay bibidia avy amin’ny fanjakana fahadimy, izay efa nahazo ratra mahafaty tamin’ny 1798.</w:t>
      </w:r>
    </w:p>
    <w:p>
      <w:pPr>
        <w:pStyle w:val="ArticleBody"/>
        <w:jc w:val="left"/>
      </w:pPr>
      <w:r>
        <w:rPr>
          <w:rFonts w:ascii="Times New Roman" w:hAnsi="Times New Roman" w:eastAsia="Times New Roman" w:cs="Times New Roman"/>
        </w:rPr>
        <w:t>Ny isa “8” dia maneho ny fitsanganana amin’ny maty, ary ny fahefana papaly no ilay fahavalo izay avy amin’ny fito, rehefa sitrana ny feriny mahafaty ao amin’ilay firaisana avo telo heny an’ny dragona sy ny bibidia ary ny mpaminany sandoka, izay hitranga amin’ilay lalàna alahady ho avy tsy ho ela. Tamin’ny 2020 dia nangalarin’ireo globalista tamin’i Trump ny fifidianana, ary novonoina teny an-dalamben’ny Apokalypsy toko faha-11 izy. Ny vavolombelona roa ao amin’ny Apokalypsy toko faha-11 dia maneho ireo tandroka roa an’ilay bibidia avy amin’ny tany, izay samy novonoina tamin’ny 2020. I Trump no filoha fahenina hatramin’i Reagan tamin’ny fotoanan’ny farany tamin’ny 1989; nefa hatramin’ny 2024 dia izy koa no fahavalo izay avy amin’ireo mpanjaka fito teo aloha. Tamin’ny 2024 dia sitrana ny feriny mahafaty, ary niaraka tamin’izay koa dia tonga ilay fahavalo izay avy amin’ny fito izy, ao anatin’ny fifanarahana lavorary amin’ilay tandindona ara-paminaniana izay mampiorina ny fahitana. Raha tsy manana an’i Roma ianao, dia tsy manana fahafahana hanaraka ny fihetsik’ilay sarin’i Roma.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Mba hahatakarana ny fomba maha-Constantin Lehibe an’i Trump rehefa mifarana ny “250” taonan’i Nero, na ny fomba maha-Antiokosa Lehibe azy tamin’ny 207 talohan’i JK, na ny fomba maha-filoham-pirenena farany azy izay iorenan’ny hetsika vanim-potoana volamenany manontolo amin’ny fanaovana an’i Amerika ho “lehibe,” dia mitaky ny fanekena fa ny toko dia milaza an’i Trump sy ny anjara asany ara-paminaniana aloha.</w:t>
      </w:r>
    </w:p>
    <w:p>
      <w:pPr>
        <w:pStyle w:val="ArticleBody"/>
        <w:jc w:val="left"/>
      </w:pPr>
      <w:r>
        <w:rPr>
          <w:rFonts w:ascii="Times New Roman" w:hAnsi="Times New Roman" w:eastAsia="Times New Roman" w:cs="Times New Roman"/>
        </w:rPr>
        <w:t>Ny sonian’ny “fahamarinana” izay asehon’ny teny hebreo hoe “fahamarinana,” ka voaforon’ny litera voalohany, fahatelo ambin’ny folo, ary faharoa amby roapolo amin’ny abidia hebreo, dia manondro an’i Reagan ho ny litera voalohany, ary an’i Obama ho ny litera fahatelo ambin’ny folo, dia ny fikomiana, araka ny asehon’ny taona 2013, tamin’izay nanarahan’ny papa jezoita voalohany ilay mpitarika teo aloha tao amin’ny Biraon’ny Inquisition. Satria nisotro ronono ilay mpitarika ny inquisition, ny teboka fiafarany dia mifanaraka amin’ny teboka fanombohan’ilay papa jezoita. Izany fifandraisana teo amin’ireo papa roa an’i Obama izany dia ny 13 Martsa 2013. Obama dia mifanaraka amin’ny litera fahatelo ambin’ny folo, dia ny fikomiana, ary ny litera faharoa amby roapolo dia Trump.</w:t>
      </w:r>
    </w:p>
    <w:p>
      <w:pPr>
        <w:pStyle w:val="ArticleBody"/>
        <w:jc w:val="left"/>
      </w:pPr>
      <w:r>
        <w:rPr>
          <w:rFonts w:ascii="Times New Roman" w:hAnsi="Times New Roman" w:eastAsia="Times New Roman" w:cs="Times New Roman"/>
        </w:rPr>
        <w:t>Ny fanitsiana faha-roa amby roapolo dia mametra ny filoha iray ho amin’ny fe-potoam-piasana roa, ary raha dinihina ireo filoha nanana fe-potoam-piasana roa, izay TSY nifanesy ireo fe-potoana ireo, dia roa monja no misy. Grover Cleveland no alpha amin’ireo filoha manana fe-potoam-piasana roa tsy nifanesy, ary Trump no omega. Grover Cleveland no filoha faha-roa amby roapolo, ary Trump, amin’ny maha-omega azy manoloana an’i Cleveland, dia mitana ny fanavahana alpha hoe “22.” Cleveland sy Trump dia maneho alpha sy omega iray izay ahitana ny tandindon’ny litera faha-roa amby roapolo amin’ny abidy hebreo. Roa monja ireo filoha izay nanana fe-potoam-piasana roa tsy nifanesy, ary Trump no faharoa amin’ireo roa ireo. Ny roa an’ny omega ampitomboina amin’ny roa amby roapolon’ny alpha dia mitovy amin’ny efatra amby efapolo, tandindon’ny 1844, izay tandindon’ny varavarana mihidy amin’ny lalàn’ny Alahady, araka ny asehon’ny varavarana mihidy tamin’ny 1844 ho tandindona mialoha. Trump no olona miavaka faha-44 lasa filoha, ary izy no filoha rehefa mihidy ny varavarana amin’ny lalàn’ny Alahady.</w:t>
      </w:r>
    </w:p>
    <w:p>
      <w:pPr>
        <w:pStyle w:val="ArticleBody"/>
        <w:jc w:val="left"/>
      </w:pPr>
      <w:r>
        <w:rPr>
          <w:rFonts w:ascii="Times New Roman" w:hAnsi="Times New Roman" w:eastAsia="Times New Roman" w:cs="Times New Roman"/>
        </w:rPr>
        <w:t>Trump dia nanehoana an’i Kyrosy Lehibe ho tandindona. Kyrosy Lehibe no namoaka ny didy voalohany, ary Artaksersesy Lehibe no namoaka ny didy fahatelo. Mifanaraka ny voalohany sy ny fahatelo, satria Jesosy dia maneho mandrakariva ny farany amin’ny alalan’ny fiandohana. Eo i Trump rehefa mifarana ny “250” taona an’i Nérô, izay asehon’i Kônstantino Lehibe ho tandindona. Amin’ny fiafaran’ny “250” taona manomboka amin’ny 457 tal. J.K., i Trump dia asehon’i Antiokosy Lehibe, izay niverina mahery kokoa noho ny teo aloha tamin’ny 2024, ho fanatanterahana ny andininy faha-telo ambin’ny folo.</w:t>
      </w:r>
    </w:p>
    <w:p>
      <w:pPr>
        <w:pStyle w:val="ArticleScripture"/>
        <w:jc w:val="left"/>
      </w:pPr>
      <w:r>
        <w:rPr>
          <w:rFonts w:ascii="Times New Roman" w:hAnsi="Times New Roman" w:eastAsia="Times New Roman" w:cs="Times New Roman"/>
        </w:rPr>
        <w:t>Fa ny mpanjakan’ny avaratra dia hiverina ka hanangona hamaroan’olona lehibe noho ny teo aloha; ary rehefa afaka taona vitsivitsy dia ho avy tokoa izy miaraka amin’ny tafika lehibe sy fananana maro. Daniela 11:13.</w:t>
      </w:r>
    </w:p>
    <w:p>
      <w:pPr>
        <w:pStyle w:val="ArticleBody"/>
        <w:jc w:val="left"/>
      </w:pPr>
      <w:r>
        <w:rPr>
          <w:rFonts w:ascii="Times New Roman" w:hAnsi="Times New Roman" w:eastAsia="Times New Roman" w:cs="Times New Roman"/>
        </w:rPr>
        <w:t>Rehefa resin’i Rôma i Etazonia amin’ny fotoana hananganana ny lalàna alahady, dia voatery hiankohoka eo anatrehan’i Rôma ny firenena rehetra maneran-tany.</w:t>
      </w:r>
    </w:p>
    <w:p>
      <w:pPr>
        <w:pStyle w:val="ArticleScripture"/>
        <w:jc w:val="left"/>
      </w:pPr>
      <w:r>
        <w:rPr>
          <w:rFonts w:ascii="Times New Roman" w:hAnsi="Times New Roman" w:eastAsia="Times New Roman" w:cs="Times New Roman"/>
        </w:rPr>
        <w:t>“Ny firenena hafa dia hanaraka ny ohatry ny Etazonia. Na dia izy aza no mitarika mialoha, dia ho tonga amin’ny olontsika any amin’ny faritra rehetra amin’izao tontolo izao ihany koa izany krizy izany.” Testimonies, volume 6, 395.</w:t>
      </w:r>
    </w:p>
    <w:p>
      <w:pPr>
        <w:pStyle w:val="ArticleBody"/>
        <w:jc w:val="left"/>
      </w:pPr>
      <w:r>
        <w:rPr>
          <w:rFonts w:ascii="Times New Roman" w:hAnsi="Times New Roman" w:eastAsia="Times New Roman" w:cs="Times New Roman"/>
        </w:rPr>
        <w:t>Ny “firenena hafa firenena” dia terena hanao izany amin’ny alalan’i Etazonia, izay mandray ny fitarihana ny Firenena Mikambana amin’ilay lalàna Alahady izay ho avy tsy ho ela. Ny Firenena Mikambana no mpanjaka folo ao amin’ny Apokalypsy 17, izay fehezin’i Ahaba, mpanjakan’ireo foko folo tany avaratra, izay nanambady an’i Jezebela. Ny fanambadian’i Jezebela amin’i Ahaba no fanambadiana tanterahina amin’ilay lalàna Alahady izay ho avy tsy ho ela. Amin’ny lalàna Alahady, i Etazonia, ilay tany be voninahitra ao amin’ny Daniela 11, sy ilay bibidia avy amin’ny tany ao amin’ny Apokalypsy 13, dia mamarana ny tantarany amin’ny maha-fanjakana fahenina azy ao amin’ny faminanian’ny Baiboly. Tany an-tendrombohitra Karmela dia novonoin’i Elia ireo mpaminanin’i Bala 850 sy ireo mpisoron’ny ala izay nihinana teo amin’ny latabatr’i Jezebela. Vonoina amin’ilay lalàna Alahady izay ho avy tsy ho ela i Etazonia, tahaka ny namonoana ireo mpaminany sandoka tany an-tendrombohitra Karmela. Manomboka eo dia eo amin’i Elia no ifaharan’ny tantara, mifanandrina amin’i Ahaba sy Jezebela, ary Ahaba dia maneho fanjakana avo folo heny, izay fehezin’ilay voalohany nijangajanga tamin’i Jezebela. Mikasa hijangajanga amin’ny fanjakana rehetra i Jezebela, nefa Ahaba no maneho ilay voalohany nanao izany, ary i Etazonia no maty tany an-tendrombohitra Karmela ka tonga avy hatrany ho sakaizan’i Jezebela voalohany. Raha ny amin’ny Daniela 11, dia eo amin’ilay lalàna Alahady no itsanganan’i Trump amin’ny maha-mpanjaka mahery an’i Grisia azy, asehon’i Aleksandra Lehibe.</w:t>
      </w:r>
    </w:p>
    <w:p>
      <w:pPr>
        <w:pStyle w:val="ArticleScripture"/>
        <w:jc w:val="left"/>
      </w:pPr>
      <w:r>
        <w:rPr>
          <w:rFonts w:ascii="Times New Roman" w:hAnsi="Times New Roman" w:eastAsia="Times New Roman" w:cs="Times New Roman"/>
        </w:rPr>
        <w:t>Ary hisy mpanjaka mahery hitsangana, izay hanjaka amin’ny fanapahana lehibe ka hanao araka ny sitrapony. Ary raha vao mitsangana izy, dia ho torotoro ny fanjakany ka hozaraina ho amin’ny rivotra efatra eny amin’ny lanitra; nefa tsy ho an’ny taranany izany, ary tsy araka ny fanapahana izay nanjakany; fa hongotana ny fanjakany ka homena ho an’ny hafa, afa-tsy ireo. Daniela 11:3, 4</w:t>
      </w:r>
    </w:p>
    <w:p>
      <w:pPr>
        <w:pStyle w:val="ArticleBody"/>
        <w:jc w:val="left"/>
      </w:pPr>
      <w:r>
        <w:rPr>
          <w:rFonts w:ascii="Times New Roman" w:hAnsi="Times New Roman" w:eastAsia="Times New Roman" w:cs="Times New Roman"/>
        </w:rPr>
        <w:t>I Donald Trump dia mitsangana amin’ny maha-“mpanjaka mahery” an’ny Firenena Mikambana, izay aseho ao anatin’ilay andininy ary avy eo tandindonin’ny tantaran’i Aleksandra Lehibe. Rehefa mitsangana izy, dia mifarana i Etazonia, izay fanjakana fahenina amin’ny faminanian’ny Baiboly, ary manomboka ny fanjakana fahafiton’ny mpanjaka folo ao amin’ny Apokalypsy toko fahafito ambin’ny folo. Ireo mpanjaka folo dia manomboka ny fanjakany fahafito amin’ny fanekena eo no ho eo hanome ny fanjakany fahafito ho an’ny fahefana papa, izay fanjakana fahavalo, sady avy amin’ireo fanjakana fito teo aloha. Ny fanekeny dia natao hanatanterahana ny sitrapon’Andriamanitra, ary ny sitrapony dia aseho andalana manaraka andalana manerana ny Soratra Masina marina.</w:t>
      </w:r>
    </w:p>
    <w:p>
      <w:pPr>
        <w:pStyle w:val="ArticleHeading"/>
        <w:jc w:val="left"/>
      </w:pPr>
      <w:r>
        <w:rPr>
          <w:rFonts w:ascii="Arial" w:hAnsi="Arial" w:eastAsia="Arial" w:cs="Arial"/>
        </w:rPr>
        <w:t>Fanoharana an’i Roma</w:t>
      </w:r>
    </w:p>
    <w:p>
      <w:pPr>
        <w:pStyle w:val="ArticleBody"/>
        <w:jc w:val="left"/>
      </w:pPr>
      <w:r>
        <w:rPr>
          <w:rFonts w:ascii="Times New Roman" w:hAnsi="Times New Roman" w:eastAsia="Times New Roman" w:cs="Times New Roman"/>
        </w:rPr>
        <w:t>Ny andininy fahadimy ka hatramin’ny fahasivy ao amin’ny Daniela toko faha-iraika ambin’ny folo dia tanteraka tamin’ny tantara ara-paminaniana izay naneho tamin’ny fomba tonga lafatra ny tantaran’ny fahefan’ny papa, araka izay aseho ao amin’ny andininy faha-iraika amby telopolo ka hatramin’ny faha-efapolo ao amin’io toko io ihany. Ny zotram-piainana ara-tantara ao amin’ny andininy fahadimy ka hatramin’ny fahasivy dia mifanandrify amin’ny zotram-piainana ara-tantara ao amin’ny andininy faha-iraika amby telopolo ka hatramin’ny andininy faha-efapolo. Samy manondro vanim-potoana iray ireo zotra roa ireo, izay nandresen’ilay fahefana maneho an’i Roma papaly fanakantsakanana telo aloha, dia nanjaka nandritra ny fotoana iray mandra-pahatongan’ny fifanekena rava, izay nitondra mpanjaka avy any atsimo hamely azy ka nampisy ratra mahafaty taminy. Arakaraka ny fandinihana sy fampitahana akaiky kokoa ireo zotra roa ireo amin’ny tantara no vao mainka ahafantarana ny fahamarinan’izy ireo lalina dia lalina. Ny fahamarinan’izy ireo dia mikasika ny halehiben’ny fifanarahany akaiky amin’ny rafitra ao anatin’ireo andininy sy amin’ilay tantara koa izay nanatanteraka ireo andininy.</w:t>
      </w:r>
    </w:p>
    <w:p>
      <w:pPr>
        <w:pStyle w:val="ArticleBody"/>
        <w:jc w:val="left"/>
      </w:pPr>
      <w:r>
        <w:rPr>
          <w:rFonts w:ascii="Times New Roman" w:hAnsi="Times New Roman" w:eastAsia="Times New Roman" w:cs="Times New Roman"/>
        </w:rPr>
        <w:t>Ang kasaysayang tumupad sa limang talata ay kaagapay at kaayon ng kasaysayan ng Roma na pamapa na inilahad sa mga talata tatlumpu’t isa hanggang apatnapu, at nagbibigay ng tagpuan para sa pagpapakilala kay Antiochus na Dakila sa mga talata sampu hanggang labinlima.</w:t>
      </w:r>
    </w:p>
    <w:p>
      <w:pPr>
        <w:pStyle w:val="ArticleScripture"/>
        <w:jc w:val="left"/>
      </w:pPr>
      <w:r>
        <w:rPr>
          <w:rFonts w:ascii="Times New Roman" w:hAnsi="Times New Roman" w:eastAsia="Times New Roman" w:cs="Times New Roman"/>
        </w:rPr>
        <w:t>Fa ny zanany kosa dia ho voahetsika, ka hanangona hery lehibe maro; ary ny anankiray dia ho avy tokoa, ka handrava toy ny riaka sy handalo; avy eo dia hiverina izy ka ho voahetsika indray, hatrany amin’ny fiarovany mafy. Daniela 11:10.</w:t>
      </w:r>
    </w:p>
    <w:p>
      <w:pPr>
        <w:pStyle w:val="ArticleBody"/>
        <w:jc w:val="left"/>
      </w:pPr>
      <w:r>
        <w:rPr>
          <w:rFonts w:ascii="Times New Roman" w:hAnsi="Times New Roman" w:eastAsia="Times New Roman" w:cs="Times New Roman"/>
        </w:rPr>
        <w:t>Ho fanatanterahana ny andininy faha-folo, dia nandresy i Antiochus Lehibe hatrany amin’ny trano mimandan’i Egypta, izay namaranany ny fampielezan-kevitra mba hiangona indray sy handamina hery. Izany tantara izany dia tandindon’ny firodanan’ny Firaisana Sovietika tamin’ny 1989, araka ny aseho ao amin’ny andininy faha-efapolo amin’io toko io ihany.</w:t>
      </w:r>
    </w:p>
    <w:p>
      <w:pPr>
        <w:pStyle w:val="ArticleScripture"/>
        <w:jc w:val="left"/>
      </w:pPr>
      <w:r>
        <w:rPr>
          <w:rFonts w:ascii="Times New Roman" w:hAnsi="Times New Roman" w:eastAsia="Times New Roman" w:cs="Times New Roman"/>
        </w:rPr>
        <w:t>Ary amin’ny andro farany dia hifanesika aminy ny mpanjakan’ny atsimo; ary ny mpanjakan’ny avaratra ho avy hamely azy tahaka ny tadio, miaraka amin’ny kalesy sy ny mpitaingin-tsoavaly ary ny sambo maro; ary hiditra amin’ny tany maro izy ka hanafotra sy handalo. Daniela 11:40.</w:t>
      </w:r>
    </w:p>
    <w:p>
      <w:pPr>
        <w:pStyle w:val="ArticleBody"/>
        <w:jc w:val="left"/>
      </w:pPr>
      <w:r>
        <w:rPr>
          <w:rFonts w:ascii="Times New Roman" w:hAnsi="Times New Roman" w:eastAsia="Times New Roman" w:cs="Times New Roman"/>
        </w:rPr>
        <w:t>Ny hoe “hahatongako tokoa ka hitobaka ary handalo” ao amin’ny andininy faha-folo dia mitovy tanteraka amin’ny teny hebreo amin’ilay hoe “hiditra amin’ireo tany izy, ka hitobaka sy hiampita” ao amin’ny andininy faha-efapolo. Samy manondro ny fotoana nandresen’ny mpanjakan’ny avaratra (Antiochus ao amin’ny andininy faha-folo ary Reagan ao amin’ny andininy faha-efapolo) ny mpanjakan’ny atsimo (Ptolemy ao amin’ny andininy faha-folo ary ny Firaisana Sovietika ao amin’ny andininy faha-efapolo) ireo andininy roa ireo. Samy fanafihana famaliana izy ireo noho ny fandresena teo aloha azon’ny mpanjakan’ny atsimo (Ptolemy ao amin’ny andininy faha-dimy ka hatramin’ny faha-sivy ary Napoleon ao amin’ny andininy faha-efapolo). Ny antony nanosika ny mpanjakan’ny atsimo hanafika dia fifanekena voahitsakitsaka (ny fanambadian’i Bernice ao amin’ny andininy faha-dimy ka hatramin’ny faha-sivy ary ny Fifanekena Tolentino tamin’ny 1797 izay nohitsakitsahin’i Napoleon). Ny rafitra ara-paminaniana aseho ao anatin’ireo andininy sy ny fahatanterahany tatỳ aoriana teo amin’ny tantara dia mifanaraka koa amin’ny Isaia 8:8.</w:t>
      </w:r>
    </w:p>
    <w:p>
      <w:pPr>
        <w:pStyle w:val="ArticleScripture"/>
        <w:jc w:val="left"/>
      </w:pPr>
      <w:r>
        <w:rPr>
          <w:rFonts w:ascii="Times New Roman" w:hAnsi="Times New Roman" w:eastAsia="Times New Roman" w:cs="Times New Roman"/>
        </w:rPr>
        <w:t>Ary hamaky an’i Joda izy; hihoatra sy handifotra izy; ho tonga hatrany amin’ny vozona izy; ary ny famelarany ny elany dia hameno ny sakan’ny taninao, ry Imanoela. Isaia 8:8.</w:t>
      </w:r>
    </w:p>
    <w:p>
      <w:pPr>
        <w:pStyle w:val="ArticleBody"/>
        <w:jc w:val="left"/>
      </w:pPr>
      <w:r>
        <w:rPr>
          <w:rFonts w:ascii="Times New Roman" w:hAnsi="Times New Roman" w:eastAsia="Times New Roman" w:cs="Times New Roman"/>
        </w:rPr>
        <w:t>Rehefa milaza mialoha i Isaia fa “hihahenika ka hihoatra” ny tafik’i Sankeriba, dia io Hebreo io ihany indray no ampiasaina tahaka ny ao amin’ny andininy faha-folo sy faha-efapolo. Asehon’i Isaia ny fotoana izay nandresen’i Sankeriba, ilay fanjakana avaratra, ny fanjakana atsimon’i Joda, nefa navelany mbola nitsangana i Jerosalema, satria “hatreo amin’ny vozona” ihany no nahatongavany, tahaka an’i Antiokosa izay tonga hatramin’ny sisintany ao amin’ny andininy faha-folo. Ny antony nanosika an’i Sankeriba dia ny nandravan’i Hezekia ny fanekena tamin’i Asyria, araka ny asehon’ny fijanonan’i Hezekia tsy handoa intsony ilay hetra nifanarahana. Io fanekena tapaka io no singa tsy mifanaraka amin’ireo andininy telo mifanandrify. Samy nahitana fanekena tapaka izy rehetra, saingy tamin’i Ptolemaio sy Napoleona dia ilay mpanjaka avaratra no voampanga ho nandrava ny fanekena. I Sankeriba kosa, ilay mpanjaka avaratra, no niampanga an’i Hezekia ho nandà ny handoa ny hetra voatondro.</w:t>
      </w:r>
    </w:p>
    <w:p>
      <w:pPr>
        <w:pStyle w:val="ArticleScripture"/>
        <w:jc w:val="left"/>
      </w:pPr>
      <w:r>
        <w:rPr>
          <w:rFonts w:ascii="Times New Roman" w:hAnsi="Times New Roman" w:eastAsia="Times New Roman" w:cs="Times New Roman"/>
        </w:rPr>
        <w:t>Ary tamin’ny taona fahefatra ambin’ny folo nanjakan’i Hezekia mpanjaka dia niakatra Sankeriba, mpanjakan’i Asyria, hamely ny tanàna mimanda rehetra tamin’ny Joda ka nahazo azy. Ary Hezekia, mpanjakan’ny Joda, dia naniraka ho any Lakisy ho amin’ny mpanjakan’i Asyria ka nanao hoe: Efa nanota aho; mialà amiko; izay hampitondrainao ahy dia hoentiko. Ary ny mpanjakan’i Asyria nampandoa an’i Hezekia, mpanjakan’ny Joda, talenta volafotsy telon-jato sy talenta volamena telo-polo. Dia nomen’i Hezekia azy ny volafotsy rehetra izay hita tao an-tranon’i Jehovah sy tao amin’ny rakitry ny tranon’ny mpanjaka. 2 Mpanjaka 18:13–15.</w:t>
      </w:r>
    </w:p>
    <w:p>
      <w:pPr>
        <w:pStyle w:val="ArticleBody"/>
        <w:jc w:val="left"/>
      </w:pPr>
      <w:r>
        <w:rPr>
          <w:rFonts w:ascii="Times New Roman" w:hAnsi="Times New Roman" w:eastAsia="Times New Roman" w:cs="Times New Roman"/>
        </w:rPr>
        <w:t>Ny tafika avaratr’i Sankeriba dia nahazo tanàna enina amby efapolo tao Joda tamin’ny diany ho any Jerosalema. Manana lanja ara-paminaniana lehibe tokoa ny fifandraisan’ny Isaia 8:8 amin’ny andininy faha-roa ambin’ny folo sy faha-efapolo, ka manome vavolombelona fahatelo momba ny firodanan’ny fanjakana atsimon’ny Firaisana Sovietika tamin’ny 1989. Izany firodanana izany no manamarika ny fiandohan’ny vanim-potoanan’ny andininy faha-efapolo izay banga. Manomboka amin’ny fahatanterahan’ny andininy faha-efapolo tamin’ny 1989 ka hatramin’ny andininy faha-iraika amby efapolo, izay maneho ny lalàn’ny Alahady ho avy tsy ho ela, dia misy vanim-potoana banga ao amin’ny andininy faha-efapolo. Izany vanim-potoana izany dia manomboka amin’ny 1989 ary mifarana amin’ny lalàn’ny Alahady. Tsy misy lazain’ny andininy faha-efapolo momba izany fe-potoana izany, nefa ny andininy faha-efapolo dia azo takarina amin’ny alalan’ny fomba fiasa hoe tsipika manampy tsipika.</w:t>
      </w:r>
    </w:p>
    <w:p>
      <w:pPr>
        <w:pStyle w:val="ArticleBody"/>
        <w:jc w:val="left"/>
      </w:pPr>
      <w:r>
        <w:rPr>
          <w:rFonts w:ascii="Times New Roman" w:hAnsi="Times New Roman" w:eastAsia="Times New Roman" w:cs="Times New Roman"/>
        </w:rPr>
        <w:t>Ny “fanalahidy” lehibe iray hanorenana ny tantara miafin’ny andininy faha-efapolo dia ny fijoroan’i Isaia vavolombelona momba ilay ady famaliana nahazo fandresena nataon’ny fanjakana avaratra tamin’ny fanjakana atsimo. Na ny fikomian’i Hezekia izay nitsahatra tsy hanaja ilay fanekena teo aloha hanome “hetra” ho an’i Asyria, na ny fanilihana an’i Bernice nataon’i Antiochus, na ny Fifanarahan’i Tolentino nataon’i Napoleon, dia samy tanteraka tamin’ny alalan’ny tantara avokoa ireo andininy telo ireo, ary nanasongadina fanekena voarava ho antony fototra nanosika ny fanafihana. Nandritra ny fitondran’i Obama, teo ambanin’ny Departemantam-panjakana notarihin’i John Kerry, dia i Victoria Nuland, sekretera mpanampy, no niteraka revolisiona miloko iray hanonganana ny governemantan’i Ukraine. Nanomboka tamin’izay dia misy lafy roa amin’ny adihevitra iray momba ny Ady Okrainiana; hoy i Putin fa fanekena voarava izany, ary hoy kosa ireo mpanohitra azy fa ilay fanekena tondroin’i Putin dia tsy mba nisy velively tao anatin’ilay sehatra ambara sy takian’i Putin. Na tena nisy fanekena natao tokoa ka avy eo noravana, na ny mifanohitra amin’izany, dia tsy zava-dehibe izany, satria ny firaketana ara-paminaniana dia manoratra fotsiny fanekena voarava ho antony manosika ny ady.</w:t>
      </w:r>
    </w:p>
    <w:p>
      <w:pPr>
        <w:pStyle w:val="ArticleBody"/>
        <w:jc w:val="left"/>
      </w:pPr>
      <w:r>
        <w:rPr>
          <w:rFonts w:ascii="Times New Roman" w:hAnsi="Times New Roman" w:eastAsia="Times New Roman" w:cs="Times New Roman"/>
        </w:rPr>
        <w:t>Izao 8:8 no manome ny “lakile” ahitana fa ny mpanjaka avy any avaratra dia mandresy hatreo amin’ny vozona ihany, na hatreo amin’ny loha. Io “lakile” io no mamantatra an’i Rosia ho ilay loha izay navelan-kijoro taorian’ny firodanan’ny tena tamin’ny 1989. Ny lanjan’ny faminaniana ao amin’ny andininy faha-valo dia tsy hita amin’ilay “lakile” mamantatra ny loha ihany, fa ny fanondroany ny “vozona” ho misolo tena ny loha, na ny renivohitra, dia tsy azo aorina raha tsy ampifandraisina amin’ny andalana iray teo aloha ao amin’io fahitana io ihany ao amin’ny Izao 8. Io fahitana io dia manomboka ao amin’ny toko faha-fito, ary ao amin’ny andininy faha-fito sy faha-valo, ny loha dia faritana ho mpanjaka, na ny fanjakany, na ny renivohitry ny fanjakana iray. Jerosalema no renivohitr’i Joda, izay ny tanànany 46 dia resin’ny tafik’i Sankeriba, nefa i Sankeriba dia namela ny tanàna renivohitra, dia Jerosalema, hijoro.</w:t>
      </w:r>
    </w:p>
    <w:p>
      <w:pPr>
        <w:pStyle w:val="ArticleScripture"/>
        <w:jc w:val="left"/>
      </w:pPr>
      <w:r>
        <w:rPr>
          <w:rFonts w:ascii="Times New Roman" w:hAnsi="Times New Roman" w:eastAsia="Times New Roman" w:cs="Times New Roman"/>
        </w:rPr>
        <w:t>Fa ny lohan’i Syria dia Damaskosy, ary ny lohan’i Damaskosy dia Rezina; ary afaka dimy amby enimpolo taona dia hovakivakina Efraima mba tsy ho firenena intsony. Ary ny lohan’i Efraima dia Samaria, ary ny lohan’i Samaria dia zanak’i Remalia. Raha tsy hino ianareo, dia tsy haharitra tokoa ianareo. Isaia 7:8, 9.</w:t>
      </w:r>
    </w:p>
    <w:p>
      <w:pPr>
        <w:pStyle w:val="ArticleBody"/>
        <w:jc w:val="left"/>
      </w:pPr>
      <w:r>
        <w:rPr>
          <w:rFonts w:ascii="Times New Roman" w:hAnsi="Times New Roman" w:eastAsia="Times New Roman" w:cs="Times New Roman"/>
        </w:rPr>
        <w:t>Rehefa tonga teo amin’ny mandan’i Jerosalema ny tafik’i Sankeriba tamin’ny 701 tal. J.K., dia niakatra hatreo amin’ny vozona izy, ary tamin’izany no namelany porofo ara-tantara momba an’i Rosia izay mbola nijanona taorian’ny firodanana tamin’ny 1989. Tahaka izany koa, raha nanomboka ny famaliany tamin’ny fanjakana atsimo i Antiokosy Lehibe, dia tonga hatrany amin’ny sisin-tanin’i Egypta izy ao amin’ny andininy faha-folo, nefa tsy niditra tao. Ny manan-danja amin’ny fandresen’i Antiokosy ao amin’ny andininy faha-folo dia izao: izany no manamarika ny famaranana ny fampielezan-tafika nataon’i Antiokosy izay tsy nanana ady tokana miavaka, nefa maneho ny asany tamin’ny famerenana indray ny faritra jeografika izay very teo aloha. Ny fandreseny ao amin’ny andininy faha-folo dia maneho ny famaranana fandresena maromaro. Nofaranany tao Rafia ny fampielezan-kevitra tamin’ny ady Syrianina fahefatra, ary ny dikan’ny hoe Rafia dia “faritra sisiny,” ary i Rafia no sisin-tany, na “vozona,” an’i Egypta. Ny fampielezan-kevitr’i Antiokosy tamin’ny 219 tal. J.K. ka hatramin’ny 217 tal. J.K. dia maneho ny fihoaram-be sy ny fandalovana taorian’ny firodanan’ny Firaisana Sovietika tamin’ny 1989 ka hatramin’ny 1991, fony ny mpanjaka nandalo namakivaky ireo tany.</w:t>
      </w:r>
    </w:p>
    <w:p>
      <w:pPr>
        <w:pStyle w:val="ArticleBody"/>
        <w:jc w:val="left"/>
      </w:pPr>
      <w:r>
        <w:rPr>
          <w:rFonts w:ascii="Times New Roman" w:hAnsi="Times New Roman" w:eastAsia="Times New Roman" w:cs="Times New Roman"/>
        </w:rPr>
        <w:t>Amin’ny lafiny ara-paminaniana, Isaia 8:8 dia mamela an’i Rosia, amin’ny maha vozona azy ao amin’ny adin’i Sankeriba, na amin’ny maha fiarovana mafy azy ao amin’ny an’i Antiokosa, ho fantarina ho ilay mpanjakan’ny atsimo ao amin’ny adin’i Rafia, araka izay asehon’ny fahatanterahan’ny andininy faha-iraika ambin’ny folo. Amin’ny fanaovana izany, dia ampifandraisiny mivantana ny tantara ivelany izay asehon’ilay dragona (mpanjakan’ny atsimo), ilay bibidia (mpanjakan’ny avaratra), ary ilay mpaminany sandoka (ny fahefana solontenan’ny mpanjakan’ny avaratra) amin’ilay tsipika anatiny amin’ny faminaniana araka izay asehon’ny faminaniana dimy amby enimpolo taona ao amin’ny andininy faha-fito amin’ny toko fahafito.</w:t>
      </w:r>
    </w:p>
    <w:p>
      <w:pPr>
        <w:pStyle w:val="ArticleBody"/>
        <w:jc w:val="left"/>
      </w:pPr>
      <w:r>
        <w:rPr>
          <w:rFonts w:ascii="Times New Roman" w:hAnsi="Times New Roman" w:eastAsia="Times New Roman" w:cs="Times New Roman"/>
        </w:rPr>
        <w:t>Ara-paminaniana, ny lanjan’ny fiakaran’i Sankeriba ho any Jerosalema dia manome ny iray amin’ireo vavolombelona ara-paminaniana mahery indrindra momba ny herin’Andriamanitra ao amin’ny Soratra Masina, satria teo Andriamanitra no nandringana ny tafik’i Sankeriba, lehilahy 185.000, tao anatin’ny indray alina. Ny andro mialoha izany, teo ambonin’ny mandan’i Jerosalema dia samy nisy an’i Eliakima sy Sebna, izay tandindon’ny Advantisma Laodiseana sy Filadelfiana, izay voaisy marika eo amin’ny varavarana mihidy tamin’ny 1844 sy ny varavarana mihidin’ny lalàn’ny Alahady.</w:t>
      </w:r>
    </w:p>
    <w:p>
      <w:pPr>
        <w:pStyle w:val="ArticleScripture"/>
        <w:jc w:val="left"/>
      </w:pPr>
      <w:r>
        <w:rPr>
          <w:rFonts w:ascii="Times New Roman" w:hAnsi="Times New Roman" w:eastAsia="Times New Roman" w:cs="Times New Roman"/>
        </w:rPr>
        <w:t>Ary tamin’ny taona fahefatra ambin’ny folo nanjakan’i Hezekia mpanjaka dia niakatra Sankeriba, mpanjakan’i Asyria, namely ny tanàna mimanda rehetra any Joda ka nahafaka azy. Ary ny mpanjakan’i Asyria naniraka an-dRabshake avy tany Lakisy ho any Jerosalema ho any amin’i Hezekia mpanjaka mbamin’ny miaramila be. Ary nijanona teo anilan’ny lakandranon’ny kamory ambony teo amin’ny lalambe mankany amin’ny sahan’ny mpanasa lamba izy. Dia nivoaka nankeo aminy Elyakima, zanak’i Hilkia, izay niadidy ny tao an-trano, sy Sebna mpanoratra ary Joa, zanak’i Asafa, mpitahiry ny tantara. Isaia 36:1–3.</w:t>
      </w:r>
    </w:p>
    <w:p>
      <w:pPr>
        <w:pStyle w:val="ArticleBody"/>
        <w:jc w:val="left"/>
      </w:pPr>
      <w:r>
        <w:rPr>
          <w:rFonts w:ascii="Times New Roman" w:hAnsi="Times New Roman" w:eastAsia="Times New Roman" w:cs="Times New Roman"/>
        </w:rPr>
        <w:t>Ao amin’ny toko fahafiton’i Isaia, Isaia dia nirahina hitondra hafatra ho any amin’i Ahaza ratsy fanahy, mpanjakan’ny Joda, ilay fanjakana atsimo. Izany fanjakana izany no notafihin’i Sankeriba ao amin’ny toko fahavalo, andininy faha-valo. Rehefa nihaona tamin’i Ahaza mpanjaka ratsy fanahy Isaia, dia nihaona taminy “teo amin’ny lakandranon’ny farihy ambony, amin’ny lalambe mankany amin’ny sahan’ny mpamotsy lamba,” izay indrindra no anevatevan’i Rabsake ny anaran’i Jehovah. Nampianatra Isaia fa izy sy ny zanany dia famantarana.</w:t>
      </w:r>
    </w:p>
    <w:p>
      <w:pPr>
        <w:pStyle w:val="ArticleScripture"/>
        <w:jc w:val="left"/>
      </w:pPr>
      <w:r>
        <w:rPr>
          <w:rFonts w:ascii="Times New Roman" w:hAnsi="Times New Roman" w:eastAsia="Times New Roman" w:cs="Times New Roman"/>
        </w:rPr>
        <w:t>Indro, izaho sy ireo zanaka izay nomen’i Jehovah ahy dia famantarana sy fahagagana eo amin’ny Isiraely avy amin’i Jehovah, Tompon’ny maro, izay mitoetra eo an-tendrombohitra Ziona. Isaia 8:18.</w:t>
      </w:r>
    </w:p>
    <w:p>
      <w:pPr>
        <w:pStyle w:val="ArticleBody"/>
        <w:jc w:val="left"/>
      </w:pPr>
      <w:r>
        <w:rPr>
          <w:rFonts w:ascii="Times New Roman" w:hAnsi="Times New Roman" w:eastAsia="Times New Roman" w:cs="Times New Roman"/>
        </w:rPr>
        <w:t>Rehefa nihaona tamin’i Ahaza mpanjaka ratsy fanahy i Isaia, “teo amin’ny fantson-drano avy amin’ny dobo ambony, eo amin’ny lalambe mankany amin’ny sahan’ny mpanadio lamba,” dia nentiny niaraka taminy ny zanany lahy, dia Seara-Jasoba, izay midika hoe: “Ny sisa tavela dia hiverina.”</w:t>
      </w:r>
    </w:p>
    <w:p>
      <w:pPr>
        <w:pStyle w:val="ArticleScripture"/>
        <w:jc w:val="left"/>
      </w:pPr>
      <w:r>
        <w:rPr>
          <w:rFonts w:ascii="Times New Roman" w:hAnsi="Times New Roman" w:eastAsia="Times New Roman" w:cs="Times New Roman"/>
        </w:rPr>
        <w:t>Dia hoy ny Tompo tamin’i Isaia hoe: Mandehana hivoaka hihaona amin’i Ahaza ianao sy Seara-Jasoba zanakao, eo amin’ny faran’ny lakandranon’ny kamory ambony, eo amin’ny lalambe mankany amin’ny sahan’ny mpanadio lamba. Isaia 7:3.</w:t>
      </w:r>
    </w:p>
    <w:p>
      <w:pPr>
        <w:pStyle w:val="ArticleBody"/>
        <w:jc w:val="left"/>
      </w:pPr>
      <w:r>
        <w:rPr>
          <w:rFonts w:ascii="Times New Roman" w:hAnsi="Times New Roman" w:eastAsia="Times New Roman" w:cs="Times New Roman"/>
        </w:rPr>
        <w:t>Shearjashub dia manondro fa ny hafatra notorìn’i Isaia tao amin’ny “faran’ny lakandrano avy amin’ny dobo ambony, eo amin’ny lalambe mankany amin’ny sahan’ny mpanasa lamba,” dia hafatra manondro ny sisa izay miverina. Izany sisa izany dia ireo ao amin’ny bokin’i Malakia izay antsoina hizaha toetra an’i Jehovah amin’ny fiverenana aminy, sy amin’ny famerenana ny fahafolon-karena ao amin’ny trano firaketana. Ireo izay miverina dia asehon’i Jeremia koa ho ireo izay miverina aorian’ny fahadisoam-panantenana voalohany. Ao amin’ny toko fahafito, “ny faran’ny lakandrano avy amin’ny dobo ambony, eo amin’ny lalambe mankany amin’ny sahan’ny mpanasa lamba,” dia mampiseho an’i Isaia manome hafatra amin’ny mpanjaka ratsy fanahy tany atsimo, ary ao amin’ny Isaia enina amby telopolo, Elyakima sy Sebna ary Joa, ilay mpitahiry tantara, no nifandray tamin’i Hezekia, raha Rabshake no nisolo tena an’i Sankeriba.</w:t>
      </w:r>
    </w:p>
    <w:p>
      <w:pPr>
        <w:pStyle w:val="ArticleBody"/>
        <w:jc w:val="left"/>
      </w:pPr>
      <w:r>
        <w:rPr>
          <w:rFonts w:ascii="Times New Roman" w:hAnsi="Times New Roman" w:eastAsia="Times New Roman" w:cs="Times New Roman"/>
        </w:rPr>
        <w:t>Ny hafatra voalohany momba ny “faran’ny lakandranon’ny dobo ambony eo amin’ny lalambe mankany amin’ny sahan’ny mpanasa lamba” dia nambaran’i Isaia sy ny zanany lahy; ny hafatra farany momba ny “faran’ny lakandranon’ny dobo ambony eo amin’ny lalambe mankany amin’ny sahan’ny mpanasa lamba” kosa dia nambaran’olona telo. Ny hafatra voalohany dia natao ho an’ny mpanjaka anatiny, ary ny faharoa dia ho an’ny mpanjaka ivelany. Ny tsipika mampisaraka dia ny manda, izay tandindon’ny lalàn’Andriamanitra, sy ny lalàn’ny Alahady izay maneho ny fanesorana ny manda mampisaraka ny fiangonana sy ny fanjakana. Eo amin’ny lalàn’ny Alahady, na eo amin’ny manda, dia misy tandindona telo: Elyakima dia Filadelfia, Sebna dia Laodikia, ary Joaba mpitahiry firaketana dia Sardisy.</w:t>
      </w:r>
    </w:p>
    <w:p>
      <w:pPr>
        <w:pStyle w:val="ArticleBody"/>
        <w:jc w:val="left"/>
      </w:pPr>
      <w:r>
        <w:rPr>
          <w:rFonts w:ascii="Times New Roman" w:hAnsi="Times New Roman" w:eastAsia="Times New Roman" w:cs="Times New Roman"/>
        </w:rPr>
        <w:t>Amin’ny lalàn’ny Alahady, maro no ho resy araka ny Daniela 11:41, ary ireo olona ireo dia ireo izay tompon’andraikitra noho ny fahazavana momba ny Sabata andro fahafito. Ireo izay resy ao amin’ny andininy faha-41 dia Advantista Mitandrina ny Andro Fahafito Laodiseana, ary i Eliakima dia maneho an’i Filadelfia.</w:t>
      </w:r>
    </w:p>
    <w:p>
      <w:pPr>
        <w:pStyle w:val="ArticleScripture"/>
        <w:jc w:val="left"/>
      </w:pPr>
      <w:r>
        <w:rPr>
          <w:rFonts w:ascii="Times New Roman" w:hAnsi="Times New Roman" w:eastAsia="Times New Roman" w:cs="Times New Roman"/>
        </w:rPr>
        <w:t>Ary amin’izany andro izany dia hantsoiko Eliakima mpanompoko, zanak’i Hilkia; ary hotafiako ny akanjonao izy, ary hampaherezin’ny fehikibonao; ary hatolotro eo an-tànany ny fahefanao; ka ho ray ho an’ny mponina ao Jerosalema sy ho an’ny taranak’i Joda izy. Ary ny fanalahidin’ny tranon’i Davida dia hapetrako eo an-tsorony; ka hanokatra izy, ary tsy hisy hanidy; ary hanidy izy, ary tsy hisy hanokatra. Isaia 22:20–22.</w:t>
      </w:r>
    </w:p>
    <w:p>
      <w:pPr>
        <w:pStyle w:val="ArticleScripture"/>
        <w:jc w:val="left"/>
      </w:pPr>
      <w:r>
        <w:rPr>
          <w:rFonts w:ascii="Times New Roman" w:hAnsi="Times New Roman" w:eastAsia="Times New Roman" w:cs="Times New Roman"/>
        </w:rPr>
        <w:t>Ary soraty ho an’ny anjelin’ny fiangonana any Filadelfia: Izao no lazain’Ilay masina, Ilay marina, Ilay manana ny fanalahidin’i Davida, Ilay mamoha ka tsy misy olona mahahidy; ary manidy ka tsy misy olona mahavaha; Fantatro ny asanao: indro, efa nametraka varavarana misokatra eo anoloanao Aho, ka tsy misy mahahidy izany; fa manana hery kely ianao, nefa nitandrina ny teniko, ary tsy nandà ny anarako. Indro, hataoko ireo avy amin’ny synagogan’i Satana, izay milaza ny tenany ho Jiosy, nefa tsy izy, fa mandainga; indro, hataoko avy izy ka hiankohoka eo anoloan’ny tongotrao, ary hahalala fa Izaho efa tia anao. Apokalypsy 3:7–9.</w:t>
      </w:r>
    </w:p>
    <w:p>
      <w:pPr>
        <w:pStyle w:val="ArticleBody"/>
        <w:jc w:val="left"/>
      </w:pPr>
      <w:r>
        <w:rPr>
          <w:rFonts w:ascii="Times New Roman" w:hAnsi="Times New Roman" w:eastAsia="Times New Roman" w:cs="Times New Roman"/>
        </w:rPr>
        <w:t>Soloina i Sebna ka Eliakima, ary i Sebna eo ambonin’ny manda dia maneho ny Advantista Mitandrina ny Andro Fahafito Laodiseana izay mandà tsy handray ny soa avy amin’ny hafatry ny ranonorana voalohany na ny ranonorana aoriana. Ny ranonorana voalohany niaraka tamin’ny fiangonana dia nasehon’i Isaia sy ny sisa izay niverina, ary ny hafatra dia natodika tamin’ny fiangonana nihemotra, izay nasehon’i Ahaza mpanjaka ratsy fanahy. Ny hafatra avy teo ambonin’ny manda dia nomena mpanjaka ratsy fanahy avy any avaratra izay nitady handresy an’i Jerosalema, ary izany dia maneho ny ranonorana aoriana eo amin’ny fifandraisany amin’ny ranonorana voalohany. Raha tsaraina ny fiangonan’Andriamanitra dia manopy rano tsikelikely ny ranonorana voalohany na ny ranonorana taloha, fa amin’ny lalàn’ny Alahady kosa dia arotsaka tsy misy fetra ny ranonorana. Ny hafatra ho an’i Ahaza dia ny hafatra anatiny; ny hafatra ho an’i Sankeriba dia ivelany. Ny feo voalohany ao amin’ny Apokalypsy 18:1–3 dia famerimberenana ny hafatry ny anjely faharoa ary hafatra anatiny izany. Ny feo faharoa ao amin’ny Apokalypsy toko faha-valo ambin’ny folo andininy faha-efatra dia ivelany ary izany no hafatra fahatelo. I Isaia sy ny zanany no nitondra ny hafatry ny anjely faharoa anatiny, ary teo ambonin’ny manda, miaraka amin’ny hafatra ivelany, dia misy fanahy telo.</w:t>
      </w:r>
    </w:p>
    <w:p>
      <w:pPr>
        <w:pStyle w:val="ArticleBody"/>
        <w:jc w:val="left"/>
      </w:pPr>
      <w:r>
        <w:rPr>
          <w:rFonts w:ascii="Times New Roman" w:hAnsi="Times New Roman" w:eastAsia="Times New Roman" w:cs="Times New Roman"/>
        </w:rPr>
        <w:t>I Eliakima no iray alina sy efatra arivo sy efatra alina sy iray hetsy sy efatra arivo; i Sebna kosa dia ny Advantisma Andro Fahafito Laodikiana izay aloan’ny vavan’ny Tompo amin’izany andro izany. Joaba, ilay mpitan-tsoratra, dia maneho ny ondry hafa an’Andriamanitra izay mirakitra ny tantara mitondra hatrany amin’ny manda, mba hahafantarany ny fanevan’i Eliakima rehefa atsangana izany.</w:t>
      </w:r>
    </w:p>
    <w:p>
      <w:pPr>
        <w:pStyle w:val="ArticleBody"/>
        <w:jc w:val="left"/>
      </w:pPr>
      <w:r>
        <w:rPr>
          <w:rFonts w:ascii="Times New Roman" w:hAnsi="Times New Roman" w:eastAsia="Times New Roman" w:cs="Times New Roman"/>
        </w:rPr>
        <w:t>Isaia 8:8 dia mampiditra ny hafatry ny Isaia toko fahaenina ka hatramin’ny faha-roambinifolo ao amin’ny Daniela 11:10. Amin’izany no anomezany vavolombelona faharoa fa avela mbola mijoro ny lohan’ilay fanjakana aorian’ny fanafihana. Izy io dia manondro ny filazana momba ny fanekena iray voarava izay ampiasaina hampipoirana ady.</w:t>
      </w:r>
    </w:p>
    <w:p>
      <w:pPr>
        <w:pStyle w:val="ArticleBody"/>
        <w:jc w:val="left"/>
      </w:pPr>
      <w:r>
        <w:rPr>
          <w:rFonts w:ascii="Times New Roman" w:hAnsi="Times New Roman" w:eastAsia="Times New Roman" w:cs="Times New Roman"/>
        </w:rPr>
        <w:t>Hatramin’ny firodanan’ny Firaisana Sovietika tamin’ny 1989, ao amin’ny andininy faha-efapolo, ka hatramin’ilay lalàn’ny Alahady ho avy tsy ho ela izay aseho ao amin’ny andininy manaraka, dia misy fito amby telopolo taona amin’ny tantara ara-paminaniana izay tsy lazain’ny andininy faha-efapolo na inona na inona. Ny andininy faha-folo ka hatramin’ny faha-dimy ambin’ny folo ao amin’ny Daniela 11 no maneho ilay tantara ara-paminaniana izay tsy resahina ao amin’ny andininy faha-efapolo. Tsy hita izany raha tsy ampiasaina ny fomba fandalinana hoe tsipika anampy tsipika. Raha tsy hino ianareo, dia tsy hampaharitra mafy anareo tokoa, no fampitandremana ara-paminaniana ampiarahina amin’ireo andininy telo izay mamaritra ny 1989, ary ny fahatanterahana ara-tantara ny andininy faha-valon’ny Isaia 8 dia mampiseho fizahan-toetra ho an’i Eliakima sy Sebna. Mahita va ianareo, sa jamba?</w:t>
      </w:r>
    </w:p>
    <w:p>
      <w:pPr>
        <w:pStyle w:val="ArticleBody"/>
        <w:jc w:val="left"/>
      </w:pPr>
      <w:r>
        <w:rPr>
          <w:rFonts w:ascii="Times New Roman" w:hAnsi="Times New Roman" w:eastAsia="Times New Roman" w:cs="Times New Roman"/>
        </w:rPr>
        <w:t>Ny andininy faha-41 ao amin’i Daniela 11 dia ny lalàna Alahady izay ho avy tsy ho ela any Etazonia, izay tandindomin’ny tantara izay nahatanteraka ny andininy faha-16.</w:t>
      </w:r>
    </w:p>
    <w:p>
      <w:pPr>
        <w:pStyle w:val="ArticleScripture"/>
        <w:jc w:val="left"/>
      </w:pPr>
      <w:r>
        <w:rPr>
          <w:rFonts w:ascii="Times New Roman" w:hAnsi="Times New Roman" w:eastAsia="Times New Roman" w:cs="Times New Roman"/>
        </w:rPr>
        <w:t>Fa izay ho avy hanohitra azy kosa dia hanao araka ny sitrapony ihany, ary tsy hisy hahajanona eo anatrehany; ary hijanona eo amin’ny tany mahafinaritra izy, izay holevonin’ny tanany. Daniela 11:16.</w:t>
      </w:r>
    </w:p>
    <w:p>
      <w:pPr>
        <w:pStyle w:val="ArticleScripture"/>
        <w:jc w:val="left"/>
      </w:pPr>
      <w:r>
        <w:rPr>
          <w:rFonts w:ascii="Times New Roman" w:hAnsi="Times New Roman" w:eastAsia="Times New Roman" w:cs="Times New Roman"/>
        </w:rPr>
        <w:t>Hiditra koa ao amin’ny tany mahafinaritra izy, ary firenena maro no ho voaongana; fa ireto kosa no ho afa-mandositra amin’ny tanany, dia Edoma sy Moaba ary ny lohan’ny taranak’i Amona. Daniela 11:41.</w:t>
      </w:r>
    </w:p>
    <w:p>
      <w:pPr>
        <w:pStyle w:val="ArticleBody"/>
        <w:jc w:val="left"/>
      </w:pPr>
      <w:r>
        <w:rPr>
          <w:rFonts w:ascii="Times New Roman" w:hAnsi="Times New Roman" w:eastAsia="Times New Roman" w:cs="Times New Roman"/>
        </w:rPr>
        <w:t>Ny fanatanterahana ara-tantara ny andininy fahenina ambin’ny folo ka hatramin’ny andininy faha-telopolo ao amin’ny Daniela toko faha-iraika ambin’ny folo dia ny tantaran’i Roma mpanompo sampy. Ny andalana ara-paminaniana rehetra ao amin’ny Daniela toko faha-iraika ambin’ny folo dia na maneho mialoha ny tantaran’i Roma mpanompo sampy, na i Roma papaly, na i Roma maoderina. Ny andalana rehetra dia na mamaritra mivantana tantara romana iray, na maneho mialoha tantara romana ho avy. Ny andalana rehetra. Ireo andininy izay manondro mivantana ny tantara izay tanteraka tamin’i Roma mpanompo sampy dia maneho mialoha an’i Roma papaly. Miaraka, i Roma mpanompo sampy sy i Roma papaly dia mijoro ho vavolombelon’i Roma maoderina. Roma no manorina ny fahitana, fa hatramin’ny fiandohan’ny toko ka hatramin’ny farany dia momba an’i Roma ny fahitana.</w:t>
      </w:r>
    </w:p>
    <w:p>
      <w:pPr>
        <w:pStyle w:val="ArticleBody"/>
        <w:jc w:val="left"/>
      </w:pPr>
      <w:r>
        <w:rPr>
          <w:rFonts w:ascii="Times New Roman" w:hAnsi="Times New Roman" w:eastAsia="Times New Roman" w:cs="Times New Roman"/>
        </w:rPr>
        <w:t>I Jesosy dia nanondro fa nisy mpamadika mba hanampiana ny mpianany hino rehefa naseho miharihary ny famadihan’i Jodasy.</w:t>
      </w:r>
    </w:p>
    <w:p>
      <w:pPr>
        <w:pStyle w:val="ArticleScripture"/>
        <w:jc w:val="left"/>
      </w:pPr>
      <w:r>
        <w:rPr>
          <w:rFonts w:ascii="Times New Roman" w:hAnsi="Times New Roman" w:eastAsia="Times New Roman" w:cs="Times New Roman"/>
        </w:rPr>
        <w:t>“Tamin’ny fanononana ny loza tamin’i Jodasy, Kristy dia nanana koa fikasana famindrampo ho an’ny mpianany. Tamin’izany no nanomezany azy ireo ny porofo faratampony momba ny maha-Mesia Azy. ‘Lazaiko aminareo dieny tsy mbola tonga izany,’ hoy Izy, ‘mba hinoanareo, rehefa tanteraka izany, fa IZAHO NO IZY.’ Raha nangina Jesosy, toy ny tsy nahalala izay hanjo Azy, dia mety ho nihevitra ny mpianatra fa ny Tompony tsy nanana fahalalana mialoha avy amin’Andriamanitra, ka voataitra sy voafitaka ho eo an-tanan’ny vahoaka mpamono olona. Herintaona talohan’izany, Jesosy dia efa nilaza tamin’ny mpianatra fa efa nifidy roa ambin’ny folo Izy, ary ny anankiray tamin’ireo dia devoly. Ankehitriny ny teniny tamin’i Jodasy, izay naneho fa fantatry ny Tompony tanteraka ny famadihany, dia hampahery ny finoan’ireo tena mpanaraka an’i Kristy mandritra ny fanetren-tena hihatra Aminy. Ary rehefa tonga tamin’ny fiafarany mahatsiravina Jodasy, dia ho tsaroan’izy ireo ny loza izay nambaran’i Jesosy tamin’ilay mpamadika.” Ilay Fitiavan’Andriamanitra, 655.</w:t>
      </w:r>
    </w:p>
    <w:p>
      <w:pPr>
        <w:pStyle w:val="ArticleBody"/>
        <w:jc w:val="left"/>
      </w:pPr>
      <w:r>
        <w:rPr>
          <w:rFonts w:ascii="Times New Roman" w:hAnsi="Times New Roman" w:eastAsia="Times New Roman" w:cs="Times New Roman"/>
        </w:rPr>
        <w:t>Tamin’ny 31 Desambra 2023 dia nanomboka nanokatra ny fanambarana momba ny Tenany ny Liona avy amin’ny fokon’i Joda, ary nanomboka ny fizahan-toetra fototra. Ny fizahan-toetra dia ny amin’izay hoe mbola i Roma ihany ve no tandindona nampiorina ny fahitana ao amin’ny andininy faha-efatra ambin’ny folo, sa efa niova ny toe-javatra? Rehefa nanomboka nanjaka ny antikristy voalohany avy any Etazonia tamin’ny 8 Mey 2025, dia efa tanteraka ny andininy faha-efatra ambin’ny folo. Tamin’izay dia hita fa ny fifandraisana misy eo amin’i Trump sy ny papa Leo dia efa naseho mialoha tamin’ny alalan’i Reagan sy Jaona Paoly II. Ny Ady Okrainiana izay nanomboka tamin’ny 2014, rehefa nahatonga revolisiona miloko tany Okraina ny Departemantam-panjakan’i Etazonia, dia nitranga nandritra ny fitondran’i Obama, izay nanjaka tamin’ny andron’ny papa roa. Reagan sy Jaona Paoly II ao amin’ny andininy faha-folo, ary avy eo tamin’ny 2014 dia nanomboka ny Ady Okrainiana, izay asehon’ny adin’ny sisintany ao amin’ny andininy faha-iraika ambin’ny folo, na ny adin’i Rafia. Ny dikan’ny hoe Rafia dia “sisintany,” ary toy izany koa ny teny hoe “Okraina.” Ao amin’izany tantara izany, Obama sy papa roa no manamarika ny ady faharoa amin’ireo ady telo ao amin’ny andininy faha-folo ka hatramin’ny faha-dimy ambin’ny folo. Avy eo tamin’ny 2024 dia niverina i Trump ho fahatanterahan’ny andininy faha-telo ambin’ny folo. Ary ao amin’ny andininy faha-efatra ambin’ny folo dia aorina ny fahitana amin’ny fahatongavan’ilay mifanandrify aminy amin’ny maha-papista an’i Trump.</w:t>
      </w:r>
    </w:p>
    <w:p>
      <w:pPr>
        <w:pStyle w:val="ArticleBody"/>
        <w:jc w:val="left"/>
      </w:pPr>
      <w:r>
        <w:rPr>
          <w:rFonts w:ascii="Times New Roman" w:hAnsi="Times New Roman" w:eastAsia="Times New Roman" w:cs="Times New Roman"/>
        </w:rPr>
        <w:t>Ny naorina dia izao: ireo ady telo ao amin’ny andininy folo ka hatramin’ny dimy ambin’ny folo dia maneho mari-dalana telo izay samy mampahafantatra ny fifandraisana misy eo amin’i Jezebela sy Ahaba, mitarika ho any amin’ny Tendrombohitra Karmela amin’ny lalàn’ny Alahady. Tamin’ny andron’i Reagan, Jezebela dia tao Samaria, nafenin’ny firaisana miafina. Avy eo ireo mpisoron’i Bala sy ireo mpaminanin’ny ala dia nanandratra ny spiritisma an’ilay Katolisisma liberaly “woke”, natambatra tamin’ny tandindona skizofrenikan’i Obama izay samy naneho ny mpaminany sandoka an’ny Protestanta nihemotra sy ny mpaminany sandoka an’ny Islamo, dia ny fanompoam-pivavahana amin’ny reny tany, ny fahalotoam-pitondran-tena sy ny tsy fanarahan-dalàna tamin’ny Revolisiona Frantsay. Avy eo Trump dia niverina tamin’ny 2024, ary ny fifandraisana misokatra teo amin’ilay bibidia sy ny sariny dia naseho miharihary tamin’ny 2025. 2026 izao, ary efa lany ny fizahan-toetra amin’ny fahitana ivelany momba ny fanorenana, ary ankehitriny isika dia ao amin’ny fahitan’ny fizahan-toetran’ny tempoly.</w:t>
      </w:r>
    </w:p>
    <w:p>
      <w:pPr>
        <w:pStyle w:val="ArticleBody"/>
        <w:jc w:val="left"/>
      </w:pPr>
      <w:r>
        <w:rPr>
          <w:rFonts w:ascii="Times New Roman" w:hAnsi="Times New Roman" w:eastAsia="Times New Roman" w:cs="Times New Roman"/>
        </w:rPr>
        <w:t>Nanteraka tamin’ny ady tao Raphia tamin’ny taona 217 talohan’i Kristy ny andininy fahiraika ambin’ny folo, ary maneho mialoha ny Ady Okrainiana izay nanomboka tamin’ny 2014, nitombo tamin’ny 2022, ary ankehitriny dia eo an-tokonam-pamaranana. Handresy i Putin, saingy io fandresena io dia mampiditra fotsiny ny fiandohan’ny faharavany. Ny firafitra ara-paminaniana ao amin’ny andininy fahiraika ambin’ny folo sy ny fahatanterahany ara-tantara tamin’ny fandresen’i Ptolemaios tao amin’ny ady tao Raphia tamin’ny taona 217 talohan’i Kristy, ho fahatanterahan’ny andininy fahiraika ambin’ny folo ao amin’ny toko fahiraika ambin’ny folo, dia mifanaraka amin’ny tantara ara-paminaniana momba an’i mpanjaka Ozia. Samy mpanjaka avy any atsimo i Ptolemaios sy Ozia, ka niavonavona ny fony noho ny fahombiazana ara-miaramila; nefa izany fony niavonavona izany no nampietry azy roa tonta, ary ny faharavan’izy roa dia samy mifandray amin’ny fiezahana hifanindran-dalana hanatitra fanatitra ao amin’ny fitoerana masina any Jerosalema.</w:t>
      </w:r>
    </w:p>
    <w:p>
      <w:pPr>
        <w:pStyle w:val="ArticleBody"/>
        <w:jc w:val="left"/>
      </w:pPr>
      <w:r>
        <w:rPr>
          <w:rFonts w:ascii="Times New Roman" w:hAnsi="Times New Roman" w:eastAsia="Times New Roman" w:cs="Times New Roman"/>
        </w:rPr>
        <w:t>Hodinihintsika hatrany ao amin’ny lahatsoratra manaraka ny faharavan’i Putin, izay mitarika ho amin’ny adin’i Panium ao amin’ny andininy fahadimy ambin’ny folo.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Fahenina ambin’ny folo</dc:title>
  <dc:subject>Ny Fotoan’ny Farany</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