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Paniuma — Isa Roa amby Roapolo</w:t>
      </w:r>
    </w:p>
    <w:p>
      <w:pPr>
        <w:pStyle w:val="ArticleSubtitle"/>
        <w:jc w:val="left"/>
      </w:pPr>
      <w:r>
        <w:rPr>
          <w:rFonts w:ascii="Arial" w:hAnsi="Arial" w:eastAsia="Arial" w:cs="Arial"/>
        </w:rPr>
        <w:t>31 Desambra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Hatramin’ny 31 Desambra 2023, ny Liona avy amin’ny firenen’i Joda dia namaha tsikelikely ireo fahamarinana ara-paminaniana araka ny filaharana voafaritra. Mora fantarina izany filaharana izany amin’ny fandinihana ireo lahatsoratra izay navoaka tao amin’ny tranonkalan’ny Future for America. Nandritra ireo volana faramparany, maro sady lalina ireo fahamarinana izay novahana! Tsy kisendrasendra ny filaharana, fa misy tanjona. Ity fitohizan-javatra ity dia maneho mazava tsara fizotran’asa mifanesy sy misy tanjona izay tanterahin’i Kristy, amin’ny maha-Liona avy amin’ny firenen’i Joda Azy, rehefa mamaha ireo hafatra farany fanandramana ho an’ny fiangonana Izy, ary aorian’izany dia ho an’izao tontolo izao. Ao amin’ny bokin’ny Apokalypsy, ny Liona avy amin’ny firenen’i Joda dia mandray ilay boky voaisy tombo-kase fito ka manala ireo tombo-kase tsirairay avy—araka ny filaharany.</w:t>
      </w:r>
    </w:p>
    <w:p>
      <w:pPr>
        <w:pStyle w:val="ArticleHeading"/>
        <w:jc w:val="left"/>
      </w:pPr>
      <w:r>
        <w:rPr>
          <w:rFonts w:ascii="Arial" w:hAnsi="Arial" w:eastAsia="Arial" w:cs="Arial"/>
        </w:rPr>
        <w:t>Haseho araka ny filaharany</w:t>
      </w:r>
    </w:p>
    <w:p>
      <w:pPr>
        <w:pStyle w:val="ArticleScripture"/>
        <w:jc w:val="left"/>
      </w:pPr>
      <w:r>
        <w:rPr>
          <w:rFonts w:ascii="Times New Roman" w:hAnsi="Times New Roman" w:eastAsia="Times New Roman" w:cs="Times New Roman"/>
        </w:rPr>
        <w:t>“Rehefa nilaza ny feony ireo kotrokorana fito ireo, dia tonga tamin’i Jaona ny didy tahaka izay nomena an’i Daniela momba ilay boky kely hoe: ‘Asio tombo-kase izay zavatra nolazain’ireo kotrokorana fito ireo.’ Ireo dia mikasika zava-mitranga ho avy izay haseho araka ny filaharany. Daniela dia hitsangana amin’ny anjarany amin’ny faran’ny andro. Jaona mahita ilay boky kely efa voasokatra. Amin’izay dia mahazo ny toerana sahaza azy ao amin’ny hafatry ny anjely voalohany sy faharoa ary fahatelo izay homena an’izao tontolo izao ny faminanian’i Daniela. Ny fanesorana ny tombo-kasen’ilay boky kely no hafatra mifandraika amin’ny fotoana.”</w:t>
      </w:r>
    </w:p>
    <w:p>
      <w:pPr>
        <w:pStyle w:val="ArticleScripture"/>
        <w:jc w:val="left"/>
      </w:pPr>
      <w:r>
        <w:rPr>
          <w:rFonts w:ascii="Times New Roman" w:hAnsi="Times New Roman" w:eastAsia="Times New Roman" w:cs="Times New Roman"/>
        </w:rPr>
        <w:t>“Ny bokin’i Daniela sy ny Apokalipsy dia iray ihany. Ny iray dia faminaniana, ny iray kosa fanambaràna; ny iray dia boky voaisy tombo-kase, ny iray kosa boky nosokafana. Ren’i Jaona ny zava-miafina izay nambaran’ny kotrokorana, nefa nodidiana izy tsy hanoratra izany.</w:t>
      </w:r>
    </w:p>
    <w:p>
      <w:pPr>
        <w:pStyle w:val="ArticleScripture"/>
        <w:jc w:val="left"/>
      </w:pPr>
      <w:r>
        <w:rPr>
          <w:rFonts w:ascii="Times New Roman" w:hAnsi="Times New Roman" w:eastAsia="Times New Roman" w:cs="Times New Roman"/>
        </w:rPr>
        <w:t>“Ny fahazavana manokana nomena an’i Jaona, izay nambara tamin’ny alalan’ny kotrokorana fito, dia famaritana ireo toe-javatra izay hitranga eo ambanin’ny hafatry ny anjely voalohany sy faharoa. Tsy tsara raha ho fantatry ny vahoaka izany zavatra izany, satria tsy maintsy hosedraina ny finoany. Araka ny filaminan’Andriamanitra dia hisy fahamarinana mahagaga sy mandroso indrindra hotorina. Ny hafatry ny anjely voalohany sy faharoa dia tsy maintsy hotorina, nefa tsy hisy fahazavana fanampiny haseho alohan’ny hahavitan’ireo hafatra ireo ny asany manokana. Izany no asehon’ilay anjely mijoro, ny tongotra iray eo ambonin’ny ranomasina, ka manambara amin’ny fianianana tena miezinezina indrindra fa tsy hisy fotoana intsony.” The Seventh-day Adventist Bible Commentary, volume 7, 971.</w:t>
      </w:r>
    </w:p>
    <w:p>
      <w:pPr>
        <w:pStyle w:val="ArticleBody"/>
        <w:jc w:val="left"/>
      </w:pPr>
      <w:r>
        <w:rPr>
          <w:rFonts w:ascii="Times New Roman" w:hAnsi="Times New Roman" w:eastAsia="Times New Roman" w:cs="Times New Roman"/>
        </w:rPr>
        <w:t>Ny fanambaràna farany momba ny “kotrokorana fito” dia nosokafana taorian’ny taona 2023, ary naneho izany fa ny “kotrokorana fito” dia maneho ny fahadisoam-panantenana alfa voalohany ka hatramin’ny fahadisoam-panantenana omega farany. Tsy navela hamaritra ny kotrokorana fito i Jaona, satria ny fanambaràna ny “kotrokorana fito” dia tsy fahatanterahan-tantara tokana, fa fanoharana momba ny “famariparitana ireo zava-nitranga” izay nitranga teo amin’ny tantaran’ny Millerita, ary mbola hitranga indray amin’ny andro farany. Ny fahatanterahana lavorary dia naseho mba hanehoana ny tantaran’ny 18 Jolay 2020 ka hatramin’ny lalàn’ny Alahady izay ho avy tsy ho ela. Ny Liona no nanokatra izany fahazavana izany mba hamirapiratra eo amin’ny tantaran’ny fananganana ny tempolin’ny iray hetsy sy efatra arivo amby efapolo.</w:t>
      </w:r>
    </w:p>
    <w:p>
      <w:pPr>
        <w:pStyle w:val="ArticleBody"/>
        <w:jc w:val="left"/>
      </w:pPr>
      <w:r>
        <w:rPr>
          <w:rFonts w:ascii="Times New Roman" w:hAnsi="Times New Roman" w:eastAsia="Times New Roman" w:cs="Times New Roman"/>
        </w:rPr>
        <w:t>Ao amin’ny tantaran’ny Millerita, ny “kotrokorana fito” dia naneho ny vanim-potoana 1798 ka hatramin’ny 1844, fony ny Millerita no nanolotra ireo “fahamarinana mahagaga indrindra sy mandroso indrindra.” Teo am-panatanterahana ny asa nomena azy ireo dia nozahan-toetra ny Millerita. Tsy azony tsara tamin’ny fahafenoany ny hafatra notoriny, na ny tantara izay notanterahiny. Ireo fahamarinana notoriny dia izay faritan’i Rahavavy White ho “fahamarinana mandroso,” izay tsy tokony ho takatra raha tsy rehefa nahavita ny asany ny hafatry ny anjely voalohany sy faharoa.</w:t>
      </w:r>
    </w:p>
    <w:p>
      <w:pPr>
        <w:pStyle w:val="ArticleBody"/>
        <w:jc w:val="left"/>
      </w:pPr>
      <w:r>
        <w:rPr>
          <w:rFonts w:ascii="Times New Roman" w:hAnsi="Times New Roman" w:eastAsia="Times New Roman" w:cs="Times New Roman"/>
        </w:rPr>
        <w:t>Rehefa tonga amin’ny fahatanterahany lavorary ireo “kotrokorana fito”, ireo “zava-mitranga ho avy” ireo dia asehon’ny hafatry ny anjely telo ao amin’ny Apokalypsy efatra ambin’ny folo miaraka amin’ny bokin’i Daniela. Ny asan’ny iray hetsy sy efatra alina sy efatra arivo, izay asehon’ireo “zava-mitranga ho avy” ao amin’ireo “kotrokorana fito”, dia ny fampiarahana ny bokin’i Daniela amin’ny hafatry ny anjely telo.</w:t>
      </w:r>
    </w:p>
    <w:p>
      <w:pPr>
        <w:pStyle w:val="ArticleScripture"/>
        <w:jc w:val="left"/>
      </w:pPr>
      <w:r>
        <w:rPr>
          <w:rFonts w:ascii="Times New Roman" w:hAnsi="Times New Roman" w:eastAsia="Times New Roman" w:cs="Times New Roman"/>
        </w:rPr>
        <w:t>“Efa hanasazy izao tontolo izao noho ny helony ny Tompo. Efa hanasazy ireo antokom-pivavahana Izy noho ny nandavany ny mazava sy ny fahamarinana izay nomena azy. Ilay hafatra lehibe, izay mampiray ny hafatry ny anjely voalohany sy faharoa ary fahatelo, dia tsy maintsy homena izao tontolo izao. Izany no tokony ho vesatry ny asantsika.” The Seventh-day Adventist Bible Commentary, boky faha-7, 950.</w:t>
      </w:r>
    </w:p>
    <w:p>
      <w:pPr>
        <w:pStyle w:val="ArticleBody"/>
        <w:jc w:val="left"/>
      </w:pPr>
      <w:r>
        <w:rPr>
          <w:rFonts w:ascii="Times New Roman" w:hAnsi="Times New Roman" w:eastAsia="Times New Roman" w:cs="Times New Roman"/>
        </w:rPr>
        <w:t>Hatramin’ny 31 Desambra 2023, ny Liona avy amin’ny firenen’i Joda dia nanokatra tsikelikely ireo fahamarinana ara-paminaniana araka ny “filaharana” voafaritra manokana.</w:t>
      </w:r>
    </w:p>
    <w:p>
      <w:pPr>
        <w:pStyle w:val="ArticleHeading"/>
        <w:jc w:val="left"/>
      </w:pPr>
      <w:r>
        <w:rPr>
          <w:rFonts w:ascii="Arial" w:hAnsi="Arial" w:eastAsia="Arial" w:cs="Arial"/>
        </w:rPr>
        <w:t>Tantara Millerite</w:t>
      </w:r>
    </w:p>
    <w:p>
      <w:pPr>
        <w:pStyle w:val="ArticleScripture"/>
        <w:jc w:val="left"/>
      </w:pPr>
      <w:r>
        <w:rPr>
          <w:rFonts w:ascii="Times New Roman" w:hAnsi="Times New Roman" w:eastAsia="Times New Roman" w:cs="Times New Roman"/>
        </w:rPr>
        <w:t>“Misy ireo mbola velona ankehitriny izay, raha nandinika ny faminanian’i Daniela sy Jaona, dia nandray fahazavana lehibe avy tamin’Andriamanitra raha nandalo tamin’ilay sehatra izay nahatanterahana tsikelikely, araka ny filaharany, ireo faminaniana manokana. Nitory ny hafatry ny fotoana tamin’ny vahoaka izy ireo. Namirapiratra mazava tahaka ny masoandro amin’ny mitataovovonana ny fahamarinana. Natolotra teo anatrehan’ny vahoaka ireo zava-nitranga ara-tantara izay nampiseho ny fahatanterahan’ny faminaniana mivantana, ary hita fa ny faminaniana dia fanehoana an’ohatra ireo toe-javatra mitarika hatrany amin’ny faran’ny tantaran’ity tany ity.” Selected Messages, boky 2, 101, 102.</w:t>
      </w:r>
    </w:p>
    <w:p>
      <w:pPr>
        <w:pStyle w:val="ArticleBody"/>
        <w:jc w:val="left"/>
      </w:pPr>
      <w:r>
        <w:rPr>
          <w:rFonts w:ascii="Times New Roman" w:hAnsi="Times New Roman" w:eastAsia="Times New Roman" w:cs="Times New Roman"/>
        </w:rPr>
        <w:t>Ny “filaharana” izay novahan’i Kristy tamin’ny famehezana ny hafatry ny Antso amin’ny Mamatonalina dia maneho “zava-nitranga ara-tantara” izay mampiseho “fahatanterahana mivantana ny faminaniana” ka mitarika ho amin’ny fifaranan’ny fotoam-pahasoavana. Ny fahatanterahana mivantana ny faminaniana amin’ny andro farany dia tsy fanambarana faminaniana mifototra amin’ny fotoana, nefa mbola mampiasa isa ihany i Palmoni mba hamantarana ireo fahatanterahana mivantana ny faminaniana. Tsy misy fotoana intsony, ary na dia “nitondra ny hafatry ny fotoana” ho an’ny taranany aza ireo Millerita, ny hafatry ny anjely fahatelo dia mahery noho ny “fotoana.”</w:t>
      </w:r>
    </w:p>
    <w:p>
      <w:pPr>
        <w:pStyle w:val="ArticleScripture"/>
        <w:jc w:val="left"/>
      </w:pPr>
      <w:r>
        <w:rPr>
          <w:rFonts w:ascii="Times New Roman" w:hAnsi="Times New Roman" w:eastAsia="Times New Roman" w:cs="Times New Roman"/>
        </w:rPr>
        <w:t>“Ny Tompo dia naneho tamiko fa ny hafatry ny anjely fahatelo dia tsy maintsy handeha ka hotorina amin’ireo zanaky ny Tompo izay miparitaka, ary tsy tokony haantona amin’ny fotoana izany; fa ny fotoana dia tsy ho fitsapana intsony na oviana na oviana. Hitako fa nisy ny sasany nahazo hafanam-po sandoka avy amin’ny fitoriana ny fotoana; fa ny hafatry ny anjely fahatelo dia mahery noho izay azon’ny fotoana omena. Hitako fa ity hafatra ity dia mahajoro eo ambonin’ny fanorenany manokana, ary tsy mila fotoana hanamafisana azy, ary handeha amin-kery lehibe izy, ka hahatanteraka ny asany, ary hohafohezina amin’ny fahamarinana.” Experience and Views, 48.</w:t>
      </w:r>
    </w:p>
    <w:p>
      <w:pPr>
        <w:pStyle w:val="ArticleBody"/>
        <w:jc w:val="left"/>
      </w:pPr>
      <w:r>
        <w:rPr>
          <w:rFonts w:ascii="Times New Roman" w:hAnsi="Times New Roman" w:eastAsia="Times New Roman" w:cs="Times New Roman"/>
        </w:rPr>
        <w:t>Ny misesy ara-“filaharana” amin’ny famahana ny fahamarinana ara-paminaniana dia manondro tantara mivoatra tsikelikely, nefa koa manondro ny fivelaran’ny hafatra. Ny “filaharana” amin’ny tantara aseho, ary koa ireo dian-tongotra maneho ny fomba namahan’ny Liona avy amin’ny fokon’i Joda ny hafatra hatramin’ny 31 Desambra, dia samy ilaina ho amin’ny famonjena mba ho azo tsara. Tamin’ny Jolay 2023, dia nisy feo niantso tany an-efitra nanomboka nanomana ny lalana ho amin’ny famahana ny 31 Desambra 2023. Avy eo ny Liona avy amin’ny fokon’i Joda dia namaha ny Apokalypsy toko voalohany.</w:t>
      </w:r>
    </w:p>
    <w:p>
      <w:pPr>
        <w:pStyle w:val="ArticleHeading"/>
        <w:jc w:val="left"/>
      </w:pPr>
      <w:r>
        <w:rPr>
          <w:rFonts w:ascii="Arial" w:hAnsi="Arial" w:eastAsia="Arial" w:cs="Arial"/>
        </w:rPr>
        <w:t>Tsy misy hafa intsony</w:t>
      </w:r>
    </w:p>
    <w:p>
      <w:pPr>
        <w:pStyle w:val="ArticleScripture"/>
        <w:jc w:val="left"/>
      </w:pPr>
      <w:r>
        <w:rPr>
          <w:rFonts w:ascii="Times New Roman" w:hAnsi="Times New Roman" w:eastAsia="Times New Roman" w:cs="Times New Roman"/>
        </w:rPr>
        <w:t>“Ny hafatra manetriketrika izay nomena araka ny filaharany ao amin’ny Apokalypsy dia tsy maintsy hibahana ny toerana voalohany ao an-tsain’ny olon’Andriamanitra. Tsy misy zavatra hafa tokony havela handrakotra ny saintsika.” Testimonies, boky faha-8, 301, 302.</w:t>
      </w:r>
    </w:p>
    <w:p>
      <w:pPr>
        <w:pStyle w:val="ArticleBody"/>
        <w:jc w:val="left"/>
      </w:pPr>
      <w:r>
        <w:rPr>
          <w:rFonts w:ascii="Times New Roman" w:hAnsi="Times New Roman" w:eastAsia="Times New Roman" w:cs="Times New Roman"/>
        </w:rPr>
        <w:t>Ireo lahatsoratra izay natomboka tamin’ny taona 2023 dia tokony “hibodo ny toerana voalohany ao an-tsain’ny vahoakan’Andriamanitra.”</w:t>
      </w:r>
    </w:p>
    <w:p>
      <w:pPr>
        <w:pStyle w:val="ArticleScripture"/>
        <w:jc w:val="left"/>
      </w:pPr>
      <w:r>
        <w:rPr>
          <w:rFonts w:ascii="Times New Roman" w:hAnsi="Times New Roman" w:eastAsia="Times New Roman" w:cs="Times New Roman"/>
        </w:rPr>
        <w:t>“Ny zavatra rehetra izay efa nofaritan’Andriamanitra mialoha ao amin’ny tantara ara-paminaniana fa hotanterahina tamin’ny lasa dia efa tanteraka, ary izay rehetra mbola ho avy araka ny filaharany dia ho tonga koa. Daniela, mpaminanin’Andriamanitra, dia mijoro eo amin’ny toerany. Jaona dia mijoro eo amin’ny toerany. Ao amin’ny Apokalypsy, ilay Liona avy amin’ny firenen’i Joda dia nanokatra ho an’ireo mpianatra ny faminaniana ny bokin’i Daniela, ary amin’izany dia Daniela no mijoro eo amin’ny toerany. Mitondra ny fanambaràny izy, dia izay nambaran’ny Tompo taminy tamin’ny fahitana momba ireo zava-mitranga lehibe sy manetriketrika izay tsy maintsy ho fantatsika eo am-pijoroantsika eo amin’ny tokonam-baravaran’ny fahatanterahan’izany mihitsy.”</w:t>
      </w:r>
    </w:p>
    <w:p>
      <w:pPr>
        <w:pStyle w:val="ArticleScripture"/>
        <w:jc w:val="left"/>
      </w:pPr>
      <w:r>
        <w:rPr>
          <w:rFonts w:ascii="Times New Roman" w:hAnsi="Times New Roman" w:eastAsia="Times New Roman" w:cs="Times New Roman"/>
        </w:rPr>
        <w:t>Ao amin’ny tantara sy ny faminaniana dia asehon’ny Tenin’Andriamanitra ny fifanandrinana naharitra ela teo amin’ny fahamarinana sy ny fahadisoana. Mbola mitohy izany fifanandrinana izany. Izay zavatra efa nisy dia mbola haverina indray. Selected Messages, boky faha-2, 109.</w:t>
      </w:r>
    </w:p>
    <w:p>
      <w:pPr>
        <w:pStyle w:val="ArticleHeading"/>
        <w:jc w:val="left"/>
      </w:pPr>
      <w:r>
        <w:rPr>
          <w:rFonts w:ascii="Arial" w:hAnsi="Arial" w:eastAsia="Arial" w:cs="Arial"/>
        </w:rPr>
        <w:t>Telopolo</w:t>
      </w:r>
    </w:p>
    <w:p>
      <w:pPr>
        <w:pStyle w:val="ArticleBody"/>
        <w:jc w:val="left"/>
      </w:pPr>
      <w:r>
        <w:rPr>
          <w:rFonts w:ascii="Times New Roman" w:hAnsi="Times New Roman" w:eastAsia="Times New Roman" w:cs="Times New Roman"/>
        </w:rPr>
        <w:t>Ny hafatry ny Daniela toko faha-iraika ambin’ny folo andininy faha-efapolo dia novahana ny tombo-kaseny ary nalahatra ara-pomba ofisialy tamin’ny 1996. Telopolo taona tatỳ aoriana, ny tantara miafina ao amin’io andininy io ihany dia voavaha ny tombo-kaseny ankehitriny mifandray amin’ny fandrindrana ara-pomba ofisialy ny hafatry ny Antso amin’ny Mamatonalina, dia hafatra iray izay ahitana faminaniana ivelany voahitsy momba ny finoana silamo, mifandray amin’ny hafatra anatiny voahitsy momba ny Antso amin’ny Mamatonalina. Ny hafatry ny Antso amin’ny Mamatonalina dia torina alohan’ny lalàna alahady ao amin’ny andininy faha-enina ambin’ny folo, satria eo amin’ny lalàna alahady no mikatona ny varavarana ao amin’ny fanoharana.</w:t>
      </w:r>
    </w:p>
    <w:p>
      <w:pPr>
        <w:pStyle w:val="ArticleHeading"/>
        <w:jc w:val="left"/>
      </w:pPr>
      <w:r>
        <w:rPr>
          <w:rFonts w:ascii="Arial" w:hAnsi="Arial" w:eastAsia="Arial" w:cs="Arial"/>
        </w:rPr>
        <w:t>Petera</w:t>
      </w:r>
    </w:p>
    <w:p>
      <w:pPr>
        <w:pStyle w:val="ArticleBody"/>
        <w:jc w:val="left"/>
      </w:pPr>
      <w:r>
        <w:rPr>
          <w:rFonts w:ascii="Times New Roman" w:hAnsi="Times New Roman" w:eastAsia="Times New Roman" w:cs="Times New Roman"/>
        </w:rPr>
        <w:t>Izany dia mametraka an’i Petera ao anatin’ny tantaran’ny famehezana ny iray hetsy sy efatra alina amby efatra arivo. Petera dia nanana hafatra izay notoriny tao amin’ny efitra ambony, ary hafatra iray izay notoriny tao amin’ny tempoly. Ny hafatry ny efitra ambony dia Ilay Antso Amin’ny Misasakalina ao amin’ilay fanoharana, ary ny hafatry ny tempoly dia ny antso mafy ataon’ny anjely fahatelo. Mba hahafahan’i Petera mitory ny hafatry ny efitra ambony, dia Ilay Antso Amin’ny Misasakalina, dia tsy maintsy ahitsy sy alamina ara-pomba ofisialy aloha ny hafatr’i Petera. Izany fanitsiana sy fandrafetana ara-pomba ofisialy izany dia tanterahina amin’ny alalan’ny fampivondronana ireo tsipiky ny faminaniana izay efa nasehon’ny Liona avy amin’ny firenen’i Joda hatramin’ny 31 Desambra 2023.</w:t>
      </w:r>
    </w:p>
    <w:p>
      <w:pPr>
        <w:pStyle w:val="ArticleBody"/>
        <w:jc w:val="left"/>
      </w:pPr>
      <w:r>
        <w:rPr>
          <w:rFonts w:ascii="Times New Roman" w:hAnsi="Times New Roman" w:eastAsia="Times New Roman" w:cs="Times New Roman"/>
        </w:rPr>
        <w:t>Ny asa ankehitriny dia ny hanome endrika ara-dalàna ny hafatry ny Antso amin’ny Misasakalina. Io fanomezana endrika ara-dalàna io dia efa naseho tamin’ny alalan’i William Miller tamin’ny 1831, sy ny gazety The Time of the End tamin’ny 1996. Ny fanitsiana ny hafatra izay niteraka ny fahadisoam-panantenana voalohany tamin’ny 18 Jolay 2020 dia efa naseho tamin’ny alalan’i Josiah Litch sy Samuel Snow samy izy. Ny asa izay nataon’izy ireo tsirairay avy no ‘niteraka’ ilay ‘vokatry’ ny zava-nitranga izay nanaraka ny 11 Aogositra 1840, sy izay nanaraka ny hetsiky ny volana fahafito. Tamin’ny 1840 dia nentina tany amin’ny tobim-pitoriana rehetra eran’izao tontolo izao ilay hafatra, ary tamin’ny 1844 ny hafatry ny Antso amin’ny Misasakalina dia nifaoka nanerana ny morontsiraka atsinanan’i Etazonia tahaka ny onjan-dranomasina mahery. Ny asan’olona no ‘niteraka’ ny ‘vokatry’ ny fandrotsahan’ny Fanahy Masina. Ny 1840 dia nankany amin’izao tontolo izao, izay asehon’ny ranomasina, ary ny 1844 dia nankany Etazonia, izay asehon’ny tany. Ny tandindon’ny 1840 dia Kristy mijoro eo ambonin’ny tany sy ny ranomasina ao amin’ny Apokalypsy folo, ary io toko io indrindra no manondro ny tantara hatramin’ny 1840 ka hatramin’ny 1844, sady mampiseho an’i Kristy mijoro eo ambonin’ny tany sy ny ranomasina.</w:t>
      </w:r>
    </w:p>
    <w:p>
      <w:pPr>
        <w:pStyle w:val="ArticleBody"/>
        <w:jc w:val="left"/>
      </w:pPr>
      <w:r>
        <w:rPr>
          <w:rFonts w:ascii="Times New Roman" w:hAnsi="Times New Roman" w:eastAsia="Times New Roman" w:cs="Times New Roman"/>
        </w:rPr>
        <w:t>Tamin’ny taona 1840 sy 1844, ny fanitsiana ny faminaniana dia fanitsiana nandroso teo amin’ny fotoana, ho amin’ny daty marina tanteraka. Ny iray dia faminaniana momba ny finoana silamo, ary ny iray kosa dia faminaniana momba ny fanoharana ny amin’ny virijina folo. Ny iray dia ivelany, ary ny iray kosa anatiny. Ny taona 1844 koa dia nahitana fahadisoam-pahazoana ny amin’ny fitoerana masina. Ny fitoerana masina va no tany, sa ilay fitoerana masina any an-danitra? Mbola lalina noho ny famaritana fotsiny ny fitoerana masina io tsy fahazoana io, satria naneho fitsapana ihany koa izy izany, dia ny hoe hanaraka an’i Kristy avy ao amin’ny Toerana Masina ho any amin’ny Toerana Masina Indrindra va ny fanahy iray.</w:t>
      </w:r>
    </w:p>
    <w:p>
      <w:pPr>
        <w:pStyle w:val="ArticleScripture"/>
        <w:jc w:val="left"/>
      </w:pPr>
      <w:r>
        <w:rPr>
          <w:rFonts w:ascii="Times New Roman" w:hAnsi="Times New Roman" w:eastAsia="Times New Roman" w:cs="Times New Roman"/>
        </w:rPr>
        <w:t>“Hitako nitsangana avy teo ambonin’ny seza fiandrianana ny Ray, ary niditra tao amin’ny fitoerana masina indrindra tao anatin’ny efitra lamba tamin’ny kalesy mirehitra afo, ka nipetraka teo. Avy eo dia nitsangana avy teo ambonin’ny seza fiandrianana Jesosy, ary ny ankamaroan’ireo niankohoka dia niara-nitsangana taminy. Tsy nahita taratry ny mazava iray aza niala avy tamin’i Jesosy nankany amin’ny vahoaka tsy miraharaha aho, rehefa nitsangana Izy, ary navela tao anatin’ny haizina tanteraka izy ireo. Ireo izay niara-nitsangana tamin’i Jesosy tamin’ny fotoana nitsanganany dia nitana ny masony hibanjina Azy raha nandao ny seza fiandrianana Izy ka nitondra azy ireo nivoaka somary lavidavitra. Dia nanandratra ny tanany ankavanana Izy, ary renay ny feony mahafinaritra nanao hoe: ‘Andraso eto; handeha ho any amin’ny Raiko Aho handray ny fanjakana; tehirizo tsy misy pentina ny fitafianareo, ary afaka kelikely dia hiverina avy any amin’ny fampakaram-bady Aho ka handray anareo ho Ahy.’ Avy eo dia tonga teo amin’izay nisy an’i Jesosy ny kalesy feno rahona, misy kodia tahaka ny afo mirehitra, voahodidin’ny anjely. Niditra tao anatin’ilay kalesy Izy ka nentina ho any amin’ny fitoerana masina indrindra, izay nipetrahan’ny Ray. Teo no nahitako an’i Jesosy, Mpisoronabe lehibe, nitsangana teo anatrehan’ny Ray. Teo amin’ny morontongotry ny fitafiany dia nisy lakolosy sy ampongabendanitra, lakolosy sy ampongabendanitra. Ireo izay niara-nitsangana tamin’i Jesosy dia nampiakatra ny finoany ho Aminy tao amin’ny fitoerana masina indrindra, ka nivavaka hoe: ‘Raiko ô, omeo anay ny Fanahinao.’ Dia Jesosy no nitsoka taminy ny Fanahy Masina. Tao anatin’izany fofonaina izany dia nisy fahazavana sy hery ary fitiavana be, fifaliana sy fiadanana.”</w:t>
      </w:r>
    </w:p>
    <w:p>
      <w:pPr>
        <w:pStyle w:val="ArticleScripture"/>
        <w:jc w:val="left"/>
      </w:pPr>
      <w:r>
        <w:rPr>
          <w:rFonts w:ascii="Times New Roman" w:hAnsi="Times New Roman" w:eastAsia="Times New Roman" w:cs="Times New Roman"/>
        </w:rPr>
        <w:t>“Nitodika aho hijery ilay antokon’olona izay mbola niankohoka teo anoloan’ny seza fiandrianana; tsy fantatr’izy ireo fa efa niala teo Jesosy. Satana dia niseho teo anilan’ny seza fiandrianana, ka niezaka hanohy ny asan’Andriamanitra. Hitako izy ireo niandrandra ny seza fiandrianana ka nivavaka hoe: ‘Ray ô, omeo anay ny Fanahinao.’ Dia nitsoka hery miasa tsy masina teo aminy Satana; tao anatiny dia nisy fahazavana sy hery be, nefa tsy nisy fitiavana mamy, fifaliana ary fiadanana. Ny tanjon’i Satana dia ny hitazona azy ireo ho voafitaka sy hisarika hiverina ary hamitaka ny zanak’Andriamanitra.” Early Writings, 55, 56.</w:t>
      </w:r>
    </w:p>
    <w:p>
      <w:pPr>
        <w:pStyle w:val="ArticleBody"/>
        <w:jc w:val="left"/>
      </w:pPr>
      <w:r>
        <w:rPr>
          <w:rFonts w:ascii="Times New Roman" w:hAnsi="Times New Roman" w:eastAsia="Times New Roman" w:cs="Times New Roman"/>
        </w:rPr>
        <w:t>Ny fitoerana masina no fantatra ho ilay “fanalahidy” izay nanazava ny tsy fahazoana rehetra nateraky ny tsy fahazoana ny fitoerana masina. Izy no ilay “fanalahidy” izay nanazava ny fahadisoam-panantenana. Amin’ny andro farany, ny “fanalahidy” dia ny fahadisoam-panantenana, izay manazava ny tsy fahazoana ny tempoly.</w:t>
      </w:r>
    </w:p>
    <w:p>
      <w:pPr>
        <w:pStyle w:val="ArticleBody"/>
        <w:jc w:val="left"/>
      </w:pPr>
      <w:r>
        <w:rPr>
          <w:rFonts w:ascii="Times New Roman" w:hAnsi="Times New Roman" w:eastAsia="Times New Roman" w:cs="Times New Roman"/>
        </w:rPr>
        <w:t>Hatramin’ny 22 Oktobra 1844 dia “tsy misy andro intsony”, ary ny fahadisoana tamin’ny fahadisoam-panantenana tamin’ny 18 Jolay 2020 dia tsy maintsy ahitsy ankehitriny, nefa tsy amin’ny lafiny fotoana, fa tsy misy andro intsony.</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tànany ho amin’ny lanitra, ary nianiana tamin’Ilay velona mandrakizay doria, izay nahary ny lanitra sy izay ao aminy, ary ny tany sy izay ao aminy, ary ny ranomasina sy izay ao aminy, fa tsy hisy andro intsony; fa amin’ny andron’ny feon’ny anjely fahafito, raha vao hanomboka hitsoka izy, dia ho tanteraka ny zava-miafina momba an’Andriamanitra, araka izay nambarany tamin’ny mpanompony, dia ny mpaminany. Apokalypsy 10:5–7.</w:t>
      </w:r>
    </w:p>
    <w:p>
      <w:pPr>
        <w:pStyle w:val="ArticleBody"/>
        <w:jc w:val="left"/>
      </w:pPr>
      <w:r>
        <w:rPr>
          <w:rFonts w:ascii="Times New Roman" w:hAnsi="Times New Roman" w:eastAsia="Times New Roman" w:cs="Times New Roman"/>
        </w:rPr>
        <w:t>Ny toerana misy ny faminaniana izay tsy maintsy ahitsy dia i Nashville, Tennessee, ary tsy azo ovana izany toerana izany, satria tsy Future for America no namantatra azy, fa i Ellen White, ary tsy mba diso mihitsy ny Fanahin’ny Faminaniana.</w:t>
      </w:r>
    </w:p>
    <w:p>
      <w:pPr>
        <w:pStyle w:val="ArticleScripture"/>
        <w:jc w:val="left"/>
      </w:pPr>
      <w:r>
        <w:rPr>
          <w:rFonts w:ascii="Times New Roman" w:hAnsi="Times New Roman" w:eastAsia="Times New Roman" w:cs="Times New Roman"/>
        </w:rPr>
        <w:t>“Raha tany Nashville aho, dia niresaka tamin’ny olona; ary tamin’ny alina, nisy baolina afo goavana dia goavana nidina avy tany an-danitra ka nipetraka teo Nashville. Nisy lelafo nivoaka avy tamin’izany baolina izany tahaka ny zana-tsipìka; naringana ny trano; nihozongozona sy nirodana ny trano. Ny sasany tamin’ny olontsika dia nitsangana teo. ‘Toy izany indrindra no nampoizinay,’ hoy izy ireo, ‘efa nampoizinay izao.’ Ny hafa kosa namely ny tanany noho ny fangirifiriana ka niantso an’Andriamanitra mba hamindra fo. ‘Fantatrareo izany,’ hoy izy ireo, ‘fantatrareo fa ho avy izao, nefa tsy niteny akory ianareo hampitandrina anay!’ Toa saiky handrovitra azy ireo mihitsy izy, rehefa nihevitra fa tsy mba nilaza taminy na nanome fampitandremana na dia kely akory aza izy ireo.” Manuscript 188, 1905.</w:t>
      </w:r>
    </w:p>
    <w:p>
      <w:pPr>
        <w:pStyle w:val="ArticleBody"/>
        <w:jc w:val="left"/>
      </w:pPr>
      <w:r>
        <w:rPr>
          <w:rFonts w:ascii="Times New Roman" w:hAnsi="Times New Roman" w:eastAsia="Times New Roman" w:cs="Times New Roman"/>
        </w:rPr>
        <w:t>Ny olana anatiny momba ireo baolina afo nilatsaka tamin’i Nashville dia izao: manambara izany fa ny Advantista Mitandrina ny Andro Fahafito Laodiseana dia nahalala ny hafatra fampitandremana momba an’i Nashville, nefa nangina. Io no teboka eo amin’ny tantara ara-paminaniana izay isehoan’ny “henatra” na ny “fifaliana” amin’ny hafatry ny Antso Amin’ny Misasak’alina. Io no teboka izay anombohan’ireo izay ho tonga faneva hasandratra hiseho ho miavaka, mifanohitra amin’ireo izay amin’izany fotoana izany dia ampahamenarina noho ny ataon’ireo olona eo amin’izao tontolo izao izay tezitra mafy sy romotra satria ny Advantista Mitandrina ny Andro Fahafito Laodiseana dia tsy nanome fampitandremana momba an’i Nashville. Io fahasamihafana ara-paminaniana io ihany no naseho teo an-Tendrombohitra Karmela teo amin’i Elia sy ireo mpaminanin’i Bala, ary teo amin’ny tantaran’ilay anjely faharoa tamin’ny tantaran’ny Millerita, rehefa niova ho Protestanta nihemotra ny Protestanta ka nanomboka ny andraikiny maha-mpaminany sandoka azy, tonga zanakavavin’i Roma. Tamin’ny 1989, ny tandroka ara-politika tamin’ny alalan’i Reagan dia nanao izany zavatra izany indrindra koa, saingy Reagan tsy tonga zanakavavin’i Roma, fa tonga Ahaba sy Kôlovisy voalohany, sakaizan-dratsin’i Roma.</w:t>
      </w:r>
    </w:p>
    <w:p>
      <w:pPr>
        <w:pStyle w:val="ArticleScripture"/>
        <w:jc w:val="left"/>
      </w:pPr>
      <w:r>
        <w:rPr>
          <w:rFonts w:ascii="Times New Roman" w:hAnsi="Times New Roman" w:eastAsia="Times New Roman" w:cs="Times New Roman"/>
        </w:rPr>
        <w:t>“Nisy seho naseho tamiko. Ny alin’ny Sabata no nisehoan’izany. Tamin’izay no naseho tamiko io seho io. Nijery teny am-baravarankely aho, ary indro nisy baolina afo lehibe dia lehibe nidina avy tany an-danitra, ka latsaka teo amin’izay nanorenan’izy ireo trano nisy andry, indrindra fa ireo andry no naseho tamiko. Ary toa tonga nivantana teo amin’ilay trano ilay baolina ka nandrava azy, ary hitan’izy ireo fa niely izy, niely hatrany, nihalehibe, ka nanomboka nikiakiaka sy nitomany sy nitomany izy ireo, sady namihina sy nanorotoro ny tanany; ary nihevitra aho fa nisy tamin’ny olontsika nitsangana teo, nanao hoe: ‘Eny, izany indrindra no efa nandrasanay; izany indrindra no efa noresahinay; izany indrindra no efa noresahinay.’ ‘Fantatrareo izany?’ hoy ny olona. ‘Fantatrareo izany, nefa tsy mba nolazainareo taminay?’ Nihevitra aho fa nisy fijaliana mafy toy izany teny amin’ny tavany, fijaliana mafy toy izany teo amin’ny bikany.’” Manuscript 152; 1904.</w:t>
      </w:r>
    </w:p>
    <w:p>
      <w:pPr>
        <w:pStyle w:val="ArticleBody"/>
        <w:jc w:val="left"/>
      </w:pPr>
      <w:r>
        <w:rPr>
          <w:rFonts w:ascii="Times New Roman" w:hAnsi="Times New Roman" w:eastAsia="Times New Roman" w:cs="Times New Roman"/>
        </w:rPr>
        <w:t>Ny fahadisoam-panantenana tamin’ny 18 Jolay 2020 no “fanalahidy” hamantarana ilay tempoly izay hatsangana ho faneva. Ny fanavahana sokajy roa amin’ny Advantista dia lohahevitra lehibe ao amin’ny faminaniana ara-Baiboly. Nandà tsy hiaraka amin’ny “fiangonan’ny mpaniratsira” i Jeremia, ary ny fiangonan’i Smyrna sy Filadelfia dia samy nampitahaina tamin’ny synagogan’i Satana, izay nilaza fa Jiosy izy, nefa tsy izany. Ny fanavahana ireo sokajy roa amin’ireo izay manaiky ho Advantista dia asehon’ny fomba fandalinana ny Baiboly ampiasainy. Izany no fanavahana eo amin’ny fanabeazana marina sy ny “fampianarana ambony, izay antsoina toy izany” araka ny iantsoan-dRahavavy White azy.</w:t>
      </w:r>
    </w:p>
    <w:p>
      <w:pPr>
        <w:pStyle w:val="ArticleBody"/>
        <w:jc w:val="left"/>
      </w:pPr>
      <w:r>
        <w:rPr>
          <w:rFonts w:ascii="Times New Roman" w:hAnsi="Times New Roman" w:eastAsia="Times New Roman" w:cs="Times New Roman"/>
        </w:rPr>
        <w:t>Nashville dia fantatra amin’ny anarana hoe “Athens of the South,” ary ny trano malaza indrindra maneho an’i Gresy ao Nashville dia ny Parthenon ao amin’ny Centennial Park, izay naorina tamin’ny 1897 ho dika mitovy amin’ny habeny manontolo amin’ilay Parthenon grika fahiny. Natsangana izy io mba hankalazana ny faha-zato taonan’ny nidiran’i Tennessee ho fanjakana tamin’ny 1796, ary nokasaina horavana rehefa tapitra ny fankalazana. Nefa kosa, navadika ho zaridaina ilay tany tamin’ny 1903, ary ny Parthenon dia naorina indray ho trano maharitra nanomboka tamin’ny 1920 ka hatramin’ny 1931.</w:t>
      </w:r>
    </w:p>
    <w:p>
      <w:pPr>
        <w:pStyle w:val="ArticleBody"/>
        <w:jc w:val="left"/>
      </w:pPr>
      <w:r>
        <w:rPr>
          <w:rFonts w:ascii="Times New Roman" w:hAnsi="Times New Roman" w:eastAsia="Times New Roman" w:cs="Times New Roman"/>
        </w:rPr>
        <w:t>Ny anarana hoe “Parthenon” dia avy amin’ny teny grika hoe parthénos, izay midika hoe “virijiny” na “zatovovavy,” manondro an’i Athena amin’ny lafiny maha-andriamanibavy tsy mbola voakitika, hendry, ary tia ady azy, dia ilay andriamanibavin’ny fahendrena, ny paik’ady, ny zavakanto, ny asa-tanana ary ny sivilizasiôna. Naorina teo anelanelan’ny 447–432 tal. J.K. teo amin’ny Acropolis ao Athena izy, ary nisy sarivongana goavana chryselephantine (volamena sy ivoara) an’i Athena, nataon’ilay mpanao sokitra Phidias—izay tena nanompo ho “tranony” na fonenany masina, toerana izay ninoana fa nitoerany.</w:t>
      </w:r>
    </w:p>
    <w:p>
      <w:pPr>
        <w:pStyle w:val="ArticleBody"/>
        <w:jc w:val="left"/>
      </w:pPr>
      <w:r>
        <w:rPr>
          <w:rFonts w:ascii="Times New Roman" w:hAnsi="Times New Roman" w:eastAsia="Times New Roman" w:cs="Times New Roman"/>
        </w:rPr>
        <w:t>Ny fanasongadinan’ny rafitra fanabeazana tandrefana ny fahalalana mivelatra, ny famotopotorana mitsikera, ny fanomanana ho olom-pirenena, ary ny rafitra mifototra amin’ny zava-kanto liberaly dia miorina amin’ny fototra lalina ao amin’ny filozofia sy ny fomba fanao grika fahiny. Raha tsy nisy ny Akademian’i Plato, ny Lyceum-n’i Aristotle, na ny paideia ateniana, dia ho hafa lavitra ny endriky ny fanabeazana maoderina araka izay ahafantarantsika azy ankehitriny.</w:t>
      </w:r>
    </w:p>
    <w:p>
      <w:pPr>
        <w:pStyle w:val="ArticleBody"/>
        <w:jc w:val="left"/>
      </w:pPr>
      <w:r>
        <w:rPr>
          <w:rFonts w:ascii="Times New Roman" w:hAnsi="Times New Roman" w:eastAsia="Times New Roman" w:cs="Times New Roman"/>
        </w:rPr>
        <w:t>Tamin’ny taona 1904 no nanorenana ny Sekoly Madison, sivy kilaometatra miala an’i Nashville. Ellen White dia isan’ireo mpikambana mpanorina tao amin’ny filankevi-pitantanan’ny Sekoly Madison tany am-boalohany (izay nantsoina ara-pomba ofisialy hoe Nashville Agricultural and Normal Institute, ary tatỳ aoriana dia fantatra amin’ny anarana hoe Madison College). Izy dia niasa ho mpikambana mpanorina tao amin’ny filankevi-pitantanana hatramin’ny nanombohany tamin’ny taona 1904. Nijanona tao amin’ny filankevi-pitantanana izy mandra-pahatongan’ny manodidina ny taona 1914 (taona iray talohan’ny nahafatesany tamin’ny 1915).</w:t>
      </w:r>
    </w:p>
    <w:p>
      <w:pPr>
        <w:pStyle w:val="ArticleBody"/>
        <w:jc w:val="left"/>
      </w:pPr>
      <w:r>
        <w:rPr>
          <w:rFonts w:ascii="Times New Roman" w:hAnsi="Times New Roman" w:eastAsia="Times New Roman" w:cs="Times New Roman"/>
        </w:rPr>
        <w:t>Izany no hany biraon’ny oniversite na andrim-panjakana izay nekeny hiarahany na hanompoany. Nofeheziny tamim-pikasana ny fandraisany toerana ara-drafitra tahaka izany tao amin’ireo fikambanana Adventista hafa, nefa nanao fanavahana ho an’i Madison izy noho ny fifanarahan’izany tamin’ireo torohevitra nomeny momba ny fanabeazana (mizaka tena, miorina amin’ny toeram-pambolena, mifantoka amin’ny asa misionera, ary manasongadina ny Baiboly, ny asa tanana, ary ny fanomanana azo ampiharina ho amin’ny fanompoana any atsimo sy any ankoatra). Tonga tamin’ny taona 1904 sy 1905 ny hafatra avy amin’i Sister White momba an’i Nashville, dia tamin’io fe-potoana io ihany no nanombohan’ny Madison School, ary novana ho fampirantiana maharitra ao amin’ny valan-javaboary maharitra ny fampirantiana Parthenon. Ny tandindon’ny fanabeazana grika sy ny fanabeazana avy any an-danitra samy nanamarika ny fiandohany tao anatin’io fotoana fohy io ihany, izay ilay vanim-potoana ihany koa nanomezana ny fahitana momba ireo baolina afo tao Nashville.</w:t>
      </w:r>
    </w:p>
    <w:p>
      <w:pPr>
        <w:pStyle w:val="ArticleScripture"/>
        <w:jc w:val="left"/>
      </w:pPr>
      <w:r>
        <w:rPr>
          <w:rFonts w:ascii="Times New Roman" w:hAnsi="Times New Roman" w:eastAsia="Times New Roman" w:cs="Times New Roman"/>
        </w:rPr>
        <w:t>“Tamin’ny alin’ny omaly dia nisy toe-javatra naseho teo anatrehako. Mety tsy hahatsiaro ho afaka hamoaka izany rehetra izany mihitsy aho, nefa hamoaka kely ihany aho.</w:t>
      </w:r>
    </w:p>
    <w:p>
      <w:pPr>
        <w:pStyle w:val="ArticleScripture"/>
        <w:jc w:val="left"/>
      </w:pPr>
      <w:r>
        <w:rPr>
          <w:rFonts w:ascii="Times New Roman" w:hAnsi="Times New Roman" w:eastAsia="Times New Roman" w:cs="Times New Roman"/>
        </w:rPr>
        <w:t>“Toa nisy nisy baolina afo midadasika dia nidina teo ambonin’izao tontolo izao ka nanorotoro trano lehibe. Avy etsy sy eroa no niakaran’ny antso hoe: ‘Tonga ny Tompo! Tonga ny Tompo!’ Maro no tsy vonona hihaona Aminy, nefa vitsy kosa no nanao hoe: ‘Isaorana anie ny Tompo!’”</w:t>
      </w:r>
    </w:p>
    <w:p>
      <w:pPr>
        <w:pStyle w:val="ArticleScripture"/>
        <w:jc w:val="left"/>
      </w:pPr>
      <w:r>
        <w:rPr>
          <w:rFonts w:ascii="Times New Roman" w:hAnsi="Times New Roman" w:eastAsia="Times New Roman" w:cs="Times New Roman"/>
        </w:rPr>
        <w:t>“‘Nahoana ianareo no midera ny Tompo?’ hoy ny fanontanian’ireo izay hiharan’ny fandringanana tampoka.</w:t>
      </w:r>
    </w:p>
    <w:p>
      <w:pPr>
        <w:pStyle w:val="ArticleScripture"/>
        <w:jc w:val="left"/>
      </w:pPr>
      <w:r>
        <w:rPr>
          <w:rFonts w:ascii="Times New Roman" w:hAnsi="Times New Roman" w:eastAsia="Times New Roman" w:cs="Times New Roman"/>
        </w:rPr>
        <w:t>“Satria ankehitriny isika mahita izay efa notadiavintsika.”</w:t>
      </w:r>
    </w:p>
    <w:p>
      <w:pPr>
        <w:pStyle w:val="ArticleScripture"/>
        <w:jc w:val="left"/>
      </w:pPr>
      <w:r>
        <w:rPr>
          <w:rFonts w:ascii="Times New Roman" w:hAnsi="Times New Roman" w:eastAsia="Times New Roman" w:cs="Times New Roman"/>
        </w:rPr>
        <w:t>“‘Raha nino ianareo fa ho avy ireo zavatra ireo, nahoana no tsy nilaza taminay ianareo?’ no valin-teny mahatsiravina. ‘Tsy nahalala momba ireo zavatra ireo izahay. Nahoana no navelanareo tao amin’ny tsy fahalalana izahay? Imbetsaka ianareo no efa nahita anay; nahoana no tsy nifankahalala taminay ianareo ka nilaza taminay ny amin’ny fitsarana ho avy, sy fa tsy maintsy manompo an’Andriamanitra izahay, fandrao ho levona? Ankehitriny dia very izahay!’” Manuscript 102, 1904.</w:t>
      </w:r>
    </w:p>
    <w:p>
      <w:pPr>
        <w:pStyle w:val="ArticleBody"/>
        <w:jc w:val="left"/>
      </w:pPr>
      <w:r>
        <w:rPr>
          <w:rFonts w:ascii="Times New Roman" w:hAnsi="Times New Roman" w:eastAsia="Times New Roman" w:cs="Times New Roman"/>
        </w:rPr>
        <w:t>Ny toe-javatra nisy ny hafatry Nashville dia napetraka ara-jeografia tao anatin’ny sehatra ara-panahy mikasika ny fanabeazana marina na sandoka. Fanabeazana iray izay manomana fanahy ho olom-pirenena an’ny lanitra na an’ny tany. Tsy misy firesahana momba ny Silamo ao amin’ny fahitan’i Rahavavy White momba an’i Nashville, koa inona no fanamarinana hampifandraisana ny Silamo amin’ilay fahitana momba ny baolina afo teo ambonin’i Nashville? Ahoana no hifanarahan’ny fanitsiana ny hafatr’i Nashville tamin’ny taona 2020 amin’ny asan’i Josiah Litch sy Samuel Snow? Ny fanitsian’izy ireo dia natao rehefa fantatr’izy ireo fa ilay porofo ihany izay nitarika ho amin’ny faminaniana voalohany no porofo nanorina ny faminaniana voahitsy.</w:t>
      </w:r>
    </w:p>
    <w:p>
      <w:pPr>
        <w:pStyle w:val="ArticleBody"/>
        <w:jc w:val="left"/>
      </w:pPr>
      <w:r>
        <w:rPr>
          <w:rFonts w:ascii="Times New Roman" w:hAnsi="Times New Roman" w:eastAsia="Times New Roman" w:cs="Times New Roman"/>
        </w:rPr>
        <w:t>Niorina ela be fa naorina hatry ny ela ny porofon’ny Islam, talohan’ny nampifandraisana azy tamin’ny hafatra fampitandremana avy any Nashville. Mifamatotra mivantana amin’ny hafatry ny anjely fahatelo ny hafatry ny Islam. Aseho amin’ny alalan’ny vavolombelona ara-Baiboly maromaro izany zava-misy izany. Ny fampitandreman’ny anjely fahatelo dia maneho fampitandremana mikasika ny mariky ny fahefan’ny mpanjakan’ny avaratra, ary ny fampitandreman’ny Islam kosa dia asehon’ny fampitandremana ataon’ny zanaky ny atsinanana.</w:t>
      </w:r>
    </w:p>
    <w:p>
      <w:pPr>
        <w:pStyle w:val="ArticleScripture"/>
        <w:jc w:val="left"/>
      </w:pPr>
      <w:r>
        <w:rPr>
          <w:rFonts w:ascii="Times New Roman" w:hAnsi="Times New Roman" w:eastAsia="Times New Roman" w:cs="Times New Roman"/>
        </w:rPr>
        <w:t>Nefa hisy vaovao avy any atsinanana sy avy any avaratra hampitebiteby azy; koa hivoaka amin-katezerana lehibe izy handringana sy handripaka tanteraka ny maro. Daniela 11:44.</w:t>
      </w:r>
    </w:p>
    <w:p>
      <w:pPr>
        <w:pStyle w:val="ArticleBody"/>
        <w:jc w:val="left"/>
      </w:pPr>
      <w:r>
        <w:rPr>
          <w:rFonts w:ascii="Times New Roman" w:hAnsi="Times New Roman" w:eastAsia="Times New Roman" w:cs="Times New Roman"/>
        </w:rPr>
        <w:t>Ilay anjely fahatelo dia niditra teo amin’ny tantara tamin’ny 22 Oktobra 1844, raha nanomboka naneno ny trompetra fahafito. Ny trompetra fahafito dia ilay loza fahatelo amin’ny finoana silamo koa. Ny fikomiana tamin’ny 1863 dia nampangina ny fanenon’ny trompetra fahafito mandra-pahatongan’ny 11 Septambra, tamin’izay nidinan’ilay anjely fahatelo ao amin’ny Apokalypsy toko faha-valo ambin’ny folo, raha narodana ireo trano lehibe tao New York noho ny fikasan’ny herin’Andriamanitra.</w:t>
      </w:r>
    </w:p>
    <w:p>
      <w:pPr>
        <w:pStyle w:val="ArticleBody"/>
        <w:jc w:val="left"/>
      </w:pPr>
      <w:r>
        <w:rPr>
          <w:rFonts w:ascii="Times New Roman" w:hAnsi="Times New Roman" w:eastAsia="Times New Roman" w:cs="Times New Roman"/>
        </w:rPr>
        <w:t>Ny 9/11 no alfa na fiandohan’ny fotoanan’ny fanisiana tombo-kase, izay mifarana amin’ny omega na fiafaran’ny fanisiana tombo-kase ny iray hetsy sy efatra arivo amby efatra alina amin’ilay lalàna Alahady ho avy tsy ho ela.</w:t>
      </w:r>
    </w:p>
    <w:p>
      <w:pPr>
        <w:pStyle w:val="ArticleBody"/>
        <w:jc w:val="left"/>
      </w:pPr>
      <w:r>
        <w:rPr>
          <w:rFonts w:ascii="Times New Roman" w:hAnsi="Times New Roman" w:eastAsia="Times New Roman" w:cs="Times New Roman"/>
        </w:rPr>
        <w:t>Ny 9/11 no alfa-n’ny fotoam-pitsapana momba ny sarin’ilay bibidia any Etazonia, izay mifarana amin’ny omega-n’ny fotoam-pitsapana momba ny sarin’ilay bibidia any Etazonia, izay mitranga rehefa ampiharina an-tery any Etazonia ny mariky ny bibidia.</w:t>
      </w:r>
    </w:p>
    <w:p>
      <w:pPr>
        <w:pStyle w:val="ArticleBody"/>
        <w:jc w:val="left"/>
      </w:pPr>
      <w:r>
        <w:rPr>
          <w:rFonts w:ascii="Times New Roman" w:hAnsi="Times New Roman" w:eastAsia="Times New Roman" w:cs="Times New Roman"/>
        </w:rPr>
        <w:t>Ny 9/11 no alfa, na fiandohan’ny fitsarana ny velona amin’ilay bibidia eto an-tany, anisan’izany ny tandrony Repoblikana sy Protestanta, izay hifarana amin’ilay lalàna alahady ho avy tsy ho ela.</w:t>
      </w:r>
    </w:p>
    <w:p>
      <w:pPr>
        <w:pStyle w:val="ArticleBody"/>
        <w:jc w:val="left"/>
      </w:pPr>
      <w:r>
        <w:rPr>
          <w:rFonts w:ascii="Times New Roman" w:hAnsi="Times New Roman" w:eastAsia="Times New Roman" w:cs="Times New Roman"/>
        </w:rPr>
        <w:t>9/11 dia ny alfa amin’ny “andron’ny fiomanan’i Jehovah,” izay mifarana amin’ny fizahan-toetra momba ny andron’ny Sabatan’i Jehovah.</w:t>
      </w:r>
    </w:p>
    <w:p>
      <w:pPr>
        <w:pStyle w:val="ArticleBody"/>
        <w:jc w:val="left"/>
      </w:pPr>
      <w:r>
        <w:rPr>
          <w:rFonts w:ascii="Times New Roman" w:hAnsi="Times New Roman" w:eastAsia="Times New Roman" w:cs="Times New Roman"/>
        </w:rPr>
        <w:t>9/11 dia ny alfa amin’ny fanorenana ny tempoly, asehon’ny vato fanorenana, izay mifarana rehefa apetraka eo ambonin’ny tempoly ny vato fehizoro omega.</w:t>
      </w:r>
    </w:p>
    <w:p>
      <w:pPr>
        <w:pStyle w:val="ArticleBody"/>
        <w:jc w:val="left"/>
      </w:pPr>
      <w:r>
        <w:rPr>
          <w:rFonts w:ascii="Times New Roman" w:hAnsi="Times New Roman" w:eastAsia="Times New Roman" w:cs="Times New Roman"/>
        </w:rPr>
        <w:t>9/11 dia ny alfa-n’ny loza fahatelo any Etazonia, izay mifarana amin’ilay horohoron-tany ao amin’ny Apokalypsy toko faha-11, dia ilay lalàna alahady ho avy tsy ho ela. Amin’izany horohoron-tany izany dia tonga faingana ny loza fahatelo. Ny tantaran’ireo fireballs tao Nashville dia mialoha ny hifaranan’ny fotoam-pahasoavana amin’ny lalàna alahady, na dia eo aza ny fanambarana ataon’ireo izay manameloka ny Advantista Laodikia ka milaza hoe: “Ankehitriny dia very isika.”</w:t>
      </w:r>
    </w:p>
    <w:p>
      <w:pPr>
        <w:pStyle w:val="ArticleBody"/>
        <w:jc w:val="left"/>
      </w:pPr>
      <w:r>
        <w:rPr>
          <w:rFonts w:ascii="Times New Roman" w:hAnsi="Times New Roman" w:eastAsia="Times New Roman" w:cs="Times New Roman"/>
        </w:rPr>
        <w:t>Ny bokin’i Joela sy ny fahatanterahany tamin’ny Pentekosta dia mampibaribary ny fifandirana momba ny hafatry ny Antso Amin’ny Misasakalina, rehefa misy sokajy iray izay tsy mahazo ny fitomboan’ny fahalalana miampanga ireo izay mahazo azy ho mamo. Ny fifanandrinan’ireo mamoan’i Efraima sy ny hendry dia lohahevitra iray resahina matetika ao amin’ny Teny faminanian’Andriamanitra. Anankiray amin’ireo singan’ny fahamarinana ny hoe hafatra misy dingana roa io hafatra io, araka ny nasehon’i Petera tao amin’ny efitra ambony sy taorian’izany tao amin’ny tempoly. Izy io dia aseho amin’ny alalan’ny fitsarana manomboka amin’ny ankohonan’Andriamanitra ary avy eo arahin’izay any ivelan’ny ankohonan’Andriamanitra. Ny fizotry ny fitsarana dia asehon’ny feo roa ao amin’ny Apokalypsy fahavalo ambin’ny folo koa, izay ny feo voalohany dia 9/11 hatramin’ny lalàna alahady, ary avy eo ny feo faharoa ao amin’ny andininy fahaefatra no manamarika ny lalàna alahady. Ny fanavahana ny hafatra ara-paminaniana marina sy sandoka momba ny ranonorana farany dia asehon’i Elia koa, izay ambaran’i Malakia fa hiverina mialoha indrindra ny hifaranan’ny fotoam-pahasoavana.</w:t>
      </w:r>
    </w:p>
    <w:p>
      <w:pPr>
        <w:pStyle w:val="ArticleBody"/>
        <w:jc w:val="left"/>
      </w:pPr>
      <w:r>
        <w:rPr>
          <w:rFonts w:ascii="Times New Roman" w:hAnsi="Times New Roman" w:eastAsia="Times New Roman" w:cs="Times New Roman"/>
        </w:rPr>
        <w:t>Ny tandindon’ny hendry sy ny adala teo an-tendrombohitra Karmela dia i “Elia ilay hendry” sy ireo mpaminanin’i Bala adala. Elia dia Petera, ary ireo mpaminanin’i Bala dia ireo mpimamo ao Efraima. Raha vao aseho ho ireo mpaminany sandokan’i Bala ireo mpimamo adala, amin’ny alalan’ny firotsahan’ny afo, dia mamaly ihany ny vahoaka amin’ny farany hoe: “Jehovah, Izy no Andriamanitra.” Ny Advantista Mitandrina ny Andro Fahafito Laodiseana dia aseho ho toy izany amin’ny fahatanterahan’ny faminaniana momba an’i Nashville. Ireo any ivelan’ny Advantisma izay mifoha amin’izay amin’ny tsy fahatokian’ireo adala dia entina ho eo ambanin’ny faharesen-dahatra, nefa mbola tsy nikatona ny fotoam-pahasoavany. Ny fanoharana momba ny fanehoana ny virijina hendry sy adala, izay asehon’ny hafatry ny fampitandremana momba an’i Nashville, dia mariky ny lalana eo amin’ny fahatanterahana farany sy lavorary amin’ny fanoharana momba ireo virijina folo.</w:t>
      </w:r>
    </w:p>
    <w:p>
      <w:pPr>
        <w:pStyle w:val="ArticleBody"/>
        <w:jc w:val="left"/>
      </w:pPr>
      <w:r>
        <w:rPr>
          <w:rFonts w:ascii="Times New Roman" w:hAnsi="Times New Roman" w:eastAsia="Times New Roman" w:cs="Times New Roman"/>
        </w:rPr>
        <w:t>Ny fahadisoam-panantenana tamin’ny 18 Jolay 2020 no mamaritra ny hafatra izay tsy maintsy ahitsy, ary koa ny fanehoana ireo izay ao anatin’ny Advantisma manana ny diloilo, sy ireo izay tsy manana izany. Ireo izay tsy nanana ny hafatry ny diloilo izay mampitandrina an’i Nashville dia ampitahaina amin’izay tena manana ny diloilo. Amin’ireo sokajy roa izay na manana na tsy manana ny diloilon’ny hafatra, ny sokajy iray dia efa nandalo fahadisoam-panantenana izay nasehon’ny fahadisoam-panantenana voalohany teo amin’ny tantaran’ny Millerita, fa ny sokajy iray kosa tsy manana izany fanandramana izany. Raha tsy eo ny fahadisoam-panantenana izay tandindonin’ny Millerita, dia tsy misy fanitsiana hatao amin’izay faminaniana tsy tanteraka. Ny zava-misy fa ny faminaniana momba an’i Nashville tamin’ny 2020 dia nanondro ny Silamo dia mifanaraka amin’ny singa iray ao amin’ny hafatra tsy nety izay mila ahitsy.</w:t>
      </w:r>
    </w:p>
    <w:p>
      <w:pPr>
        <w:pStyle w:val="ArticleBody"/>
        <w:jc w:val="left"/>
      </w:pPr>
      <w:r>
        <w:rPr>
          <w:rFonts w:ascii="Times New Roman" w:hAnsi="Times New Roman" w:eastAsia="Times New Roman" w:cs="Times New Roman"/>
        </w:rPr>
        <w:t>Porofon’izany no hita amin’ny zava-misy fa ny tantara isehoan’ireo baolina afo ao Nashville dia tsy hoe mifanaraka ihany amin’ny tantaran’ny fahadisoam-panantenana voalohan’ny Millerita sy ny fanitsiana ny hafatra taorian’izany, fa koa satria mitranga ao anatin’ny tantara iray izay manomboka amin’ny fahatongavan’ny anjely fahatelo tamin’ny 9/11, izay manamarika ny fahatongavan’ny silamo amin’ny loza fahatelo, ary io silamo io dia tonga indray ara-paminaniana amin’ilay horohoron-tany amin’ny lalàna alahady ao amin’ny Apokalypsy toko faha-iraika ambin’ny folo. Ny fitazonana ny silamo ao anatin’ny hafatra, na dia tsy misy firesahana mivantana ataon’i Sister White momba ny silamo sy ny fampitandremana ao Nashville aza, dia miorina amin’ny lohahevitry ny tantara, dia ny silamo.</w:t>
      </w:r>
    </w:p>
    <w:p>
      <w:pPr>
        <w:pStyle w:val="ArticleBody"/>
        <w:jc w:val="left"/>
      </w:pPr>
      <w:r>
        <w:rPr>
          <w:rFonts w:ascii="Times New Roman" w:hAnsi="Times New Roman" w:eastAsia="Times New Roman" w:cs="Times New Roman"/>
        </w:rPr>
        <w:t>Tao amin’ny lahatsoratra faha-iraika amby dimampolo sy zato ao amin’ilay andiana lahatsoratra mitondra ny lohateny hoe The Book of Daniel dia nasehonay fa, mifanaraka amin’ny fijoroana vavolombelon’i Balama sy ny boriky, ny Islamo, izay asehon’ny boriky, dia hanana fifaneraserana lehibe telo amin’i Etazonia ao amin’ny tantaran’ny 9/11 ka hatramin’ny lalàn’ny Alahady. Nofaritanay ho ny 9/11 ny voalohany, ary avy eo ny 7 Oktobra 2022 ho ny faharoa. Nomarihinay fa ny fanafihana voalohany dia namely ny tany be voninahitra ara-panahy, ary ny fanafihana faharoa kosa dia namely ny tany be voninahitra ara-bakiteny, dia ny Isiraely, ary fa ny fanafihana fahatelo dia ho ilay fanafihana amin’ny horohoron-tany amin’ny lalàn’ny Alahady. Notsindrihinay fa ny tantaran’i Balama amin’ity ambaratonga ara-paminaniana ity dia nitondra ny mariky ny fahamarinana, satria ny fanafihana voalohany sy farany dia namely ny tany be voninahitra ara-panahy, ary ny fanafihana afovoany dia namely ny tany be voninahitra ara-bakiteny, izay tandindon’ny fikomiana. Ankehitriny dia hitantsika fa hisy famelezana fahefatra, izay manamarika ny fiandohan’ny hafatry ny Antso Mamatonalina, hitranga ao amin’ny tany be voninahitra ara-panahy rehefa tanteraka ny fireballs an’i Nashville. Midika izany fa ny famelezana faharoan’i Balama sy ny borikiny dia miendrika roa sosona, ka ny voalohany amin’ireo famelezana roa dia amin’ny tany be voninahitra ara-bakiteny ary ny faharoa amin’ny tany be voninahitra ara-panahy.</w:t>
      </w:r>
    </w:p>
    <w:p>
      <w:pPr>
        <w:pStyle w:val="ArticleBody"/>
        <w:jc w:val="left"/>
      </w:pPr>
      <w:r>
        <w:rPr>
          <w:rFonts w:ascii="Times New Roman" w:hAnsi="Times New Roman" w:eastAsia="Times New Roman" w:cs="Times New Roman"/>
        </w:rPr>
        <w:t>Ny lahatsoratra dia nanolotra fahamarinana tsy feno, izay nambaran’ny Liona avy amin’ny fokon’i Joda ankehitriny ho vavolombelona hafa momba ny fifandraisana ara-paminaniana misy eo amin’ny Islamo sy ireo baolina afo tao Nashville. Misy koa adihevitra iray hafa hanohanana ny fampifandraisana ny Islamo amin’ireo baolina afo, izay hita ao anatin’ny tsipika fanavaozana amin’ny tantara masina. Ny hetsika fanavaozana rehetra dia samy manana ny lohahevitra mampiavaka azy manokana, izay manenika ny hetsika fanavaozana manontolo. Tao amin’ny hetsika fanavaozan’i Mosesy, dia ny hidirana amin’ny fanekena amin’ny vahoaka voafidy no lohahevitra. Tao amin’ny tsipika fanavaozan’i Kristy, dia ny Mesia no lohahevitra. Tao amin’ny tsipika fanavaozan’i Davida, dia ny Didy Folo sy ny fitoerana masina no lohahevitra. Tamin’ny Millerita, ny lohahevitra dia ny fotoana ara-paminaniana, satria ny Millerita no nitondra ny “hafatry ny fotoana.” Tamin’ny fahatongavan’ny anjely fahatelo tamin’ny 9/11, ny lohahevitra ho an’ny tsipika fanavaozan’ny efatra arivo amby efatra alina sy iray hetsy dia nofaritana ho ny Islamon’ny loza fahatelo, ny zanaky ny atsinanana, ny boriky ao amin’ny faminanian’ny Baiboly, ny soavaly mpiady ao amin’ny Apokalypsy sivy, ny rivotra avy any atsinanana, ny valala, ary ny fampahatezerana ny firenena.</w:t>
      </w:r>
    </w:p>
    <w:p>
      <w:pPr>
        <w:pStyle w:val="ArticleBody"/>
        <w:jc w:val="left"/>
      </w:pPr>
      <w:r>
        <w:rPr>
          <w:rFonts w:ascii="Times New Roman" w:hAnsi="Times New Roman" w:eastAsia="Times New Roman" w:cs="Times New Roman"/>
        </w:rPr>
        <w:t>Ny horohorontany ao amin’ny Apokalypsy toko faha-iraika ambin’ny folo dia manamarika ny finoana silamo amin’ny loza fahatelo, sady koa maneho ny famaranana ny hafatry ny Antso Amin’ny Mamatonalina. Ny Antso Amin’ny Mamatonalina dia nasehon’ny fidiran’i Kristy tamim-boninahitra tao Jerosalema ho tandindona, izay nanomboka tamin’ny famotsorana ny ampondra. Ny fiandohan’ny Antso Amin’ny Mamatonalina teo amin’ny tantaran’ny Milerita dia ny fahatongavan’i Samuel Snow mitaingin-tsoavaly tao amin’ny fivorian’ny toby tao Exeter. Ny fiandohan’ny vanim-potoanan’ny Antso Amin’ny Mamatonalina dia voamariky ny tandindon’ny finoana silamo. Be dia be ny vavolombelona manamafy fa ny hafatra voahitsy tamin’ny 18 Jolay 2020 dia ahitana ny finoana silamo ho anisan’ny hafatra fampitandremana. Tsy misy daty voatondro, kanefa ny baolina afo tao Nashville dia manondro ny fifanandrinana momba ny “divay vaovao” amin’ny andro farany; koa ny baolina afo tao Nashville dia ahitana ny finoana silamo, nefa ahoana kosa ny amin’ny fanondroana ny baolina afo ho fitaovam-piadiana nokleary?</w:t>
      </w:r>
    </w:p>
    <w:p>
      <w:pPr>
        <w:pStyle w:val="ArticleBody"/>
        <w:jc w:val="left"/>
      </w:pPr>
      <w:r>
        <w:rPr>
          <w:rFonts w:ascii="Times New Roman" w:hAnsi="Times New Roman" w:eastAsia="Times New Roman" w:cs="Times New Roman"/>
        </w:rPr>
        <w:t>Ny hafatra dia tsy maintsy mitahiry ny fanondroana ny finoana silamo ho ilay mpanohitra ao amin’ilay fanafihana, araka ny fijoroana vavolombelona maro. Ny fahadisoan’ny fametrahana fotoana izay mila ahitsy dia asehon’ny taona 1840 sy 1844 samy irery avy. Tsy tokony ho anisan’ny hafatra ara-paminaniana intsony ny fotoana, na dia mbola anisan’izany aza ny isa. Ny fahadisoana asehon’ilay tsy fahazoana ny fitoerana masina dia tsy maintsy vahana koa; nefa alohan’ny hahafahana mamaha izany sy mampiditra azy ao anatin’ilay hafatra voahitsy, dia tsy maintsy fantarina aloha ilay fahadisoana izay nasehon’ilay tsy fahazoana ny fitoerana masina. Inona no nasehon’izany tsy fahazoana ny fitoerana masina izany tao amin’ny fampitandremana tao Nashville tamin’ny 18 Jolay?</w:t>
      </w:r>
    </w:p>
    <w:p>
      <w:pPr>
        <w:pStyle w:val="ArticleBody"/>
        <w:jc w:val="left"/>
      </w:pPr>
      <w:r>
        <w:rPr>
          <w:rFonts w:ascii="Times New Roman" w:hAnsi="Times New Roman" w:eastAsia="Times New Roman" w:cs="Times New Roman"/>
        </w:rPr>
        <w:t>Ambarako fa ao amin’ny fahazavana izay mbola novahana hatramin’ny faran’ny taona 2023 no ahitana ny valiny. Ireo andalana telo mitovitovy, samy misy toko iraika ambin’ny folo, manomboka amin’ny toko faha-iraika ambin’ny folo ka mifarana amin’ny toko faha-roa amby roapolo ao amin’ny Genesisy sy Matio ary Apokalypsy, dia ny fanavaozan’Andriamanitra ny fanekeny amin’ireo iray hetsy sy efatra arivo sy efatra alina. Moa mandà ny tolotry ny famindram-pony va isika amin’ny fitondran-tena toy ny tsy nandre ny fiantsoany, sa miankohoka ka manambara amin’ny herintsika maha-olombelona hoe: “izay rehetra andidiany dia hataoko?” Sa mamela ny Fanahy Masina hanoratra ny lalàny ao am-pontsika sy ao an-tsaintsika isika?</w:t>
      </w:r>
    </w:p>
    <w:p>
      <w:pPr>
        <w:pStyle w:val="ArticleBody"/>
        <w:jc w:val="left"/>
      </w:pPr>
      <w:r>
        <w:rPr>
          <w:rFonts w:ascii="Times New Roman" w:hAnsi="Times New Roman" w:eastAsia="Times New Roman" w:cs="Times New Roman"/>
        </w:rPr>
        <w:t>Ny valiny dia hita koa ao amin’ny famohazana ny voasingotra ao amin’ny Daniela toko faha-roa ambin’ny folo, dia ireo andininy telo izay maneho ny fotoana ho hafatry ny anjely voalohany sy faharoa ary fahatelo. Ireo andininy telo ireo koa dia manamarika ny 31 Desambra 2023 ao amin’ny andininy faha-fito, ny 18 Jolay 2020 ao amin’ny andininy faha-roa ambin’ny folo, ary avy eo ny 1989 ka hatramin’ny lalàn’ny Alahady ary mandroso hatramin’ny fihidinan’ny fotoam-pahasoavana dia aseho ao amin’ny andininy faha-iraika ambin’ny folo. Ireo fahamarinana telo ireo, ao anatin’ireo andininy telo ireo, dia hita ao amin’ilay andalan-tsoratra masina mihitsy izay ametrahana ny dingam-pitsapana telo sosona izay miseho mandrakariva rehefa voavaha ny faminaniana iray.</w:t>
      </w:r>
    </w:p>
    <w:p>
      <w:pPr>
        <w:pStyle w:val="ArticleBody"/>
        <w:jc w:val="left"/>
      </w:pPr>
      <w:r>
        <w:rPr>
          <w:rFonts w:ascii="Times New Roman" w:hAnsi="Times New Roman" w:eastAsia="Times New Roman" w:cs="Times New Roman"/>
        </w:rPr>
        <w:t>Tsy nanokatra fotsiny ny fitsapana intelo ao amin’i Daniela 12 i Kristy, fa Izy koa no namaritra ireny fitsapana ireny ho fitsapana fototra, arahin’ny fitsapana ny tempoly, ary arahin’ny fitsapana litmosa. Nambarany koa fa ny fitsapana fototra dia nanomboka tamin’ny 31 Desambra 2023 ary nifototra tamin’ny fitsapana fototra tao amin’ny hetsika Millerita, izay asehon’ny antikristy ho tandindona manangana ny fahitana ivelany.</w:t>
      </w:r>
    </w:p>
    <w:p>
      <w:pPr>
        <w:pStyle w:val="ArticleBody"/>
        <w:jc w:val="left"/>
      </w:pPr>
      <w:r>
        <w:rPr>
          <w:rFonts w:ascii="Times New Roman" w:hAnsi="Times New Roman" w:eastAsia="Times New Roman" w:cs="Times New Roman"/>
        </w:rPr>
        <w:t>Avy eo dia nofaritany fa ny fitsapana faharoa, dia ny fitsapana ny tempoly, no asehon’ny fahitan’i Daniela an’i Kristy tao amin’ny tempoly ao amin’ny toko fahafolo. Izany fitsapana izany dia efa eo am-panaovana ankehitriny. Ny fanokafana ny daty ao amin’ny Daniela roa ambin’ny folo, dia ny taona 1989, ny 18 Jolay 2020, ny 31 Desambra 2023, ary ny lalàn’ny Alahady, dia ahitana ny fahitana an’i Roma sy ny fahitana an’i Kristy. Ireo fahitana roa ireo dia samy aseho ao anatin’ilay fahitana iray ihany izay ahitana ny fanokafana ao amin’ny toko faharoa ambin’ny folo. Ireo toko telo ireo dia fahitana iray ihany; ary ny fahitana an’i Kristy no fitsapana ny tempoly ao amin’ny toko fahafolo, ny fahitana ny antikristy no fitsapana ny fanorenana ao amin’ny toko fahiraika ambin’ny folo, ary ny mariky ny lalana an’ireo iray hetsy sy efatra arivo amby efatra alina ao amin’ny toko faharoa ambin’ny folo no maneho ny fitsapana fahatelo sady fitsapana famantarana farany, izay anasarahana ny adala amin’ny hendry, raha maro no diovina sy atao fotsy ary zahan-toetra.</w:t>
      </w:r>
    </w:p>
    <w:p>
      <w:pPr>
        <w:pStyle w:val="ArticleBody"/>
        <w:jc w:val="left"/>
      </w:pPr>
      <w:r>
        <w:rPr>
          <w:rFonts w:ascii="Times New Roman" w:hAnsi="Times New Roman" w:eastAsia="Times New Roman" w:cs="Times New Roman"/>
        </w:rPr>
        <w:t>Ny fitsapana mikasika ny tempoly no nanokatra ny fahazavan’ny Levitikosy toko faha-roa amby roapolo, izay fahazavan’ny fiaran’ny fanekena, dia ny fahazavana alfa an’ny Sabata andro fahafito sy ny fahazavana omega an’ny Sabata taona fahafito. Ny fahazavan’ny Sabata alfa sy omega no manondro ny fahazavan’ny fahatongavana ho nofo. Izany fahazavana izany no manondro an’Andriamanitra naka nofo maha-olona mba hamerenana amin’ny laoniny ny firaisan’ny maha-Andriamanitra sy ny maha-olona, izay asa natombok’i Kristy tamin’ny 22 Oktobra 1844; ilay asa izay nofaranany ankehitriny ao amin’ny fitsarana ny velona.</w:t>
      </w:r>
    </w:p>
    <w:p>
      <w:pPr>
        <w:pStyle w:val="ArticleBody"/>
        <w:jc w:val="left"/>
      </w:pPr>
      <w:r>
        <w:rPr>
          <w:rFonts w:ascii="Times New Roman" w:hAnsi="Times New Roman" w:eastAsia="Times New Roman" w:cs="Times New Roman"/>
        </w:rPr>
        <w:t>Ny fahazavan’ny Levitikosy faha-telo amby roapolo no nampiray ireo fety lohataona alpha tamin’ireo fety fararano omega mba hamokatra ny tena tantara manomboka amin’ny 31 Desambra 2023 ka hatramin’ny famaranana ny fotoam-pitsarana andrana ho an’ny olombelona. Ao anatin’ilay tsipika, ny fitsapana fototra dia voamarika fa tonga amin’ny 31 Desambra 2023, ary ny fitsapana momba ny tempoly dia fantatra fa manomboka amin’ny 2025, ka mitohy mandra-pahatongan’ny fitsapana litmus amin’ny fetin’ny trompetra. Ny feo any an-efitra izay nanomboka tamin’ny Jolay 2023 dia voamariky ny fetin’ny mofo tsy misy masirasira izay nifarana dimy andro taorian’ny mariky ny dingana telo. Avy eo dia nisy fe-potoana telopolo andro izay narahin’ny mariky ny dingana telo, ary izany dia narahin’ny dimy andro, ka naneho ireo dingana telo amin’ny filazantsara mandrakizay. Ny marika alpha an’ny dingana telo narahin’ny dimy andro no anjely voalohany, ny telopolo andro no anjely faharoa, ary ny marika omega an’ny dingana telo narahin’ny dimy andro ka hatramin’ny lalàna alahady amin’ny Pentekosta no anjely fahatelo.</w:t>
      </w:r>
    </w:p>
    <w:p>
      <w:pPr>
        <w:pStyle w:val="ArticleBody"/>
        <w:jc w:val="left"/>
      </w:pPr>
      <w:r>
        <w:rPr>
          <w:rFonts w:ascii="Times New Roman" w:hAnsi="Times New Roman" w:eastAsia="Times New Roman" w:cs="Times New Roman"/>
        </w:rPr>
        <w:t>Nosokafan’i Kristy koa ny fahazavan’ny Levitikosy telo amby roapolo teo amin’ny fanorenana ny fiaran’ny fanekena tao amin’ny tempoly amin’ny fotoana fitsapana. Ny hafatra na anjelin’ny Sabata andro fahafito eo amin’ny lafiny iray amin’ny fiara, ary ny anjelin’ny Sabata taona fahafito eo amin’ny lafiny ilany amin’ny fiara, dia maneho ireo kerobima mandrakotra izay mibanjina ao anatin’ny fiara. Ao amin’ny tantaran’ny fanisiana tombo-kase ny iray hetsy sy efatra alina sy efatra arivo, ny fahazavana roa sosona avy amin’ireo anjely roa ireo, izay maneho ny Sabata andro fahafito sy ny foto-pampianarana momba ny fahatongavana ho nofo, dia maneho lohahevitra iray izay hianarana mandritra ny mandrakizay.</w:t>
      </w:r>
    </w:p>
    <w:p>
      <w:pPr>
        <w:pStyle w:val="ArticleBody"/>
        <w:jc w:val="left"/>
      </w:pPr>
      <w:r>
        <w:rPr>
          <w:rFonts w:ascii="Times New Roman" w:hAnsi="Times New Roman" w:eastAsia="Times New Roman" w:cs="Times New Roman"/>
        </w:rPr>
        <w:t>Mazava ho azy fa, raha tsy hainao ny mahita ny impito ho mariky ny jobily, dia ilay Fanambaràna ara-panahy momba ny Fanafahana tamin’ny 1863, dia tsy ho hitanao fa ny faminanian’i William Miller, dia ny alfa sy omega, dia ny impito sy ny roa arivo sy telon-jato andro. Ny tsy fahafahana mahita ny lanjan’ireo faminaniana roa mifandray momba ny fotoana ireo dia manakana ny olona tsy hahafantatra akory fa ny 1798 dia maneho ny impito, ary ny 1844 dia maneho ny roa arivo sy telon-jato andro. Raha tsy eo izany fahalalana izany, dia saika tsy ho azo atao mihitsy ny mahita fa rehefa atambatra andalana eo ambonin’ny andalana ny Levitikosy telo amby roapolo, ka apetraka miaraka ny andininy roa amby roapolo voalohany izay manolotra ny firavoravoana amin’ny lohataona sy ny andininy roa amby roapolo farany momba ny firavoravoana amin’ny fararano, dia manomboka amin’ny Sabata andro fahafito asehon’ny 1844 ny tsipika, ary ny Sabata izay mamarana ny tsipika misy andininy efatra amby efa-polo dia ny Sabatan’ny tany asehon’ny 1798.</w:t>
      </w:r>
    </w:p>
    <w:p>
      <w:pPr>
        <w:pStyle w:val="ArticleBody"/>
        <w:jc w:val="left"/>
      </w:pPr>
      <w:r>
        <w:rPr>
          <w:rFonts w:ascii="Times New Roman" w:hAnsi="Times New Roman" w:eastAsia="Times New Roman" w:cs="Times New Roman"/>
        </w:rPr>
        <w:t>Ny tsy fahafahana mahita ny fifandraisan’ireo Sabata roa dia maneho ny tsy fahafahana mahita fa ny impito amin’ny 1798 dia maha-olombelona ary ny roa arivo sy telon-jato andro amin’ny 1844 dia maha-Andriamanitra. Amin’ny fahajambana lalina tahaka izany, dia toa saika tsy ho azo atao mihitsy ny mamantatra fa ny fahazavan’ny alfa momba ny Sabata andro fahafito sy ny fahazavan’ny omega momba ny fotopampianarana ny amin’ny fahatongavana ho nofo dia manondro ny asan’i Kristy amin’ny fampiraisana ny maha-Andriamanitra Azy amin’ny maha-olombelona lavo an’ny olona. Ny asan’i Kristy amin’ny fampiraisana ny maha-Andriamanitra Azy amin’ny maha-olombelona antsika dia ilay asa fampiraisana ny 1798 amin’ny 1844, satria ny 1798 dia maneho ny nofo maha-olombelona ary ny 1844 kosa maneho ny maha-Andriamanitra.</w:t>
      </w:r>
    </w:p>
    <w:p>
      <w:pPr>
        <w:pStyle w:val="ArticleBody"/>
        <w:jc w:val="left"/>
      </w:pPr>
      <w:r>
        <w:rPr>
          <w:rFonts w:ascii="Times New Roman" w:hAnsi="Times New Roman" w:eastAsia="Times New Roman" w:cs="Times New Roman"/>
        </w:rPr>
        <w:t>Ny olombelona dia noforonina araka ny endrik’Andriamanitra, ka manana toetra ambony sy toetra ambany. Ny toetra ambony amin’ny olona dia nofo sy voavidin’ny ota. Kristy dia manome ny sainy ho an’ny fanahy miova fo amin’ny fotoana ihoaran’ny fiovam-po, fa ao amin’ny fiovam-po no isehoan’ny fanamarinana, ary ny hohamarinina dia ny hatao marina. Ny toetra ambany dia tsy azo avotana eo noho eo, ary ny fampanantenan’ny filazantsara momba ny toetra ambany dia izao: handray tena omem-boninahitra isika amin’ny fiverenan’i Kristy. Ny toetra ambony dia ny saina ary ny toetra ambany dia ny nofo. Ny toetra ambony dia faminanian’ny impito izay nifarana tamin’ny 22 Oktobra 1844 tamin’ny Andro Fanavotana, rehefa samy nanomboka naneno ny trompetra fahafito sy ny trompetra jobily. Ny impiton’ny toetra ambany dia nifarana tamin’ny 1798, fa tsy azo havaozina izy mandra-pahatongan’ny Fiavian’i Kristy fanindroany.</w:t>
      </w:r>
    </w:p>
    <w:p>
      <w:pPr>
        <w:pStyle w:val="ArticleBody"/>
        <w:jc w:val="left"/>
      </w:pPr>
      <w:r>
        <w:rPr>
          <w:rFonts w:ascii="Times New Roman" w:hAnsi="Times New Roman" w:eastAsia="Times New Roman" w:cs="Times New Roman"/>
        </w:rPr>
        <w:t>Ny fito fotoana tamin’ny 1798, ny fito fotoana tamin’ny 1844 ary ny telo arivo sy roan-jato taona tamin’ny 1844 dia maneho ny asan’i Kristy izay nanomboka tamin’ny 22 Oktobra 1844. Io asa io dia ny hampiray ny maha-Andriamanitra Azy amin’ny maha-olombelona, nefa rehefa ilay tempoly izay voaforon’ny maha-olombelona sy ny maha-Andriamanitra no tokony hampiraisina tamin’ny 1844, dia tsy tokony ho tafiditra ny 1798, satria maneho ny kianjan’ny Jentilisa izany.</w:t>
      </w:r>
    </w:p>
    <w:p>
      <w:pPr>
        <w:pStyle w:val="ArticleBody"/>
        <w:jc w:val="left"/>
      </w:pPr>
      <w:r>
        <w:rPr>
          <w:rFonts w:ascii="Times New Roman" w:hAnsi="Times New Roman" w:eastAsia="Times New Roman" w:cs="Times New Roman"/>
        </w:rPr>
        <w:t>Ny fizahan-toetra ny tempoly dia ahitana ny fandrefesana ny tempoly, ary tany am-piandohan’ny tantaran’ny fanesorana ny tombo-kase izay nanomboka tamin’ny 2023, ny fanesorana ny tombo-kasen’ny kotrokorana fito dia namantatra ny tantaran’ny fahadisoam-panantenana voalohany ka hatramin’ny fahadisoam-panantenana lehibe ho fanehoana farany sy tonga lafatra ny tantara asehon’ny kotrokorana fito, izay lazain’ny tsindrimandry fa maneho ireo zava-nitranga izay nitranga nandritra ny tantaran’ny anjely voalohany sy faharoa, ary koa ireo zava-mitranga ho avy izay haseho araka ny filaharany. Napetraka tao anatin’ny rafitry ny fahamarinana izany fahatanterahana tonga lafatra izany, izay iray amin’ireo fanambarana voalohany tonga tamin’ny 2023. Ny fahadisoam-panantenana teo am-piandohana dia naneho ny fahadisoam-panantenana omega, ary teo afovoany no nisy ny fivorian-dasy tao Exeter izay nanasarahana ny hendry sy ny adala araka ny “soliky” ny hafatra.</w:t>
      </w:r>
    </w:p>
    <w:p>
      <w:pPr>
        <w:pStyle w:val="ArticleBody"/>
        <w:jc w:val="left"/>
      </w:pPr>
      <w:r>
        <w:rPr>
          <w:rFonts w:ascii="Times New Roman" w:hAnsi="Times New Roman" w:eastAsia="Times New Roman" w:cs="Times New Roman"/>
        </w:rPr>
        <w:t>Ny tempolin’ny Millerita dia naorina avy tamin’ny fahadisoam-panantenana iray ho amin’ny fahadisoam-panantenana iray hafa; koa toy izany no anehoana fa ny tempolin’ny iray hetsy sy efatra alina sy efatra arivo dia aorina manomboka amin’ny 18 Jolay 2020 ka hatramin’ny lalàn’ny Alahady izay ho avy tsy ho ela, izay ihidinan’ny varavarana ao amin’ilay fanoharana, tahaka izay nitranga tamin’ny 22 Oktobra 1844. Ny tantara asehon’ireo kotrokorana fito dia ilay tantara iray ihany izay aseho ao amin’ny fahazavan’i Daniela roa ambin’ny folo. Ny fahazavan’ny arivo sy roan-jato sy sivifolo andro ao amin’i Daniela roa ambin’ny folo dia mifandray mivantana amin’ilay fe-potoana telopolo taona izay aseho ao amin’ny andininy fahairaika ambin’ny folo. Mifandray koa izany amin’ireo telopolo taona izay avahan’ilay solontena voalohany amin’ny fanekena amin’ny vahoaka voafidy sy ilay mpaminany izay natsangana mba hampahafantatra ny fiovan’ny fifandraisan’ny fanekena avy amin’ny Isiraely ara-bakiteny ho amin’ny Isiraely ara-panahy. Ny 30 andro eo afovoan’ny rafitry ny Levitikosy telo amby roapolo dia ireo telopolo taona mitovy amin’ny dingana voalohany amin’ny fanekena intelo sosona nataon’i Abrahama tamin’Andriamanitra. Ireo telopolo taona manomboka amin’ny 508 ka hatramin’ny 538 ao amin’ny andininy fahairaika ambin’ny folo dia tandindon’ny fisoronana ataon’ny iray hetsy sy efatra alina sy efatra arivo.</w:t>
      </w:r>
    </w:p>
    <w:p>
      <w:pPr>
        <w:pStyle w:val="ArticleBody"/>
        <w:jc w:val="left"/>
      </w:pPr>
      <w:r>
        <w:rPr>
          <w:rFonts w:ascii="Times New Roman" w:hAnsi="Times New Roman" w:eastAsia="Times New Roman" w:cs="Times New Roman"/>
        </w:rPr>
        <w:t>Ny 30 andro ao amin’ny rafitry ny Levitikosy toko faha-23 dia anisan’ireo efapolo andro nampianaran’i Kristy ny mpianany nifanatrika taminy mandra-piakarany. Ny telopolo dia tandindon’ny mpisorona izay manomboka manompo amin’ny faha-telopolo taonany. Ny telopolo taona manomboka amin’ny 508 ka hatramin’ny 538 dia manondro ny fifindrana avy amin’i Roma jentilisa ho amin’i Roma papa, ary amin’izany dia manondro koa ny fifindran’ny fisoronana Laodikeana an’ny iray hetsy sy efatra alina sy efatra arivo ho amin’ny fisoronana Filadelfiana an’ny iray hetsy sy efatra alina sy efatra arivo. Mitranga amin’ny dingana telo izany fifindrana izany, araka ny asehon’ny 508, rehefa nesorina ny “isan’andro”, ny didin’i Justinien tamin’ny 533, arahin’ny lalàna alahady tamin’ny 538, izay namaranana tanteraka ny fifindrana.</w:t>
      </w:r>
    </w:p>
    <w:p>
      <w:pPr>
        <w:pStyle w:val="ArticleBody"/>
        <w:jc w:val="left"/>
      </w:pPr>
      <w:r>
        <w:rPr>
          <w:rFonts w:ascii="Times New Roman" w:hAnsi="Times New Roman" w:eastAsia="Times New Roman" w:cs="Times New Roman"/>
        </w:rPr>
        <w:t>Ireo telopolo taona ireto dia maneho ny taona 1989 ka hatramin’ny lalànan’ny Alahady, izay hanandratana ny vahoaka Filadelfiana voaisy tombo-kasen’Andriamanitra, tahaka ny tempoliny, mba ho hitan’izao tontolo izao rehetra izao. Amin’izay dia hitsara ny amin’i Kristy, izay asehon’ny vahoakany, izao tontolo izao, dia ireo izay mipetraka any amin’ny fitoerana any an-danitra miaraka amin’i Kristy ka noho izany dia ao amin’ny tempolin’Andriamanitra; na ny amin’ilay lehilahin’ny ota izay mipetraka ao amin’ny tempolin’Andriamanitra ka maneho ny tenany ho Andriamanitra. Amin’ilay lalànan’ny Alahady ho avy tsy ho ela dia hiatrika fitsapana fototra ireo mpiasa tamin’ny ora fahiraika ambin’ny folo, izay koa no vahoaka betsaka. Ny Sabata andro fahafito va no Sabatan’Andriamanitra, sa ny andron’ny masoandro no Sabatan’Andriamanitra?</w:t>
      </w:r>
    </w:p>
    <w:p>
      <w:pPr>
        <w:pStyle w:val="ArticleScripture"/>
        <w:jc w:val="left"/>
      </w:pPr>
      <w:r>
        <w:rPr>
          <w:rFonts w:ascii="Times New Roman" w:hAnsi="Times New Roman" w:eastAsia="Times New Roman" w:cs="Times New Roman"/>
        </w:rPr>
        <w:t>“Ary ankehitriny dia nisy sehatra hafa indray nandalo teo anoloany. Efa naseho taminy ny asan’i Satana tamin’ny fitarihany ny Jiosy handà an’i Kristy, raha mbola nilaza ho manome voninahitra ny lalàn’ny Rainy izy. Ankehitriny kosa dia hitany fa eo ambanin’ny fitaka mitovy amin’izany ny tontolo kristiana, amin’ny filazany fa manaiky an’i Kristy izy kanefa mandà ny lalàn’Andriamanitra. Efa reny avy tamin’ny mpisorona sy ny loholona ilay antso feno habibiana hoe: ‘Esory Izy!’ ‘Homboy amin’ny hazo fijaliana Izy, homboy amin’ny hazo fijaliana Izy!’ ary ankehitriny dia reny avy amin’ireo mpampianatra izay milaza ho kristiana ny antso hoe: ‘Esory ny lalàna!’ Hitany ny Sabata voahitsakitsaka, ary andrim-panjakana sandoka iray naorina teo amin’ny toerany. Indray dia feno fahagagana sy horohoro i Mosesy. Ahoana no ahafahan’ireo izay mino an’i Kristy mandà ny lalàna izay notononin’ny feony tamin’ny tendrombohitra masina? Ahoana no ahafahan’izay rehetra matahotra an’Andriamanitra manilika ny lalàna izay fototry ny fitondram-panjakany any an-danitra sy etỳ an-tany? Tamim-pifaliana no nahitan’i Mosesy fa mbola omem-boninahitra sy asandratry ny vitsy mahatoky ny lalàn’Andriamanitra. Hitany ilay ady lehibe farany ataon’ny fahefana etỳ an-tany handringanana ireo izay mitandrina ny lalàn’Andriamanitra. Nijery mialoha ny fotoana izy, izay hitsanganan’Andriamanitra hanasazy ny mponina ambonin’ny tany noho ny helony, ary ireo izay natahotra ny anarany dia hosaronana sy hafenina amin’ny andron’ny fahatezerany. Reny ny faneken’Andriamanitra momba ny fiadanana amin’ireo izay nitandrina ny lalàny, raha mamoaka ny feony avy amin’ny fonenany masina Izy ka mihozongozona ny lanitra sy ny tany. Hitany ny fihavian’i Kristy fanindroany amim-boninahitra, ny maty marina atsangana ho amin’ny fiainana tsy mety maty, ary ny olo-masina velona ovaina tsy mahita fahafatesana, ka miaraka miakatra amin-kiran’ny fifaliana ho any amin’ny Tanànan’Andriamanitra.” Patriarchs and Prophets, 476.</w:t>
      </w:r>
    </w:p>
    <w:p>
      <w:pPr>
        <w:pStyle w:val="ArticleBody"/>
        <w:jc w:val="left"/>
      </w:pPr>
      <w:r>
        <w:rPr>
          <w:rFonts w:ascii="Times New Roman" w:hAnsi="Times New Roman" w:eastAsia="Times New Roman" w:cs="Times New Roman"/>
        </w:rPr>
        <w:t>Ilay vahoaka betsaka, izay Jentilisa sady mpiasa ora iray, dia sedraina amin’ny fitsapana fototra, izay arahin’ny fitsapana momba ny tempoly avy hatrany. Ny tempolin’olombelona ao Roma miaraka amin’ilay lehilahin’ny ota va no ho vatolampy sa fasika izay hanorenanao ny finoanao? Sa ny tempolin’ny fahatongavana ho nofo, izay fitambaran’ny maha-Andriamanitra sy ny maha-olombelona, no izy, dia ilay tempolin’ny iray hetsy sy efatra arivo amby efatra alina izay antsoin’i Petera hoe “trano ara-panahy?” Amin’izany fotoam-pitsapana ny fototra sy ny tempoly izany dia hahatanteraka ny fitsapana manavaka amin’ny dingana fahatelo ny fanenjehana, ary amin’izany vao hifarana ny fotoam-pahasoavan’ny olombelona.</w:t>
      </w:r>
    </w:p>
    <w:p>
      <w:pPr>
        <w:pStyle w:val="ArticleBody"/>
        <w:jc w:val="left"/>
      </w:pPr>
      <w:r>
        <w:rPr>
          <w:rFonts w:ascii="Times New Roman" w:hAnsi="Times New Roman" w:eastAsia="Times New Roman" w:cs="Times New Roman"/>
        </w:rPr>
        <w:t>Tau izao ny Liona avy amin’ny firenen’i Joda no mameno ny tantara miafina ao amin’ny andininy faha-efapolo, ary mbola nampiditra fahazavana bebe kokoa tamin’ny alalan’ireo faminaniana telo, izay samy roanjato sy dimampolo taona, momba an’i Kyrosy sy Nerô ary Trump; ary izany no nataony tamin’ilay fotoana indrindra izay nanasongadinany ny asa fitoriana ny hafatra voahitsy tao Nashville. Ny tsipik’i Nerô no manome ny rafitra iorenan’ny fananganana farany ny sarin’ny bibidia ao Etazonia, ary avy eo amin’izao tontolo izao. Ny tsipik’i Kyrosy manomboka amin’ny 457 tal. J.K. no mampahafantatra ny tantara eo anelanelan’i Raphia sy Panium, dia ny tantara eo anelanelan’ny Ady Okrainiana sy ny Ady Lehibe Fahatelo izay manomboka rehefa mitambatra amin’i Actium i Panium amin’ilay lalàna Alahady ho avy tsy ho ela. Ny tsipik’i Trump dia mifarana amin’ity taona ity amin’ny 4 Jolay.</w:t>
      </w:r>
    </w:p>
    <w:p>
      <w:pPr>
        <w:pStyle w:val="ArticleBody"/>
        <w:jc w:val="left"/>
      </w:pPr>
      <w:r>
        <w:rPr>
          <w:rFonts w:ascii="Times New Roman" w:hAnsi="Times New Roman" w:eastAsia="Times New Roman" w:cs="Times New Roman"/>
        </w:rPr>
        <w:t>Nero dia tandindon’ny fanenjehana; ny fiangonan’i Smyrna no manondro ilay tantara izay mitohy mandra-pahatapitry ny fanenjehana, 250 taona aty aoriana, amin’ny fiangonan’i Pergamos sy ny marimaritra iraisana. Ny tsipika dia manondro ny fananganana ny sary, ka noho izany dia mifanaraka amin’ilay tantara izay ametrahana ny sarin’i Kristy ao amin’ny tempoliny. Ny “didy” no fiandohana mitarika ho amin’ny lalàna Alahady voalohany, izay arahina varavarana mihidy amin’ny fisarahana eo amin’ny atsinanana sy andrefana, ny hendry sy ny adala, ny vary sy ny tsimparifary, ary ny voavonjy na ny very. Ilay “didy” izay manomboka ny vanim-potoana dia ilay “didy” ihany koa izay manomboka io vanim-potoam-pitsapana io ihany ho an’izao tontolo izao. Noho izany, ilay “didy” no voalohany sy farany. Ny mari-dalana rehetra ao amin’ny tsipika fito ambin’ny folo taonan’i Nero dia samy manondro ny fitomboan’ny fanenjehana ao anatin’ny krizin’ny lalàna Alahady, izay manomboka amin’ny “didy”, zavatra mitovitovy amin’ny “didim-panjakana mpanatanteraka” navoakan’ny filoha.</w:t>
      </w:r>
    </w:p>
    <w:p>
      <w:pPr>
        <w:pStyle w:val="ArticleBody"/>
        <w:jc w:val="left"/>
      </w:pPr>
      <w:r>
        <w:rPr>
          <w:rFonts w:ascii="Times New Roman" w:hAnsi="Times New Roman" w:eastAsia="Times New Roman" w:cs="Times New Roman"/>
        </w:rPr>
        <w:t>Ireo didy telo navoakan’i Kyrosy tamin’ny 457 tal. J.K. dia manondro fe-potoana fito ambin’ny folo taona, izay misy marika famantarana telo eo amin’ny farany; tahaka izany koa ny tsipik’i Nerona, ary tahaka izany koa ny tsipika hafa an’i Kyrosy, izay nifarana tamin’ny fahatongavan’ny anjely voalohany sy faharoa ary fahatelo hatramin’ny 1798 ka hatramin’ny 1844. Ny dingana telon’i Kyrosy dia ny ady tao Raphia, avy eo folo taona mankany amin’ny dingana faharoa, ary avy eo fito taona mankany amin’ny ady tao Panium. Samy ady avokoa na ny fiandohana na ny fiafarana, ka izany no itondrany ny famantarana ny Alfa sy Omega. Ny fe-potoana voalohany, dia ny folo taona, dia maneho vanim-potoam-pitsapana izay nanomboka tamin’ny 2014 tamin’ny Ady Okrainiana, ary ny fe-potoana faharoa dia mifarana fito taona tatỳ aoriana amin’ny ady tao Panium.</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Palmoni dia nanokatra ny hafatry ny fotoana ho an’ireo Millerita tao amin’ny tantaran’ny anjely voalohany sy faharoa, ary Izy no manokatra ny hafatry ny isa ao amin’ny tantaran’ny iray hetsy sy efatra arivo amby efatra alina, izay tantaran’ny anjely fahatelo.</w:t>
      </w:r>
    </w:p>
    <w:p>
      <w:pPr>
        <w:pStyle w:val="ArticleBody"/>
        <w:jc w:val="left"/>
      </w:pPr>
      <w:r>
        <w:rPr>
          <w:rFonts w:ascii="Times New Roman" w:hAnsi="Times New Roman" w:eastAsia="Times New Roman" w:cs="Times New Roman"/>
        </w:rPr>
        <w:t>Ny tantara ara-paminaniana an’ohatra, tahaka ireo roa amby roapolo taona hatramin’ny 1776 ka hatramin’ny 1798, izay asehon’ny fikomiana Makabeana, dia manondro ny anton’ny fiandohan’ny fanjakana fahenina sy ny anton’ny fiafaran’ny fanjakana fahadimy. Ny filoha faharoa amby roapolo, Grover Cleveland, no alfa amin’ireo filoha izay manondro mialoha ny filoha omega, dia Donald Trump, satria izy roa ihany no filoha nanompo fe-potoam-piasana roa tsy nifanesy. I Trump no filoha faharoa amby roapolo nahazo fe-potoam-piasana faharoa, raha isaina miaraka ireo filoha hafa izay nandray ny toeran’ny filoha teo alohany tao anatin’ny fe-potoam-piasany, mbamin’ireo filoha izay nahazo fe-potoam-piasana faharoa ho an’ny tenany. Ny fanjakana fahenina amin’ny faminanian’ny Baiboly dia nanomboka tamin’ny 1798, taorian’ireo roa amby roapolo taona nanomboka tamin’ny Fanambarana ny Fahaleovantena. Ny 1798 ka hatramin’ny 2026 dia asehon’ny 22 eo amin’ny daty alfa sy ny 22 eo amin’ny daty omega.</w:t>
      </w:r>
    </w:p>
    <w:p>
      <w:pPr>
        <w:pStyle w:val="ArticleBody"/>
        <w:jc w:val="left"/>
      </w:pPr>
      <w:r>
        <w:rPr>
          <w:rFonts w:ascii="Times New Roman" w:hAnsi="Times New Roman" w:eastAsia="Times New Roman" w:cs="Times New Roman"/>
        </w:rPr>
        <w:t>Andalana telo misy toko iraika ambin’ny folo, izay manomboka amin’ny toko faha-iraika ambin’ny folo ka miafara amin’ny toko faharoa amby roa-polo. Ny tsirairay amin’ireo andalana telo misy toko iraika ambin’ny folo ireo dia samy manana teboka afovoany marina asehon’ny andininy telo. Ny Genesisy dia manondro ny fotoana nanomezana ny “famorana” ho famantarana ny fifandraisan’ny fanekena amin’ny vahoaka voafidy. Izany no voalohany indrindra nanomezana famantarana ny vahoaka voafidy ho solon’ny vahoakan’ny fanekena, ary ao amin’ny Matio, ireo andininy telo eo afovoany dia manondro ilay Vatolampy izay hanorenan’i Kristy ny Fiangonany. Ireo andininy ireo dia manondro ny fotoana nanovana ny anaran’i Simona Barjona ho Petera, izay mitovy amin’ny iray hetsy sy efatra amby efapolo arivo. Ny afovoan’ilay andalana ao amin’ny Apokalypsy dia manondro ny faneken’ny fahafatesana, satria manondro ny fahefana papaly ho loha fahavalo izay avy amin’ny fito izany. Inona no heverinao ho hevitry ny zava-misy fa ny toko faha-iraika ambin’ny folo ao amin’ny Ilay Fitiavan’Andriamanitra dia manondro ny hafatry Jaona Mpanao Batisa, ary ny toko faharoa amby roa-polo kosa manondro ny fahafatesan’i Jaona?</w:t>
      </w:r>
    </w:p>
    <w:p>
      <w:pPr>
        <w:pStyle w:val="ArticleBody"/>
        <w:jc w:val="left"/>
      </w:pPr>
      <w:r>
        <w:rPr>
          <w:rFonts w:ascii="Times New Roman" w:hAnsi="Times New Roman" w:eastAsia="Times New Roman" w:cs="Times New Roman"/>
        </w:rPr>
        <w:t>Ny afovoan’ireo toko ireo dia mitondra anao ho amin’ny pejy faha-168, izay anombohan’ny toko mitondra ny lohateny hoe Nikodemosy. Ny toko faha-iraika ambin’ny folo dia mitondra ny lohateny hoe Ny Batisa, ary ny toko faha-roa amby roapolo kosa dia mitondra ny lohateny hoe Ny fanagadrana sy ny fahafatesan’i Jaona. Ny toko faha-iraika ambin’ny folo dia tandindon’ny fahafatesana sy ny fandevenana ary ny fitsanganana amin’ny maty, tahaka izany koa ny toko faha-fito ambin’ny folo sy i Nikodemosy, ary tahaka izany koa ny fahafatesan’i Jaona.</w:t>
      </w:r>
    </w:p>
    <w:p>
      <w:pPr>
        <w:pStyle w:val="ArticleBody"/>
        <w:jc w:val="left"/>
      </w:pPr>
      <w:r>
        <w:rPr>
          <w:rFonts w:ascii="Times New Roman" w:hAnsi="Times New Roman" w:eastAsia="Times New Roman" w:cs="Times New Roman"/>
        </w:rPr>
        <w:t>Hohazonintsika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Paniuma — Isa Roa amby Roapolo</dc:title>
  <dc:subject>31 Desambra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