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Fanambaran’i Jesosy Kristy — Laharana Fahaefatra</w:t>
      </w:r>
    </w:p>
    <w:p>
      <w:pPr>
        <w:pStyle w:val="ArticleSubtitle"/>
        <w:jc w:val="left"/>
      </w:pPr>
      <w:r>
        <w:rPr>
          <w:rFonts w:ascii="Arial" w:hAnsi="Arial" w:eastAsia="Arial" w:cs="Arial"/>
        </w:rPr>
        <w:t>Isaia Efapolo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2023-10-23</w:t>
      </w:r>
    </w:p>
    <w:p>
      <w:pPr>
        <w:pStyle w:val="ArticleBody"/>
        <w:jc w:val="left"/>
      </w:pPr>
      <w:r>
        <w:rPr>
          <w:rFonts w:ascii="Times New Roman" w:hAnsi="Times New Roman" w:eastAsia="Times New Roman" w:cs="Times New Roman"/>
        </w:rPr>
        <w:t>Ny hafatry ny Fanambaran’i Jesosy Kristy izay avoha dia ahitana ny famantarana ny teny hebreo nadika hoe “fahamarinana,” izay, ankoatra ny zavatra hafa, maneho ny toetran’i Kristy amin’ny maha Alfa sy Omega Azy. Ny fiandohan’ny zavatra iray izay maneho ny faran’ny zavatra iray dia mameno ny Baiboly manontolo, ary ny toetran’i Kristy dia aseho ao amin’ny Baiboly, fa Izy no Teny. Ny Alfa sy Omega no singa iray amin’ny toetran’i Kristy izay ambarany ny Tenany ihany, ho porofo fa Andriamanitra Izy.</w:t>
      </w:r>
    </w:p>
    <w:p>
      <w:pPr>
        <w:pStyle w:val="ArticleBody"/>
        <w:jc w:val="left"/>
      </w:pPr>
      <w:r>
        <w:rPr>
          <w:rFonts w:ascii="Times New Roman" w:hAnsi="Times New Roman" w:eastAsia="Times New Roman" w:cs="Times New Roman"/>
        </w:rPr>
        <w:t>Ny toko faha-efapolon’ny Isaia no manamarika ny fiandohan’ny fitantarana ara-paminaniana izay mitohy mandra-pahatapitry ny bokin’i Isaia ao amin’ny toko faha-enina amby enimpolo. Manomboka izany amin’ny fanondroana ilay Mpampionona izay nirahina, izay nampanantenain’i Kristy tamin’ny mpianatra mba hampionona azy ireo noho ny fialàny; kanefa ny fahatongavan’ny Mpampionona dia mahita ny fahatanterahany lavorary, tahaka ny faminaniana rehetra, amin’ny andro farany. Ny fanondroan’i Isaia sy i Jesosy ny fahatongavan’ny Mpampionona dia manondro ny fahadisoam-panantenan’ny fihetsiketsehan’ny iray hetsy sy efatra arivo amby efa-polo arivo, izay nitranga tamin’ny 18 Jolay 2020.</w:t>
      </w:r>
    </w:p>
    <w:p>
      <w:pPr>
        <w:pStyle w:val="ArticleScripture"/>
        <w:jc w:val="left"/>
      </w:pPr>
      <w:r>
        <w:rPr>
          <w:rFonts w:ascii="Times New Roman" w:hAnsi="Times New Roman" w:eastAsia="Times New Roman" w:cs="Times New Roman"/>
        </w:rPr>
        <w:t>Kanefa milaza aminareo ny marina Aho; mahasoa anareo ny fialàko; fa raha tsy miala Aho, dia tsy ho avy atỳ aminareo ny Mpananatra; fa raha handeha Aho, dia hirahiko ho atỳ aminareo Izy. Ary rehefa tonga Izy, dia hampiaiky izao tontolo izao ny amin’ny ota sy ny amin’ny fahamarinana ary ny amin’ny fitsarana. Jaona 16:7, 8.</w:t>
      </w:r>
    </w:p>
    <w:p>
      <w:pPr>
        <w:pStyle w:val="ArticleBody"/>
        <w:jc w:val="left"/>
      </w:pPr>
      <w:r>
        <w:rPr>
          <w:rFonts w:ascii="Times New Roman" w:hAnsi="Times New Roman" w:eastAsia="Times New Roman" w:cs="Times New Roman"/>
        </w:rPr>
        <w:t>Ny teny hoe “ota, fahamarinana, ary fitsarana” no hampiasain’ny Mpampionona mba “handresy lahatra” izao tontolo izao. Ny teny nadika hoe “handresy lahatra” dia ahitana koa ny hevitra hoe mampahatoky. Ireo dingana telo, dia ny “ota, fahamarinana ary fitsarana,” no maneho ilay teny hebreo izay adika hoe “fahamarinana.” Io teny io dia noforonina avy amin’ny litera voalohany sy fahatelo ambin’ny folo ary farany amin’ny abidy hebreo, ary io teny io dia maneho fa ny Mpamorona ny zavatra rehetra no voalohany sy farany, ny Alfa sy Omega. Rehefa tonga amin’ireo iray hetsy sy efatra arivo amby efatra alina diso fanantenana ny Mpampionona, dia handresy lahatra azy ireo Izy, ary avy eo izao tontolo izao koa, fa Andriamanitra no Alfa sy Omega.</w:t>
      </w:r>
    </w:p>
    <w:p>
      <w:pPr>
        <w:pStyle w:val="ArticleScripture"/>
        <w:jc w:val="left"/>
      </w:pPr>
      <w:r>
        <w:rPr>
          <w:rFonts w:ascii="Times New Roman" w:hAnsi="Times New Roman" w:eastAsia="Times New Roman" w:cs="Times New Roman"/>
        </w:rPr>
        <w:t>Ampionony ianareo, ampionony ianareo ny oloko, hoy Andriamanitrareo. Mitenena amin’ny fon’i Jerosalema, ary miantsoa aminy mafy, fa tapitra ny adiny, voavela ny helony; fa nandray avy tamin’ny tanan’i Jehovah roa heny noho ny fahotany rehetra izy. Feon’izay miantso any an-efitra hoe: Amboary ny lalan’i Jehovah, ataovy mahitsy any an-tany efitra ny lalambe ho an’Andriamanitsika. Ny lohasaha rehetra hasandratra, ary ny tendrombohitra sy ny havoana rehetra haetry; ny miolikolika hovitaina mahitsy, ary ny toerana mikitoantoana ho tonga lemaka; Ary haseho ny voninahitr’i Jehovah, ka ny nofo rehetra hiara-hahita izany; fa ny vavan’i Jehovah no efa niteny. Isaia 40:1–5.</w:t>
      </w:r>
    </w:p>
    <w:p>
      <w:pPr>
        <w:pStyle w:val="ArticleBody"/>
        <w:jc w:val="left"/>
      </w:pPr>
      <w:r>
        <w:rPr>
          <w:rFonts w:ascii="Times New Roman" w:hAnsi="Times New Roman" w:eastAsia="Times New Roman" w:cs="Times New Roman"/>
        </w:rPr>
        <w:t>Ity andalan-teny ity dia manondro ny asan’ilay iraka Elia farany, izay notsarain-tandindona tamin’i William Miller, izay efa notsarain-tandindona tamin’i Jaona Mpanao-batisa, izay efa notsarain-tandindona tamin’i Elia, ary izay nofaritan’i Malakia ho ilay iraka manomana ny lalana ho an’ilay iraky ny fanekena. Ao amin’ny hetsika Elia farany, rehefa maniraka ny Mpananatra ny Tompo mba hampahery ireo izay efa diso fanantenana sy miandry ny Tompo mandritra ny fotoana fitaredretra, dia “haseho ny voninahitr’i Jehovah, ary ny nofo rehetra hiara-mahita izany.” Ny “voninahitr”ny Tompo dia ny toetrany, ary ny Fanambaran’i Jesosy Kristy dia fanesorana ny tombo-kase amin’ilay singa amin’ny toetrany izay aseho ho Alfa sy Omega. Rehefa vita ny fampidirana ao amin’ireo andininy dimy voalohany, ilay “feo any an-efitra miantso” dia manontany an’Andriamanitra hoe: “Inona no hotorìko?”</w:t>
      </w:r>
    </w:p>
    <w:p>
      <w:pPr>
        <w:pStyle w:val="ArticleScripture"/>
        <w:jc w:val="left"/>
      </w:pPr>
      <w:r>
        <w:rPr>
          <w:rFonts w:ascii="Times New Roman" w:hAnsi="Times New Roman" w:eastAsia="Times New Roman" w:cs="Times New Roman"/>
        </w:rPr>
        <w:t>Hoy ilay feo hoe: Miantsoa mafy. Dia hoy izy: Inona no hotoriko mafy? Ny nofo rehetra dia ahitra, ary ny hatsaran-tarehiny rehetra dia tahaka ny voninkazon’ny saha; maina ny ahitra, malazo ny voninkazo, satria tsofin’ny Fanahin’i Jehovah izy; eny, ahitra tokoa ny olona. Maina ny ahitra, malazo ny voninkazo; fa ny tenin’Andriamanitsika no haharitra mandrakizay. Isaia 40:6–8.</w:t>
      </w:r>
    </w:p>
    <w:p>
      <w:pPr>
        <w:pStyle w:val="ArticleBody"/>
        <w:jc w:val="left"/>
      </w:pPr>
      <w:r>
        <w:rPr>
          <w:rFonts w:ascii="Times New Roman" w:hAnsi="Times New Roman" w:eastAsia="Times New Roman" w:cs="Times New Roman"/>
        </w:rPr>
        <w:t>Ny hafatry ny toetran’i Kristy, izay aseho ho Alfa sy Omega, dia apetraka ao anatin’ny tandindona ara-panoharana momba ny Islama. Ao amin’ny Ezekiela toko fahafito amby telopolo, ny lohasahan’ny taolana maina dia angonina aloha, ary avy eo dia velomina amin’ny alalan’ny hafatra ara-paminaniana avy amin’ny rivotra efatra.</w:t>
      </w:r>
    </w:p>
    <w:p>
      <w:pPr>
        <w:pStyle w:val="ArticleScripture"/>
        <w:jc w:val="left"/>
      </w:pPr>
      <w:r>
        <w:rPr>
          <w:rFonts w:ascii="Times New Roman" w:hAnsi="Times New Roman" w:eastAsia="Times New Roman" w:cs="Times New Roman"/>
        </w:rPr>
        <w:t>“Mitana ny rivotra efatra ny anjely, izay aseho ho toy ny soavaly romotra mitady hiala sy hirohotra manerana ny tany manontolo, mitondra fandringanana sy fahafatesana eo amin’ny lalany.</w:t>
      </w:r>
    </w:p>
    <w:p>
      <w:pPr>
        <w:pStyle w:val="ArticleScripture"/>
        <w:jc w:val="left"/>
      </w:pPr>
      <w:r>
        <w:rPr>
          <w:rFonts w:ascii="Times New Roman" w:hAnsi="Times New Roman" w:eastAsia="Times New Roman" w:cs="Times New Roman"/>
        </w:rPr>
        <w:t>“Moa hatory eo amin’ny tena sisin’ny tontolo mandrakizay va isika? Moa ho donto sy mangatsiaka ary maty va isika? Endrey, enga anie ka hananantsika ao amin’ny fiangonantsika ny Fanahy sy ny fofonain’Andriamanitra, ka hovelomina ao amin’ny olony ireo, mba hitsanganany amin’ny tongony ka ho velona. Mila mahita isika fa ety ny lalana, ary tery ny vavahady. Nefa raha mandalo amin’ilay vavahady tery isika, dia tsy manam-petra ny halehibeny.” Manuscript Releases, volume 20, 217.</w:t>
      </w:r>
    </w:p>
    <w:p>
      <w:pPr>
        <w:pStyle w:val="ArticleBody"/>
        <w:jc w:val="left"/>
      </w:pPr>
      <w:r>
        <w:rPr>
          <w:rFonts w:ascii="Times New Roman" w:hAnsi="Times New Roman" w:eastAsia="Times New Roman" w:cs="Times New Roman"/>
        </w:rPr>
        <w:t>Ny soavaly tezitra ao amin’ny faminanian’ny Baiboly dia ny finoana silamo. Io soavaly tezitra io dia sakanana tsy hanao ny asany fandringanana, araka ny asehon’ny fihazonan’ny anjely efatra ny rivotra efatra ao amin’ny Apokalypsy toko fahafito. Tazonina ireo mandra-pahavoaisy tombo-kase ny iray hetsy sy efatra alina sy efatra arivo.</w:t>
      </w:r>
    </w:p>
    <w:p>
      <w:pPr>
        <w:pStyle w:val="ArticleScripture"/>
        <w:jc w:val="left"/>
      </w:pPr>
      <w:r>
        <w:rPr>
          <w:rFonts w:ascii="Times New Roman" w:hAnsi="Times New Roman" w:eastAsia="Times New Roman" w:cs="Times New Roman"/>
        </w:rPr>
        <w:t>Ary rehefa afaka izany zavatra izany, dia nahita anjely efatra aho nitsangana teo amin’ny zorony efatry ny tany, nitana ny rivotra efatry ny tany, mba tsy hisy rivotra hitsoka amin’ny tany, na amin’ny ranomasina, na amin’ny hazo iray akory aza. Ary nahita anjely iray hafa niakatra avy any atsinanana aho, izay nanana ny tombo-kasen’Andriamanitra velona; ary niantso tamin’ny feo mahery tamin’ireo anjely efatra izy, izay nomena fahefana hanimba ny tany sy ny ranomasina, nanao hoe: Aza manimba ny tany, na ny ranomasina, na ny hazo, mandra-panisinay tombo-kase eo amin’ny handrin’ny mpanompon’Andriamanitsika. Apokalypsy 7:1–3.</w:t>
      </w:r>
    </w:p>
    <w:p>
      <w:pPr>
        <w:pStyle w:val="ArticleBody"/>
        <w:jc w:val="left"/>
      </w:pPr>
      <w:r>
        <w:rPr>
          <w:rFonts w:ascii="Times New Roman" w:hAnsi="Times New Roman" w:eastAsia="Times New Roman" w:cs="Times New Roman"/>
        </w:rPr>
        <w:t>Ny fihazonana ireo rivotra efatra dia maneho ny fanakanana ny finoana silamo mandra-pahavitan’ny fanisiana tombo-kase ny vahoakan’Andriamanitra. Ny finoana silamo dia aseho ao amin’ny Apokalypsy ho ireo trompetra telo farany amin’ny fito, ary koa ho ireo loza telo.</w:t>
      </w:r>
    </w:p>
    <w:p>
      <w:pPr>
        <w:pStyle w:val="ArticleScripture"/>
        <w:jc w:val="left"/>
      </w:pPr>
      <w:r>
        <w:rPr>
          <w:rFonts w:ascii="Times New Roman" w:hAnsi="Times New Roman" w:eastAsia="Times New Roman" w:cs="Times New Roman"/>
        </w:rPr>
        <w:t>Ary hitako sy reko nisy anjely iray nanidina teo afovoan’ny lanitra, nanao tamin’ny feo mahery hoe: Loza, loza, loza ho an’izay monina ambonin’ny tany noho ny amin’ny feon’ny trompetran’ireo anjely telo sisa, izay mbola hitsoka! Apokalypsy 8:13.</w:t>
      </w:r>
    </w:p>
    <w:p>
      <w:pPr>
        <w:pStyle w:val="ArticleBody"/>
        <w:jc w:val="left"/>
      </w:pPr>
      <w:r>
        <w:rPr>
          <w:rFonts w:ascii="Times New Roman" w:hAnsi="Times New Roman" w:eastAsia="Times New Roman" w:cs="Times New Roman"/>
        </w:rPr>
        <w:t>Rehefa nampahafantarina ireo trompetra loza telo i Jaona, dia faritany ao amin’ny toko fahasivy ny toetoetran’ny Islama. Ao amin’ny andininy fahaefatra amin’ny toko fahasivy dia misy baiko omena ny Islama, izay tanteraka teo amin’ny tantaran’i Abubekr, mpitarika voalohany taorian’i Mohammed.</w:t>
      </w:r>
    </w:p>
    <w:p>
      <w:pPr>
        <w:pStyle w:val="ArticleScripture"/>
        <w:jc w:val="left"/>
      </w:pPr>
      <w:r>
        <w:rPr>
          <w:rFonts w:ascii="Times New Roman" w:hAnsi="Times New Roman" w:eastAsia="Times New Roman" w:cs="Times New Roman"/>
        </w:rPr>
        <w:t>Ary nasaina izy ireo mba tsy hanimba ny ahitra amin’ny tany, na ny zava-maitso rehetra, na ny hazo akory aza; fa ireo olona izay tsy manana ny tombo-kasen’Andriamanitra eo amin’ny handriny ihany no ho azony hatao. Apokalypsy 9:4.</w:t>
      </w:r>
    </w:p>
    <w:p>
      <w:pPr>
        <w:pStyle w:val="ArticleBody"/>
        <w:jc w:val="left"/>
      </w:pPr>
      <w:r>
        <w:rPr>
          <w:rFonts w:ascii="Times New Roman" w:hAnsi="Times New Roman" w:eastAsia="Times New Roman" w:cs="Times New Roman"/>
        </w:rPr>
        <w:t>I Uriah Smith dia namaritra ny fifandraisan’i Abubekr amin’ny andininy fahaefatra.</w:t>
      </w:r>
    </w:p>
    <w:p>
      <w:pPr>
        <w:pStyle w:val="ArticleScripture"/>
        <w:jc w:val="left"/>
      </w:pPr>
      <w:r>
        <w:rPr>
          <w:rFonts w:ascii="Times New Roman" w:hAnsi="Times New Roman" w:eastAsia="Times New Roman" w:cs="Times New Roman"/>
        </w:rPr>
        <w:t>“Taorian’ny nahafatesan’i Mohammed dia nandimby azy teo amin’ny fitarihana i Abubekr, tamin’ny A.D. 632; ary vantany vao voaoriny tsara ny fahefany sy ny fitondrany dia nandefa taratasy boribory ho an’ireo foko arabo izy, ka izao manaraka izao no ampahany nalaina avy ao:”</w:t>
      </w:r>
    </w:p>
    <w:p>
      <w:pPr>
        <w:pStyle w:val="ArticleScripture"/>
        <w:jc w:val="left"/>
      </w:pPr>
      <w:r>
        <w:rPr>
          <w:rFonts w:ascii="Times New Roman" w:hAnsi="Times New Roman" w:eastAsia="Times New Roman" w:cs="Times New Roman"/>
        </w:rPr>
        <w:t>“‘Rehefa miady ny adin’ny Tompo ianareo, dia mitondra tena tahaka ny lehilahy, ka aza mivily lamosina; nefa aoka tsy ho voaloton’ny ran’ny vehivavy sy ny zaza ny fandresenareo. Aza manimba rofia na iray aza, ary aza mandoro tanimbary. Aza manapaka hazo mamoa, ary aza manisy ratsy ny biby fiompy, afa-tsy izay vonoinareo hohanina. Ary raha manao fanekena na fifanarahana ianareo, dia tano izany, ka aoka ho mahatoky amin’ny teninareo. Ary raha mbola mandeha ianareo, dia hahita olona mpivavaka sasany izay miaina mitokana any amin’ny monasitera, ka mikendry hanompo an’Andriamanitra amin’izany fomba izany; avelao izy ireny, ary aza vonoina na izy ireo na ravana ny monasiterany. Ary hahita karazan’olona hafa koa ianareo izay an’ny synagogan’i Satana, ka voaharatra boribory ny tampon-dohany; koa ataovy izay hanorotoroanareo ny karandohany, ary aza omena fialofana mandra-pivadiny ho Mohammedanina na handoavany hetra.’” Uriah Smith, Daniel and the Revelation, 500.</w:t>
      </w:r>
    </w:p>
    <w:p>
      <w:pPr>
        <w:pStyle w:val="ArticleBody"/>
        <w:jc w:val="left"/>
      </w:pPr>
      <w:r>
        <w:rPr>
          <w:rFonts w:ascii="Times New Roman" w:hAnsi="Times New Roman" w:eastAsia="Times New Roman" w:cs="Times New Roman"/>
        </w:rPr>
        <w:t>Uriah Smith dia mbola manohy manondro sokajin’olona roa, izay tsy maintsy navahan’ireo mpiady silamo nalefan’i Abubekr hitondra ady hanohitra an’i Roma. Ny sokajy iray, hoy izy, dia ireo moanina katolika, izay nivavaka tamin’ny Alahady; ary ny sokajy iray kosa dia ireo izay nivavaka tamin’ny andro fahafito. Ny finoana silamo dia tsy natao hamely afa-tsy ireo mpivavaka amin’ny masoandro. Ny zava-dehibe kokoa amin’ny fandinihantsika dia izao: ny olona, na mpitandrina Alahady na mpitandrina Sabata, dia aseho ara-panoharana ho ahitra sy zava-maitso ary hazo. Ny rivotra efatra ao amin’ny toko fahafito dia notanana tsy hitsoka amin’ny ahitra mandra-pamehezana tombo-kase ireo mpitandrina Sabata.</w:t>
      </w:r>
    </w:p>
    <w:p>
      <w:pPr>
        <w:pStyle w:val="ArticleBody"/>
        <w:jc w:val="left"/>
      </w:pPr>
      <w:r>
        <w:rPr>
          <w:rFonts w:ascii="Times New Roman" w:hAnsi="Times New Roman" w:eastAsia="Times New Roman" w:cs="Times New Roman"/>
        </w:rPr>
        <w:t>Ilay iraky ny hetsiky ny iray hetsy sy efatra arivo amby efatra alina dia manontany an’Andriamanitra hoe: “Inona no hotorìko?” Ary nolazaina taminy fa izao no hafany: ny Tenin’Andriamanitra mijoro mafy mandrakizay; ary izany hafatra izany dia tokony hapetraka ao anatin’ny tontolon’ny rivotra mitsoka amin’ny ahitra. Rehefa alefa amin’ilay iray hetsy sy efatra arivo amby efatra alina ny Mpampionona, dia ireo izay efa diso fanantenana noho ny faminaniana tsy tanteraka momba ny Silamo, ary izay avy eo mahatsapa fa ao anatin’ny fotoana fiandrasana araka ny fanoharana ny amin’ny virijina folo izy, dia ampahafantarin’ny Mpampionona izy ireo amin’izay fa ny hafatra izay tokony hasehony dia ny hafatra momba ny anjara asan’ny Silamo ao amin’ny faminanian’ny Baiboly. Ny fahatongavan’ny Mpampionona, ao amin’ny tantaran’ny fotoana fiandrasana, no mahatonga azy ireo hitsangana.</w:t>
      </w:r>
    </w:p>
    <w:p>
      <w:pPr>
        <w:pStyle w:val="ArticleScripture"/>
        <w:jc w:val="left"/>
      </w:pPr>
      <w:r>
        <w:rPr>
          <w:rFonts w:ascii="Times New Roman" w:hAnsi="Times New Roman" w:eastAsia="Times New Roman" w:cs="Times New Roman"/>
        </w:rPr>
        <w:t>Ary hoy Izy tamiko hoe: Ry zanak’olona, mitsangàna amin’ny tongotrao, dia hiteny aminao Aho. Ary ny Fanahy niditra tao anatiko raha niteny tamiko Izy, ka nanangana ahy teo amin’ny tongotro, dia nahare Ilay niteny tamiko aho. Ezekiela 2:1, 2.</w:t>
      </w:r>
    </w:p>
    <w:p>
      <w:pPr>
        <w:pStyle w:val="ArticleBody"/>
        <w:jc w:val="left"/>
      </w:pPr>
      <w:r>
        <w:rPr>
          <w:rFonts w:ascii="Times New Roman" w:hAnsi="Times New Roman" w:eastAsia="Times New Roman" w:cs="Times New Roman"/>
        </w:rPr>
        <w:t>Mitsangana izy rehefa atsangana amin’ny maty.</w:t>
      </w:r>
    </w:p>
    <w:p>
      <w:pPr>
        <w:pStyle w:val="ArticleScripture"/>
        <w:jc w:val="left"/>
      </w:pPr>
      <w:r>
        <w:rPr>
          <w:rFonts w:ascii="Times New Roman" w:hAnsi="Times New Roman" w:eastAsia="Times New Roman" w:cs="Times New Roman"/>
        </w:rPr>
        <w:t>Ary hisy avy amin’ny firenena sy ny fokom-pirenena ary ny fiteny sy ny jentilisa no hibanjina ny fatin’izy roa mandritra ny hateloana sy tapany, ary tsy havelany halevina ao am-pasana ny fatiny. Ary izay monina ambonin’ny tany dia hifaly noho ny amin’izy roa sy hiravoravo ary hifanolotra fanomezana; satria ireo mpaminany roa ireo dia nampijaly izay monina ambonin’ny tany. Ary rehefa afaka hateloana sy tapany, dia niditra tao aminy ny Fanahin’aina avy tamin’Andriamanitra, ka nijoro tamin’ny tongony izy; ary tahotra lehibe no nahazo izay nahita azy. Apokalypsy 11:9–11.</w:t>
      </w:r>
    </w:p>
    <w:p>
      <w:pPr>
        <w:pStyle w:val="ArticleBody"/>
        <w:jc w:val="left"/>
      </w:pPr>
      <w:r>
        <w:rPr>
          <w:rFonts w:ascii="Times New Roman" w:hAnsi="Times New Roman" w:eastAsia="Times New Roman" w:cs="Times New Roman"/>
        </w:rPr>
        <w:t>Ny dingana roa, dia ny fijoroana aloha, ary avy eo ny fampakarana toy ny faneva, dia asehon’i Ezekiela koa ao amin’ny toko fahafito amby telopolo. Ny dingana voalohan’i Ezekiela dia mampiray ny rantsambatan’ny tena amin’ireo taolana maina maty izay ao amin’ny lohasahan’ny fahadisoam-panantenana. Ny dingana faharoan’i Ezekiela kosa dia ny hafatry ny rivotra efatra, izay hafatry ny famehezana, dia ny hafatry ny finoana silamo.</w:t>
      </w:r>
    </w:p>
    <w:p>
      <w:pPr>
        <w:pStyle w:val="ArticleScripture"/>
        <w:jc w:val="left"/>
      </w:pPr>
      <w:r>
        <w:rPr>
          <w:rFonts w:ascii="Times New Roman" w:hAnsi="Times New Roman" w:eastAsia="Times New Roman" w:cs="Times New Roman"/>
        </w:rPr>
        <w:t>Ary hoy Izy tamiko: Ry zanak’olona, moa mahavelona indray va ireto taolana ireto? Dia namaly aho hoe: Tompo Jehovah ô, Hianao no mahalala. Ary hoy Izy tamiko indray: Maminania amin’ireto taolana ireto ka lazao aminy hoe: Ianareo taolana maina, henoy ny tenin’i Jehovah. Izao no lazain’i Jehovah Tompo amin’ireto taolana ireto: Indro, hampiditra fofonaina ao anatinareo Aho, ka ho velona ianareo; ary hasiako hozatra ianareo, hampaniry nofo aminareo Aho, hosaronako hoditra ianareo, ary hampiditra fofonaina ao anatinareo Aho, ka ho velona ianareo; dia ho fantatrareo fa Izaho no Jehovah. Dia naminany araka izay nandidiana ahy aho; ary raha mbola naminany aho, dia nisy feo, ary indro, nisy fihorohoroana, ka nifamotoana ny taolana, samy tamin’ny taolany avy. Ary nijery aho, ka indro, nisondrotra taminy ny hozatra sy ny nofo, ary nosaronan’ny hoditra izy teny amboniny; nefa tsy nisy fofonaina tao aminy. Dia hoy Izy tamiko: Maminania amin’ny rivotra, maminania, ry zanak’olona, ka lazao amin’ny rivotra hoe: Izao no lazain’i Jehovah Tompo: Avia avy amin’ny rivotra efatra, ry fofonaina, ka tsofy ireto voavono ireto mba ho velona. Dia naminany araka izay nandidiany ahy aho, ary niditra tao aminy ny fofonaina, ka velona izy sady nitsangana tamin’ny tongony, dia tafika lehibe indrindra. Ezekiela 37:3–10.</w:t>
      </w:r>
    </w:p>
    <w:p>
      <w:pPr>
        <w:pStyle w:val="ArticleBody"/>
        <w:jc w:val="left"/>
      </w:pPr>
      <w:r>
        <w:rPr>
          <w:rFonts w:ascii="Times New Roman" w:hAnsi="Times New Roman" w:eastAsia="Times New Roman" w:cs="Times New Roman"/>
        </w:rPr>
        <w:t>Ao amin’ny andalan-tenin’i Isaia izay dinihintsika ankehitriny, rehefa tonga ny Mpananatra, dia mijoro amin’ny tongony izy ireo, avy eo asandratra ho eo an-tendrombohitra avo ho famantarana, ka manambara ny “filazantsara mahafaly,” izay ilay ranonorana farany, dia ny hafatry ny anjely fahatelo.</w:t>
      </w:r>
    </w:p>
    <w:p>
      <w:pPr>
        <w:pStyle w:val="ArticleScripture"/>
        <w:jc w:val="left"/>
      </w:pPr>
      <w:r>
        <w:rPr>
          <w:rFonts w:ascii="Times New Roman" w:hAnsi="Times New Roman" w:eastAsia="Times New Roman" w:cs="Times New Roman"/>
        </w:rPr>
        <w:t>Ry Ziona, izay mitondra teny soa mahafaly, miakara any an-tendrombohitra avo; ry Jerosalema, izay mitondra teny soa mahafaly, asandrato mafy ny feonao; asandrato izy, aza matahotra; lazao amin’ny tanànan’ny Joda hoe: Indro Andriamanitrareo! Indro, Jehovah Tompo ho avy amin’ny tanana mahery, ary ny sandriny no hanapaka ho Azy; indro, momba Azy ny valisoany, ary eo anoloany ny asany. Hiandry ny ondriny tahaka ny mpiandry ondry Izy; ny zanak’ondry hovoriny amin’ny sandriny, ary hoentiny eo an-tratrany, ary hotarihiny moramora izay mampinono. Iza no nandrefy ny rano tamin’ny felatanany, sy namantatra ny lanitra tamin’ny elanelan-tànany, sy namory ny vovoky ny tany tamin’ny famarana, sy nandanja ny tendrombohitra tamin’ny mizana, ary ny havoana tamin’ny lelan-mizana? Iza no nanoro ny Fanahin’i Jehovah, na iza no mpanolo-tsaina Azy ka nampianatra Azy? Tamin’iza no nakan’Andriamanitra saina, ary iza no nampianatra Azy sy nampianatra Azy ny lalan’ny fitsarana sy nampianatra Azy fahalalana ary nampiseho Azy ny lalan’ny fahalalana? Indro, ny firenena dia tahaka ny rano indray mitete amin’ny siny, ary heverina ho toy ny vovoka madinika amin’ny mizana; indro, ny nosy dia entiny tahaka ny zavatra kely dia kely. Ary Libanona tsy ampy hatao kitay, ary ny bibiny tsy ampy hatao fanatitra dorana. Ny firenena rehetra eo anatrehany dia toy ny tsinontsinona; ary heveriny ho latsaky ny tsinontsinona sy zava-poana izy. Isaia 40:9–17.</w:t>
      </w:r>
    </w:p>
    <w:p>
      <w:pPr>
        <w:pStyle w:val="ArticleBody"/>
        <w:jc w:val="left"/>
      </w:pPr>
      <w:r>
        <w:rPr>
          <w:rFonts w:ascii="Times New Roman" w:hAnsi="Times New Roman" w:eastAsia="Times New Roman" w:cs="Times New Roman"/>
        </w:rPr>
        <w:t>Ireo izay nivoaka avy tao amin’ny fasany dia asandratra ho faneva, na araka ny amaritan’i Isaia azy, dia entina ho eo amin’“ny tendrombohitra avo” izy ireo. Ny tendrombohitra avo no faneva, ary izy io dia maneho ireo izay niandry ny Tompo nandritra ny fotoana fitaredretra izay natomboky ny fahadisoam-panantenana voalohany tamin’ny 18 Jolay 2020.</w:t>
      </w:r>
    </w:p>
    <w:p>
      <w:pPr>
        <w:pStyle w:val="ArticleScripture"/>
        <w:jc w:val="left"/>
      </w:pPr>
      <w:r>
        <w:rPr>
          <w:rFonts w:ascii="Times New Roman" w:hAnsi="Times New Roman" w:eastAsia="Times New Roman" w:cs="Times New Roman"/>
        </w:rPr>
        <w:t>Ny arivo handositra noho ny fananaràn’ny iray; noho ny fananaràn’ny dimy no handosiranareo, mandra-pahalevonareo ho tahaka ny tsatòka eo an-tampon’ny tendrombohitra sy ho tahaka ny faneva eo an-tampon’ny havoana. Ary noho izany dia hiandry Jehovah mba hanehoany fahasoavana aminareo; ary noho izany dia hasandratra Izy mba hamindrany fo aminareo; fa Jehovah dia Andriamanitry ny fitsarana; sambatra izay rehetra miandry Azy. Isaia 30:17, 18.</w:t>
      </w:r>
    </w:p>
    <w:p>
      <w:pPr>
        <w:pStyle w:val="ArticleBody"/>
        <w:jc w:val="left"/>
      </w:pPr>
      <w:r>
        <w:rPr>
          <w:rFonts w:ascii="Times New Roman" w:hAnsi="Times New Roman" w:eastAsia="Times New Roman" w:cs="Times New Roman"/>
        </w:rPr>
        <w:t>Ao amin’ny Apokalypsy toko faha-iraika ambin’ny folo dia nakarina ho any an-danitra ny faneva.</w:t>
      </w:r>
    </w:p>
    <w:p>
      <w:pPr>
        <w:pStyle w:val="ArticleScripture"/>
        <w:jc w:val="left"/>
      </w:pPr>
      <w:r>
        <w:rPr>
          <w:rFonts w:ascii="Times New Roman" w:hAnsi="Times New Roman" w:eastAsia="Times New Roman" w:cs="Times New Roman"/>
        </w:rPr>
        <w:t>Ary reny ny feo lehibe avy tany an-danitra nanao taminy hoe: Miakara atỳ. Dia niakatra ho any an-danitra tamin’ny rahona izy; ary nijery azy ny fahavalony. Ary tamin’izany ora izany dia nisy horohoron-tany lehibe, ka lavo ny ampahafolon’ny tanàna, ary tao amin’ilay horohoron-tany dia olona fito arivo no matin’izany; ary ny sisa dia raiki-tahotra ka nanome voninahitra an’Andriamanitry ny lanitra. Apokalypsy 11:12, 13.</w:t>
      </w:r>
    </w:p>
    <w:p>
      <w:pPr>
        <w:pStyle w:val="ArticleBody"/>
        <w:jc w:val="left"/>
      </w:pPr>
      <w:r>
        <w:rPr>
          <w:rFonts w:ascii="Times New Roman" w:hAnsi="Times New Roman" w:eastAsia="Times New Roman" w:cs="Times New Roman"/>
        </w:rPr>
        <w:t>Ny Apokalypsy toko faha-iraika ambin’ny folo dia manondro fa ny vavolombelona roa dia nakarina ho any an-danitra, tamin’izany ora izany ihany izay nisehoan’ny horohoron-tany. Ilay horohoron-tany izay tanteraka tamin’ny Revolisiona Frantsay teo amin’ny tantara lasa dia tandindon’ny fanonganana an’i Etazonia amin’ny lalàna Alahady. Noho izany, ny faneva dia atsangana amin’ny lalàna Alahady, ary avy eo ilay faneva dia manambara ny “vaovao mahafaly” amin’izao tontolo izao manontolo.</w:t>
      </w:r>
    </w:p>
    <w:p>
      <w:pPr>
        <w:pStyle w:val="ArticleScripture"/>
        <w:jc w:val="left"/>
      </w:pPr>
      <w:r>
        <w:rPr>
          <w:rFonts w:ascii="Times New Roman" w:hAnsi="Times New Roman" w:eastAsia="Times New Roman" w:cs="Times New Roman"/>
        </w:rPr>
        <w:t>Ianareo mponina rehetra amin’izao tontolo izao sy izay mitoetra ambonin’ny tany, jereo, raha manandratra faneva eo an-tendrombohitra Izy; ary raha mitsoka trompetra Izy, dia henoy. Isaia 18:3.</w:t>
      </w:r>
    </w:p>
    <w:p>
      <w:pPr>
        <w:pStyle w:val="ArticleBody"/>
        <w:jc w:val="left"/>
      </w:pPr>
      <w:r>
        <w:rPr>
          <w:rFonts w:ascii="Times New Roman" w:hAnsi="Times New Roman" w:eastAsia="Times New Roman" w:cs="Times New Roman"/>
        </w:rPr>
        <w:t>Ny saina dia hampiseho ny “filazantsara mahafaly” rehefa tsofina ny “trompetra.” Ny hafatra farany amin’ny trompetra ao amin’ny Apokalypsy dia ny trompetra fahafito, izay loza fahatelo, izay ny silamo. I Isaia sy Jaona ary Ezekiela dia samy miresaka ny amin’ny andro farany, ary tsy mifanohitra velively izy ireo.</w:t>
      </w:r>
    </w:p>
    <w:p>
      <w:pPr>
        <w:pStyle w:val="ArticleBody"/>
        <w:jc w:val="left"/>
      </w:pPr>
      <w:r>
        <w:rPr>
          <w:rFonts w:ascii="Times New Roman" w:hAnsi="Times New Roman" w:eastAsia="Times New Roman" w:cs="Times New Roman"/>
        </w:rPr>
        <w:t>Ny tombo-kasen’Andriamanitra dia apetraka amin’ny vahoakan’Andriamanitra amin’ny fotoanan’ny lalàna momba ny Alahady.</w:t>
      </w:r>
    </w:p>
    <w:p>
      <w:pPr>
        <w:pStyle w:val="ArticleScripture"/>
        <w:jc w:val="left"/>
      </w:pPr>
      <w:r>
        <w:rPr>
          <w:rFonts w:ascii="Times New Roman" w:hAnsi="Times New Roman" w:eastAsia="Times New Roman" w:cs="Times New Roman"/>
        </w:rPr>
        <w:t>“لا أحدٌ منّا سينال ختمَ الله قطّ ما دامت في طباعنا لطخةٌ واحدة أو دنسٌ واحد. وقد تُرك لنا أن نُصلِح العيوبَ في طباعنا، وأن نُطهِّر هيكلَ النفس من كل نجاسة. حينئذٍ ينهمر علينا المطرُ المتأخر كما انهمر المطرُ المبكر على التلاميذ في يوم الخمسين....”</w:t>
      </w:r>
    </w:p>
    <w:p>
      <w:pPr>
        <w:pStyle w:val="ArticleScripture"/>
        <w:jc w:val="left"/>
      </w:pPr>
      <w:r>
        <w:rPr>
          <w:rFonts w:ascii="Times New Roman" w:hAnsi="Times New Roman" w:eastAsia="Times New Roman" w:cs="Times New Roman"/>
        </w:rPr>
        <w:t>“Inona no ataonareo, ry rahalahy, ao amin’ilay asa lehibe fanomanana? Izay miray amin’izao tontolo izao dia mandray ny endrik’izao tontolo izao ka miomana handray ny mariky ny bibidia. Fa izay tsy matoky ny tenany, izay manetry tena eo anatrehan’Andriamanitra ary manadio ny fanahiny amin’ny fankatoavana ny fahamarinana, ireo no mandray ny endrika avy any an-danitra ka miomana handray ny tombo-kasen’Andriamanitra eo amin’ny handriny. Rehefa mivoaka ny didy ary apetaka ny fanamarihana, dia hitoetra madio sy tsy misy pentina mandrakizay ny toetrany.” Testimonies, volume 5, 214–216.</w:t>
      </w:r>
    </w:p>
    <w:p>
      <w:pPr>
        <w:pStyle w:val="ArticleBody"/>
        <w:jc w:val="left"/>
      </w:pPr>
      <w:r>
        <w:rPr>
          <w:rFonts w:ascii="Times New Roman" w:hAnsi="Times New Roman" w:eastAsia="Times New Roman" w:cs="Times New Roman"/>
        </w:rPr>
        <w:t>Na dia hapetaka amin’ny lalàn’ny Alahady aza ilay didy, dia tsy maintsy hanana toetra voaomana ho amin’ny tombo-kase ireo izay handray ny tombo-kase, alohan’ny lalàn’ny Alahady; fa ny lalàn’ny Alahady no krizy izay itondran’ireo krizy rehetra ao amin’ny tenin’Andriamanitra ny fijeriny mialoha. Izy no “krizy”, na “antso”, amin’ny misasakalina ao amin’ny fanoharana momba ireo virijina folo.</w:t>
      </w:r>
    </w:p>
    <w:p>
      <w:pPr>
        <w:pStyle w:val="ArticleScripture"/>
        <w:jc w:val="left"/>
      </w:pPr>
      <w:r>
        <w:rPr>
          <w:rFonts w:ascii="Times New Roman" w:hAnsi="Times New Roman" w:eastAsia="Times New Roman" w:cs="Times New Roman"/>
        </w:rPr>
        <w:t>“Ny toetra dia asehon’ny fotoam-pahoriana. Raha nambara tamin’ny feo mafy sy tamin-kafanam-po tamin’ny misasakalina hoe: ‘Indro, avy ny mpampakatra; mivoaha hitsena azy,’ dia nifoha avy tamin’ny torimasony ireo virijina natory, ary hita tamin’izany izay efa niomana ho amin’izany zava-mitranga izany. Samy tratra tampoka izy roa tonta, nefa ny anankiray dia voaomana ho amin’ny hamehana, fa ny anankiray kosa hita fa tsy nisy fiomanana. Ny toetra dia asehon’ny toe-javatra. Ny hamehana no mampiseho ny tena kalitaon’ny toetra. Loza tampoka sy tsy nampoizina, fahafatesan’olona akaiky na krizy, aretina na fijaliana tsy nampoizina, zavatra iray izay mampifanatrika ny fanahy amin’ny fahafatesana, no hamoaka izay tena ao anatin’ny toetra. Haseho miharihary raha misy na tsia ny finoana marina amin’ny teny fikasan’ny Tenin’Andriamanitra. Haseho miharihary raha tohanan’ny fahasoavana na tsia ny fanahy, na misy diloilo ao amin’ny fitoerana miaraka amin’ny jiro.”</w:t>
      </w:r>
    </w:p>
    <w:p>
      <w:pPr>
        <w:pStyle w:val="ArticleScripture"/>
        <w:jc w:val="left"/>
      </w:pPr>
      <w:r>
        <w:rPr>
          <w:rFonts w:ascii="Times New Roman" w:hAnsi="Times New Roman" w:eastAsia="Times New Roman" w:cs="Times New Roman"/>
        </w:rPr>
        <w:t>“Ny fotoam-pitsapana dia mahazo ny rehetra. Ahoana no fitondrantsika tena eo ambanin’ny fizahan-toetra sy fanaporofoan’Andriamanitra? Moa va maty ny jirontsika? sa mbola tehirizintsika hirehitra ihany izy? Vonona ho amin’ny toe-javatra maika rehetra va isika amin’ny alalan’ny fifandraisantsika Aminy, Izay feno fahasoavana sy fahamarinana? Tsy nahazo nampita ny toetrany tamin’ny virijina adala dimy ny virijina hendry dimy. Ny toetra dia tsy maintsy volavolaintsika amin’ny maha-olona tsirairay antsika.” Review and Herald, October 17, 1895.</w:t>
      </w:r>
    </w:p>
    <w:p>
      <w:pPr>
        <w:pStyle w:val="ArticleBody"/>
        <w:jc w:val="left"/>
      </w:pPr>
      <w:r>
        <w:rPr>
          <w:rFonts w:ascii="Times New Roman" w:hAnsi="Times New Roman" w:eastAsia="Times New Roman" w:cs="Times New Roman"/>
        </w:rPr>
        <w:t>Ireo virjiny hendry dia nila ny diloilo talohan’ny nanaovana ilay antsoantso; fa rehefa tonga ny krizy amin’ny misasakalina, dia tara loatra vao hahazoana ny diloilo.</w:t>
      </w:r>
    </w:p>
    <w:p>
      <w:pPr>
        <w:pStyle w:val="ArticleScripture"/>
        <w:jc w:val="left"/>
      </w:pPr>
      <w:r>
        <w:rPr>
          <w:rFonts w:ascii="Times New Roman" w:hAnsi="Times New Roman" w:eastAsia="Times New Roman" w:cs="Times New Roman"/>
        </w:rPr>
        <w:t>“Misy fanahin’ny fahakiviana lalina, ny ady sy ny fandatsahan-drà, ary hitombo izany fanahy izany mandra-pahatongan’ny faran’ny andro indrindra. Raha vantany vao voaisy tombo-kase eo amin’ny handriny ny vahoakan’Andriamanitra,—tsy tombo-kase na marika hita maso akory izany, fa fahamafisan-toerana ao amin’ny fahamarinana, na ara-tsaina na ara-panahy, ka tsy ho azo hozongozonina izy ireo,—raha vantany vao voaisy tombo-kase sy voaomana ho amin’ny fihovitrovitra ny vahoakan’Andriamanitra, dia ho tonga izany. Eny tokoa, efa nanomboka sahady izany; ankehitriny dia mihatra amin’ny tany ny fitsaran’Andriamanitra, mba hanome fampitandremana antsika, mba hahalalantsika izay ho avy.” Manuscript Releases, boky 1, 249.</w:t>
      </w:r>
    </w:p>
    <w:p>
      <w:pPr>
        <w:pStyle w:val="ArticleBody"/>
        <w:jc w:val="left"/>
      </w:pPr>
      <w:r>
        <w:rPr>
          <w:rFonts w:ascii="Times New Roman" w:hAnsi="Times New Roman" w:eastAsia="Times New Roman" w:cs="Times New Roman"/>
        </w:rPr>
        <w:t>Ny tombo-kasen’Andriamanitra dia fiorenana mafy ao amin’ny fahamarinana, na ara-tsaina izany na ara-panahy. Tsy hita maso izany tombo-kase izany, fa ho hita kosa ny faneva, satria izany ihany no fomba ahafahan’izao tontolo izao tandremana. Koa misy fotoana izay tsy ahitana ny tombo-kase, ary aorian’izany no isehoan’ny lalàn’ny Alahady, izay tsy maintsy hahitana ny tombo-kase.</w:t>
      </w:r>
    </w:p>
    <w:p>
      <w:pPr>
        <w:pStyle w:val="ArticleScripture"/>
        <w:jc w:val="left"/>
      </w:pPr>
      <w:r>
        <w:rPr>
          <w:rFonts w:ascii="Times New Roman" w:hAnsi="Times New Roman" w:eastAsia="Times New Roman" w:cs="Times New Roman"/>
        </w:rPr>
        <w:t>“Ny asan’ny Fanahy Masina dia ny hampiaiky ny izao tontolo izao ny amin’ny ota sy ny amin’ny fahamarinana ary ny amin’ny fitsarana. Tsy afaka ampitandremana ny izao tontolo izao raha tsy amin’ny fahitana ireo izay mino ny fahamarinana nohamasinina tamin’ny alalan’ny fahamarinana, ka miasa araka ny foto-kevitra avo sy masina, mampiseho amin’ny heviny ambony sy mendri-kaja ny tsipika manavaka ireo izay mitandrina ny didin’Andriamanitra sy ireo izay manitsakitsaka izany eo ambanin’ny tongony. Ny fanamasinan’ny Fanahy no manamarika ny fahasamihafana misy eo amin’ireo izay manana ny tombokasen’Andriamanitra sy ireo izay mitandrina andro fitsaharana sandoka. Rehefa tonga ny fitsapana, dia haseho mazava izay atao hoe mariky ny bibidia. Dia ny fitandremana ny Alahady izany. Ireo izay, rehefa avy nandre ny fahamarinana, mbola manohy mihevitra io andro io ho masina, dia mitondra ny sonian’ilay lehilahin’ny ota, izay nihevitra hanova fotoana sy lalàna.” Bible Training School, 1 Desambra 1903.</w:t>
      </w:r>
    </w:p>
    <w:p>
      <w:pPr>
        <w:pStyle w:val="ArticleBody"/>
        <w:jc w:val="left"/>
      </w:pPr>
      <w:r>
        <w:rPr>
          <w:rFonts w:ascii="Times New Roman" w:hAnsi="Times New Roman" w:eastAsia="Times New Roman" w:cs="Times New Roman"/>
        </w:rPr>
        <w:t>Ny tombo-kase izay tsy maintsy azo alohan’ny lalàn’ny Alahady dia ny fivoarana feno amin’ny toetran’i Kristy, ary tsy hitan’olona izany, afa-tsy ny anjely. Ny tombo-kase izay hita eo amin’ny lalàn’ny Alahady dia ireo izay mitandrina ny Sabata andro fahafito, satria io no tombo-kase, na famantarana, an’ny vahoakan’Andriamanitra.</w:t>
      </w:r>
    </w:p>
    <w:p>
      <w:pPr>
        <w:pStyle w:val="ArticleScripture"/>
        <w:jc w:val="left"/>
      </w:pPr>
      <w:r>
        <w:rPr>
          <w:rFonts w:ascii="Times New Roman" w:hAnsi="Times New Roman" w:eastAsia="Times New Roman" w:cs="Times New Roman"/>
        </w:rPr>
        <w:t>Ary ianao koa miteny amin’ny Zanak’Isiraely hoe: Hazoninareo tokoa ny Sabatako; fa famantarana eo amiko sy aminareo izany amin’ny taranakareo rehetra, mba hahafantaranareo fa Izaho no Jehovah izay manamasina anareo. Eksodosy 31:13.</w:t>
      </w:r>
    </w:p>
    <w:p>
      <w:pPr>
        <w:pStyle w:val="ArticleBody"/>
        <w:jc w:val="left"/>
      </w:pPr>
      <w:r>
        <w:rPr>
          <w:rFonts w:ascii="Times New Roman" w:hAnsi="Times New Roman" w:eastAsia="Times New Roman" w:cs="Times New Roman"/>
        </w:rPr>
        <w:t>Ny fanisiana tombo-kase ny iray hetsy sy efatra arivo amby efatra alina dia nanomboka tamin’ny 18 Jolay 2020, ary tsy maintsy ho vita alohan’ny lalàn’ny Alahady.</w:t>
      </w:r>
    </w:p>
    <w:p>
      <w:pPr>
        <w:pStyle w:val="ArticleScripture"/>
        <w:jc w:val="left"/>
      </w:pPr>
      <w:r>
        <w:rPr>
          <w:rFonts w:ascii="Times New Roman" w:hAnsi="Times New Roman" w:eastAsia="Times New Roman" w:cs="Times New Roman"/>
        </w:rPr>
        <w:t>Ianareo mponina rehetra amin’izao tontolo izao sy mitoetra amin’ny tany, jereo, raha manangana famantarana eny an-tendrombohitra Izy; ary raha mitsoka ny trompetra Izy, dia mihainoa ianareo. Isaia 18:3.</w:t>
      </w:r>
    </w:p>
    <w:p>
      <w:pPr>
        <w:pStyle w:val="ArticleBody"/>
        <w:jc w:val="left"/>
      </w:pPr>
      <w:r>
        <w:rPr>
          <w:rFonts w:ascii="Times New Roman" w:hAnsi="Times New Roman" w:eastAsia="Times New Roman" w:cs="Times New Roman"/>
        </w:rPr>
        <w:t>Ny kotrokorana fito izay efa novahana tombokase ankehitriny dia mampahafantatra fa ny tantaran’ireo efatra arivo sy efatra alina sy iray hetsy dia ny asan’ny fanambarana hafatra iray izay apetraka ao anatin’ny tontolon’ny fampitandreman’ny trompetra momba ny loza fahatelo. Ny trompetran’ny silamo ao amin’ny faminanian’ny Baiboly no ampandrenesin’ilay faneva izay atsangana hiala avy ao am-pasana.</w:t>
      </w:r>
    </w:p>
    <w:p>
      <w:pPr>
        <w:pStyle w:val="ArticleBody"/>
        <w:jc w:val="left"/>
      </w:pPr>
      <w:r>
        <w:rPr>
          <w:rFonts w:ascii="Times New Roman" w:hAnsi="Times New Roman" w:eastAsia="Times New Roman" w:cs="Times New Roman"/>
        </w:rPr>
        <w:t>Ireo mari-panondro efatra amin’ny tsipika fanavaozana rehetra, izay mifanaraka amin’ireo mari-panondro efatry ny tantara 1840 hatramin’ny 1844, dia mampiorina fa ny dingana efatra tsirairay ao amin’ny tsipika fanavaozana tsirairay dia mitahiry mandrakariva lohahevitra iray ihany. Ny mari-panondro voalohany teo amin’ny tantaran’ny iray hetsy sy efatra arivo sy efatra alina, izay nasehon’ny 1840 ka hatramin’ny 1844, dia ny fanomezam-pahefana ny hafatra tamin’ny 11 Septambra 2001. Io mari-panondro io dia ny Silamo. Ny mari-panondro faharoa amin’ilay tantara mifanindran-dàlana ho an’ny iray hetsy sy efatra arivo sy efatra alina dia ny fahadisoam-panantenana tamin’ny 18 Jolay 2020. Io mari-panondro io dia faminaniana momba ny Silamo izay efa voaolana tamin’ny fampiharana ny fotoana. Ny mari-panondro fahatelo, izay manamarika ny Antso amin’ny Misasakalina, dia fanitsiana ny faminaniana tsy tanteraka momba ny Silamo. Io fanitsiana io dia maneho ny fandavana ny fampiharana ny fotoana. Ny mari-panondro fahefatra dia ny lalàna alahady, izay iavian’ilay faneva atsangana, mitsoka ny trompetra fahafito, dia ilay loza fahatelo, izay ny Silamo.</w:t>
      </w:r>
    </w:p>
    <w:p>
      <w:pPr>
        <w:pStyle w:val="ArticleBody"/>
        <w:jc w:val="left"/>
      </w:pPr>
      <w:r>
        <w:rPr>
          <w:rFonts w:ascii="Times New Roman" w:hAnsi="Times New Roman" w:eastAsia="Times New Roman" w:cs="Times New Roman"/>
        </w:rPr>
        <w:t>Ny toko faha-efapolo amin’i Isaia dia manondro ny teboka fiaingana ho an’ireo toko enina amby roapolo manaraka. Io teboka fiaingana io dia hita ao amin’ny bokin’ny Apokalypsy toko faha-iraika ambin’ny folo, amin’ny fotoana ananganana indray ho velona ireo mpaminany roa izay nampahory ny olona. Ny Mpananatra no manangana azy ireo ka mampitsangana azy, ary taorian’izany dia asandratra ho any an-danitra izy. Isaia dia manondro ilay iraka Elia ho ilay feo miantso mafy any an-efitra. Avy eo io iraka io dia manontany izay tokony ho hafany, ary lazaina aminy amin’ny tandindona ara-paminaniana fa ny hafatry ny Silamo dia fampitandremana amim-pitsoka trompetra izay ambaran’ilay faneva. Kanefa ny hany fomba ahafahana maneho ny Silamo ho toy ny trompetran’ny fampitandremana amin’ny andro farany dia amin’ny alalan’ny famantarana ny Silamo tamin’ny lasa. Ny fiandohan’ny Silamo araka ny fahatakaran’ny Millerita, ary araka ny nanehoana azy an-tsary mazava teo amin’ireo tabilao masina roa an’i Habakoka, dia tsy maintsy ampiasaina mba hamantarana ny Silamo amin’ny loza fahatelo.</w:t>
      </w:r>
    </w:p>
    <w:p>
      <w:pPr>
        <w:pStyle w:val="ArticleScripture"/>
        <w:jc w:val="left"/>
      </w:pPr>
      <w:r>
        <w:rPr>
          <w:rFonts w:ascii="Times New Roman" w:hAnsi="Times New Roman" w:eastAsia="Times New Roman" w:cs="Times New Roman"/>
        </w:rPr>
        <w:t>Tao amin’ny Fanahy aho tamin’ny Andron’ny Tompo, ary nandre feo lehibe tao ivohoko, tahaka ny an’ny trompetra. Apokalypsy 1:10.</w:t>
      </w:r>
    </w:p>
    <w:p>
      <w:pPr>
        <w:pStyle w:val="ArticleBody"/>
        <w:jc w:val="left"/>
      </w:pPr>
      <w:r>
        <w:rPr>
          <w:rFonts w:ascii="Times New Roman" w:hAnsi="Times New Roman" w:eastAsia="Times New Roman" w:cs="Times New Roman"/>
        </w:rPr>
        <w:t>Jaona dia nandre ny feon’ny trompetra tao aoriany tao amin’ny Apokalypsy, ary Jaona dia maneho ireo iray hetsy sy efatra alina sy efatra arivo izay mandre feo avy amin’ny lasa. Ny feo tao aorian’i Jaona, izany hoe maneho ny fanenoan’ny trompetra avy amin’ny lasa, dia ny fahatakarana nentin’ireo mpisava lalana fa ny trompetra dia fitsaran’Andriamanitra nanohitra ny fivavahana amin’ny Alahady. Ny trompetra efatra voalohany dia nentina namely an’i Roma jentilisa ho valin’ny lalàna Alahady voalohany nolanian’i Konstantino tamin’ny taona 321. Ny trompetra fahadimy sy fahenina, izay loza voalohany sy faharoa, dia maneho ny fitsaran’Andriamanitra nanohitra an’i Roma papaly rehefa izy koa nandany lalàna Alahady tao amin’ny Konsily tao Orléans tamin’ny taona 538. Ny loza fahatelo avy amin’ny Silamo dia tonga rehefa lany any Etazonia ny lalàna Alahady. Amin’izay dia atsangana ny faneva ka manondro ny anjara asa ara-paminaniana ananan’ny Silamo, araka ny anjara asa tany am-piandohana nananan’ny Silamo.</w:t>
      </w:r>
    </w:p>
    <w:p>
      <w:pPr>
        <w:pStyle w:val="ArticleBody"/>
        <w:jc w:val="left"/>
      </w:pPr>
      <w:r>
        <w:rPr>
          <w:rFonts w:ascii="Times New Roman" w:hAnsi="Times New Roman" w:eastAsia="Times New Roman" w:cs="Times New Roman"/>
        </w:rPr>
        <w:t>Ny hafatra ambaran’ilay faneva dia tsy azo aorina afa-tsy rehefa apetraka ao anatin’ny tontolon-kevitry ny Alfa sy Omega ilay hafatra. Aorian’ity fampidirana ity ao amin’ny Isaia toko faha-efapolo, dia aseho mandritra ny toko maromaro mifanesy ny fanambarana ara-Baiboly mahery indrindra sy mivantana indrindra momba an’Andriamanitra amin’ny maha-Alfa sy Omega Azy. Ireo toko ireo no fanehoan’i Isaia ny Apokalypsin’i Jesosy Kristy izay “nomen’Andriamanitra” an’i Jesosy, “hanehoany amin’ny mpanompony izay zavatra tsy maintsy ho tonga faingana; ary naniraka ny anjeliny Izy ka naneho izany tamin’ny famantarana tamin’i Jaona mpanompony,” izay nanoratra izany “tao amin’ny boky iray, ary” nandefa “azy ho any amin’ny fiangonana fito.”</w:t>
      </w:r>
    </w:p>
    <w:p>
      <w:pPr>
        <w:pStyle w:val="ArticleBody"/>
        <w:jc w:val="left"/>
      </w:pPr>
      <w:r>
        <w:rPr>
          <w:rFonts w:ascii="Times New Roman" w:hAnsi="Times New Roman" w:eastAsia="Times New Roman" w:cs="Times New Roman"/>
        </w:rPr>
        <w:t>Hodinihintsika ao amin’ny lahatsoratra manaraka ireto toko manaraka ao amin’i Isaia ireto.</w:t>
      </w:r>
    </w:p>
    <w:p>
      <w:pPr>
        <w:pStyle w:val="ArticleScripture"/>
        <w:jc w:val="left"/>
      </w:pPr>
      <w:r>
        <w:rPr>
          <w:rFonts w:ascii="Times New Roman" w:hAnsi="Times New Roman" w:eastAsia="Times New Roman" w:cs="Times New Roman"/>
        </w:rPr>
        <w:t>Sambatra izay mamaky, ary izay mandre ny tenin’ity faminaniana ity ka mitandrina izay voasoratra ao anatiny; fa efa akaiky ny fotoana. Apokalypsy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Fanambaran’i Jesosy Kristy — Laharana Fahaefatra</dc:title>
  <dc:subject>Isaia Efapolo</dc:subject>
  <dc:creator>Jeff Pippenger</dc:creator>
  <cp:keywords/>
  <dc:description>Generated by ArticleDigger from revelation\04_revelation.json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