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Fanambaran’i Jesosy Kristy - Laharana Folo</w:t>
      </w:r>
    </w:p>
    <w:p>
      <w:pPr>
        <w:pStyle w:val="ArticleSubtitle"/>
        <w:jc w:val="left"/>
      </w:pPr>
      <w:r>
        <w:rPr>
          <w:rFonts w:ascii="Arial" w:hAnsi="Arial" w:eastAsia="Arial" w:cs="Arial"/>
        </w:rPr>
        <w:t>Ny Ady tany An-danitra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2023-11-03</w:t>
      </w:r>
    </w:p>
    <w:p>
      <w:pPr>
        <w:pStyle w:val="ArticleBody"/>
        <w:jc w:val="left"/>
      </w:pPr>
      <w:r>
        <w:rPr>
          <w:rFonts w:ascii="Times New Roman" w:hAnsi="Times New Roman" w:eastAsia="Times New Roman" w:cs="Times New Roman"/>
        </w:rPr>
        <w:t>Ny ady lehibe nifanaovan’i Kristy sy i Losifera (Ilay Mpitatitra Fahazavana) dia nanomboka tany an-danitra, ary navelan’Andriamanitra hisy fotoam-pitsapana. Rehefa nampiely ny fikomiany i Losifera dia nomena fotoana iray hisehoan’ny vokatry ny fikomian’Ilay Mpitatitra Fahazavana. Rehefa nofaritan’Andriamanitra fa efa nifarana ny fotoam-pitsapana, dia niova avy tamin’i Losifera, Ilay Mpitatitra Fahazavana, ho Satana, ilay Fahavalo, ny anarany. Ho an’i Satana sy ireo anjely izay niaraka taminy tamin’ny fikomiany dia efa nifarana ny fotoam-pitsapana, ka noroahina hiala avy tany an-danitra izy ireo, ary nohelohina ho amin’ny afo mandrakizay.</w:t>
      </w:r>
    </w:p>
    <w:p>
      <w:pPr>
        <w:pStyle w:val="ArticleScripture"/>
        <w:jc w:val="left"/>
      </w:pPr>
      <w:r>
        <w:rPr>
          <w:rFonts w:ascii="Times New Roman" w:hAnsi="Times New Roman" w:eastAsia="Times New Roman" w:cs="Times New Roman"/>
        </w:rPr>
        <w:t>Dia hilaza amin’ireo eo ankavia koa hoe: Mialà amiko, ianareo voaozona, ho any amin’ny afo mandrakizay, izay voavoatra ho an’ny devoly sy ny anjeliny. Matio 25:41.</w:t>
      </w:r>
    </w:p>
    <w:p>
      <w:pPr>
        <w:pStyle w:val="ArticleBody"/>
        <w:jc w:val="left"/>
      </w:pPr>
      <w:r>
        <w:rPr>
          <w:rFonts w:ascii="Times New Roman" w:hAnsi="Times New Roman" w:eastAsia="Times New Roman" w:cs="Times New Roman"/>
        </w:rPr>
        <w:t>Ny ady lehibe teo amin’i Kristy sy Satana dia tonga tatỳ aoriana tao amin’ny Sahan’i Edena, ary indray dia nampidirin’Andriamanitra ny fotoam-pitsapana. Raha niampanga an’Andriamanitra ho nandainga momba ny fahafatesana sy ny voan’ilay hazo Satana, ary namitaka an’i Eva mba hiombona amin’ny fikomiany, dia navela indray ny fe-potoana iray hisehoan’ny vokatry ny fikomian’i Satana etỳ an-tany, tahaka ny efa nisehoany tany an-danitra. Tany no nahazoan’i Satana anarana fanampiny hoe Devoly, izay midika hoe “Ilay Mpiampanga”. Rehefa mifarana ny fotoam-pitsapana (ho an’ireo zanak’i Adama izay niombona tamin’ny fikomian’i Satana), dia hotsaraina ho amin’ny afo mandrakizay ireo zanak’i Adama ireo.</w:t>
      </w:r>
    </w:p>
    <w:p>
      <w:pPr>
        <w:pStyle w:val="ArticleScripture"/>
        <w:jc w:val="left"/>
      </w:pPr>
      <w:r>
        <w:rPr>
          <w:rFonts w:ascii="Times New Roman" w:hAnsi="Times New Roman" w:eastAsia="Times New Roman" w:cs="Times New Roman"/>
        </w:rPr>
        <w:t>Ary nisy ady tany an-danitra: Mikaela sy ny anjeliny niady tamin’ilay dragona; ary ilay dragona kosa niady mbamin’ny anjeliny, nefa tsy naharesy; ary tsy nisy fitoerana ho azy intsony tany an-danitra. Dia noroahina ilay dragona lehibe, dia ilay menarana fahiny, izay atao hoe devoly sy Satana, ilay mamitaka izao tontolo izao rehetra izao; noroahina ho etỳ an-tany izy, ary noroahina niaraka taminy koa ny anjeliny. Apokalypsy 12:7–9</w:t>
      </w:r>
    </w:p>
    <w:p>
      <w:pPr>
        <w:pStyle w:val="ArticleBody"/>
        <w:jc w:val="left"/>
      </w:pPr>
      <w:r>
        <w:rPr>
          <w:rFonts w:ascii="Times New Roman" w:hAnsi="Times New Roman" w:eastAsia="Times New Roman" w:cs="Times New Roman"/>
        </w:rPr>
        <w:t>Ny ady tany an-danitra tany am-piandohan’ilay fifanandrinana lehibe dia manambara mialoha ny ady amin’ny fiafaran’ilay fifanandrinana lehibe, fa ny Alfa sy Omega mandrakariva dia mampiseho ny faran’ny zavatra iray miaraka amin’ny fiandohany. Ny famaritana ny ady izay nitranga tany an-danitra dia ampidirina amin’ny alalan’ny fahagagana lehibe iray tany an-danitra.</w:t>
      </w:r>
    </w:p>
    <w:p>
      <w:pPr>
        <w:pStyle w:val="ArticleScripture"/>
        <w:jc w:val="left"/>
      </w:pPr>
      <w:r>
        <w:rPr>
          <w:rFonts w:ascii="Times New Roman" w:hAnsi="Times New Roman" w:eastAsia="Times New Roman" w:cs="Times New Roman"/>
        </w:rPr>
        <w:t>Dia nisy famantarana lehibe niseho tany an-danitra: vehivavy iray mitafy ny masoandro, ary ny volana teo ambanin’ny tongony, ary teo an-dohany satroboninahitra misy kintana roa ambin’ny folo; ary izy bevohoka dia nitaraina, nijaly teo am-piterahana, sady narary mba hiteraka. Apokalypsy 12:1, 2</w:t>
      </w:r>
    </w:p>
    <w:p>
      <w:pPr>
        <w:pStyle w:val="ArticleBody"/>
        <w:jc w:val="left"/>
      </w:pPr>
      <w:r>
        <w:rPr>
          <w:rFonts w:ascii="Times New Roman" w:hAnsi="Times New Roman" w:eastAsia="Times New Roman" w:cs="Times New Roman"/>
        </w:rPr>
        <w:t>Rehefa tonga ny fifanandrinana farany amin’ilay fifanolanana lehibe eo amin’i Kristy sy Satana, izay mitranga raha mbola manan-kery ny fotoam-pitsarana; ny sahan’ady dia aseho ao amin’ny Fanambaran’i Jesosy Kristy ho any an-danitra. Izao fahamarinana izao dia esorina tombo-kase ankehitriny. Ny apostoly Paoly dia miresaka momba ny lanitra telo.</w:t>
      </w:r>
    </w:p>
    <w:p>
      <w:pPr>
        <w:pStyle w:val="ArticleScripture"/>
        <w:jc w:val="left"/>
      </w:pPr>
      <w:r>
        <w:rPr>
          <w:rFonts w:ascii="Times New Roman" w:hAnsi="Times New Roman" w:eastAsia="Times New Roman" w:cs="Times New Roman"/>
        </w:rPr>
        <w:t>Tany am-piandohan’ny fanandramany kristiana dia nomena fahafahana manokana ny apostoly Paoly hianatra ny sitrapon’Andriamanitra momba ireo mpanaraka an’i Jesosy. “Nakarina ho any amin’ny lanitra fahatelo” izy, “ho any amin’ny paradisa, ka nandre teny tsy azo tenenina, izay tsy mety holazain’olona.” Izy tenany koa dia niaiky fa “fahitana sy fanambarana” maro no nomena azy “avy tamin’ny Tompo.” Ny fahatakarany ny fitsipiky ny fahamarinan’ny Filazantsara dia nitovy tamin’ny an’ireo “apostoly ambony indrindra.” 2 Korintiana 12:2, 4, 1, 11. Nanana fahazoana mazava sy feno momba “ny sakany sy ny lavany ary ny halaliny sy ny haavony” amin’“ny fitiavan’i Kristy, izay mihoatra noho ny fahalalana” izy. Efesiana 3:18, 19. Vavolombelon’ny Apostoly, 469.</w:t>
      </w:r>
    </w:p>
    <w:p>
      <w:pPr>
        <w:pStyle w:val="ArticleBody"/>
        <w:jc w:val="left"/>
      </w:pPr>
      <w:r>
        <w:rPr>
          <w:rFonts w:ascii="Times New Roman" w:hAnsi="Times New Roman" w:eastAsia="Times New Roman" w:cs="Times New Roman"/>
        </w:rPr>
        <w:t>Ny ady tany am-piandohan’ilay fifanandrinana lehibe dia nanomboka tany amin’ny lanitra fahatelo, ary ny ady amin’ny fiafaran’ilay fifanandrinana lehibe dia mifarana any amin’ny lanitra voalohany. Misy lanitra telo: ny voalohany dia ilay lanitra izay maneho ny habakabaky ny planeta tany. Ny lanitra faharoa dia ny masoandro sy ny volana ary ny kintana. Ny lanitra fahatelo dia izay nantsoin’i Rahavavy White hoe “paradisa,” ary izy no maneho ny toerana misy ny seza fiandrianan’Andriamanitra. Tao anatin’ny fanatrehan’ny foiben’ny didin’Andriamanitra mihitsy no nanombohan’ilay Mpitondra Fahazavana, Losifera, ny fikomiany.</w:t>
      </w:r>
    </w:p>
    <w:p>
      <w:pPr>
        <w:pStyle w:val="ArticleBody"/>
        <w:jc w:val="left"/>
      </w:pPr>
      <w:r>
        <w:rPr>
          <w:rFonts w:ascii="Times New Roman" w:hAnsi="Times New Roman" w:eastAsia="Times New Roman" w:cs="Times New Roman"/>
        </w:rPr>
        <w:t>Ny lanitra fahatelo no toerana nitondrana ny mpaminany sasany, anisan’izany i Rahavavy White, tao amin’ny fahitana. Raha tany i Paoly, dia naseho azy ny tantaran’ny fifohazan’ireo taolana maina maty izay novonoina teny an-dalana tamin’ny 18 Jolay 2020, sy ireo toe-javatra nanaraka niaraka tamin’ny fahaterahan’ny efatra arivo amby efatra alina sy iray hetsy. Norarana i Paoly tsy hizara izany tantara izany, satria izany tantara izany dia naseho ho tantara izay tsy ara-dalàna ny “hilaza” azy. Maty i Paoly telopolo taona mahery kely talohan’ny nahazoan’i Jaona Mpahita ny fahitan’ny Apokalypsin’i Jesosy Kristy. I Jaona, tahaka an’i Paoly, dia nandre izay “nolazain” ireo kotrokorana fito, ary izy koa dia nasaina tsy hanoratra izay “nolazaina.” Izay “nolazain” ireo kotrokorana fito dia tsy maintsy nitoetra voaisy tombo-kase mandra-pahatapitry ny telo andro sy tapany ara-panoharana izay naha-maty teny an-dalana ireo vavolombelona roa.</w:t>
      </w:r>
    </w:p>
    <w:p>
      <w:pPr>
        <w:pStyle w:val="ArticleScripture"/>
        <w:jc w:val="left"/>
      </w:pPr>
      <w:r>
        <w:rPr>
          <w:rFonts w:ascii="Times New Roman" w:hAnsi="Times New Roman" w:eastAsia="Times New Roman" w:cs="Times New Roman"/>
        </w:rPr>
        <w:t>Ary rehefa nampandre ny feony ireo kotrokorana fito, dia efa saiky hanoratra aho; ary nandre feo avy tany an-danitra aho nanao tamiko hoe: Asio tombo-kase izay zavatra nambaran’ireo kotrokorana fito, ary aza soratana. Apokalypsy 10:4.</w:t>
      </w:r>
    </w:p>
    <w:p>
      <w:pPr>
        <w:pStyle w:val="ArticleBody"/>
        <w:jc w:val="left"/>
      </w:pPr>
      <w:r>
        <w:rPr>
          <w:rFonts w:ascii="Times New Roman" w:hAnsi="Times New Roman" w:eastAsia="Times New Roman" w:cs="Times New Roman"/>
        </w:rPr>
        <w:t>Ny mpaminany rehetra dia samy mijoro ho vavolombelona momba ny “andro farany” amin’ny fitsarana famotopotorana, ary ireo “andro farany” ireo dia nanomboka manokana tamin’ny 11 Septambra 2001, ary efa tonga amin’ny fotoana anombohan’ny fanisiana tombo-kase izy ankehitriny. Ny fanisiana tombo-kase dia manomboka amin’ny fiafaran’ireo telo andro sy tapany ara-pamantarana izay nandrianan’ireo vavolombelona roa novonoina teo amin’ny lalana. Mifanaraka samy izy ny mpaminany rehetra. Hitan’i Paoly ny sahan’ady amin’ilay ady farany amin’ny fotoam-pahasoavana, izay mitranga ao amin’ny lanitra voalohany. Ny sahan’ady amin’ilay ady farany amin’ny fotoam-pahasoavana, izay mitranga ao anatin’ny lanitra voalohany, dia mifanandrify amin’ny sahan’ady amin’ilay ady voalohany amin’ny fotoam-pahasoavana, izay nitranga tao amin’ny lanitra fahatelo. Mety hiseho ho tsy ilaina ny mamantatra ireo sahan’ady ho adin’ny fotoam-pahasoavana, nefa i Satana, izay fahavalon’i Kristy tamin’ny ady voalohany ary fahavalon’ny efatra arivo amby efatra alina sy iray hetsy amin’ny ady farany, dia mahalala fa fohy ny androny. Fantany fa ady napetraka ao anatin’ny sahan’ny fotoam-pahasoavana izany. Fantatsika va?</w:t>
      </w:r>
    </w:p>
    <w:p>
      <w:pPr>
        <w:pStyle w:val="ArticleBody"/>
        <w:jc w:val="left"/>
      </w:pPr>
      <w:r>
        <w:rPr>
          <w:rFonts w:ascii="Times New Roman" w:hAnsi="Times New Roman" w:eastAsia="Times New Roman" w:cs="Times New Roman"/>
        </w:rPr>
        <w:t>Tamin’ny taona 1840, nidina ilay anjely mahery ka nanome hery ny hafatry ny anjely voalohany. Ny Protestanta tamin’izany taranaka izany dia nohalalinina tamin’izay, ary niafara tamin’ny fitondrana anarana mampiraikitra fikomiana taminy, satria nantsoina hoe zanakavavin’i Babylona izy. Niova koa ny anaran’i Losifera nandritra ny fotoam-pitsapana azy teo am-paharetana. Ilay anjely mahery izay nidina tamin’ny 1840 dia tandindon’ilay anjely mahery ao amin’ny Apokalypsy faha-valo ambin’ny folo izay nidina tamin’ny 11 Septambra 2001. Tsy mbola nanomboka tamin’ny 1840 ny fitsarana famotorana, satria mbola efatra taona tatỳ aoriana izany, nefa ny Protestanta dia mbola nanolotra fanehoana ara-paminaniana ny fitsarana ny velona ihany, satria rehefa nidina tamin’ny 1840 ilay anjely dia nanomboka ny fotoam-pitsapana azy teo am-paharetana. Rehefa nidina tamin’ny 2001 ilay anjely ao amin’ny Apokalypsy faha-valo ambin’ny folo, dia niova tany an-danitra ny fitsarana, avy tamin’ny fitsarana ny maty ho amin’ny fitsarana ny velona.</w:t>
      </w:r>
    </w:p>
    <w:p>
      <w:pPr>
        <w:pStyle w:val="ArticleBody"/>
        <w:jc w:val="left"/>
      </w:pPr>
      <w:r>
        <w:rPr>
          <w:rFonts w:ascii="Times New Roman" w:hAnsi="Times New Roman" w:eastAsia="Times New Roman" w:cs="Times New Roman"/>
        </w:rPr>
        <w:t>Tamin’ny 18 Jolay 2020 dia tonga ny fahadisoam-panantenana voalohany ho an’ny hetsiky ny anjely fahatelo, izay asehon’ny fahadisoam-panantenana voalohan’ny hetsiky ny anjely voalohany ho tandindona. Tao amin’ilay hetsika tany am-piandohana dia nifarana teo amin’ny mariky ny lalana antsoina hoe fahadisoam-panantenana voalohany ny fizotry ny fitsapana ny Protestanta, ary avy eo dia nanomboka ny fitsapana ny hetsika voalohany. Tamin’ny 18 Jolay 2020 dia nandroso dingana iray hafa indray ny fizotry ny fitsarana, satria ilay hafatra izay tokony ho tonga eo amin’ny faran’ny efitra naharitra telo andro sy tapany dia tsy ho fahatanterahana lavorary sy farany amin’ny hafatry ny Antso Mamatonalina ihany, fa hanamarika ara-paminaniana koa ny fahatongavan’ny fanisiana tombo-kase ny iray hetsy sy efatra arivo amby efatra alina.</w:t>
      </w:r>
    </w:p>
    <w:p>
      <w:pPr>
        <w:pStyle w:val="ArticleScripture"/>
        <w:jc w:val="left"/>
      </w:pPr>
      <w:r>
        <w:rPr>
          <w:rFonts w:ascii="Times New Roman" w:hAnsi="Times New Roman" w:eastAsia="Times New Roman" w:cs="Times New Roman"/>
        </w:rPr>
        <w:t>Ary ny voninahitr’Andriamanitry ny Isiraely dia niakatra niala teo ambonin’ny keroba, izay nitoerany, ho eo amin’ny tokonam-baravaran’ny trano. Ary niantso ilay lehilahy mitafy rongony fotsy Izy, izay nisy fitoeran-dranomainty fanoratana teo anilany; ary hoy Jehovah taminy: Mandehana mamaky ny afovoan’ny tanàna, dia mamaky ny afovoan’i Jerosalema, ka asio marika eo amin’ny handrin’ireo lehilahy izay misento sy mitaraina noho ny fahavetavetana rehetra atao eo afovoany. Ezekiela 9:3, 4.</w:t>
      </w:r>
    </w:p>
    <w:p>
      <w:pPr>
        <w:pStyle w:val="ArticleBody"/>
        <w:jc w:val="left"/>
      </w:pPr>
      <w:r>
        <w:rPr>
          <w:rFonts w:ascii="Times New Roman" w:hAnsi="Times New Roman" w:eastAsia="Times New Roman" w:cs="Times New Roman"/>
        </w:rPr>
        <w:t>Nanakomboka tamin’ny nahaterahan’izy ireo ny fizotry ny fanombohana tombo-kase ny iray alina amby efatra arivo amby efatra alina, izay sady fitsanganan’izy ireo tamin’ny maty koa. Ny hafatry ny rivotra efatra no mampiaina ireo taolana maina maty, ary ny hafatry ny rivotra efatra dia ny hafatry ny fanombohana tombo-kase ny iray alina amby efatra arivo amby efatra alina. Samy nahita sy nandre ilay tantara i Paoly sy Jaona, dia ilay tantara iainantsika ankehitriny, ilay tantara “izay nirian’ny mpaminany sy ny olo-marina maro ho hita.” Ny tantaran’ilay hetsika mahery vaikan’ny anjely fahatelo, izay naseho mialoha tamin’ny alalan’ilay hetsika mahery vaikan’ny anjely voalohany.</w:t>
      </w:r>
    </w:p>
    <w:p>
      <w:pPr>
        <w:pStyle w:val="ArticleScripture"/>
        <w:jc w:val="left"/>
      </w:pPr>
      <w:r>
        <w:rPr>
          <w:rFonts w:ascii="Times New Roman" w:hAnsi="Times New Roman" w:eastAsia="Times New Roman" w:cs="Times New Roman"/>
        </w:rPr>
        <w:t>“Ny hafatra rehetra nomena tamin’ny 1840–1844 dia tsy maintsy hatao mahery vaika ankehitriny, satria maro ny olona no very fanondro. Ny hafatra dia tsy maintsy hoentina any amin’ny fiangonana rehetra.</w:t>
      </w:r>
    </w:p>
    <w:p>
      <w:pPr>
        <w:pStyle w:val="ArticleScripture"/>
        <w:jc w:val="left"/>
      </w:pPr>
      <w:r>
        <w:rPr>
          <w:rFonts w:ascii="Times New Roman" w:hAnsi="Times New Roman" w:eastAsia="Times New Roman" w:cs="Times New Roman"/>
        </w:rPr>
        <w:t>Hoy i Kristy nanao hoe: “Sambatra ny masonareo, fa mahita; ary ny sofinareo, fa mandre. Fa lazaiko aminareo marina tokoa fa mpaminany sy olo-marina maro no naniry hahita izao zavatra hitanareo izao, nefa tsy nahita; ary handre izao zavatra renareo izao, nefa tsy nandre” [Matio 13:16, 17]. Sambatra ny maso izay nahita ny zavatra izay hita tamin’ny taona 1843 sy 1844.</w:t>
      </w:r>
    </w:p>
    <w:p>
      <w:pPr>
        <w:pStyle w:val="ArticleScripture"/>
        <w:jc w:val="left"/>
      </w:pPr>
      <w:r>
        <w:rPr>
          <w:rFonts w:ascii="Times New Roman" w:hAnsi="Times New Roman" w:eastAsia="Times New Roman" w:cs="Times New Roman"/>
        </w:rPr>
        <w:t>“Nomena ny hafatra. Ary tsy tokony hisy hataka andro amin’ny famerimberenana ny hafatra, fa tanteraka ireo famantaran’ny andro; tsy maintsy vita ny asa famaranana. Asa lehibe no hotontosaina ao anatin’ny fotoana fohy. Tsy ho ela dia homena, araka ny fanendren’Andriamanitra, ny hafatra iray izay hitombo ho antso mafy. Ary amin’izany i Daniela dia hitsangana eo amin’ny anjarany, mba hanome ny fijoroany ho vavolombelona.” Manuscript Releases, volume 21, 437.</w:t>
      </w:r>
    </w:p>
    <w:p>
      <w:pPr>
        <w:pStyle w:val="ArticleBody"/>
        <w:jc w:val="left"/>
      </w:pPr>
      <w:r>
        <w:rPr>
          <w:rFonts w:ascii="Times New Roman" w:hAnsi="Times New Roman" w:eastAsia="Times New Roman" w:cs="Times New Roman"/>
        </w:rPr>
        <w:t>Ny foto-kevitra nanjaka tamin’ilay ady voalohany nataon’i Losifera tany an-danitra dia ny fifandraisana. Izy no mpitondra fahazavana izay nampiasa ny toerany mba hampiditra an-kolaka ny fahadisoana tao amin’ny sain’ny anjely masina. Ambara amintsika fa ireo anjely izay nisotro tamin’ny heviny feno fikomiana dia tsy nahatsikaritra akory fa i Losifera no namitaka azy ireo hibanjina ireo zavatra izay noheveriny tatỳ aoriana momba an’Andriamanitra. Tena fetsy izy, tahaka ny nataony tamin’i Eva tao amin’ny saha, ka ireo anjely izay masina fahiny dia tonga nino fa ireo eritreritra napetrak’i Satana tao an-tsainy dia eritreriny manokana tany am-boalohany. Ireo voa ireo dia niteraka nony farany ny vokatry ny fandringanana mandrakizay.</w:t>
      </w:r>
    </w:p>
    <w:p>
      <w:pPr>
        <w:pStyle w:val="ArticleBody"/>
        <w:jc w:val="left"/>
      </w:pPr>
      <w:r>
        <w:rPr>
          <w:rFonts w:ascii="Times New Roman" w:hAnsi="Times New Roman" w:eastAsia="Times New Roman" w:cs="Times New Roman"/>
        </w:rPr>
        <w:t>Ny ady farany, izay mitranga any amin’ny lanitra voalohany, dia efa antomotra hanomboka, ary tsy mikasika ny famitahan’i Satana ny anjely masina izany, na koa ny famitahany an’i Eva, fa kosa ny famitahany ny olombelona rehetra amin’ny alalan’ny rafitra fifandraisana voadoto izay aseho ho any amin’ny lanitra. Mikasika ny World-Wide Web ampiasain’i Satana hampiorenana hevitra ao anatin’ny olona izany, nefa tsy fantatr’ireo olona ireo akory fa nino lainga izy, ka amin’izany no anehoany fa tsy tia ny fahamarinana izy. Ny apostoly Paoly no nanambara fa amin’ny “andro farany” dia handray lainga ny olona, satria tsy nanana fitiavana ny “fahamarinana” izy. Raha ny marina tokoa, efa hitany ilay tantara izay nahatanterahan’io asan’i Satana mahagaga io.</w:t>
      </w:r>
    </w:p>
    <w:p>
      <w:pPr>
        <w:pStyle w:val="ArticleBody"/>
        <w:jc w:val="left"/>
      </w:pPr>
      <w:r>
        <w:rPr>
          <w:rFonts w:ascii="Times New Roman" w:hAnsi="Times New Roman" w:eastAsia="Times New Roman" w:cs="Times New Roman"/>
        </w:rPr>
        <w:t>Ny famitahana ny olombelona dia tanterahin’ireo mpanohana ny fanatontoloana ao amin’ny Firenena Mikambana, izay herin’ilay dragona. Ireo mpanohana ny fanatontoloana ao amin’ny Firenena Mikambana, araka ny faminaniana, dia ahitana mpanjaka sy mpivarotra. Ny mpanjaka dia ireo fitondram-panjakana, ary ireo goavana ara-teknolojia sy ireo miliardera iraisam-pirenena no mpivarotra.</w:t>
      </w:r>
    </w:p>
    <w:p>
      <w:pPr>
        <w:pStyle w:val="ArticleBody"/>
        <w:jc w:val="left"/>
      </w:pPr>
      <w:r>
        <w:rPr>
          <w:rFonts w:ascii="Times New Roman" w:hAnsi="Times New Roman" w:eastAsia="Times New Roman" w:cs="Times New Roman"/>
        </w:rPr>
        <w:t>Ny ady dia manomboka amin’ny lalàn’ny Alahady, ka amin’izany fotoana izany no maha lasa an’i Etazonia ho mpanjaka lehiben’ireo mpanjaka folo. Amin’izay dia vao avy niteny tahaka ny dragona i Etazonia, ka izany no manamarika ny fiafaran’ny fanjakana fahenin’ilay bibidia avy amin’ny tany. Ary avy eo izy dia mivoaka hamitaka izao tontolo izao amin’ny alalan’ireo fahagagana izay hataony eo anatrehan’ilay bibidia, dia fahagagana aseho ho toy ny fampidinana afo avy any an-danitra.</w:t>
      </w:r>
    </w:p>
    <w:p>
      <w:pPr>
        <w:pStyle w:val="ArticleScripture"/>
        <w:jc w:val="left"/>
      </w:pPr>
      <w:r>
        <w:rPr>
          <w:rFonts w:ascii="Times New Roman" w:hAnsi="Times New Roman" w:eastAsia="Times New Roman" w:cs="Times New Roman"/>
        </w:rPr>
        <w:t>Ary manao fahagagana lehibe izy, ka mampidina afo avy any an-danitra ho amin’ny tany eo imason’ny olona. Apokalypsy 13:13.</w:t>
      </w:r>
    </w:p>
    <w:p>
      <w:pPr>
        <w:pStyle w:val="ArticleBody"/>
        <w:jc w:val="left"/>
      </w:pPr>
      <w:r>
        <w:rPr>
          <w:rFonts w:ascii="Times New Roman" w:hAnsi="Times New Roman" w:eastAsia="Times New Roman" w:cs="Times New Roman"/>
        </w:rPr>
        <w:t>Rehefa atsangana ho faneva any an-danitra ireo taolana maina maty natsangana tamin’ny maty, izay novonoina teny an-dalambe, dia misy famantarana mahagaga iray hafa koa any an-danitra amin’izany fotoana izany.</w:t>
      </w:r>
    </w:p>
    <w:p>
      <w:pPr>
        <w:pStyle w:val="ArticleScripture"/>
        <w:jc w:val="left"/>
      </w:pPr>
      <w:r>
        <w:rPr>
          <w:rFonts w:ascii="Times New Roman" w:hAnsi="Times New Roman" w:eastAsia="Times New Roman" w:cs="Times New Roman"/>
        </w:rPr>
        <w:t>Ary nisy famantarana hafa koa niseho tany an-danitra; ary indro, dragona mena lehibe iray, manana loha fito sy tandroka folo, ary satro-boninahitra fito teo ambonin’ny lohany. Apokalypsy 12:3.</w:t>
      </w:r>
    </w:p>
    <w:p>
      <w:pPr>
        <w:pStyle w:val="ArticleBody"/>
        <w:jc w:val="left"/>
      </w:pPr>
      <w:r>
        <w:rPr>
          <w:rFonts w:ascii="Times New Roman" w:hAnsi="Times New Roman" w:eastAsia="Times New Roman" w:cs="Times New Roman"/>
        </w:rPr>
        <w:t>Ilay dragona mena lehibe dia Satana, nefa koa Roma jentilisa.</w:t>
      </w:r>
    </w:p>
    <w:p>
      <w:pPr>
        <w:pStyle w:val="ArticleScripture"/>
        <w:jc w:val="left"/>
      </w:pPr>
      <w:r>
        <w:rPr>
          <w:rFonts w:ascii="Times New Roman" w:hAnsi="Times New Roman" w:eastAsia="Times New Roman" w:cs="Times New Roman"/>
        </w:rPr>
        <w:t>“Noho izany, raha ny dragona, voalohany indrindra, dia maneho an’i Satana, dia amin’ny heviny faharoa kosa izy dia tandindon’i Roma jentilisa.” The Great Controversy, 439.</w:t>
      </w:r>
    </w:p>
    <w:p>
      <w:pPr>
        <w:pStyle w:val="ArticleBody"/>
        <w:jc w:val="left"/>
      </w:pPr>
      <w:r>
        <w:rPr>
          <w:rFonts w:ascii="Times New Roman" w:hAnsi="Times New Roman" w:eastAsia="Times New Roman" w:cs="Times New Roman"/>
        </w:rPr>
        <w:t>Ny dragona dia Satana, ary amin’ny fampiharana faharoa dia ny dragona no misolo tena an’i Roma mpanompo sampy. Ao amin’ny tantaran’ny nahaterahan’i Kristy dia aseho ny dragona, dia i Roma mpanompo sampy; nefa ny fampiharana ara-paminaniana lavorary ny dragona dia ao amin’ny “andro farany.” Ao amin’ny “andro farany” ny dragona dia asehon’ireo mpanjaka folo ao amin’ny Firenena Mikambana. Ireo dia tsy miseho ao amin’ny tantaran’ny nahaterahan’i Kristy, fa ao amin’ny tantaran’ny nahaterahan’ny iray hetsy sy efatra amby efapolo arivo, izay ny nahaterahany dia nasehon’ny nahaterahan’i Kristy mialoha.</w:t>
      </w:r>
    </w:p>
    <w:p>
      <w:pPr>
        <w:pStyle w:val="ArticleScripture"/>
        <w:jc w:val="left"/>
      </w:pPr>
      <w:r>
        <w:rPr>
          <w:rFonts w:ascii="Times New Roman" w:hAnsi="Times New Roman" w:eastAsia="Times New Roman" w:cs="Times New Roman"/>
        </w:rPr>
        <w:t>“Ny mpanjaka sy ny mpanapaka ary ny governora dia nametraka teo amin’ny tenany ny mariky ny antikristy, ary aseho ho ilay dragona izay mandeha hiady amin’ny olomasina—amin’ireo izay mitandrina ny didin’Andriamanitra sy manana ny finoan’i Jesosy.” Testimonies to Ministers, 38.</w:t>
      </w:r>
    </w:p>
    <w:p>
      <w:pPr>
        <w:pStyle w:val="ArticleBody"/>
        <w:jc w:val="left"/>
      </w:pPr>
      <w:r>
        <w:rPr>
          <w:rFonts w:ascii="Times New Roman" w:hAnsi="Times New Roman" w:eastAsia="Times New Roman" w:cs="Times New Roman"/>
        </w:rPr>
        <w:t>Ny tandroka folon’ilay dragona dia tandindon’ny firaisany, ary ny loha fito misy satro-boninahitra eo aminy no manamarika azy ho ilay loha fahafito amin’ireo fanjakana valo ao amin’ny faminanian’ny Baiboly, araka ny aseho na ao amin’ny sariolona hitan’i Nebokadnezara ao amin’ny Daniela toko faha-roa, na koa ao amin’ireo loha valo ao amin’ny Apokalypsy toko faha-fito ambin’ny folo. Ny Firenena Mikambana dia “fahagagana hafa any an-danitra,” amin’ilay fotoana indrindra izay ananganana any an-danitra ny faneva, izay teraka tao amin’ny arabe mandalo eo amin’ny lohasahan’ny taolana maina maty. Ny dragona sy ny vehivavy dia miseho ho fahagagana any an-danitra amin’ny fotoanan’ny lalàna alahady, izay ihany koa no teboka mihitsy andehanan’ny bibidia avy amin’ny ranomasina, dia ny Katôlisma, “hagadrahin’ny fahagagana” koa.</w:t>
      </w:r>
    </w:p>
    <w:p>
      <w:pPr>
        <w:pStyle w:val="ArticleScripture"/>
        <w:jc w:val="left"/>
      </w:pPr>
      <w:r>
        <w:rPr>
          <w:rFonts w:ascii="Times New Roman" w:hAnsi="Times New Roman" w:eastAsia="Times New Roman" w:cs="Times New Roman"/>
        </w:rPr>
        <w:t>Ary hitako ny iray tamin’ny lohany toy ny voatratra ratra mahafaty; nefa sitrana ny ratra mahafaty nahazo azy; ary gaga ka nanaraka an’ilay bibidia izao tontolo izao rehetra izao. Apokalypsy 13:3.</w:t>
      </w:r>
    </w:p>
    <w:p>
      <w:pPr>
        <w:pStyle w:val="ArticleBody"/>
        <w:jc w:val="left"/>
      </w:pPr>
      <w:r>
        <w:rPr>
          <w:rFonts w:ascii="Times New Roman" w:hAnsi="Times New Roman" w:eastAsia="Times New Roman" w:cs="Times New Roman"/>
        </w:rPr>
        <w:t>Izao tontolo izao dia gaga manaraka ilay bibidia avy amin’ny ranomasina ara-papaly, “rehefa” sitrana ny feriny mahafaty, ary sitrana izany amin’ny lalàn’ny Alahady any Etazonia. Ny saina famantarana, ny dragona ary ny bibidia dia samy gaga arahina avokoa, manomboka amin’ny lalàn’ny Alahady any Etazonia. Ny mpaminany sandoka dia mampiseho ny zava-mahagaga satanika manan-danja indrindra amin’izany fotoana izany indrindra, satria avy hatrany aorian’ny lalàn’ny Alahady, izay vao nanomboka niteny tahaka ny “dragona” ny mpaminany sandoka, dia mivoaka izy hamitaka izao tontolo izao manontolo, ary avy any an-danitra no anatanterahany ny famitahany.</w:t>
      </w:r>
    </w:p>
    <w:p>
      <w:pPr>
        <w:pStyle w:val="ArticleScripture"/>
        <w:jc w:val="left"/>
      </w:pPr>
      <w:r>
        <w:rPr>
          <w:rFonts w:ascii="Times New Roman" w:hAnsi="Times New Roman" w:eastAsia="Times New Roman" w:cs="Times New Roman"/>
        </w:rPr>
        <w:t>Ary hitako nisy bibidia iray hafa niakatra avy tamin’ny tany; ary nanana tandroka roa tahaka ny zanak’ondry izy, nefa niteny tahaka ny dragona. Ary izy mampiasa ny fahefana rehetra ananan’ilay bibidia voalohany eo anatrehany, ka mampanompo ny bibidia voalohany ny tany sy izay monina eo aminy, dia ilay izay sitrana ny ratra nahafaty azy. Ary manao fahagagana lehibe izy, dia mampidina afo avy any an-danitra ho amin’ny tany eo imason’ny olona. Apokalypsy 13:11–13.</w:t>
      </w:r>
    </w:p>
    <w:p>
      <w:pPr>
        <w:pStyle w:val="ArticleBody"/>
        <w:jc w:val="left"/>
      </w:pPr>
      <w:r>
        <w:rPr>
          <w:rFonts w:ascii="Times New Roman" w:hAnsi="Times New Roman" w:eastAsia="Times New Roman" w:cs="Times New Roman"/>
        </w:rPr>
        <w:t>Ny ady izay nanomboka tany amin’ny lanitra fahatelo dia mifarana ao amin’ny lanitra voalohany. Ny firaisana telo sosona, dia ny dragona sy ny bibidia ary ny mpaminany sandoka, dia asehon’ny Baiboly sy ny Fanahin’ny Faminaniana ho ilay firaisan-kina ratsy. Amin’ny lalàna alahady, io firaisana telo sosona io dia manomboka mitarika izao tontolo izao manontolo hiady amin’ilay vehivavy, eo am-pirosoany ho any Hara-magedona. Amin’ny lalàna alahady, izy ireo dia maka ny toerany eo amin’ny sahan’ady ao amin’ny lanitra voalohany, ary avy eo dia resy! Satria i Roma, rehefa miakatra eo amin’ny fahefana in-telo eo amin’ny tantaran’izao tontolo izao, dia mandresy mandrakariva aloha ny fahavalony, avy eo ny mpiara-dia aminy, avy eo ny iharany, ary avy eo dia lavo.</w:t>
      </w:r>
    </w:p>
    <w:p>
      <w:pPr>
        <w:pStyle w:val="ArticleScripture"/>
        <w:jc w:val="left"/>
      </w:pPr>
      <w:r>
        <w:rPr>
          <w:rFonts w:ascii="Times New Roman" w:hAnsi="Times New Roman" w:eastAsia="Times New Roman" w:cs="Times New Roman"/>
        </w:rPr>
        <w:t>Ary hitako fa nisy fanahy maloto telo tahaka ny sahona nivoaka avy tamin’ny vavan’ilay dragona sy tamin’ny vavan’ilay bibidia ary tamin’ny vavan’ilay mpaminany sandoka. Fa fanahin’ny demonia ireny, izay manao famantarana mahagaga, ka mivoaka mankany amin’ny mpanjakan’ny tany sy ny izao tontolo izao rehetra mba hanangona azy ho amin’ny adin’ny andro lehiben’Andriamanitra Tsitoha. Indro, avy tahaka ny mpangalatra Aho. Sambatra izay miambina ka mitandrina ny fitafiany, fandrao mandeha mitanjaka izy, ka ho hitan’ny olona ny fahamenarany. Ary nangoniny ho any amin’ny fitoerana iray, izay atao amin’ny teny hebreo hoe Armagedona. Apokalypsy 16:13–16.</w:t>
      </w:r>
    </w:p>
    <w:p>
      <w:pPr>
        <w:pStyle w:val="ArticleBody"/>
        <w:jc w:val="left"/>
      </w:pPr>
      <w:r>
        <w:rPr>
          <w:rFonts w:ascii="Times New Roman" w:hAnsi="Times New Roman" w:eastAsia="Times New Roman" w:cs="Times New Roman"/>
        </w:rPr>
        <w:t>Ang “digmaan sa langit” sa “mga huling araw” ay hindi talinghaga; ito ay isang digmaan ng komunikasyon na isinasagawa sa mga langit. Mula sa bibig ng dragon, sa bibig ng halimaw, at sa bibig ng huwad na propeta ay lumalabas ang “mga espiritu ng mga demonyo” na gumagawa ng “mga himala.” Ang salitang “espiritu” ay nangangahulugang hininga, at ang hininga ay sagisag ng isang mensahe. Ang hininga sa Ezekiel tatlumpu’t pito ay nagbibigay-buhay sa mga patay na buto, at ginagawa nito iyon sa pamamagitan ng paghahatid ng mensahe ng Islam, na sa Biblia ay kinakatawan bilang hanging silangan. Ang “espiritu,” “hangin,” at “hininga” ay iisang salita na isinalin sa tatlong salitang Ingles na iyon kapuwa sa Hebreo at sa Griyego.</w:t>
      </w:r>
    </w:p>
    <w:p>
      <w:pPr>
        <w:pStyle w:val="ArticleScripture"/>
        <w:jc w:val="left"/>
      </w:pPr>
      <w:r>
        <w:rPr>
          <w:rFonts w:ascii="Times New Roman" w:hAnsi="Times New Roman" w:eastAsia="Times New Roman" w:cs="Times New Roman"/>
        </w:rPr>
        <w:t>“Afaka mampiditra aina vaovao ao amin’ny fanahy tsirairay izay maniry amim-pahatsoram-po hanompo Azy Andriamanitra, ary afaka mikasika ny molotra amin’ny vainafo velona nalaina avy teo amin’ny alitara Izy, ka mahatonga azy ireo hahay miteny amim-pahatsaràna ny fiderana Azy. Feo an’arivony no ho voatondraky ny hery hamoaka ireo fahamarinana mahagaga ao amin’ny Tenin’Andriamanitra. Ny lela mivazavaza dia ho vahana, ary ny saro-kenatra dia hampaherezina hitondra fijoroana vavolombelona feno herim-po ho amin’ny fahamarinana. Enga anie ny Tompo hanampy ny vahoakany hanadio ny tempolin’ny fanahy ho afaka amin’ny fahalotoana rehetra, ary hitahiry fifandraisana akaiky tokoa Aminy, mba hahatonga azy ireo ho mpandray anjara amin’ny ranonorana farany rehefa harotsaka izany.” Review and Herald, July 20, 1886.</w:t>
      </w:r>
    </w:p>
    <w:p>
      <w:pPr>
        <w:pStyle w:val="ArticleBody"/>
        <w:jc w:val="left"/>
      </w:pPr>
      <w:r>
        <w:rPr>
          <w:rFonts w:ascii="Times New Roman" w:hAnsi="Times New Roman" w:eastAsia="Times New Roman" w:cs="Times New Roman"/>
        </w:rPr>
        <w:t>Ny “fanahy” izay mivoaka avy amin’ny vavan’ny dragona, avy amin’ny vavan’ny bibidia, ary avy amin’ny vavan’ilay mpaminany sandoka dia maneho hafatra satanika. Tamin’ny ady voalohany tany amin’ny lanitra fahatelo—dia fifandraisana voageja no nisy, araka izay nasehon’ilay mpitondra fahazavana voageja. Tamin’ny ady farany tany amin’ny lanitra voalohany—dia fifandraisana voageja indray no misy. Ny fifandraisana voageja izay nampiasain’i Satana tamin’ny ady tany amin’ny lanitra fahatelo, ka mbola hampiasaina indray amin’ny ady tany amin’ny lanitra voalohany, dia ny mesmerisma, izay antsoina amin’izao andro maoderina izao hoe hipnozy.</w:t>
      </w:r>
    </w:p>
    <w:p>
      <w:pPr>
        <w:pStyle w:val="ArticleScripture"/>
        <w:jc w:val="left"/>
      </w:pPr>
      <w:r>
        <w:rPr>
          <w:rFonts w:ascii="Times New Roman" w:hAnsi="Times New Roman" w:eastAsia="Times New Roman" w:cs="Times New Roman"/>
        </w:rPr>
        <w:t>“Tsy tokony handalina ny siansa momba ny fomba hampanaovana babo ny sain’ireo izay mifandray aminy ny lehilahy sy ny vehivavy. Izany no siansa ampianarin’i Satana. Tokony hanohitra ny zavatra rehetra tahaka izany isika. Tsy tokony hikitikitika ny mesmerisma sy ny hipnotisma isika—dia ny siansan’ilay very ny toerana ambony nananany tany am-boalohany ka noroahina hiala tao amin’ny kianjan’ny lanitra.” Manuscript 86, 1905.</w:t>
      </w:r>
    </w:p>
    <w:p>
      <w:pPr>
        <w:pStyle w:val="ArticleBody"/>
        <w:jc w:val="left"/>
      </w:pPr>
      <w:r>
        <w:rPr>
          <w:rFonts w:ascii="Times New Roman" w:hAnsi="Times New Roman" w:eastAsia="Times New Roman" w:cs="Times New Roman"/>
        </w:rPr>
        <w:t>Ny famosaviana ara-tsaina dia tanterahina eto amin’izao tontolo izao ankehitriny amin’ny alalan’ireo goavambe ara-teknolojia amin’ny alalan’ny tambajotra maneran-tany, izay mampiasa izay antsoina hoe siansan’ny dokambarotra maoderina, nefa raha ny marina dia ilay fahalavorariana faratampony amin’ilay siansa satanika fahiny momba ny famosaviana ara-tsaina izany. Ny globalista sy ireo goavambe ara-teknolojia ary ireo mpanefoefo an’arivony tapitrisa dia mikasa hisambotra ny hazany ao anatin’ny “harato” fitaka izay efa niorina maneran-tany. Izany no PsyOps an’i Satana atao amin’izao tontolo izao manontolo, raha tianao holazaina amin’izany. Hafatra satanika no mitarika izao tontolo izao ho any Hara-magedona, ary ireo hafatra satanika ireo dia ambaràna any an-danitra amin’io fotoana io ihany izay ambaran’ireo anjely telo ny hafatr’i Kristy any an-danitra.</w:t>
      </w:r>
    </w:p>
    <w:p>
      <w:pPr>
        <w:pStyle w:val="ArticleScripture"/>
        <w:jc w:val="left"/>
      </w:pPr>
      <w:r>
        <w:rPr>
          <w:rFonts w:ascii="Times New Roman" w:hAnsi="Times New Roman" w:eastAsia="Times New Roman" w:cs="Times New Roman"/>
        </w:rPr>
        <w:t>Ary hitako anjely iray hafa koa nanidina teny afovoan’ny lanitra, nanana ny filazantsara mandrakizay hotorina amin’izay monina etỳ ambonin’ny tany, dia amin’ny firenena rehetra sy ny fokom-pirenena sy ny samy hafa fiteny ary ny vahoaka rehetra, nanao tamin’ny feo mahery hoe: Matahora an’Andriamanitra, ka omeo voninahitra Izy; fa tonga ny andro fitsarany; ary miankohofa eo anatrehan’Izay nanao ny lanitra sy ny tany sy ny ranomasina ary ny loharanon-drano. Ary nisy anjely iray hafa koa nanaraka, nanao hoe: Rava Babylona, rava ilay tanàna lehibe, satria nampisotro ny firenena rehetra ny divain’ny fahatezerana avy amin’ny fijangajangany izy. Ary nisy anjely fahatelo koa nanaraka azy ireo, nanao tamin’ny feo mahery hoe: Raha misy olona miankohoka eo anatrehan’ny bibidia sy ny sariny ka mandray ny mariny eo amin’ny handriny, na eo amin’ny tànany, dia izy koa hisotro ny divain’ny fahatezeran’Andriamanitra, izay voarotsaka tsy misy fangaro ao amin’ny kapoakan’ny fahavinirany; ary hampijalina amin’ny afo sy solifara eo anatrehan’ny anjely masina sy eo anatrehan’ny Zanak’ondry izy; ary ny setroky ny fampijaliany dia miakatra mandrakizay doria; ary tsy manam-pitsaharana andro aman’alina izay miankohoka eo anatrehan’ny bibidia sy ny sariny, na iza na iza mandray ny mariky ny anarany. Apokalypsy 14:6–11.</w:t>
      </w:r>
    </w:p>
    <w:p>
      <w:pPr>
        <w:pStyle w:val="ArticleBody"/>
        <w:jc w:val="left"/>
      </w:pPr>
      <w:r>
        <w:rPr>
          <w:rFonts w:ascii="Times New Roman" w:hAnsi="Times New Roman" w:eastAsia="Times New Roman" w:cs="Times New Roman"/>
        </w:rPr>
        <w:t>Ny “fanahy” izay mivoaka avy amin’ny tsirairay amin’ireo mpikambana ao amin’ilay firaisana telo sosona dia mivoaka avy amin’ny vavany. Ny fitenenan’ny firenena iray dia ny asan’ny fitondram-panjakany.</w:t>
      </w:r>
    </w:p>
    <w:p>
      <w:pPr>
        <w:pStyle w:val="ArticleScripture"/>
        <w:jc w:val="left"/>
      </w:pPr>
      <w:r>
        <w:rPr>
          <w:rFonts w:ascii="Times New Roman" w:hAnsi="Times New Roman" w:eastAsia="Times New Roman" w:cs="Times New Roman"/>
        </w:rPr>
        <w:t>“Ny fitenenan’ny firenena dia ny asan’ny fahefany mpanao lalàna sy mpitsara.” The Great Controversy, 443.</w:t>
      </w:r>
    </w:p>
    <w:p>
      <w:pPr>
        <w:pStyle w:val="ArticleBody"/>
        <w:jc w:val="left"/>
      </w:pPr>
      <w:r>
        <w:rPr>
          <w:rFonts w:ascii="Times New Roman" w:hAnsi="Times New Roman" w:eastAsia="Times New Roman" w:cs="Times New Roman"/>
        </w:rPr>
        <w:t>Nampanantenaina i Jeremia fa raha havahany ny vary sy ny akofa, ary tsy hiverina ho amin’ny akofa izy (na dia mahazo miverina ho aminy aza ny akofa), dia hataon’Andriamanitra ho “vavany” izy.</w:t>
      </w:r>
    </w:p>
    <w:p>
      <w:pPr>
        <w:pStyle w:val="ArticleScripture"/>
        <w:jc w:val="left"/>
      </w:pPr>
      <w:r>
        <w:rPr>
          <w:rFonts w:ascii="Times New Roman" w:hAnsi="Times New Roman" w:eastAsia="Times New Roman" w:cs="Times New Roman"/>
        </w:rPr>
        <w:t>Tsy nipetraka teo amin’ny fiangonan’ny mpaneso aho, na nifaly; nipetraka irery aho noho ny tananao; fa nofenoinao fahatezerana aho. Nahoana no maharitra mandrakariva ny fanaintainiako, ary tsy azo sitranina ny feriko, izay mandà tsy ho sitrana? Ho amiko va Hianao dia tahaka ny mpandainga tokoa, sy tahaka ny rano izay ritra? Koa izao no lazain’i Jehovah: Raha miverina hianao, dia hampodiko indray, ka hitsangana eo anoloako; ary raha avahanao ny zava-tsarobidy hiala amin’ny zava-poana, dia ho tahaka ny vavako hianao; aoka izy hiverina aminao; fa aza miverina any aminy kosa hianao. Jeremia 15:17–19.</w:t>
      </w:r>
    </w:p>
    <w:p>
      <w:pPr>
        <w:pStyle w:val="ArticleBody"/>
        <w:jc w:val="left"/>
      </w:pPr>
      <w:r>
        <w:rPr>
          <w:rFonts w:ascii="Times New Roman" w:hAnsi="Times New Roman" w:eastAsia="Times New Roman" w:cs="Times New Roman"/>
        </w:rPr>
        <w:t>I Jeremia dia maneho ireo Millerita tamin’ny fahadisoam-panantenany voalohany, izay nihevitra fa nandainga Andriamanitra. Tsy nandainga Andriamanitra; nanarona tamin’ny tànany fotsiny Izy ny fahadisoana iray teo amin’ny tabilao 1843. Nomena teny fikasana i Jeremia, tahaka ireo izay diso fanantenana tamin’ny 18 Jolay 2020 koa no nomena teny fikasana; fa raha misaraka amin’ireo olona adala sy ny fampianarana satanika izay teo alohan’ny fahadisoam-panantenana izy ireo, dia hataon’i Jehovah ho “vavany” i Jeremia, sy ireo izay asehony. Ny tabilao 1843 dia novokarina ho fahatanterahan’ilay baiko hanao izany ao amin’ny Habakoka toko faharoa.</w:t>
      </w:r>
    </w:p>
    <w:p>
      <w:pPr>
        <w:pStyle w:val="ArticleScripture"/>
        <w:jc w:val="left"/>
      </w:pPr>
      <w:r>
        <w:rPr>
          <w:rFonts w:ascii="Times New Roman" w:hAnsi="Times New Roman" w:eastAsia="Times New Roman" w:cs="Times New Roman"/>
        </w:rPr>
        <w:t>“Ny fijoroana vavolombelona niraisan’ireo mpampianatra sy gazetin’ny Fiavian’i Kristy Fanindroany, raha mbola niorina teo amin’ny ‘finoana tany am-boalohany,’ dia izao: ny famoahana ilay tabilao dia fahatanterahan’ny Habakoka 2:2, 3. Raha lohahevitry ny faminaniana ilay tabilao (ary izay mandà izany dia miala amin’ny finoana tany am-boalohany), dia manaraka amin’izany fa 457 tal. JK no taona hanombohana fanisana ny 2300 andro. Tsy maintsy 1843 no fotoana navoaka voalohany, mba hahatonga ‘ny fahitana’ ‘hiandry,’ na mba hisian’ny fotoana fiandrasana, izay tokony hatoritory sy hatorian’ny antokon’ny virijina eo amin’ilay lohahevitra lehibe momba ny fotoana, fotoana fohy mialoha ny hanaitra azy ireo amin’ny Antso amin’ny Misasakalina.” James White, Second Advent Review and Sabbath Herald, Boky 1, Laharana 2.</w:t>
      </w:r>
    </w:p>
    <w:p>
      <w:pPr>
        <w:pStyle w:val="ArticleBody"/>
        <w:jc w:val="left"/>
      </w:pPr>
      <w:r>
        <w:rPr>
          <w:rFonts w:ascii="Times New Roman" w:hAnsi="Times New Roman" w:eastAsia="Times New Roman" w:cs="Times New Roman"/>
        </w:rPr>
        <w:t>Ny Tompo, tamin’ny alalan’i Habakoka, dia nandidy ny Millerita hamokatra ny tabilao 1843, ary nisy fahadisoana tao anatiny izay notazonin’ny tanan’ny Tompo. Izany no antony ilazan’i Jeremia fa noho ny tanan’Andriamanitra no nahatonga ny fahadisoam-panantenany. Rehefa, taorian’ny fahadisoam-panantenana, ny Tompo dia nitarika ny Millerita hiverina ho amin’ny Habakoka toko faharoa, dia hitany ny teny fikasana, fa na dia haharitra aza ny fahitana, dia tokony hiandry izany izy ireo, fa tsy handainga izany, ary amin’ny farany dia “hiteny” izany.</w:t>
      </w:r>
    </w:p>
    <w:p>
      <w:pPr>
        <w:pStyle w:val="ArticleBody"/>
        <w:jc w:val="left"/>
      </w:pPr>
      <w:r>
        <w:rPr>
          <w:rFonts w:ascii="Times New Roman" w:hAnsi="Times New Roman" w:eastAsia="Times New Roman" w:cs="Times New Roman"/>
        </w:rPr>
        <w:t>Ny fahitana “miteny” dia naneho ny votoatin’ny hafatra ara-paminaniana, ary ny teny fikasana ho an’i Jeremia dia izao: raha esoriny ny fahadisoam-panantenana, ka miverina amin’ilay hafanam-po ho amin’ny hafatra izay nananany talohan’ny fahadisoam-panantenana izy, ary raha ataony mazava ny fanavahana ny vary sy ny akofa, dia ho “vavan’Andriamanitra” izy, ka hitory ny hafatry ny Antso amin’ny Mamatonalina.</w:t>
      </w:r>
    </w:p>
    <w:p>
      <w:pPr>
        <w:pStyle w:val="ArticleScripture"/>
        <w:jc w:val="left"/>
      </w:pPr>
      <w:r>
        <w:rPr>
          <w:rFonts w:ascii="Times New Roman" w:hAnsi="Times New Roman" w:eastAsia="Times New Roman" w:cs="Times New Roman"/>
        </w:rPr>
        <w:t>Fa mbola ho amin’ny fotoana voatendry ihany ny fahitana; nefa amin’ny farany dia hiteny izy ka tsy handainga; na dia maharitra ela aza izy, dia andraso ihany; fa ho avy tokoa izy ka tsy hitaredretra. Habakoka 2:3.</w:t>
      </w:r>
    </w:p>
    <w:p>
      <w:pPr>
        <w:pStyle w:val="ArticleBody"/>
        <w:jc w:val="left"/>
      </w:pPr>
      <w:r>
        <w:rPr>
          <w:rFonts w:ascii="Times New Roman" w:hAnsi="Times New Roman" w:eastAsia="Times New Roman" w:cs="Times New Roman"/>
        </w:rPr>
        <w:t>Izay rehetra asehon’i Jeremia, na teo amin’ny hetsiky ny anjely voalohany na ny anjely fahatelo, izay manatanteraka ny didy hiverina, dia ho “vavan” Jehovah ao amin’ny ady atao amin’ilay firaisan-tetika ratsy, eo amin’ny sahan’ady ao amin’ny lanitra voalohany. Izy ireo no hitory ny hafatry ny Antso Amin’ny Mamatonalina. Izay asehon’i Jeremia dia mandre “feo” any an-efitra ankehitriny. Telo andro sy tapany ara-panoharana dia tandindon’ny efitra ara-paminaniana.</w:t>
      </w:r>
    </w:p>
    <w:p>
      <w:pPr>
        <w:pStyle w:val="ArticleScripture"/>
        <w:jc w:val="left"/>
      </w:pPr>
      <w:r>
        <w:rPr>
          <w:rFonts w:ascii="Times New Roman" w:hAnsi="Times New Roman" w:eastAsia="Times New Roman" w:cs="Times New Roman"/>
        </w:rPr>
        <w:t>Ny feon’izay miantso any an-efitra hoe: Amboary ny lalan’i Jehovah, ahitsio any an-taniefitra ny làlambe ho an’Andriamanitsika. Ny lohasaha rehetra hasandratra, ary ny tendrombohitra sy ny havoana rehetra haetry; ny meloka hahitsy, ary ny tany mikitoantoana ho tonga lemaka. Dia haseho ny voninahitr’i Jehovah, ary ny nofo rehetra hiara-mahita izany; fa ny vavan’i Jehovah no efa niteny. Isaia 40:3–5.</w:t>
      </w:r>
    </w:p>
    <w:p>
      <w:pPr>
        <w:pStyle w:val="ArticleBody"/>
        <w:jc w:val="left"/>
      </w:pPr>
      <w:r>
        <w:rPr>
          <w:rFonts w:ascii="Times New Roman" w:hAnsi="Times New Roman" w:eastAsia="Times New Roman" w:cs="Times New Roman"/>
        </w:rPr>
        <w:t>Ao amin’ny lahatsoratra manaraka no hanohizantsika ny fandinihantsika ny ady farany amin’ilay adim-pitsapana, izay nanomboka tany amin’ny lanitra fahatelo ka mifarana any amin’ny lanitra voalohany.</w:t>
      </w:r>
    </w:p>
    <w:p>
      <w:pPr>
        <w:pStyle w:val="ArticleScripture"/>
        <w:jc w:val="left"/>
      </w:pPr>
      <w:r>
        <w:rPr>
          <w:rFonts w:ascii="Times New Roman" w:hAnsi="Times New Roman" w:eastAsia="Times New Roman" w:cs="Times New Roman"/>
        </w:rPr>
        <w:t>Dia nivory niangona avokoa ny Midianita sy ny Amalekita ary ny zanaky ny atsinanana, ka nita ary nitoby teo amin’ny lohasahan’i Jezreela. Fa ny Fanahin’i Jehovah tonga tamin’i Gideona, dia nitsoka anjomara izy; ary ny taranak’i Abiezera dia nivory nanaraka azy. Ary nandefa iraka eran’i Manase rehetra izy; ka izy koa dia nivory nanaraka azy; ary nandefa iraka tany amin’i Asera sy tany amin’i Zebolona ary tany Naftaly izy; dia niakatra hitsena azy ireo ireo. Mpitsara 6:33–35.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Fanambaran’i Jesosy Kristy - Laharana Folo</dc:title>
  <dc:subject>Ny Ady tany An-danitra</dc:subject>
  <dc:creator>Jeff Pippenger</dc:creator>
  <cp:keywords/>
  <dc:description>Generated by ArticleDigger from revelation\10_revelation.json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