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Iraika Ambin’ny Folo</w:t>
      </w:r>
    </w:p>
    <w:p>
      <w:pPr>
        <w:pStyle w:val="ArticleSubtitle"/>
        <w:jc w:val="left"/>
      </w:pPr>
      <w:r>
        <w:rPr>
          <w:rFonts w:ascii="Arial" w:hAnsi="Arial" w:eastAsia="Arial" w:cs="Arial"/>
        </w:rPr>
        <w:t>Ang Larawan ng Halimaw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Ary nisy fahagagana hafa koa niseho tany an-danitra; ary indro, dragona lehibe mena, nanana loha fito sy tandroka folo, ary satroboninahitra fito teo amin’ny lohany. Ary ny rambony dia nitarika ny ampahatelon’ny kintan’ny lanitra ka nanipy azy tamin’ny tany; ary ny dragona nijoro teo anoloan’ilay vehivavy izay efa hiteraka, mba handrapaka ny zanany raha vao teraka izany. Ary izy niteraka zazalahy, izay hanjaka amin’ny firenena rehetra amin’ny tehim-by; ary ny zanany dia nakarina ho any amin’Andriamanitra sy ho eo amin’ny seza fiandrianany. Ary ravehivavy nandositra nankany an-efitra, izay ananany fitoerana voaomana avy amin’Andriamanitra, mba hovelomina any mandritra ny arivo amby roanjato sy enim-polo andro. Ary nisy ady tany an-danitra: Mikaela sy ny anjeliny niady tamin’ny dragona; ary ny dragona koa niady mbamin’ny anjeliny, nefa tsy naharesy izy; ary tsy nisy fitoerana ho azy intsony hita tany an-danitra. Ary noroahina ilay dragona lehibe, dia ilay menarana fahiny, antsoina hoe devoly sy Satana, izay mamitaka izao tontolo izao rehetra izao; noroahina ho amin’ny tany izy, ary niara-noroahina taminy koa ny anjeliny. Ary nandre feo mahery aho nilaza tany an-danitra hoe: Tonga ankehitriny ny famonjena sy ny hery sy ny fanjakan’Andriamanitsika ary ny fahefan’ny Kristiny; fa nazera ilay mpiampanga ny rahalahintsika, izay niampanga azy teo anatrehan’Andriamanitsika andro aman’alina. Ary izy ireo naharesy azy noho ny ran’ny Zanak’ondry sy noho ny tenin’ny fijoroany ho vavolombelona; ary tsy tia ny ainy izy hatramin’ny fahafatesana. Koa mifalia, ianareo lanitra sy izay monina ao aminy. Lozan’ny mponina etỳ an-tany sy any an-dranomasina! fa nidina ho any aminareo ny devoly, sady manana fahatezerana lehibe, satria fantany fa kely sisa ny androny. Ary rehefa hitan’ny dragona fa noroahina ho amin’ny tany izy, dia nanenjika ilay vehivavy izay niteraka ilay zazalahy. Ary nomena elatra roa an’ny voromahery lehibe ravehivavy, mba hanidinany ho any an-efitra, ho any amin’ny fitoerany, izay amelomana azy mandritra ny andro iray sy andro roa ary antsasaky ny andro, lavitry ny tavan’ny menarana. Ary ilay menarana namoaka rano avy tamin’ny vavany tahaka ny riaka nanenjika ilay vehivavy, mba hotondrahiny ho lasan’ny riaka izy. Fa ny tany namonjy ilay vehivavy, ary ny tany nisokatra ny vavany ka nitelina ilay riaka izay naloaky ny dragona avy tamin’ny vavany. Ary tezitra tamin’ilay vehivavy ny dragona, ka lasa nandeha hiady tamin’ny sisa tamin’ny taranany, dia ireo izay mitandrina ny didin’Andriamanitra sy manana ny fijoroana ho vavolombelon’i Jesosy Kristy. Apokalypsy 12:1–17.</w:t>
      </w:r>
    </w:p>
    <w:p>
      <w:pPr>
        <w:pStyle w:val="ArticleBody"/>
        <w:jc w:val="left"/>
      </w:pPr>
      <w:r>
        <w:rPr>
          <w:rFonts w:ascii="Times New Roman" w:hAnsi="Times New Roman" w:eastAsia="Times New Roman" w:cs="Times New Roman"/>
        </w:rPr>
        <w:t>Ny ady voalohany tao amin’ilay fifanandrinana lehibe teo amin’i Kristy sy Satana dia nanomboka tany amin’ny lanitra fahatelo tamin’ny fikomian’i Losifera, ary io ady voalohany io no tandindon’ny ady farany any amin’ny lanitra voalohany. Mbola misy ady hafa koa, satria amin’ny faran’ilay arivo taona dia hovahana vetivety Satana, ka hanafika an’i Jerosalema; nefa tsy misy akory fahafahana hahazoany fandresena izany ady izany. Ilay ady tany amin’ny lanitra fahatelo tany am-piandohana, izay maneho ny ady any amin’ny lanitra voalohany any amin’ny farany, dia notanterahina fony mbola nisokatra ny fotoam-pahasoavana.</w:t>
      </w:r>
    </w:p>
    <w:p>
      <w:pPr>
        <w:pStyle w:val="ArticleBody"/>
        <w:jc w:val="left"/>
      </w:pPr>
      <w:r>
        <w:rPr>
          <w:rFonts w:ascii="Times New Roman" w:hAnsi="Times New Roman" w:eastAsia="Times New Roman" w:cs="Times New Roman"/>
        </w:rPr>
        <w:t>Ny “vehivavy” bevohoka dia maneho ny fiangonan’Andriamanitra manerana ny tantara; ary teo amin’ny tantaran’i Kristy dia efa hiteraka ilay zazalahy, dia Jesosy, izy. Amin’ny andro farany dia miteraka kambana izy. Vetivety mialoha ny lalàn’ny Alahady dia miteraka ny iray hetsy sy efatra arivo amby efatra alina, ao amin’ny Apokalypsy fito, izy; ary eo amin’ny lalàn’ny Alahady dia manomboka ny fahorian’ny fiterahana ny vahoaka betsaka ao amin’ny Apokalypsy fito izy. Tsy mitovy endrika ny kambanany, nefa kambana ihany izy ireo; ary Elia no lahimatoa, ary Mosesy no zanaka faralahy.</w:t>
      </w:r>
    </w:p>
    <w:p>
      <w:pPr>
        <w:pStyle w:val="ArticleBody"/>
        <w:jc w:val="left"/>
      </w:pPr>
      <w:r>
        <w:rPr>
          <w:rFonts w:ascii="Times New Roman" w:hAnsi="Times New Roman" w:eastAsia="Times New Roman" w:cs="Times New Roman"/>
        </w:rPr>
        <w:t>Tamin’ny fiandohan’ny Isiraely ara-panahy, ilay dragona, dia i Roma jentilisa, no niandry handrapaka an’i Jesosy zaza-lahy; ary ilay dragon’i Roma maoderina kosa ankehitriny no miandry handrapaka ilay zaza-lahy an’ny iray hetsy sy efatra amby efa-polo sy arivo. Tahaka ny nanenjehan’i Roma jentilisa ny fiangonana kristiana voalohany, dia haverin’i Roma maoderina izany fanenjehana izany mandritra ny krizin’ny lalàna alahady. Tao amin’ny fiangonana kristiana voalohany, ilay vehivavy dia nandositra nankany an-efitra nandritra ny arivo sy roanjato sy enim-polo taona ara-bakiteny, ary ny fanenjehana amin’ny krizin’ny lalàna alahady dia asehon’ny tandindon’ny roa amby efa-polo volana ao amin’ny Apokalypsy toko fahatelo ambin’ny folo andininy fahadimy. Any an-efitra no ananan’ny olon’Andriamanitra toerana voaomana ho azy, izay amahanana sy anomezana sakafo azy.</w:t>
      </w:r>
    </w:p>
    <w:p>
      <w:pPr>
        <w:pStyle w:val="ArticleBody"/>
        <w:jc w:val="left"/>
      </w:pPr>
      <w:r>
        <w:rPr>
          <w:rFonts w:ascii="Times New Roman" w:hAnsi="Times New Roman" w:eastAsia="Times New Roman" w:cs="Times New Roman"/>
        </w:rPr>
        <w:t>Ao amin’ny Apokalypsy toko faha-valo, andininy faha-telo ambin’ny folo, dia faritana ho loza telo ireo trompetra telo farany. Ny loza ao amin’ny Apokalypsy dia maneho ireo fitsarana amin’ny alalan’ny trompetra ataon’ny Silamo manohitra ireo fahefana izay mampandany lalàna Alahady. Ao amin’ilay ady aseho ao amin’ny toko faha-roa ambin’ny folo, dia voatondro ny anjara asan’ny Silamo rehefa milaza hoe: “Loza ho an’ny mponina ambonin’ny tany sy ny ranomasina! fa nidina ho atỳ aminareo ny devoly, sady manana fahatezerana lehibe, satria fantany fa kely sisa ny androny.” Ny fanenjehana izay tanterahin’i Jezebela amin’ny alalan’i Ahaba vadiny mpivadi-pinoana dia tarihina amin’ilay bibidia “amin’ny tany” sy ilay bibidia “amin’ny ranomasina.”</w:t>
      </w:r>
    </w:p>
    <w:p>
      <w:pPr>
        <w:pStyle w:val="ArticleBody"/>
        <w:jc w:val="left"/>
      </w:pPr>
      <w:r>
        <w:rPr>
          <w:rFonts w:ascii="Times New Roman" w:hAnsi="Times New Roman" w:eastAsia="Times New Roman" w:cs="Times New Roman"/>
        </w:rPr>
        <w:t>Ny hetsiky ny anjely mahery ao amin’ny Apokalypsy toko faha-valo ambin’ny folo, tahaka ny amin’ny hetsika fanavaozana rehetra, dia manana mari-dalana efatra lehibe izay mitondra mankany amin’ny fitsarana sady ahitana azy ao anatiny. Ho an’ny hetsiky ny anjely voalohany, ireo mari-dalana efatra ireo dia ny 11 Aogositra 1840, ny fahadisoam-panantenana voalohany tamin’ny Lohataonan’ny 1843, ny fahatongavan’ny hafatry ny Antso Amin’ny Mamatonalina tamin’ny 12 ka hatramin’ny 17 Aogositra 1844, ary ny fisokafan’ny fitsarana tamin’ny 22 Oktobra 1844. Samy nanana lohahevitra manarona iray ihany ireo mari-dalana efatra ireo, dia ny “fotoana.” Ny 11 Aogositra 1840 dia fanatanterahana ny faminanian’ny fotoana ao amin’ny Apokalypsy toko faha-sivy, andininy faha-dimy ambin’ny folo. Ny fahadisoam-panantenana voalohany tamin’ny 1843 dia naneho faminaniana fotoana tsy tanteraka. Ny hafatry ny Antso Amin’ny Mamatonalina dia fanitsiana ilay faminaniana fotoana izay tsy tanteraka teo aloha, ary ny 22 Oktobra 1844 dia fanatanterahana ny fotoana nambara mialoha tao amin’ny hafatry ny Antso Amin’ny Mamatonalina.</w:t>
      </w:r>
    </w:p>
    <w:p>
      <w:pPr>
        <w:pStyle w:val="ArticleBody"/>
        <w:jc w:val="left"/>
      </w:pPr>
      <w:r>
        <w:rPr>
          <w:rFonts w:ascii="Times New Roman" w:hAnsi="Times New Roman" w:eastAsia="Times New Roman" w:cs="Times New Roman"/>
        </w:rPr>
        <w:t>Ny fihetsiky ny anjely fahatelo dia manana ireo mari-pamantarana efatra ireo ihany, satria hita ao amin’ny tsipika fanavaozana rehetra izy ireo, ary tahaka ireo mari-pamantarana efatra rehetra ao amin’ny tsipika fanavaozana rehetra, ny mari-pamantarana tsirairay dia mitondra lohahevitra ara-paminaniana iray ihany. Ny Silamo amin’ny loza fahatelo no lohahevitry ny mari-pamantarana efatra ao amin’ny fihetsiky ny iray hetsy sy efatra arivo amby efapolo. Tamin’ny 11 Septambra 2001 no navotsotra ny Silamo amin’ny loza fahatelo, ary avy eo dia noferana. Ny faminaniana tsy tanteraka tamin’ny 18 Jolay 2020 dia nanondro fanafihana silamo hihatra amin’i Nashville, Tennessee, ary naneho ny Silamo amin’ny loza fahatelo. Ny hafatra izay manaitra ireo taolana maina maty izay eny amin’ny lalana ao amin’ny Apokalypsy iraika ambin’ny folo dia ny fahatanterahana tonga lafatra sy farany amin’ny hafatry ny Antso Amin’ny Misasakalina, ary izy io dia maneho fanitsiana ny faminaniana mikasika an’i Nashville (tsy asiana ny singan’ny fotoana). Hotanterahina eo amin’ny mari-pamantarana fahefatra izany, dia ny lalàna Alahady, izay hahatonga ny Silamo amin’ny loza fahatelo hamely an’i Etazonia noho ny fampiharany ilay lalàna Alahady ho avy tsy ho ela.</w:t>
      </w:r>
    </w:p>
    <w:p>
      <w:pPr>
        <w:pStyle w:val="ArticleBody"/>
        <w:jc w:val="left"/>
      </w:pPr>
      <w:r>
        <w:rPr>
          <w:rFonts w:ascii="Times New Roman" w:hAnsi="Times New Roman" w:eastAsia="Times New Roman" w:cs="Times New Roman"/>
        </w:rPr>
        <w:t>Rehefa ekena io fahamarinana io, miaraka amin’ny zava-misy fa ny hetsika mahery vaikan’ilay anjely fahatelo dia fampitandremana momba ny fitsarana antomotra, dia azo takarina mora foana ny fitsarana silamo izay asehon’ny loza fahatelo ho ilay “loza” entina amin’ny “tany” sy ny “ranomasina.”</w:t>
      </w:r>
    </w:p>
    <w:p>
      <w:pPr>
        <w:pStyle w:val="ArticleBody"/>
        <w:jc w:val="left"/>
      </w:pPr>
      <w:r>
        <w:rPr>
          <w:rFonts w:ascii="Times New Roman" w:hAnsi="Times New Roman" w:eastAsia="Times New Roman" w:cs="Times New Roman"/>
        </w:rPr>
        <w:t>Niainga tamin’ny 11 Septambra 2001 ny fitsarana ny velona, ary hatreo, mandra-pahatongan’ilay lalàna alahady izay efa antomotra, no isehoan’ny fitsapana momba ny fananganana ny sarin’ilay bibidia any Etazonia. Hatramin’ny lalàna alahady ka mandra-pijoroan’i Mikaela sy hifaranan’ny fotoam-pahasoavan’ny olombelona, dia izao tontolo sisa rehetra izao indray no hosedraina amin’ny alalan’ny fananganana ny sarin’ilay bibidia. Na ny Advantista Mitandrina ny Andro Fahafito any Etazonia no sedraina, na izao tontolo manontolo aorian’ny lalàna alahady no sedraina, dia faritana ho ilay fitsapana izay hanapahana ny anjarantsika mandrakizay io fitsapana io. Io ihany koa no fitsapana tsy maintsy horesentsika, alohan’ny hifaranan’ny fotoam-pahasoavana amin’ny lalàna alahady. Zava-dehibe ny mahatakatra tsara ilay fisehoan-javatra ara-paminaniana momba ny fitsapana ny sarin’ilay bibidia, izay miseho voalohany any Etazonia ary avy eo indray manerana izao tontolo izao.</w:t>
      </w:r>
    </w:p>
    <w:p>
      <w:pPr>
        <w:pStyle w:val="ArticleScripture"/>
        <w:jc w:val="left"/>
      </w:pPr>
      <w:r>
        <w:rPr>
          <w:rFonts w:ascii="Times New Roman" w:hAnsi="Times New Roman" w:eastAsia="Times New Roman" w:cs="Times New Roman"/>
        </w:rPr>
        <w:t>“Rehefa i Amerika, ilay tany misy fahafahana ara-pivavahana, ka hiray amin’ny Fanjakana papaly amin’ny fanerena ny feon’ny fieritreretana sy ny fanerena ny olona hanome voninahitra ny sabata sandoka, dia hotarihina hanaraka ny ohatra asehony ny vahoaka amin’ny firenena rehetra maneran-tany.” Testimonies, boky faha-6, 18.</w:t>
      </w:r>
    </w:p>
    <w:p>
      <w:pPr>
        <w:pStyle w:val="ArticleBody"/>
        <w:jc w:val="left"/>
      </w:pPr>
      <w:r>
        <w:rPr>
          <w:rFonts w:ascii="Times New Roman" w:hAnsi="Times New Roman" w:eastAsia="Times New Roman" w:cs="Times New Roman"/>
        </w:rPr>
        <w:t>Raha takatra ny tandindona, dia mora fantarina ilay andalan-teny ao amin’ny Apokalypsy toko fahatelo ambin’ny folo, izay miresaka ireo fitsapana roa misesy nefa mitovy momba ny sarin’ny bibidia ireo. Zava-dehibe izany noho ny antony maro samihafa. Ny iray amin’izany dia izao: ireo fifandraisana voahozongozona izay nampiasain’i Losifera tamin’ilay ady voalohany tany amin’ny lanitra fahatelo dia mampiseho mialoha ny hisehoan’ny fifandraisana voahozongozon’i Satana indray amin’ny ady farany any amin’ny lanitra voalohany.</w:t>
      </w:r>
    </w:p>
    <w:p>
      <w:pPr>
        <w:pStyle w:val="ArticleBody"/>
        <w:jc w:val="left"/>
      </w:pPr>
      <w:r>
        <w:rPr>
          <w:rFonts w:ascii="Times New Roman" w:hAnsi="Times New Roman" w:eastAsia="Times New Roman" w:cs="Times New Roman"/>
        </w:rPr>
        <w:t>Ny adin’ny lanitra voalohany, izay manomboka amin’ny lalàna alahady, dia tanterahina mandritra ny fotoam-pitsapana ny sarin’ny bibidia ho an’izao tontolo izao manontolo. Hatramin’ny 11 Septambra 2001, dia efa niseho ny fotoam-pitsapana ny sarin’ny bibidia any Etazonia. Rehefa takatsika ho mifandimby ireo fotoam-pitsapana roa ireo, manomboka amin’i Etazonia ary avy eo mankany amin’izao tontolo izao, dia azontsika ampidirina ao anatin’ny tantaran’ny taona 2001 ka hatramin’ny lalàna alahady ireo fahamarinana aseho amin’ilay ady ao amin’ny Apokalypsy toko faha-12. Ohatra, ny fifandraisana voahozongozon’i Losifera izay faritana ho hipnozy, dia hampiasain’ny herin’ny dragona amin’ny fampiharana maoderina mandritra ny adin’ny lanitra voalohany, ao amin’ny Apokalypsy toko faha-12. Ny hipnozy ampiasain’ny dragona ao amin’izany tantara izany dia natao hamonoana ireo izay nofaritan’i Jezebela ho mpivily finoana.</w:t>
      </w:r>
    </w:p>
    <w:p>
      <w:pPr>
        <w:pStyle w:val="ArticleBody"/>
        <w:jc w:val="left"/>
      </w:pPr>
      <w:r>
        <w:rPr>
          <w:rFonts w:ascii="Times New Roman" w:hAnsi="Times New Roman" w:eastAsia="Times New Roman" w:cs="Times New Roman"/>
        </w:rPr>
        <w:t>Tamin’ny tantaran’ny 2001, hatramin’ny lalàn’ny Alahady, dia novonoina teny an-dalambe tao Sodoma sy Egypta ireo vavolombelona roa. Tamin’ny fahatanterahana voalohany ny Apokalypsy toko faha-11, dia Frantsa no firenena nasehon’i Sodoma sy Egypta. Firenena ara-paminaniana i Frantsa, izay misy hery roa, tahaka ny Fanjakana Medo-Persiana, tahaka ny Isiraely fahiny tamin’ireo fanjakana nizarazara, ary tahaka ireo fokon’i Joda roa izay nasehon’i Joda sy Benjamina. Ny firenena rehetra manana tandroka roa dia maneho ara-panoharana ilay firenena manana tandroka roa, dia i Etazonia.</w:t>
      </w:r>
    </w:p>
    <w:p>
      <w:pPr>
        <w:pStyle w:val="ArticleBody"/>
        <w:jc w:val="left"/>
      </w:pPr>
      <w:r>
        <w:rPr>
          <w:rFonts w:ascii="Times New Roman" w:hAnsi="Times New Roman" w:eastAsia="Times New Roman" w:cs="Times New Roman"/>
        </w:rPr>
        <w:t>Ny tanànan’i Sodoma sy ny firenen’i Egypta dia maneho ireo tandroka roa, dia ny Repoblikanisma (Egypta) sy ny Protestantisma (Sodoma). Tandroka roa no novonoina tamin’ny taona 2020: ny tandroky ny Repoblikanisma sy ny tandroky ny Protestantisma. Ny fanao fanindrahindrana ara-tsaina nampiasain’ireo herin’ny dragona maneran-tany, tamin’ny alalan’ny sehatry ny tranonkala maneran-tany, dia nampiasaina tamin’izany fotoana izany koa, tamin’ilay fomba mitovy amin’izay hampiasana azy amin’ny ady ho avy any amin’ny lanitra voalohany. Tamin’ny fifehezana ny hafatra novokarin’ny tranonkala maneran-tany, ny fifidianana tamin’ny taona 2020 dia nalamina ara-tsiansa mba hamoaka vokatra iray nifanaraka tamin’ny filozofian’ny fanatontoloana. Ohatra tsotra izao izany amin’ny maha-ilaina ny fahatakarana fa ny fizahan-toetra ny sarin’ny bibidia dia tanterahina voalohany any Etazonia, ary avy eo manerana izao tontolo izao.</w:t>
      </w:r>
    </w:p>
    <w:p>
      <w:pPr>
        <w:pStyle w:val="ArticleScripture"/>
        <w:jc w:val="left"/>
      </w:pPr>
      <w:r>
        <w:rPr>
          <w:rFonts w:ascii="Times New Roman" w:hAnsi="Times New Roman" w:eastAsia="Times New Roman" w:cs="Times New Roman"/>
        </w:rPr>
        <w:t>“Ny Tompo dia naneho tamiko mazava tsara fa ny sarin’ny bibidia dia haorina alohan’ny hifaranan’ny fotoam-pitsapana; fa izy no ho fitsapana lehibe ho an’ny olon’Andriamanitra, izay hanapahana ny anjarany mandrakizay. Ny toerana ijoroanao dia korontana feno fifanoheran-kevitra toy izany ka vitsy ihany no ho voafitaka.</w:t>
      </w:r>
    </w:p>
    <w:p>
      <w:pPr>
        <w:pStyle w:val="ArticleScripture"/>
        <w:jc w:val="left"/>
      </w:pPr>
      <w:r>
        <w:rPr>
          <w:rFonts w:ascii="Times New Roman" w:hAnsi="Times New Roman" w:eastAsia="Times New Roman" w:cs="Times New Roman"/>
        </w:rPr>
        <w:t>“Ao amin’ny Apokalypsy 13 dia aseho mazava io lohahevitra io; [Apokalypsy 13:11–17, notsongaina].”</w:t>
      </w:r>
    </w:p>
    <w:p>
      <w:pPr>
        <w:pStyle w:val="ArticleScripture"/>
        <w:jc w:val="left"/>
      </w:pPr>
      <w:r>
        <w:rPr>
          <w:rFonts w:ascii="Times New Roman" w:hAnsi="Times New Roman" w:eastAsia="Times New Roman" w:cs="Times New Roman"/>
        </w:rPr>
        <w:t>“Ity no fizahan-toetra tsy maintsy hatrehin’ny olon’Andriamanitra alohan’ny hanisiana tombo-kase azy. Izay rehetra nanaporofo ny tsy fivadihany tamin’Andriamanitra tamin’ny fitandremana ny lalàny sy ny fandavany tsy hanaiky sabata sandoka, dia ho voasokajy eo ambanin’ny fanevan’i Jehovah Tompo Andriamanitra, ary handray ny tombo-kasen’Andriamanitra velona. Fa izay mahafoy ny fahamarinana avy any an-danitra ka manaiky ny sabatan’ny Alahady, dia handray ny mariky ny bibidia.” Manuscript Releases, volume 15, 15.</w:t>
      </w:r>
    </w:p>
    <w:p>
      <w:pPr>
        <w:pStyle w:val="ArticleBody"/>
        <w:jc w:val="left"/>
      </w:pPr>
      <w:r>
        <w:rPr>
          <w:rFonts w:ascii="Times New Roman" w:hAnsi="Times New Roman" w:eastAsia="Times New Roman" w:cs="Times New Roman"/>
        </w:rPr>
        <w:t>Mifarana ny fotoam-pahasoavana ho an’ny Advantista Mitandrina ny Andro Fahafito amin’ny fotoana hampiharana ny lalàna alahady. Ireo firenena manaraka ny ohatry ny Etazonia dia hanidy ny fotoam-pahasoavany tahaka ny nataon’ny Etazonia.</w:t>
      </w:r>
    </w:p>
    <w:p>
      <w:pPr>
        <w:pStyle w:val="ArticleScripture"/>
        <w:jc w:val="left"/>
      </w:pPr>
      <w:r>
        <w:rPr>
          <w:rFonts w:ascii="Times New Roman" w:hAnsi="Times New Roman" w:eastAsia="Times New Roman" w:cs="Times New Roman"/>
        </w:rPr>
        <w:t>“Ny firenena vahiny dia hanaraka ny ohatra asehon’i Etazonia. Na dia izy aza no mitarika eo aloha, dia io krizy io ihany no hanjo ny olontsikantsika any amin’ny faritra rehetra amin’izao tontolo izao.” Testimonies, volume 6, 395.</w:t>
      </w:r>
    </w:p>
    <w:p>
      <w:pPr>
        <w:pStyle w:val="ArticleBody"/>
        <w:jc w:val="left"/>
      </w:pPr>
      <w:r>
        <w:rPr>
          <w:rFonts w:ascii="Times New Roman" w:hAnsi="Times New Roman" w:eastAsia="Times New Roman" w:cs="Times New Roman"/>
        </w:rPr>
        <w:t>Ny fihetsiketsehana farany dia haingana.</w:t>
      </w:r>
    </w:p>
    <w:p>
      <w:pPr>
        <w:pStyle w:val="ArticleScripture"/>
        <w:jc w:val="left"/>
      </w:pPr>
      <w:r>
        <w:rPr>
          <w:rFonts w:ascii="Times New Roman" w:hAnsi="Times New Roman" w:eastAsia="Times New Roman" w:cs="Times New Roman"/>
        </w:rPr>
        <w:t>“Ny hery mpiasan’ny ratsy dia mampiray ny heriny sy manamafy ny firaisany. Mihamatanjaka izy ireo ho amin’ilay krizy lehibe farany. Fiovana lehibe no tsy ho ela dia hiseho eto amin’izao tontolo izao, ary ho haingana ny hetsika farany.” Testimonies, volume 9, 11.</w:t>
      </w:r>
    </w:p>
    <w:p>
      <w:pPr>
        <w:pStyle w:val="ArticleBody"/>
        <w:jc w:val="left"/>
      </w:pPr>
      <w:r>
        <w:rPr>
          <w:rFonts w:ascii="Times New Roman" w:hAnsi="Times New Roman" w:eastAsia="Times New Roman" w:cs="Times New Roman"/>
        </w:rPr>
        <w:t>Mba hahatakatra ny fitsapana momba ny sarin’ny bibidia dia mitaky fahaizana iray amin’ny fampiharana ara-teknikan’ny faminaniana. Voalohany aloha, ny mariky ny bibidia sy ny sarin’ny bibidia dia tandindona roa samy hafa.</w:t>
      </w:r>
    </w:p>
    <w:p>
      <w:pPr>
        <w:pStyle w:val="ArticleScripture"/>
        <w:jc w:val="left"/>
      </w:pPr>
      <w:r>
        <w:rPr>
          <w:rFonts w:ascii="Times New Roman" w:hAnsi="Times New Roman" w:eastAsia="Times New Roman" w:cs="Times New Roman"/>
        </w:rPr>
        <w:t>Ny “sary ho an’ilay bibidia” dia maneho io endriky ny Protestantisma nihemotra tamin’ny finoana io, izay hivoatra rehefa hitady ny fanampian’ny fahefana sivily ny fiangonana protestanta mba hampiharana ny foto-pampianarany. Ny “mariky ny bibidia” dia mbola tsy maintsy faritana ihany. The Great Controversy, 445.</w:t>
      </w:r>
    </w:p>
    <w:p>
      <w:pPr>
        <w:pStyle w:val="ArticleBody"/>
        <w:jc w:val="left"/>
      </w:pPr>
      <w:r>
        <w:rPr>
          <w:rFonts w:ascii="Times New Roman" w:hAnsi="Times New Roman" w:eastAsia="Times New Roman" w:cs="Times New Roman"/>
        </w:rPr>
        <w:t>Ny mariky ny bibidia dia ny fitandremana ny Alahady, ary ny sarin’ny bibidia dia fiangonana iray izay mampiasa ny fahefana sivily hampiharana ny foto-pampianarany ara-pivavahana.</w:t>
      </w:r>
    </w:p>
    <w:p>
      <w:pPr>
        <w:pStyle w:val="ArticleScripture"/>
        <w:jc w:val="left"/>
      </w:pPr>
      <w:r>
        <w:rPr>
          <w:rFonts w:ascii="Times New Roman" w:hAnsi="Times New Roman" w:eastAsia="Times New Roman" w:cs="Times New Roman"/>
        </w:rPr>
        <w:t>“Ny fampiharana an-tery ny fitandremana ny Alahady ataon’ny fiangonana protestanta dia fampiharana an-tery ny fanompoam-pivavahana amin’ny papa—dia amin’ilay bibidia. Ireo izay, satria mahafantatra ny fitakian’ny didy fahefatra, no misafidy hitandrina ny Sabata sandoka fa tsy ny Sabata marina, dia manome voninahitra izany hery izany, izay izy irery ihany no nandidy izany. Kanefa amin’izay fihetsika indrindra anerena adidy ara-pivavahana amin’ny alalan’ny fahefana sivily izay, dia ny fiangonana ihany no hanangana sarin’ilay bibidia; koa ny fampiharana an-tery ny fitandremana ny Alahady any Etazonia dia ho fampiharana an-tery ny fanompoam-pivavahana amin’ilay bibidia sy ny sariny.” The Great Controversy, 448, 449.</w:t>
      </w:r>
    </w:p>
    <w:p>
      <w:pPr>
        <w:pStyle w:val="ArticleBody"/>
        <w:jc w:val="left"/>
      </w:pPr>
      <w:r>
        <w:rPr>
          <w:rFonts w:ascii="Times New Roman" w:hAnsi="Times New Roman" w:eastAsia="Times New Roman" w:cs="Times New Roman"/>
        </w:rPr>
        <w:t>Ny sarin’ilay bibidia dia maneho ny firaisan’ny fiangonana sy ny fanjakana, ka ny fiangonana no mifehy izany fifandraisana izany. Jezebela no nanapaka an’i Ahaba, tahaka ny nanapahan’i Herodiasa an’i Heroda. Ny mariky ny bibidia dia ny fitandremana ny Alahady. Ny sarin’ilay bibidia dia mivoatra mandritra ny fe-potoana iray. Ny mariky ny bibidia kosa dia maneho teboka iray ara-potoana. Ny sarin’ilay bibidia dia mivoatra tsikelikely, nefa tsy mahatratra ny fahamatorany feno raha tsy rehefa manana hery hanerena ny fanjakana hampandany ny foto-pampianarany ara-pivavahana izy. Ny fitsapana dia mifandray amin’ny “fananganana” ny sariny.</w:t>
      </w:r>
    </w:p>
    <w:p>
      <w:pPr>
        <w:pStyle w:val="ArticleScripture"/>
        <w:jc w:val="left"/>
      </w:pPr>
      <w:r>
        <w:rPr>
          <w:rFonts w:ascii="Times New Roman" w:hAnsi="Times New Roman" w:eastAsia="Times New Roman" w:cs="Times New Roman"/>
        </w:rPr>
        <w:t>“Fa inona moa ny ‘sarin’ny bibidia’? ary ahoana no hamoronana azy? Ny sary dia ataon’ilay bibidia manana tandroka roa, ary dia sary ho an’ilay bibidia izany. Antsoina koa hoe sarin’ilay bibidia izy. Koa mba hahafantarana izay toetran’io sary io sy ny fomba hamoronana azy, dia tsy maintsy dinihintsika ny toetran’ilay bibidia mihitsy—dia ny fahefana maha-papa.”</w:t>
      </w:r>
    </w:p>
    <w:p>
      <w:pPr>
        <w:pStyle w:val="ArticleScripture"/>
        <w:jc w:val="left"/>
      </w:pPr>
      <w:r>
        <w:rPr>
          <w:rFonts w:ascii="Times New Roman" w:hAnsi="Times New Roman" w:eastAsia="Times New Roman" w:cs="Times New Roman"/>
        </w:rPr>
        <w:t>“Rehefa tonga simba ny fiangonana voalohany noho ny nialàny tamin’ny fahatsoran’ny filazantsara sy ny fanekeny fombafomba ary fomba amam-panao jentilisa, dia very taminy ny Fanahy sy ny herin’Andriamanitra; ary mba hifehezana ny feon’ny fieritreretan’ny vahoaka, dia nitady ny fanohanan’ny fahefana sivily izy. Ny vokatr’izany dia ny papisma, dia fiangonana iray izay nifehy ny fahefan’ny fanjakana ka nampiasa izany mba hampandrosoana ny tanjony manokana, indrindra ho amin’ny fanasaziana ny “fivadiham-pinoana.” Mba hahafahan’i Etazonia mamorona sary ho an’ilay bibidia, dia tsy maintsy hifehy ny governemanta sivily amin’ny fomba toy izany ny fahefana ara-pivavahana ka ny fahefan’ny fanjakana koa dia hampiasain’ny fiangonana hanatanterahana ny tanjony manokana.” The Great Controversy, 443.</w:t>
      </w:r>
    </w:p>
    <w:p>
      <w:pPr>
        <w:pStyle w:val="ArticleBody"/>
        <w:jc w:val="left"/>
      </w:pPr>
      <w:r>
        <w:rPr>
          <w:rFonts w:ascii="Times New Roman" w:hAnsi="Times New Roman" w:eastAsia="Times New Roman" w:cs="Times New Roman"/>
        </w:rPr>
        <w:t>Ny fanavahana eo amin’ny sarin’ny bibidia sy ny mariky ny bibidia dia fahatakarana nentim-paharazana ao amin’ny Advantisma. Ny toerana izay andehanan’ny Advantisma amin’ny ankapobeny vilana momba io lohahevitra io dia ao amin’ny Apokalypsy toko fahatelo ambin’ny folo. Amin’ny fomba iray dia afangarony ny asan’i Etazonia aorian’ny lalàna momba ny Alahady, rehefa tereny izao tontolo izao hanangana sary ho an’ny bibidia, amin’ny fananganana ny sarin’ny bibidia ao Etazonia. Vanim-potoana ara-paminaniana roa samy hafa ireo.</w:t>
      </w:r>
    </w:p>
    <w:p>
      <w:pPr>
        <w:pStyle w:val="ArticleBody"/>
        <w:jc w:val="left"/>
      </w:pPr>
      <w:r>
        <w:rPr>
          <w:rFonts w:ascii="Times New Roman" w:hAnsi="Times New Roman" w:eastAsia="Times New Roman" w:cs="Times New Roman"/>
        </w:rPr>
        <w:t>Tonga Kristy mba hanamafy ny fanekena amin’ny maro mandritra ny herinandro iray, ary teo afovoan’ny herinandro dia nohomboana tamin’ny hazo fijaliana Izy. Koa izany herinandro izany dia tandindon’ireo fotoana roa izay amoronana ny sarin’ny bibidia. Nozaraina ho vanim-potoana roa mitovy ny herinandron’i Kristy, ka misolo tena ny sarin’i Kristy izany. Ny vanim-potoana roa fizahan-toetra amin’ny andro farany kosa dia misolo tena ny sarin’ny antikristy.</w:t>
      </w:r>
    </w:p>
    <w:p>
      <w:pPr>
        <w:pStyle w:val="ArticleBody"/>
        <w:jc w:val="left"/>
      </w:pPr>
      <w:r>
        <w:rPr>
          <w:rFonts w:ascii="Times New Roman" w:hAnsi="Times New Roman" w:eastAsia="Times New Roman" w:cs="Times New Roman"/>
        </w:rPr>
        <w:t>Tamin’ny fe-potoana voalohany izay naharitra arivo amby roanjato sy enim-polo andro, Kristy no nitondra ny fanambaràny manokana, ary avy eo dia maty teo amin’ny hazo fijaliana Izy. Nisy avy eo fe-potoana arivo amby roanjato sy enim-polo andro mitovy amin’izany koa, izay nijoroan’ny mpianatra ho vavolombelona, mandra-pitsangan’i Mikaela tamin’ny fitoraham-bato an’i Stefana. Ny hazo fijaliana dia tandindon’ny lalàna Alahady. Ireo fe-potoana fitsapana roa mifandray amin’ny fananganana ny sarin’ny bibidia dia manondro ilay fe-potoana voalohany ho mifandray amin’ny efatra arivo amby efapolo sy iray hetsy, izay tandindon’i Kristy, ary izany fe-potoana izany dia mifarana amin’ny lalàna Alahady, izay tandindonin’ny hazo fijaliana. Ilay fe-potoana farany mitovy amin’ny fitsapana, izay nasehon’ny asan’ny mpianatra tamin’ny andron’i Kristy, dia mifantoka amin’ny vahoaka betsaka, ary mifarana izany rehefa mitsangana Mikaela, tsy amin’ny fitoraham-bato an’i Stefana, fa amin’ny fifaranan’ny fotoam-pahasoavana ho an’ny olombelona ao amin’ny Daniela 12:1.</w:t>
      </w:r>
    </w:p>
    <w:p>
      <w:pPr>
        <w:pStyle w:val="ArticleBody"/>
        <w:jc w:val="left"/>
      </w:pPr>
      <w:r>
        <w:rPr>
          <w:rFonts w:ascii="Times New Roman" w:hAnsi="Times New Roman" w:eastAsia="Times New Roman" w:cs="Times New Roman"/>
        </w:rPr>
        <w:t>Ny sasany dia tsy mahita ny filaharan’ny zava-mitranga araka ny tena izy ao amin’ny Apokalypsy toko fahatelo ambin’ny folo, andininy faha-iraika ambin’ny folo sy manaraka, noho izay matetika miseho ho tsy fahavononana niniana hanaiky fa rehefa miteny tahaka ny dragona i Etazonia, dia maneho ny fahavitan’ny fananganana tanteraka ny sarin’ilay bibidia ao Etazonia izany. Mba hahafahan’i Etazonia mandany lalàna momba ny Alahady, dia tsy maintsy efa voaorina ao Etazonia ny sarin’ilay bibidia alohan’ny lalàna momba ny Alahady. Vakio indray ireo andalana vitsivitsy teo aloha izay vao notononina avy ao amin’ny The Great Controversy, raha tsy azonao ny hevitra.</w:t>
      </w:r>
    </w:p>
    <w:p>
      <w:pPr>
        <w:pStyle w:val="ArticleBody"/>
        <w:jc w:val="left"/>
      </w:pPr>
      <w:r>
        <w:rPr>
          <w:rFonts w:ascii="Times New Roman" w:hAnsi="Times New Roman" w:eastAsia="Times New Roman" w:cs="Times New Roman"/>
        </w:rPr>
        <w:t>Rehefa miteny tahaka ny dragona i Etazonia ao amin’ny andininy fahairaika ambin’ny folo amin’ny toko faha-telo ambin’ny folo, dia maneho ny asan’ny fahefana mpanao lalàna sy mpitsara izany amin’ny famoahana lalàna Alahady araka ny toromarika omen’ireo fiangonana niodina tao Etazonia. Ny didy momba ny lalàna Alahady dia mivoaka avy amin’ny vavan’i Etazonia.</w:t>
      </w:r>
    </w:p>
    <w:p>
      <w:pPr>
        <w:pStyle w:val="ArticleScripture"/>
        <w:jc w:val="left"/>
      </w:pPr>
      <w:r>
        <w:rPr>
          <w:rFonts w:ascii="Times New Roman" w:hAnsi="Times New Roman" w:eastAsia="Times New Roman" w:cs="Times New Roman"/>
        </w:rPr>
        <w:t>“Hitako fa ilay bibidia roa tandroka dia nanana vavan’ny dragona, ary tao an-dohany no nisy ny heriny, ary hivoaka avy amin’ny vavany ny didy.” Spalding and Magan, 1.</w:t>
      </w:r>
    </w:p>
    <w:p>
      <w:pPr>
        <w:pStyle w:val="ArticleBody"/>
        <w:jc w:val="left"/>
      </w:pPr>
      <w:r>
        <w:rPr>
          <w:rFonts w:ascii="Times New Roman" w:hAnsi="Times New Roman" w:eastAsia="Times New Roman" w:cs="Times New Roman"/>
        </w:rPr>
        <w:t>Mahagaga ahy mandrakariva fa sahirana ny Adventisma amin’ny fanekena fa rehefa miteny tahaka ny dragona ilay bibidia manan-tandroka roa avy amin’ny tany, dia tsy ny fanamarihana ny lalàn’ny Alahady any Etazonia fotsiny no asehony, fa manamarika koa fa efa novolavolaina tanteraka ny sarin’ilay bibidia avy amin’ny ranomasina, dia ny bibidia papaly. Mba hahafahan’i Etazonia mandany ny lalàn’ny Alahady, dia tsy maintsy efa novolavolaina tanteraka mialoha ny firaisan’ny fiangonana sy ny fanjakana. Ny fiangonana mpiodina ao Etazonia dia tsy hoe miara-mivory fotsiny amin’ny Alatsinainy, avy eo mankany amin’ny Kongresy amin’ny Talata, ka milaza amin’ny Kongresy fa tiany ho lany amin’ny Alarobia ny lalàna momba ny Alahady. Ny fizotry ny fampiraisana mitranga eo amin’ny fiangonana sy ny fanjakana dia aseho ho “fananganana” ny sarin’ny bibidia, tahaka ny “fananganana” ilay sariolona volamena ao amin’ny Daniela toko faha-3; ka hisy fotoana ilaina hanorenana azy izany. Ny sarin’ny bibidia dia ilay rafitra nampiasain’ny fahefana papaly hamonoana ireo maritiora an-tapitrisany nandritra ny Vanim-potoanan’ny Haizina, ary ilaina ny fivoarana ara-tsosialy, ara-politika, ara-pivavahana ary ara-toekarena mba hamoronana ny tontolo iainana ara-tsosialy sy ny fanao ara-dalàna ilaina mba hampiharana ny lalàn’ny Alahady. Ireo fivoarana ireo no maneho ny fitsapana momba ny sarin’ny bibidia, izay “hanapahana ny anjarantsika mandrakizay,” ary maneho koa ny fitsapana izay tsy maintsy lalovantsika “alohan’ny hanisiana tombo-kase antsika.”</w:t>
      </w:r>
    </w:p>
    <w:p>
      <w:pPr>
        <w:pStyle w:val="ArticleScripture"/>
        <w:jc w:val="left"/>
      </w:pPr>
      <w:r>
        <w:rPr>
          <w:rFonts w:ascii="Times New Roman" w:hAnsi="Times New Roman" w:eastAsia="Times New Roman" w:cs="Times New Roman"/>
        </w:rPr>
        <w:t>“Ny Tompo dia naneho tamiko mazava fa ny sarin’ilay bibidia dia hatsangana alohan’ny hifaranan’ny fotoam-pahasoavana; satria izany no ho fitsapana lehibe ho an’ny vahoakan’Andriamanitra, izay hanapahana ny anjarany mandrakizay.... Izany no fitsapana tsy maintsy hatrehan’ny vahoakan’Andriamanitra alohan’ny hamehezana tombo-kase azy.” Manuscript Releases, volume 15, 15.</w:t>
      </w:r>
    </w:p>
    <w:p>
      <w:pPr>
        <w:pStyle w:val="ArticleBody"/>
        <w:jc w:val="left"/>
      </w:pPr>
      <w:r>
        <w:rPr>
          <w:rFonts w:ascii="Times New Roman" w:hAnsi="Times New Roman" w:eastAsia="Times New Roman" w:cs="Times New Roman"/>
        </w:rPr>
        <w:t>Ny lalàn’ny Alahady no krizy amin’ny misasakalina, izay ahitana ny fahatanterahana farany sy tanteraka amin’ny fanoharana ny amin’ny virijina folo. Ao anatin’izany krizy amin’ny misasakalina izany no hanehoana mazava na virijina Filadelfiana hendry isika, na virijina Laodikiana adala. Ny adala dia mandray ny mariky ny bibidia, ary ny hendry kosa mandray ny tombo-kasen’Andriamanitra. Izay rehetra efa niditra ho mpikambana tao amin’ny fiangonana Advantista Mitandrina ny Andro Fahafito, dia nanaiky mialoha ny lisitry ny fahamarinana ara-pampianarana alohan’ny nahatongavany ho mpikambana, ary noho izany ny Advantista Mitandrina ny Andro Fahafito rehetra dia efa natolotra taminy ny fahazavan’ny fahamarinan’ny Sabata.</w:t>
      </w:r>
    </w:p>
    <w:p>
      <w:pPr>
        <w:pStyle w:val="ArticleScripture"/>
        <w:jc w:val="left"/>
      </w:pPr>
      <w:r>
        <w:rPr>
          <w:rFonts w:ascii="Times New Roman" w:hAnsi="Times New Roman" w:eastAsia="Times New Roman" w:cs="Times New Roman"/>
        </w:rPr>
        <w:t>“Raha naseho taminao ny fahazavan’ny fahamarinana, ka nanambara ny Sabatan’ny didy fahefatra, ary naneho fa tsy misy fototra ao amin’ny Tenin’Andriamanitra ho amin’ny fitandremana ny Alahady, kanefa mbola mifikitra amin’ilay sabata sandoka ihany ianao, ka mandà tsy hanamasina ny Sabata izay antsoin’Andriamanitra hoe ‘androko masina,’ dia mandray ny mariky ny bibidia ianao. Rahoviana no mitranga izany?—Rehefa mankatò ilay didy ianao izay mandidy anao hitsahatra amin’ny asa amin’ny Alahady sy hivavaka amin’Andriamanitra, nefa fantatrao fa tsy misy teny iray ao amin’ny Baiboly mampiseho ny Alahady ho zavatra hafa ankoatra ny andro fiasana tsotra, dia manaiky handray ny mariky ny bibidia ianao, ary mandà ny tombo-kasen’Andriamanitra. Raha mandray izany marika izany eo amin’ny handrintsika na eo amin’ny tanantsika isika, dia tsy maintsy hihatra amintsika ny fitsarana voalaza hanjo ny tsy mankatò. Fa ny tombo-kasen’ilay Andriamanitra velona kosa dia apetraka amin’izay mitandrina amim-pieritreretana madio ny Sabatan’ny Tompo.” Review and Herald, 27 Aprily 1911.</w:t>
      </w:r>
    </w:p>
    <w:p>
      <w:pPr>
        <w:pStyle w:val="ArticleBody"/>
        <w:jc w:val="left"/>
      </w:pPr>
      <w:r>
        <w:rPr>
          <w:rFonts w:ascii="Times New Roman" w:hAnsi="Times New Roman" w:eastAsia="Times New Roman" w:cs="Times New Roman"/>
        </w:rPr>
        <w:t>Ny fiforonan’ny sarin’ilay bibidia tany Etazonia dia nanomboka ara-paminaniana tamin’ny 11 Septambra 2001. Misy vavolombelona ara-paminaniana maro manohana izany zava-misy izany. Hatramin’io fotoana io ka mandra-pahatongan’ilay lalàna Alahady izay efa antomotra, ny Advantista Mitandrina ny Andro Fahafito dia mamaritra ny anjarany mandrakizay, arakaraka ny handreseny amin’ny fitsapana ny sarin’ilay bibidia na ny tsy handreseny amin’izany fitsapana izany. Azoko ambara fa vitsy dia vitsy amin’ny Advantista Mitandrina ny Andro Fahafito no mahalala akory fa fitsapana ny sarin’ilay bibidia. Vitsy, raha misy aza, no mahalala ny fomba ahafahany ho fitsapana, ary mbola zava-dehibe kokoa noho izany, tsy fantatr’izy ireo izay takina mba handresena amin’ilay fitsapana. Tsaraina isika, tsy amin’ny fahazavana ananantsika ihany, fa amin’ny fahazavana izay mety ho azontsika koa, raha nampihatra ny tenantsika hahatakatra ny fitomboan’ny fahalalana isika. Noho izany, ny fahajambana laodiseana no fahajambana lehibe indrindra tao anatin’ny enina arivo taona nisian’ny ota.</w:t>
      </w:r>
    </w:p>
    <w:p>
      <w:pPr>
        <w:pStyle w:val="ArticleScripture"/>
        <w:jc w:val="left"/>
      </w:pPr>
      <w:r>
        <w:rPr>
          <w:rFonts w:ascii="Times New Roman" w:hAnsi="Times New Roman" w:eastAsia="Times New Roman" w:cs="Times New Roman"/>
        </w:rPr>
        <w:t>Ny oloko dia ringana noho ny tsy fahalalana; satria nolavinao ny fahalalana, dia holaviko kosa ianao, ka tsy ho mpisorona ho Ahy intsony ianao; ary satria hadinonao ny lalàn’Andriamanitrao, dia hohadinoiko kosa ny zanakao. Hosea 4:6.</w:t>
      </w:r>
    </w:p>
    <w:p>
      <w:pPr>
        <w:pStyle w:val="ArticleBody"/>
        <w:jc w:val="left"/>
      </w:pPr>
      <w:r>
        <w:rPr>
          <w:rFonts w:ascii="Times New Roman" w:hAnsi="Times New Roman" w:eastAsia="Times New Roman" w:cs="Times New Roman"/>
        </w:rPr>
        <w:t>Ny fitsapana momba ny fanorenana ny sarin’ny bibidia dia mifarana amin’ilay lalàna Alahady ho avy tsy ho ela, ary raha tsy efa nandalo izany fitsapana izany isika, dia handray ny mariky ny bibidia miaraka amin’ireo virijina adala Laodiseana hafa rehetra, izay nandà tsy hahazo ny diloilo. Tsy eto aho no hiaro ny antony ahatakarako fa ny fitsapana momba ny sarin’ny bibidia dia nanomboka tamin’ny 11 Septambra 2001, ary mifarana amin’ny lalàna Alahady. Mamaritra fotsiny ny lojika ara-paminaniana ilaina mba hahatakarana ny anjara asan’i Etazonia aho, araka ny amantarana azy ao amin’ny Apokalypsy toko fahatelo ambin’ny folo, aorian’ny andaniany ny lalàna Alahady. Ao amin’ny andininy faha-iraika ambin’ny folo, dia miteny tahaka ny dragona izy, ary manomboka eo dia zava-dehibe ny manaraka ny teny hoe “izy.” Ny sarin’ny bibidia izay terenin’i Etazonia hapetrak’izao tontolo izao amin’izany fotoana izany dia tsy ilay sarin’ny bibidia ao Etazonia, satria efa lasa any amin’ny lasa izany.</w:t>
      </w:r>
    </w:p>
    <w:p>
      <w:pPr>
        <w:pStyle w:val="ArticleScripture"/>
        <w:jc w:val="left"/>
      </w:pPr>
      <w:r>
        <w:rPr>
          <w:rFonts w:ascii="Times New Roman" w:hAnsi="Times New Roman" w:eastAsia="Times New Roman" w:cs="Times New Roman"/>
        </w:rPr>
        <w:t>Ary nahita bibidia iray koa aho niakatra avy tamin’ny tany; ary nanana tandroka roa tahaka ny zanak’ondry izy, nefa niteny tahaka ny dragona. Ary izy mampihatra ny fahefana rehetra an’ilay bibidia voalohany eo anatrehany, ka mampivavaka ny tany sy izay monina eo aminy amin’ilay bibidia voalohany, izay sitrana ny feriny nahafaty azy. Ary manao fahagagana lehibe izy, dia ny mampidina afo avy any an-danitra ho amin’ny tany eo imason’ny olona aza; ary mamitaka izay monina etỳ ambonin’ny tany amin’ny alalan’ireo fahagagana izay nomena azy hatao eo anatrehan’ilay bibidia; ka milaza amin’izay monina etỳ ambonin’ny tany mba hanao sarin’ilay bibidia izay voan’ny ratra tamin’ny sabatra, nefa velona ihany. Ary nomena azy ny hanome aina ny sarin’ilay bibidia, mba hiteny aza ny sarin’ilay bibidia, sady hampamono izay rehetra tsy mety miankohoka eo anoloan’ny sarin’ilay bibidia. Ary izy mampanao ny olona rehetra, na ny kely na ny lehibe, na ny manan-karena na ny malahelo, na ny afaka na ny andevo, handray marika eo amin’ny tànany ankavanana, na eo amin’ny handriny; ary mba tsy hisy hahazo hividy na hivarotra, afa-tsy izay manana ny marika, na ny anaran’ilay bibidia, na ny isan’ny anarany. Apokalypsy 13:11–17.</w:t>
      </w:r>
    </w:p>
    <w:p>
      <w:pPr>
        <w:pStyle w:val="ArticleBody"/>
        <w:jc w:val="left"/>
      </w:pPr>
      <w:r>
        <w:rPr>
          <w:rFonts w:ascii="Times New Roman" w:hAnsi="Times New Roman" w:eastAsia="Times New Roman" w:cs="Times New Roman"/>
        </w:rPr>
        <w:t>Ao anatin’ireo andininy fito ireo, ny teny hoe “izy” dia miseho in-valo. Isaky ny ampiasaina ny teny hoe “izy” dia miverina manondro ilay “izy” tany am-boalohany izany, dia ilay “niteny tahaka ny dragona,” tamin’ny lalàn’ny Alahady tany Etazonia. Ny fitsapana momba ny sarin’ny bibidia, izay na noresen’ny Advantista tany Etazonia na nahalavo azy, rehefa niteny tahaka ny dragona i Etazonia, dia haverina indray avy eo ho an’ny Advantista any amin’ireo firenena hafa maneran-tany, ary koa ho an’ireo zanak’Andriamanitra hafa izay mbola ao Babylona. Hotohizantsika ao amin’ny lahatsoratra manaraka ny fandinihantsika an’i Etazonia ao amin’ny Apokalypsy toko fahatelo ambin’ny folo, nefa aoka hampahatsiahiviko anareo ny antony andinihantsika izao fahamarinana izao amin’izao fotoana izao.</w:t>
      </w:r>
    </w:p>
    <w:p>
      <w:pPr>
        <w:pStyle w:val="ArticleBody"/>
        <w:jc w:val="left"/>
      </w:pPr>
      <w:r>
        <w:rPr>
          <w:rFonts w:ascii="Times New Roman" w:hAnsi="Times New Roman" w:eastAsia="Times New Roman" w:cs="Times New Roman"/>
        </w:rPr>
        <w:t>Ny ady izay nanomboka tamin’i Losifera tany amin’ny lanitra fahatelo dia tandindon’ilay ady izay manomboka ao amin’ny lanitra voalohany amin’ny lalàn’ny Alahady. Ny fifandraisana voahozongozon’ny dragona dia aseho ao amin’ireo ady roa ireo. Ny fisehoana maoderinan’ny fifandraisana voahozongozon’i Satana dia maneho ilay torimaso an-kafetsena toy ny fanatonan-tsaina izay ilentiky ny planeta tany ao amin’ny tantara aorian’ny lalàn’ny Alahady izay ho avy tsy ho ela. Izany fitaka izany dia tanterahina amin’ny alalan’ny fifehezan’ny tambajotra maneran-tany izay antsoina hoe “lalambe goavan’ny fampahalalana.” Ireo làlana samihafa amin’io “lalambe goavan’ny fampahalalana” io dia ara-tsosialy, ara-toekarena, ara-pivavahana, antsoina hoe siansa, fialamboly, ary ambonin’izany rehetra izany, ny làlan’ny fampitam-baovao.</w:t>
      </w:r>
    </w:p>
    <w:p>
      <w:pPr>
        <w:pStyle w:val="ArticleBody"/>
        <w:jc w:val="left"/>
      </w:pPr>
      <w:r>
        <w:rPr>
          <w:rFonts w:ascii="Times New Roman" w:hAnsi="Times New Roman" w:eastAsia="Times New Roman" w:cs="Times New Roman"/>
        </w:rPr>
        <w:t>Raha vantany vao ekena ny fahamarinana fa ny “information super highway” dia fisehoana maoderina amin’ireo fifandraisana mamimbon’i Satana mampiditra amin’ny toetry ny fanjohian-kevitra, ary koa ilay fanjohian-kevitra an-kafetsena izay nampiasain’i Satana tamin’ny adin’ny anjely tany amin’ny lanitra fahatelo, dia azontsika apetraka fa ny “information super highway” dia singa iray amin’ilay fizahan-toetra “farany” momba ny sarin’ny bibidia ho an’izao tontolo izao, izay mitranga aorian’ny lalàna Alahady. Ho mora amin’izay ny mahafantatra fa ilay fizahan-toetra “voalohany” momba ny sarin’ny bibidia ho an’i Etazonia dia tsy maintsy manana ireo fifandraisana mamimbon’i Satana efa simba mitovy amin’ny an’ny farany. Ny fijoroana vavolombelon’ny asan’i Satana tamin’ny fanimbana ny “information super highway” hatramin’ny lalàna Alahady ka hatramin’ny fifaranan’ny fotoam-pahasoavana dia manome ny porofo momba ny fomba nanatanterahana ny famonoana ireo tandroka roa dia ny Repoblikanisma sy ny sisa amin’ny Protestantisma marina teo amin’ilay bibidia avy amin’ny tany tamin’ny taona 2020. Ny “information super highway” no nanatanterahana izany, izay antsoin’i Jaona hoe “lalana” ao amin’ny Apokalypsy toko faha-11.</w:t>
      </w:r>
    </w:p>
    <w:p>
      <w:pPr>
        <w:pStyle w:val="ArticleBody"/>
        <w:jc w:val="left"/>
      </w:pPr>
      <w:r>
        <w:rPr>
          <w:rFonts w:ascii="Times New Roman" w:hAnsi="Times New Roman" w:eastAsia="Times New Roman" w:cs="Times New Roman"/>
        </w:rPr>
        <w:t>Ny fampahiratana ireo zava-misy ara-paminaniana ireo dia ampahany amin’izay takiana ho takatry ny olona izay mikasa handalo ny fitsapan’ny sarin’ilay bibidia, izay hitan’ilay mpaminanivavy mazava fa hatsangana alohan’ny hifaranan’ny fotoam-pahasoavana sy alohan’ny hanisy tombo-kase ny iray hetsy sy efatra alina sy efatra arivo.</w:t>
      </w:r>
    </w:p>
    <w:p>
      <w:pPr>
        <w:pStyle w:val="ArticleScripture"/>
        <w:jc w:val="left"/>
      </w:pPr>
      <w:r>
        <w:rPr>
          <w:rFonts w:ascii="Times New Roman" w:hAnsi="Times New Roman" w:eastAsia="Times New Roman" w:cs="Times New Roman"/>
        </w:rPr>
        <w:t>“Rehefa mivoaka ny didy ary apetaka ny tombo-kase, dia hitoetra ho madio sy tsy manan-tsiny mandrakizay ny toetrany.” Testimonies, boky faha-5,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Iraika Ambin’ny Folo</dc:title>
  <dc:subject>Ang Larawan ng Halimaw</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