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Fanambaràn’i Jesoa Kristy — Isa Telo ambin’ny Folo</w:t>
      </w:r>
    </w:p>
    <w:p>
      <w:pPr>
        <w:pStyle w:val="ArticleSubtitle"/>
        <w:jc w:val="left"/>
      </w:pPr>
      <w:r>
        <w:rPr>
          <w:rFonts w:ascii="Arial" w:hAnsi="Arial" w:eastAsia="Arial" w:cs="Arial"/>
        </w:rPr>
        <w:t>Ny Ady tany An-danitra sy ny Andro Farany: Fampiharihariana ny Tetiandro Ara-paminaniana avy ao amin’ny Apokalypsy 12 sy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Nofaritanay ny ady tany an-danitra voafaritra ao amin’ny toko faharoa ambin’ny folo ao amin’ny bokin’ny Apokalypsy isika. Amin’ny fampiasana ny fitsipiky ny toetran’i Kristy izay Alfa sy Omega, dia nanatona ny ady tany an-danitra ao amin’ny toko faharoa ambin’ny folo isika ho tandindon’ny ady tany an-danitra izay mitranga amin’ny “andro farany.” Ny fiteny hoe “andro farany” ao amin’ny Baiboly sy ny Fanahin’ny Faminaniana dia midika ny andro faran’ny fitsarana famotopotorana.</w:t>
      </w:r>
    </w:p>
    <w:p>
      <w:pPr>
        <w:pStyle w:val="ArticleBody"/>
        <w:jc w:val="left"/>
      </w:pPr>
      <w:r>
        <w:rPr>
          <w:rFonts w:ascii="Times New Roman" w:hAnsi="Times New Roman" w:eastAsia="Times New Roman" w:cs="Times New Roman"/>
        </w:rPr>
        <w:t>Noporofointsika ireo hery satanika telo ao amin’ny toko faha-roa ambin’ny folo sy faha-telo ambin’ny folo, tsy ho hery izay mahita ny fahatanterahany ao amin’ny tantara lasa, fa ho fahatanterahana maoderina an’ireo hery izay mitarika izao tontolo izao ho any Armagedona. Ny dragona ao amin’ny toko faha-roa ambin’ny folo dia ny Firenena Mikambana, ny fiangonana Katolika izay hatsangana indray amin’ny lalàn’ny Alahady any Etazonia, no ilay bibidia avy amin’ny ranomasina ao amin’ny toko faha-telo ambin’ny folo, ary ny bibidia avy amin’ny tany manana tandroka roa dia i Etazonia.</w:t>
      </w:r>
    </w:p>
    <w:p>
      <w:pPr>
        <w:pStyle w:val="ArticleBody"/>
        <w:jc w:val="left"/>
      </w:pPr>
      <w:r>
        <w:rPr>
          <w:rFonts w:ascii="Times New Roman" w:hAnsi="Times New Roman" w:eastAsia="Times New Roman" w:cs="Times New Roman"/>
        </w:rPr>
        <w:t>Izahay dia namantatra fa ilay ady izay fahazarana no fahatakarana azy ao amin’ny toko faha-roa ambin’ny folo ho toy ny fanehoana manokana ny fikomian’i Losifera tany an-danitra, dia maneho marina ady iray izay efa ho tonga hitranga any amin’ny lanitry ny tany, manomboka amin’ilay lalàna Alahady izay ho avy tsy ho ela any Etazonia. Nandany fotoana izahay namantarana fa misy fizotry ny fitsapana iray aseho ao amin’ny Apokalypsy telo ambin’ny folo, andininy faha-iraika ambin’ny folo ka hatramin’ny faha-fito ambin’ny folo, izay mahakasika ny fanekena ny fiforonan’ny sarin’ny bibidia. Ny sarin’ny bibidia dia maneho ny fampiraisana ny fiangonana sy ny fanjakana, ka ny fiangonana no mifehy izany fifandraisana izany. Rehefa ny fiangonana no mifehy, dia ampiasainy ny fanjakana hampiharana ny foto-pampianarany sy hanenjehana ireo izay faritany ho mpivadi-pinoana. Ny fizotry ny fitsapana maneran-tany mifandray amin’ny fiforonan’ny sarin’ny bibidia dia tanterahina voalohany ao Etazonia. Ny toetra ara-paminaniana momba ireo fizotry ny fitsapana roa ireo dia amin’ny ankapobeny mitovy ihany, na ao Etazonia izany na eo amin’izao tontolo izao.</w:t>
      </w:r>
    </w:p>
    <w:p>
      <w:pPr>
        <w:pStyle w:val="ArticleBody"/>
        <w:jc w:val="left"/>
      </w:pPr>
      <w:r>
        <w:rPr>
          <w:rFonts w:ascii="Times New Roman" w:hAnsi="Times New Roman" w:eastAsia="Times New Roman" w:cs="Times New Roman"/>
        </w:rPr>
        <w:t>Nasehonay ireo vanim-potoana roa mitovy, dia arivo sy roanjato sy enim-polo andro, izay nialoha sy nanaraka ny hazo fijaliana, ho vavolombelona faharoa manamarina ny famantarana ny fizotry ny fitsapana roa mifanesy momba ny sarin’ny bibidia amin’ny faran’izao tontolo izao. Ny fananganana ny sarin’ny bibidia any Etazonia eo anelanelan’ny 11 Septambra 2001 sy ny lalàna Alahady ho avy tsy ho ela, dia mialoha ny fananganana ny sarin’ny bibidia ao amin’ny Firenena Mikambana aorian’ilay lalàna Alahady ho avy tsy ho ela. Ny arivo sy roanjato sy enim-polo andro tamin’ny asa fanompoan’i Kristy hatramin’ny batisany ka hatramin’ny hazo fijaliana dia nialoha ny arivo sy roanjato sy enim-polo andro tamin’ny asa fanompoan’ny mpianany izay nanaraka ny hazo fijaliana. Ireo tsipika roa ireo, samy ahitana vanim-potoana roa izay maneho fitsapana mitovy isaky ny vanim-potoana, dia maneho ny lohahevitra momba ny sarin’i Kristy na ny sarin’ny antikristy.</w:t>
      </w:r>
    </w:p>
    <w:p>
      <w:pPr>
        <w:pStyle w:val="ArticleBody"/>
        <w:jc w:val="left"/>
      </w:pPr>
      <w:r>
        <w:rPr>
          <w:rFonts w:ascii="Times New Roman" w:hAnsi="Times New Roman" w:eastAsia="Times New Roman" w:cs="Times New Roman"/>
        </w:rPr>
        <w:t>Ny arivo sy roanjato sy enimpolo andro tamin’ny asa fanompoan’i Kristy, izay nifarana teo amin’ny hazo fijaliana, dia nanomboka tamin’ny nidinan’ny Fanahy Masina taminy tamin’ny batisany, ka nifanaraka amin’ilay anjely mahery ao amin’ny Apokalypsy toko fahavalo ambin’ny folo izay nidina tamin’ny 11 Septambra 2001.</w:t>
      </w:r>
    </w:p>
    <w:p>
      <w:pPr>
        <w:pStyle w:val="ArticleScripture"/>
        <w:jc w:val="left"/>
      </w:pPr>
      <w:r>
        <w:rPr>
          <w:rFonts w:ascii="Times New Roman" w:hAnsi="Times New Roman" w:eastAsia="Times New Roman" w:cs="Times New Roman"/>
        </w:rPr>
        <w:t>“Ankehitriny ve dia mipongatra ny teny nolazaiko fa i New York dia hofafan’ny onjan-dranomasina goavana? Tsy mbola nilaza izany mihitsy aho. Izaho dia nilaza hoe, raha nijery ireo trano lehibe natsangana tao aho, rihana mifandimby ambonin’ny rihana, hoe: ‘Endrey ny zava-niseho mampivarahontsana izay hitranga rehefa hitsangana Jehovah hampihorohoro mafy ny tany! Amin’izany no hahatanterahan’ny teny ao amin’ny Apokalypsy 18:1–3.’ Ny toko fahavalo ambin’ny folo manontolo ao amin’ny Apokalypsy dia fampitandremana ny amin’izay ho avy eto ambonin’ny tany. Kanefa tsy manana fahazavana manokana aho mikasika izay ho tonga amin’i New York, afa-tsy izao ihany: fantatro fa indray andro any dia haetry ny fiodinana sy ny fihodinana miverimberin’ny herin’Andriamanitra ireo trano lehibe any. Avy amin’ny fahazavana nomena ahy no ahafantarako fa misy fandringanana eo amin’izao tontolo izao. Teny iray avy amin’ny Tompo, fikasihan’ny heriny mahery iray monja, dia hirodana ireo rafitra goavana ireo. Hisy zava-niseho hitranga izay tsy azontsika saintsainina ny halehiben’ny mahatahotra azy.” Review and Herald, July 5, 1906.</w:t>
      </w:r>
    </w:p>
    <w:p>
      <w:pPr>
        <w:pStyle w:val="ArticleBody"/>
        <w:jc w:val="left"/>
      </w:pPr>
      <w:r>
        <w:rPr>
          <w:rFonts w:ascii="Times New Roman" w:hAnsi="Times New Roman" w:eastAsia="Times New Roman" w:cs="Times New Roman"/>
        </w:rPr>
        <w:t>Ny vanim-potoana arivo sy roanjato amby enim-polo andro teo amin’ny tantaran’i Kristy, izay nifarana teo amin’ny hazo fijaliana, dia maneho ny fe-potoana mifarana amin’ilay lalàn’ny Alahady izay ho avy tsy ho ela. Ny hazo fijaliana dia tandindon’ny lalàn’ny Alahady. Samy tandindon’ny fitsarana izy roa tonta. Samy maneho ny fahatongavan’ny fandringanana ara-pirenena ho an’ilay firenena izay isehoan’ny trangan’ny fitsarana izy roa tonta. Samy nitranga tao amin’ny tany be voninahitr’i Joda izy roa tonta. Tao amin’ny tantaran’i Kristy dia ny tany be voninahitra ara-bakiteny, dia i Joda, izany; ary amin’ny fotoanan’ny lalàn’ny Alahady kosa dia ny tany be voninahitra ara-panahy, dia i Joda, izany hoe Etazonia Amerikana. Teo amin’ny hazo fijaliana, Kristy dia nasandratra mba hisarihana ny olona rehetra ho eo Aminy.</w:t>
      </w:r>
    </w:p>
    <w:p>
      <w:pPr>
        <w:pStyle w:val="ArticleScripture"/>
        <w:jc w:val="left"/>
      </w:pPr>
      <w:r>
        <w:rPr>
          <w:rFonts w:ascii="Times New Roman" w:hAnsi="Times New Roman" w:eastAsia="Times New Roman" w:cs="Times New Roman"/>
        </w:rPr>
        <w:t>Ary Izaho, raha asandratra hiala amin’ny tany, dia hisarika ny olona rehetra hanatona Ahy. Izany no nolazainy mba hanambara izay fahafatesana hahafatesany. Jaona 12:32, 33.</w:t>
      </w:r>
    </w:p>
    <w:p>
      <w:pPr>
        <w:pStyle w:val="ArticleBody"/>
        <w:jc w:val="left"/>
      </w:pPr>
      <w:r>
        <w:rPr>
          <w:rFonts w:ascii="Times New Roman" w:hAnsi="Times New Roman" w:eastAsia="Times New Roman" w:cs="Times New Roman"/>
        </w:rPr>
        <w:t>Amin’ny lalàn’ny Alahady no anandratana ny fanevan’ny iray hetsy sy efatra arivo amby efatra alina mba hitaona ny olona rehetra ho amin’i Kristy.</w:t>
      </w:r>
    </w:p>
    <w:p>
      <w:pPr>
        <w:pStyle w:val="ArticleScripture"/>
        <w:jc w:val="left"/>
      </w:pPr>
      <w:r>
        <w:rPr>
          <w:rFonts w:ascii="Times New Roman" w:hAnsi="Times New Roman" w:eastAsia="Times New Roman" w:cs="Times New Roman"/>
        </w:rPr>
        <w:t>Ary hanandratra faneva ho amin’ny firenena any lavitra Izy, ary hisioka hiantso azy avy any amin’ny faran’ny tany; ary, indro, ho avy haingana dia haingana izy. Isaia 5:26.</w:t>
      </w:r>
    </w:p>
    <w:p>
      <w:pPr>
        <w:pStyle w:val="ArticleBody"/>
        <w:jc w:val="left"/>
      </w:pPr>
      <w:r>
        <w:rPr>
          <w:rFonts w:ascii="Times New Roman" w:hAnsi="Times New Roman" w:eastAsia="Times New Roman" w:cs="Times New Roman"/>
        </w:rPr>
        <w:t>Ny vanim-potoana roa amby enimpolo sy arivo andro ao amin’ny tantaran’i Kristy izay manaraka ny hazo fijaliana dia mifarana amin’ny ijoroan’i Mikaela tamin’ny fitoraham-bato an’i Stefana.</w:t>
      </w:r>
    </w:p>
    <w:p>
      <w:pPr>
        <w:pStyle w:val="ArticleScripture"/>
        <w:jc w:val="left"/>
      </w:pPr>
      <w:r>
        <w:rPr>
          <w:rFonts w:ascii="Times New Roman" w:hAnsi="Times New Roman" w:eastAsia="Times New Roman" w:cs="Times New Roman"/>
        </w:rPr>
        <w:t>Fa izy, feno ny Fanahy Masina, dia nibanjina mafy ny lanitra ka nahita ny voninahitr’Andriamanitra sy Jesosy nitsangana teo ankavanan’Andriamanitra; ary hoy izy: Indro, hitako misokatra ny lanitra, ary ny Zanak’olona mitsangana eo ankavanan’Andriamanitra. Asan’ny Apostoly 7:55, 56.</w:t>
      </w:r>
    </w:p>
    <w:p>
      <w:pPr>
        <w:pStyle w:val="ArticleBody"/>
        <w:jc w:val="left"/>
      </w:pPr>
      <w:r>
        <w:rPr>
          <w:rFonts w:ascii="Times New Roman" w:hAnsi="Times New Roman" w:eastAsia="Times New Roman" w:cs="Times New Roman"/>
        </w:rPr>
        <w:t>Ny efa-polo sy roa volana ara-pamantarana amin’ny fotoam-pitsapana mifandray amin’ilay sarin’ny bibidia farany dia mifarana amin’ny fitsanganan’i Mikaela ka manamarika ny fiafaran’ny fotoam-pitsaran’olon-tokana.</w:t>
      </w:r>
    </w:p>
    <w:p>
      <w:pPr>
        <w:pStyle w:val="ArticleScripture"/>
        <w:jc w:val="left"/>
      </w:pPr>
      <w:r>
        <w:rPr>
          <w:rFonts w:ascii="Times New Roman" w:hAnsi="Times New Roman" w:eastAsia="Times New Roman" w:cs="Times New Roman"/>
        </w:rPr>
        <w:t>Ary amin’izany andro izany dia hitsangana Mikaela, ilay andriana lehibe izay miaro ny zanaky ny firenenao; ary hisy andro fahoriana izay tsy mbola nisy toa azy hatrizay nisian’ny firenena ka mandraka izany andro izany; ary amin’izany andro izany dia hovonjena ny firenenao, dia izay rehetra hita voasoratra ao amin’ny boky. Daniela 12:1.</w:t>
      </w:r>
    </w:p>
    <w:p>
      <w:pPr>
        <w:pStyle w:val="ArticleBody"/>
        <w:jc w:val="left"/>
      </w:pPr>
      <w:r>
        <w:rPr>
          <w:rFonts w:ascii="Times New Roman" w:hAnsi="Times New Roman" w:eastAsia="Times New Roman" w:cs="Times New Roman"/>
        </w:rPr>
        <w:t>Ny tantara manontolon’ireo fizotry ny fizahan-toetra roa tonta mikasika ny sarin’ilay bibidia dia ahitana porofo ara-paminaniana anaty hafa koa. Raha takarina araka ny tokony ho izy izany—ary ekeko fa vitsy ny olona no mahatakatra io fahamarinana io—dia nanomboka tamin’ny 11 Septambra 2001 tao Etazonia ny fizotry ny fizahan-toetra momba ny sarin’ilay bibidia voalohany, tamin’ny fotoana nahatongavan’ny loza fahatelo teo amin’ny tantara. Ny lalàna alahady, izay ifaranan’io fizotry ny fizahan-toetra momba ny sarin’ilay bibidia voalohany io, no manamarika ny fahatongavan’ny loza fahatelo ho fitsarana manohitra an’i Etazonia noho ny fandraisana ny lalàna alahady. Amin’izany fotoana izany, ny fahatongavan’ny loza fahatelo dia manatanteraka ny fahatezeran’ireo firenena, ho fahatanterahan’ny Apokalypsy toko faha-iraika ambin’ny folo, andininy fahavalo ambin’ny folo, sy ny filazana voalohany ny anjara asan’ny finoana silamo amin’ny fampahatezerana ireo firenena ao amin’ny faminaniana ao amin’ny Baiboly.</w:t>
      </w:r>
    </w:p>
    <w:p>
      <w:pPr>
        <w:pStyle w:val="ArticleScripture"/>
        <w:jc w:val="left"/>
      </w:pPr>
      <w:r>
        <w:rPr>
          <w:rFonts w:ascii="Times New Roman" w:hAnsi="Times New Roman" w:eastAsia="Times New Roman" w:cs="Times New Roman"/>
        </w:rPr>
        <w:t>Ary izy ho lehilahy dia; ny tanany hanohitra ny olona rehetra, ary ny tanan’ny olona rehetra hanohitra azy; ary honina eo anatrehan’ny rahalahiny rehetra izy. Genesisy 16:12.</w:t>
      </w:r>
    </w:p>
    <w:p>
      <w:pPr>
        <w:pStyle w:val="ArticleBody"/>
        <w:jc w:val="left"/>
      </w:pPr>
      <w:r>
        <w:rPr>
          <w:rFonts w:ascii="Times New Roman" w:hAnsi="Times New Roman" w:eastAsia="Times New Roman" w:cs="Times New Roman"/>
        </w:rPr>
        <w:t>Ny lalàna alahady izay ho avy tsy ho ela no famaranana ny vanim-potoana fitsapana voalohany, sady fiandohan’ny vanim-potoana fitsapana farany koa. Ny vanim-potoana fitsapana farany dia mifarana rehefa mikatona ny fotoam-pahasoavan’ny olombelona, ary amin’izany fotoana izany ny rivotra efatra, izay tandindon’ny loza fahatelo, dia avoaka tanteraka.</w:t>
      </w:r>
    </w:p>
    <w:p>
      <w:pPr>
        <w:pStyle w:val="ArticleScripture"/>
        <w:jc w:val="left"/>
      </w:pPr>
      <w:r>
        <w:rPr>
          <w:rFonts w:ascii="Times New Roman" w:hAnsi="Times New Roman" w:eastAsia="Times New Roman" w:cs="Times New Roman"/>
        </w:rPr>
        <w:t>“Rehefa hitan’ny Mpamonjy tao amin’ny vahoaka jiosy ny firenena iray izay nisara-panambadiana tamin’Andriamanitra, dia hitany koa ny Fiangonana Kristiana izay milaza tena ho Azy nefa miray amin’izao tontolo izao sy amin’ny fahefana papaly. Ary tahaka ny nijoroany teo ambonin’i Oliveta, nitomany an’i Jerosalema mandra-pilentiky ny masoandro tany ambadiky ny havoana andrefana, no itomaniany sy italahoany amin’ny mpanota amin’izao fotoana farany izao. Tsy ho ela Izy dia hiteny amin’ireo anjely izay mihazona ny rivotra efatra hoe: ‘Vahao ny loza; aoka ny haizina sy ny fandringanana ary ny fahafatesana hihatra amin’ireo mpandika ny lalàko.’ Moa ve tsy maintsy holazainy amin’ireo izay nahazo fahazavana sy fahalalana be, tahaka ny nilazany tamin’ny Jiosy, hoe: ‘Raha fantatrao, dia ianao koa, farafaharatsiny amin’izao andronao izao, ny zavatra izay mitondra ho amin’ny fiadananao! fa ankehitriny dia takona eo imasonao izany’?” Review and Herald, 8 Oktobra 1901.</w:t>
      </w:r>
    </w:p>
    <w:p>
      <w:pPr>
        <w:pStyle w:val="ArticleBody"/>
        <w:jc w:val="left"/>
      </w:pPr>
      <w:r>
        <w:rPr>
          <w:rFonts w:ascii="Times New Roman" w:hAnsi="Times New Roman" w:eastAsia="Times New Roman" w:cs="Times New Roman"/>
        </w:rPr>
        <w:t>Ao amin’ny tantaran’i Kristy, ny famantarana voalohany amin’ny vanim-potoana voalohany misy arivo sy roanjato ary enim-polo andro dia nanomboka tamin’ny batisany, izay tandindon’ny fahafatesany sy ny fitsanganany tamin’ny maty. Nifarana tamin’ny fahafatesany sy ny fitsanganany tamin’ny maty izany vanim-potoana izany, izay sady nanomboka niaraka tamin’izay koa ny vanim-potoana farany misy arivo sy roanjato ary enim-polo andro. Nifarana tamin’ny fahafatesana sy ny fitsanganana tamin’ny maty nampanantenaina ho an’i Stefana izany vanim-potoana izany.</w:t>
      </w:r>
    </w:p>
    <w:p>
      <w:pPr>
        <w:pStyle w:val="ArticleBody"/>
        <w:jc w:val="left"/>
      </w:pPr>
      <w:r>
        <w:rPr>
          <w:rFonts w:ascii="Times New Roman" w:hAnsi="Times New Roman" w:eastAsia="Times New Roman" w:cs="Times New Roman"/>
        </w:rPr>
        <w:t>Ny tsipiky ny tantara izay maneho ny endrik’i Kristy dia manana rafitra ara-paminaniana mitovy tanteraka amin’ilay tsipiky ny tantara izay maneho ny endrik’ny antikristy.</w:t>
      </w:r>
    </w:p>
    <w:p>
      <w:pPr>
        <w:pStyle w:val="ArticleBody"/>
        <w:jc w:val="left"/>
      </w:pPr>
      <w:r>
        <w:rPr>
          <w:rFonts w:ascii="Times New Roman" w:hAnsi="Times New Roman" w:eastAsia="Times New Roman" w:cs="Times New Roman"/>
        </w:rPr>
        <w:t>Ao amin’ny Soratra Masina, Kristy no tena mpanjakan’ny avaratra, ary hatramin’izay no tanjon’i Satana ny hanongana sy hanahaka amin’ny hosoka ny fahefan’i Kristy amin’ny maha-mpanjaka Azy.</w:t>
      </w:r>
    </w:p>
    <w:p>
      <w:pPr>
        <w:pStyle w:val="ArticleScripture"/>
        <w:jc w:val="left"/>
      </w:pPr>
      <w:r>
        <w:rPr>
          <w:rFonts w:ascii="Times New Roman" w:hAnsi="Times New Roman" w:eastAsia="Times New Roman" w:cs="Times New Roman"/>
        </w:rPr>
        <w:t>Endrey! fa latsaka avy tany an-danitra ianao, ry Losifera, zanaky ny maraina! Endrey! fa voakapa ka lavo tamin’ny tany ianao, ilay nampahalemy ny firenena! Fa ianao efa nanao anakampo hoe: Hiakatra any an-danitra aho, hanandratra ny seza fiandrianako ho ambonin’ny kintan’Andriamanitra; ary hipetraka eo an-tendrombohitry ny fiangonana aho, any amin’ny farany avaratra; hiakatra ho ambonin’ny havoan’ny rahona aho; ho tahaka ny Avo Indrindra aho. Isaia 14:12–14.</w:t>
      </w:r>
    </w:p>
    <w:p>
      <w:pPr>
        <w:pStyle w:val="ArticleBody"/>
        <w:jc w:val="left"/>
      </w:pPr>
      <w:r>
        <w:rPr>
          <w:rFonts w:ascii="Times New Roman" w:hAnsi="Times New Roman" w:eastAsia="Times New Roman" w:cs="Times New Roman"/>
        </w:rPr>
        <w:t>Ny “lafin’ny avaratra” dia Jerosalema, tanànan’ilay Mpanjaka lehibe, izay misy ny fitoerany masina.</w:t>
      </w:r>
    </w:p>
    <w:p>
      <w:pPr>
        <w:pStyle w:val="ArticleScripture"/>
        <w:jc w:val="left"/>
      </w:pPr>
      <w:r>
        <w:rPr>
          <w:rFonts w:ascii="Times New Roman" w:hAnsi="Times New Roman" w:eastAsia="Times New Roman" w:cs="Times New Roman"/>
        </w:rPr>
        <w:t>Fihirana sy Salamo ho an’ny zanak’i Kora. Lehibe Jehovah, ary mendrika hoderaina indrindra ao amin’ny tanànan’Andriamanitsika, dia ao amin’ny tendrombohitry ny fahamasinany. Tsara tarehy noho ny fitoerany, fifalian’ny tany rehetra, ny tendrombohitra Ziona, eo amin’ny ilany avaratra, dia tanànan’ilay Mpanjaka lehibe. Salamo 48:1, 2.</w:t>
      </w:r>
    </w:p>
    <w:p>
      <w:pPr>
        <w:pStyle w:val="ArticleBody"/>
        <w:jc w:val="left"/>
      </w:pPr>
      <w:r>
        <w:rPr>
          <w:rFonts w:ascii="Times New Roman" w:hAnsi="Times New Roman" w:eastAsia="Times New Roman" w:cs="Times New Roman"/>
        </w:rPr>
        <w:t>Ao amin’ny Soratra Masina, ireo “mpanjakan’ny avaratra” eto an-tany dia aseho mandrakariva ho fahavalon’ny olon’Andriamanitra. Izy ireo dia maneho ny ezaka ataon’i Satana hanahaka sandoka ilay tena mpanjakan’ny avaratra, izay mipetraka eo ambonin’ny seza fiandrianany any Jerosalema, dia eo amin’ny faritra avaratra. Ilay tsipika izay maneho fizotry ny fitsapana roa momba ny sarin’ny bibidia, ka mifanitsy amin’ilay tsipika misy fizotry ny fitsapana roa momba ny sarin’i Kristy, dia manana vavolombelona fahatelo ao amin’ny lohahevitra momba ny ezaka ataon’i Satana ho mpanjakan’ny avaratra izay manjaka amin’ny olon’Andriamanitra.</w:t>
      </w:r>
    </w:p>
    <w:p>
      <w:pPr>
        <w:pStyle w:val="ArticleBody"/>
        <w:jc w:val="left"/>
      </w:pPr>
      <w:r>
        <w:rPr>
          <w:rFonts w:ascii="Times New Roman" w:hAnsi="Times New Roman" w:eastAsia="Times New Roman" w:cs="Times New Roman"/>
        </w:rPr>
        <w:t>Tamin’ny taona 723 tal. J.K., ny mpanjakan’ny avaratra, izay nasehon’i Asyria, dia nitondra ny fanjakana folo avaratr’i Isiraely ho amin’ny fanandevozana ho fanatanterahana ny “impito” ao amin’ny Levitikosy faha-26. Arivo sy roanjato ary enim-polo taona tatỳ aoriana, tamin’ny 538, ny mpanjakan’ny avaratra, izay naseho tamin’izany vanim-potoana ara-tantara izany tamin’i Roma mpanompo sampy ara-bakiteny, dia nanolotra ny seza fiandrianana tamin’i Roma papaly, izay avy eo dia tonga mpanjakan’ny avaratra ara-panahy nandritra ny arivo sy roanjato ary enim-polo taona hafa. Nifarana tamin’ny 1798 izany vanim-potoana faharoa naharitra arivo sy roanjato ary enim-polo taona izany, rehefa nahazo ratra mahafaty ny mpanjakan’ny avaratra romana ara-panahy. Rehefa nahazo ny ratra mahafaty azy ny fahefana papaly tamin’ny 1798, dia tandindon’ny famaranana ny fotoam-pitsapana ho an’ny olombelona izany, rehefa ilay fahefana papaly natsangana tamin’ny maty no tonga amin’ny farany, amin’ny farany indrindra sy mandrakizay, tsy misy hanampy azy.</w:t>
      </w:r>
    </w:p>
    <w:p>
      <w:pPr>
        <w:pStyle w:val="ArticleScripture"/>
        <w:jc w:val="left"/>
      </w:pPr>
      <w:r>
        <w:rPr>
          <w:rFonts w:ascii="Times New Roman" w:hAnsi="Times New Roman" w:eastAsia="Times New Roman" w:cs="Times New Roman"/>
        </w:rPr>
        <w:t>Ary hamboleny eo anelanelan’ny ranomasina sy ny tendrombohitra masin’ny voninahitra ny lain’ny lapan’andrianany; kanefa ho tonga amin’ny farany izy, ary tsy hisy hanampy azy. Ary amin’izany andro izany dia hitsangana Mikaela, ilay andriana lehibe izay miaro ny zanaky ny firenenao; ary hisy andro fahoriana izay tsy mbola nisy tahaka azy hatrizay nisian’ny firenena ka mandraka izany andro izany; ary amin’izany andro izany dia hovonjena ny firenenao, dia izay rehetra hita voasoratra ao amin’ny boky. Daniela 11:45, 12:1.</w:t>
      </w:r>
    </w:p>
    <w:p>
      <w:pPr>
        <w:pStyle w:val="ArticleBody"/>
        <w:jc w:val="left"/>
      </w:pPr>
      <w:r>
        <w:rPr>
          <w:rFonts w:ascii="Times New Roman" w:hAnsi="Times New Roman" w:eastAsia="Times New Roman" w:cs="Times New Roman"/>
        </w:rPr>
        <w:t>Ny “fotoana impito,” ao amin’ny Levitikosy enina amby roapolo, izay mitovy amin’ny roa arivo sy dimanjato amby roapolo taona, dia manondro an’i Asyria ho mpanjakan’ny avaratra tamin’ny 723 talohan’i K., ary amin’ny maha-mpanjakan’ny avaratra azy dia nandresy ny fanjakana “avaratra” an’i Isiraely fahiny izy. Hatramin’izany fotoana izany, ny fanompoan-tsampy, nanomboka tamin’i Asyria ka hatramin’i Roma mpanompo sampy, dia nanitsakitsaka ny vahoakan’Andriamanitra, dia ny “tafika” ao amin’ny Daniela 8:13, nandritra ny enina-polo amby roanjato sy arivo taona. Tamin’ny 538, ny mpanjakan’ny avaratra romana ara-bakiteny dia resin’ny mpanjakan’ny avaratra romana ara-panahy araka ny faminaniana, izay nanitsakitsaka an’i Isiraely ara-panahin’Andriamanitra nandritra ny enina-polo amby roanjato sy arivo taona hafa indray. Nifarana ilay vanim-potoana faharoa fanitsakitsahana tamin’ny nahazoan’ilay mpanjakan’ny avaratra romana ara-panahy ny ratra nahafaty azy tamin’ny 1798.</w:t>
      </w:r>
    </w:p>
    <w:p>
      <w:pPr>
        <w:pStyle w:val="ArticleBody"/>
        <w:jc w:val="left"/>
      </w:pPr>
      <w:r>
        <w:rPr>
          <w:rFonts w:ascii="Times New Roman" w:hAnsi="Times New Roman" w:eastAsia="Times New Roman" w:cs="Times New Roman"/>
        </w:rPr>
        <w:t>Ao amin’ny tsipika maneho ny sarin’i Kristy, ny teboka afovoany dia ny hazo fijaliana, izay amaritana ny fahafatesana. Ao amin’ireo vanim-potoana roa amin’ny fitsapana ny fananganana ny sarin’ilay bibidia, ny teboka afovoany dia ny fahafatesan’ilay bibidia avy amin’ny tany. Ao amin’ny tsipika maneho ilay mpanjakan’ny avaratra sandoka, ny teboka afovoany dia ny fahafatesan’ilay mpanjakan’ny avaratra romana ara-bakiteny.</w:t>
      </w:r>
    </w:p>
    <w:p>
      <w:pPr>
        <w:pStyle w:val="ArticleBody"/>
        <w:jc w:val="left"/>
      </w:pPr>
      <w:r>
        <w:rPr>
          <w:rFonts w:ascii="Times New Roman" w:hAnsi="Times New Roman" w:eastAsia="Times New Roman" w:cs="Times New Roman"/>
        </w:rPr>
        <w:t>Ireo tsipika ireo dia maneho vavolombelona ara-Baiboly telo, izay samy ahitana fe-potoana roa mifanesy ao anatin’ny fe-potoana iray. Ny teboka afovoany tsirairay dia voamariky ny fahafatesana ara-batana, na ny fahafatesan’ny fanjakana iray ao amin’ny faminaniana ara-Baiboly. Tamin’i Kristy, ny teboka afovoany dia ny fahafatesany sy ny fitsanganany tamin’ny maty. Amin’ny sary an’ilay bibidia, ny teboka afovoany dia ny fahafatesan’ilay bibidia avy amin’ny tany, dia ny fanjakana fahenina ao amin’ny faminaniana ara-Baiboly, amin’ny lalàna alahady. Amin’ny tsipikan’ilay mpanjakan’ny avaratra sandoka, ny teboka afovoany dia maneho ny fahafatesan’ilay mpanjakan’ny avaratra romana ara-bakiteny, dia ny fanjakana fahefatra ao amin’ny faminaniana ara-Baiboly.</w:t>
      </w:r>
    </w:p>
    <w:p>
      <w:pPr>
        <w:pStyle w:val="ArticleBody"/>
        <w:jc w:val="left"/>
      </w:pPr>
      <w:r>
        <w:rPr>
          <w:rFonts w:ascii="Times New Roman" w:hAnsi="Times New Roman" w:eastAsia="Times New Roman" w:cs="Times New Roman"/>
        </w:rPr>
        <w:t>Ireo vavolombelon’ny Apokalypsy toko fahiraika ambin’ny folo, araka ny nolazain-dRahavavy White ao amin’ny The Great Controversy, dia maneho ny Tenin’Andriamanitra. Kristy no Tenin’Andriamanitra. Nomena hery haminany nandritra ny arivo sy roanjato sy enim-polo andro ireo vavolombelona roa ireo, sady nitafy lamba fisaonana. Avy eo dia novonoina teny an-dalambe izy ireo, ary tsy nitsangana nandritra ny telo andro sy tapany. Ny hoe “arivo sy roanjato sy enim-polo andro” sy ny hoe “telo andro sy tapany” dia samy tandindon’ny vanim-potoanan’ny efitra naharitra arivo sy roanjato sy enim-polo taona. Nanomboka tamin’ny fanomezana hery izany, ka naminany izy ireo sady nitafy lamba fisaonana, ary nifarana tamin’ny fahafatesana. Avy eo, nandritra io fe-potoana ara-paminaniana io ihany, dia nangina izy ireo sady nitafy fahafatesana, mandra-pananganana azy indray mba haneho ny fampitandremana ataon’ny anjely fahatelo, izay manambara ny famaranana ny fotoam-pahasoavana.</w:t>
      </w:r>
    </w:p>
    <w:p>
      <w:pPr>
        <w:pStyle w:val="ArticleBody"/>
        <w:jc w:val="left"/>
      </w:pPr>
      <w:r>
        <w:rPr>
          <w:rFonts w:ascii="Times New Roman" w:hAnsi="Times New Roman" w:eastAsia="Times New Roman" w:cs="Times New Roman"/>
        </w:rPr>
        <w:t>Ireo tsipika ara-paminaniana efatra ireo dia mitovy amin’ny vavolombelona efatra. Mitovy tanteraka ny rafitra ara-paminaniana ananan’ny tsirairay amin’ireo vavolombelona efatra. Ny fe-potoana ara-potoana ao amin’ireo vanim-potoana valo tsirairay avy, ankoatra ny vanim-potoana manomboka amin’ny 11 Septambra 2001 ka hatramin’ny lalàn’ny Alahady izay ho avy tsy ho ela, izay hita ao amin’ireo tsipika efatra, dia mitovy ara-paminaniana. Ny teboka afovoany rehetra dia maneho karazam-pahafatesana iray. Ny roa amin’ireo tsipika ireo dia miresaka an’i Kristy, na amin’ny maha-endriny Azy, na amin’ny maha-Tenin’Andriamanitra Azy. Ny roa hafa kosa dia maneho ny antikristy, na amin’ny faniriany haka tahaka an’i Kristy amin’ny maha-mpanjakan’ny avaratra azy, na amin’ny fanahafany ny rafitry ny fitondran’i Kristy.</w:t>
      </w:r>
    </w:p>
    <w:p>
      <w:pPr>
        <w:pStyle w:val="ArticleBody"/>
        <w:jc w:val="left"/>
      </w:pPr>
      <w:r>
        <w:rPr>
          <w:rFonts w:ascii="Times New Roman" w:hAnsi="Times New Roman" w:eastAsia="Times New Roman" w:cs="Times New Roman"/>
        </w:rPr>
        <w:t>Hiezaka izahay hampifandray ny iray hetsy sy efatra arivo amby efatra alina amin’ilay ady any amin’ny lanitra voalohany ao amin’ny lahatsoratra manaraka. Ry mpamaky malala, na mpihaino: na mandà tsy hahita ireo fahamarinana ireo ianao, na mahita azy kosa, dia tsy maintsy asongadina fa ny fampahalalana atolotra ao anatin’ireo lahatsoratra rehetra ireo dia fantarina, ary avy eo tohanana sy aorina mafy, amin’ny alalan’ny fampiharana ilay fitsipika mampiasa ny fiandohan-javatra iray mba hamantarana ny fiafaran-javatra iray. Izany no famantarana ara-paminaniana an’i Alfa sy Omega, ary singa lehibe ao amin’ny Fanambaran’i Jesosy Kristy izay esorina tombo-kase ankehitriny.</w:t>
      </w:r>
    </w:p>
    <w:p>
      <w:pPr>
        <w:pStyle w:val="ArticleScripture"/>
        <w:jc w:val="left"/>
      </w:pPr>
      <w:r>
        <w:rPr>
          <w:rFonts w:ascii="Times New Roman" w:hAnsi="Times New Roman" w:eastAsia="Times New Roman" w:cs="Times New Roman"/>
        </w:rPr>
        <w:t>Ny zavatra miafina dia an’i Jehovah Andriamanitsika; fa izay zavatra efa nambara kosa dia antsika sy ny zanatsika mandrakizay, mba hankatoavantsika ny teny rehetra amin’ity lalàna ity. Deoteronomia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Fanambaràn’i Jesoa Kristy — Isa Telo ambin’ny Folo</dc:title>
  <dc:subject>Ny Ady tany An-danitra sy ny Andro Farany: Fampiharihariana ny Tetiandro Ara-paminaniana avy ao amin’ny Apokalypsy 12 sy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