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നാല്പതാമത്തെ വചനത്തിന്റെ ഗൂഢചരിത്രം - ഇരുപത്തഞ്ചാം സംഖ്യ</w:t>
      </w:r>
    </w:p>
    <w:p>
      <w:pPr>
        <w:pStyle w:val="ArticleSubtitle"/>
        <w:jc w:val="left"/>
      </w:pPr>
      <w:r>
        <w:rPr>
          <w:rFonts w:ascii="Nirmala UI" w:hAnsi="Nirmala UI" w:eastAsia="Nirmala UI" w:cs="Nirmala UI"/>
        </w:rPr>
        <w:t>യേഹെസ്കേൽ സംഖ്യ ആറു</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2026-08-11</w:t>
      </w:r>
    </w:p>
    <w:p>
      <w:pPr>
        <w:pStyle w:val="ArticleBody"/>
        <w:jc w:val="left"/>
      </w:pPr>
      <w:r>
        <w:rPr>
          <w:rFonts w:ascii="Nirmala UI" w:hAnsi="Nirmala UI" w:eastAsia="Nirmala UI" w:cs="Nirmala UI"/>
        </w:rPr>
        <w:t>യെഹെസ്കേൽ, യെശയ്യാവു, യോഹന്നാൻ എന്നിവർ വിശുദ്ധാലയത്തിൽ അനുഭവിച്ച അനുഭവവുമായി ബന്ധപ്പെട്ട സത്യത്തിന്റെ വിവിധ വശങ്ങൾ അവതരിപ്പിക്കുന്ന ടെസ്റ്റിമോണീസിലെ ഒരു ഭാഗത്തിൽ നിന്നാണ് ഞാൻ എടുത്തുകൊണ്ടിരിക്കുന്നത്. വെളിപ്പാടു ഒന്നാം അധ്യായത്തിൽ യോഹന്നാൻ തന്റെ പിന്നിൽ ഉണ്ടായിരുന്ന ശബ്ദത്തെ കാണുവാൻ തിരിഞ്ഞു.</w:t>
      </w:r>
    </w:p>
    <w:p>
      <w:pPr>
        <w:pStyle w:val="ArticleScripture"/>
        <w:jc w:val="left"/>
      </w:pPr>
      <w:r>
        <w:rPr>
          <w:rFonts w:ascii="Nirmala UI" w:hAnsi="Nirmala UI" w:eastAsia="Nirmala UI" w:cs="Nirmala UI"/>
        </w:rPr>
        <w:t>കർത്താവിന്റെ ദിവസത്തിൽ ഞാൻ ആത്മാവിൽ ആയിരുന്നു; അപ്പോൾ എന്റെ പിന്നിൽ കാഹളനാദംപോലെ മഹത്തായൊരു ശബ്ദം ഞാൻ കേട്ടു; അത് ഇപ്രകാരം പറഞ്ഞു: ഞാൻ ആൽഫയും ഒമേഗയും ആകുന്നു, ആദ്യനും അന്തിമനും; നീ കാണുന്നതു ഒരു പുസ്തകത്തിൽ എഴുതുക, അത് ആസ്യയിലെ ഏഴു സഭകൾക്കു അയയ്ക്കുക; എഫെസൊസിലേക്കും, സ്മൂർണയിലേക്കും, പെർഗമൊസിലേക്കും, ത്യാതിരയിലേക്കും, സർദീസിലേക്കും, ഫിലദെൽഫിയായിലേക്കും, ലവൊദിക്യായിലേക്കും. എന്നോടു സംസാരിച്ച ശബ്ദം കാണേണ്ടതിന്നു ഞാൻ തിരിഞ്ഞു. ഞാൻ തിരിഞ്ഞപ്പോൾ ഏഴു പൊൻനിലവിളക്കുകൾ ഞാൻ കണ്ടു. വെളിപ്പാടു 1:10–12.</w:t>
      </w:r>
    </w:p>
    <w:p>
      <w:pPr>
        <w:pStyle w:val="ArticleBody"/>
        <w:jc w:val="left"/>
      </w:pPr>
      <w:r>
        <w:rPr>
          <w:rFonts w:ascii="Nirmala UI" w:hAnsi="Nirmala UI" w:eastAsia="Nirmala UI" w:cs="Nirmala UI"/>
        </w:rPr>
        <w:t>പാത്മൊസ് ദ്വീപിൽനിന്നും പിന്നെ യോഹന്നാൻ ക്രിസ്തുവിന്റെ ദർശനം കാണുന്ന സ്വർഗ്ഗീയ വിശുദ്ധമന്ദിരത്തിലേക്കും — സിസ്റ്റർ വൈറ്റ് നമ്മെ അറിയിക്കുന്നതു പോലെ — അത് തന്നെയാണ് ദാനീയേൽ തന്റെ പുസ്തകത്തിലെ പത്താം അധ്യായത്തിൽ കണ്ട ദർശനം.</w:t>
      </w:r>
    </w:p>
    <w:p>
      <w:pPr>
        <w:pStyle w:val="ArticleScripture"/>
        <w:jc w:val="left"/>
      </w:pPr>
      <w:r>
        <w:rPr>
          <w:rFonts w:ascii="Nirmala UI" w:hAnsi="Nirmala UI" w:eastAsia="Nirmala UI" w:cs="Nirmala UI"/>
        </w:rPr>
        <w:t>“‘ആ ദിവസങ്ങളിൽ ഞാൻ ദാനീയേൽ മൂന്നു പൂർണ്ണ ആഴ്ചകൾ ദുഃഖത്തിലായിരുന്നു. രുചിയുള്ള അപ്പം ഞാൻ തിന്നില്ല; മാംസവും വീഞ്ഞും എന്റെ വായിൽ കടന്നില്ല; ഞാൻ എന്നെത്തന്നെ ഒട്ടും അഭിഷേകം ചെയ്തതുമില്ല.... പിന്നെ ഞാൻ എന്റെ കണ്ണുകൾ ഉയർത്തി നോക്കി; ഇതാ, ശണവസ്ത്രം ധരിച്ചിരുന്ന ഒരു പുരുഷൻ; അവന്റെ അരയിൽ ഊഫാസിലെ ശുദ്ധസ്വർണം കെട്ടിയിരുന്നു. അവന്റെ ദേഹം ഗോമേദകക്കല്ലുപോലെയും, അവന്റെ മുഖം മിന്നലിന്റെ പ്രത്യക്ഷതപോലെയും, അവന്റെ കണ്ണുകൾ അഗ്നിദീപങ്ങൾപോലെയും, അവന്റെ ഭുജങ്ങളും കാലുകളും മിനുക്കിയ താമ്രത്തിന്റെ വർണ്ണംപോലെയും ആയിരുന്നു; അവന്റെ വചനങ്ങളുടെ ശബ്ദം ഒരു മഹാസമൂഹത്തിന്റെ ശബ്ദംപോലെയും ആയിരുന്നു’ (ദാനീയേൽ 10:2–6).”</w:t>
      </w:r>
    </w:p>
    <w:p>
      <w:pPr>
        <w:pStyle w:val="ArticleScripture"/>
        <w:jc w:val="left"/>
      </w:pPr>
      <w:r>
        <w:rPr>
          <w:rFonts w:ascii="Nirmala UI" w:hAnsi="Nirmala UI" w:eastAsia="Nirmala UI" w:cs="Nirmala UI"/>
        </w:rPr>
        <w:t>പത്‌മോസ് ദ്വീപിൽ ക്രിസ്തു യോഹന്നാനോടു വെളിപ്പെട്ടപ്പോൾ യോഹന്നാൻ നൽകിയ വിവരണത്തോടു ഈ വിവരണം സാമ്യമുള്ളതാണ്. ദൈവപുത്രനെക്കാൾ താഴ്ന്നവനായ ഒരാളുമല്ല ദാനിയേലിനോടു പ്രത്യക്ഷപ്പെട്ടത്. അന്ത്യദിവസങ്ങളിൽ എന്തു സംഭവിക്കുമെന്നു ദാനിയേലിനെ പഠിപ്പിക്കേണ്ടതിന്നു നമ്മുടെ കർത്താവു മറ്റൊരു സ്വർഗ്ഗീയ ദൂതനോടുകൂടെ വരുന്നു.” Sanctified Life, 49.</w:t>
      </w:r>
    </w:p>
    <w:p>
      <w:pPr>
        <w:pStyle w:val="ArticleBody"/>
        <w:jc w:val="left"/>
      </w:pPr>
      <w:r>
        <w:rPr>
          <w:rFonts w:ascii="Nirmala UI" w:hAnsi="Nirmala UI" w:eastAsia="Nirmala UI" w:cs="Nirmala UI"/>
        </w:rPr>
        <w:t>ആദ്യ ഒമ്പത് വാക്യങ്ങൾ മനുഷ്യരുടെ കൃപാവസരത്തിന്റെ സമാപനത്തിന് തൊട്ടുമുമ്പ് യേശുക്രിസ്തുവിന്റെ വെളിപ്പാട് എങ്ങനെ മുദ്രവിമോചിതമാകുന്നു എന്നു വ്യക്തമാക്കുന്നു. ആ വെളിപ്പാട് ദൈവം യേശുവിന് നൽകി; യേശു അത് ഗബ്രിയേലിന് നൽകി; ഗബ്രിയേൽ അത് യോഹന്നാനു നൽകി, യോഹന്നാൻ ആ സന്ദേശം ഏഴ് സഭകൾക്കു അയക്കേണ്ടതിന്നു ഒരു ദൗത്യം ലഭിച്ചു. യെശയ്യാവിന്നും ആറാം അധ്യായത്തിൽ ഇതേ കാര്യം ചെയ്യുവാനുള്ള ദൗത്യം ലഭിച്ചു; യെഹെസ്കേലിന്നും രണ്ടും മൂന്നും അധ്യായങ്ങളിൽ അതേ കല്പന ലഭിച്ചു. യോഹന്നാൻ തന്റെ ദൗത്യം സ്വീകരിക്കുമ്പോൾ തടവുകാരനായിരുന്നു; യെഹെസ്കേലും ദാനീയേലും ബാബേലിൽ പ്രവാസികളായിരുന്നു; യെശയ്യാവോ യെഹൂദയുടെ ദുഷ്ടരാജാവായ ആഹാസിന്റെ ചരിത്രകാലത്ത് ജീവിച്ചുകൊണ്ടിരുന്നു.</w:t>
      </w:r>
    </w:p>
    <w:p>
      <w:pPr>
        <w:pStyle w:val="ArticleScripture"/>
        <w:jc w:val="left"/>
      </w:pPr>
      <w:r>
        <w:rPr>
          <w:rFonts w:ascii="Nirmala UI" w:hAnsi="Nirmala UI" w:eastAsia="Nirmala UI" w:cs="Nirmala UI"/>
        </w:rPr>
        <w:t>“ചക്രങ്ങൾക്കുള്ളിൽ ചക്രങ്ങൾ ഉണ്ടായിരുന്നു; അത്ര സങ്കീർണ്ണമായ ക്രമീകരണത്തിലായിരുന്നു അവ, ആദ്യദൃഷ്ടിയിൽ അവയെല്ലാം യെഹേസ്കേലിന് പൂർണ്ണ കലക്കത്തിലായിരിക്കുന്നതുപോലെ തോന്നി. എന്നാൽ അവ സഞ്ചരിക്കുമ്പോൾ, അതു അത്യന്തം മനോഹരമായ കൃത്യതയോടും സമ്പൂർണ്ണ ഐക്യത്തോടും കൂടിയായിരുന്നു. സ്വർഗ്ഗീയ ജീവികൾ ഈ ചക്രങ്ങളെ പ്രേരിപ്പിച്ചുകൊണ്ടിരുന്നു; എല്ലാറ്റിനുമുപരി മഹത്വമുള്ള നീലമണിസിംഹാസനത്തിന്മേൽ നിത്യനായവൻ ഇരുന്നുകൊണ്ടിരുന്നു; സിംഹാസനത്തെ ചുറ്റി കൃപയുടെയും സ്നേഹത്തിന്റെയും പ്രതീകമായ വലയുന്ന മഴവില്ലും ഉണ്ടായിരുന്നു. ആ ദൃശ്യത്തിന്റെ ഭയങ്കര മഹത്വത്താൽ കീഴടക്കപ്പെട്ട യെഹേസ്കേൽ സാഷ്ടാംഗം വീണു; അപ്പോൾ ഒരു ശബ്ദം അവനോട് എഴുന്നേറ്റുനിന്ന് യഹോവയുടെ വചനം കേൾക്കുവാൻ കല്പിച്ചു. പിന്നെ യിസ്രായേലിന്നായി അവന്നു ഒരു മുന്നറിയിപ്പിന്റെ സന്ദേശം കൊടുക്കപ്പെട്ടു.” Testimonies, 751.</w:t>
      </w:r>
    </w:p>
    <w:p>
      <w:pPr>
        <w:pStyle w:val="ArticleScripture"/>
        <w:jc w:val="left"/>
      </w:pPr>
      <w:r>
        <w:rPr>
          <w:rFonts w:ascii="Nirmala UI" w:hAnsi="Nirmala UI" w:eastAsia="Nirmala UI" w:cs="Nirmala UI"/>
        </w:rPr>
        <w:t>അപ്പോൾ ഞാൻ കർത്താവിന്റെ ശബ്ദം കേട്ടു: ഞാൻ ആരെ അയക്കും? ഞങ്ങൾക്കായി ആർ പോകും? അപ്പോൾ ഞാൻ പറഞ്ഞു: ഇതാ ഞാൻ; എന്നെ അയക്കണമേ. യെശയ്യാവു 6:8.</w:t>
      </w:r>
    </w:p>
    <w:p>
      <w:pPr>
        <w:pStyle w:val="ArticleScripture"/>
        <w:jc w:val="left"/>
      </w:pPr>
      <w:r>
        <w:rPr>
          <w:rFonts w:ascii="Nirmala UI" w:hAnsi="Nirmala UI" w:eastAsia="Nirmala UI" w:cs="Nirmala UI"/>
        </w:rPr>
        <w:t>“ഈ ദർശനം എസെക്കീയേലിന്നു ലഭിച്ചതു, അവന്റെ മനസ്സ് ഇരുണ്ട മുൻകൂട്ടിയുള്ള ആശങ്കകളാൽ നിറഞ്ഞിരുന്ന ഒരു സമയത്തായിരുന്നു. തന്റെ പിതാക്കന്മാരുടെ ദേശം ശൂന്യമായി കിടക്കുന്നതു അവൻ കണ്ടു...”</w:t>
      </w:r>
    </w:p>
    <w:p>
      <w:pPr>
        <w:pStyle w:val="ArticleScripture"/>
        <w:jc w:val="left"/>
      </w:pPr>
      <w:r>
        <w:rPr>
          <w:rFonts w:ascii="Nirmala UI" w:hAnsi="Nirmala UI" w:eastAsia="Nirmala UI" w:cs="Nirmala UI"/>
        </w:rPr>
        <w:t>“അതുപോലെ തന്നേ, ദൈവം വരുംകാലങ്ങളിലേക്കുള്ള സഭയുടെ ചരിത്രം പ്രിയശിഷ്യനായ യോഹന്നാനു വെളിപ്പെടുത്തുവാൻ ഒരുങ്ങിയപ്പോൾ, ‘മനുഷ്യപുത്രനെപ്പോലെയുള്ള ഒരുത്തനെ’ ദീപസ്തംഭങ്ങൾക്കിടയിൽ നടന്നു കൊണ്ടിരിക്കുന്നവനായി അവന്നു വെളിപ്പെടുത്തിക്കൊണ്ട്, തന്റെ ജനത്തോടുള്ള രക്ഷിതാവിന്റെ താൽപര്യവും കരുതലും അവന്നു ഉറപ്പുനൽകി; ആ ദീപസ്തംഭങ്ങൾ ഏഴ് സഭകളെ പ്രതീകീകരിച്ചതായിരുന്നു. …”</w:t>
      </w:r>
    </w:p>
    <w:p>
      <w:pPr>
        <w:pStyle w:val="ArticleScripture"/>
        <w:jc w:val="left"/>
      </w:pPr>
      <w:r>
        <w:rPr>
          <w:rFonts w:ascii="Nirmala UI" w:hAnsi="Nirmala UI" w:eastAsia="Nirmala UI" w:cs="Nirmala UI"/>
        </w:rPr>
        <w:t>“ഈ പാഠങ്ങൾ നമ്മുടെ പ്രയോജനത്തിനായുള്ളവയാണ്. ദൈവത്തിൽ നമ്മുടെ വിശ്വാസം സ്ഥിരമായി നിർത്തേണ്ടതുണ്ട്; കാരണം, മനുഷ്യരുടെ ആത്മാക്കളെ പരീക്ഷിക്കുന്ന ഒരു കാലം നമ്മുടെ മുമ്പിൽ തന്നെയുണ്ട്. …”</w:t>
      </w:r>
    </w:p>
    <w:p>
      <w:pPr>
        <w:pStyle w:val="ArticleScripture"/>
        <w:jc w:val="left"/>
      </w:pPr>
      <w:r>
        <w:rPr>
          <w:rFonts w:ascii="Nirmala UI" w:hAnsi="Nirmala UI" w:eastAsia="Nirmala UI" w:cs="Nirmala UI"/>
        </w:rPr>
        <w:t>“നാം മഹത്തായും ഗൗരവമേറിയുമായ സംഭവങ്ങളുടെ കവാടത്തിൽ നിൽക്കുന്നു. പ്രവചനം അതിവേഗം നിവൃത്തിയിലേക്കു നീങ്ങുന്നു. കർത്താവ് വാതിലിന്നരികെയുണ്ട്. ജീവനുള്ള എല്ലാവർക്കും അതിയായ പ്രാധാന്യമുള്ള ഒരു കാലഘട്ടം ഉടൻ നമ്മുടെ മുമ്പിൽ തുറക്കപ്പെടാനിരിക്കektedir. ഭൂതകാലത്തിലെ വിവാദങ്ങൾ വീണ്ടും ഉണർത്തപ്പെടും; പുതിയ വിവാദങ്ങൾ ഉദിക്കും. നമ്മുടെ ലോകത്തിൽ അരങ്ങേറാനിരിക്കുന്ന ദൃശ്യങ്ങൾ ഇതുവരെ സ്വപ്നത്തിലുപോലും കണക്കാക്കപ്പെട്ടിട്ടില്ല. സാത്താൻ മാനുഷിക ഏജൻസികളിലൂടെ പ്രവർത്തിച്ചുകൊണ്ടിരിക്കുന്നു. ഭരണഘടന മാറ്റുകയും ഞായറാഴ്ചാചരണം നിർബന്ധിതമാക്കുന്ന ഒരു നിയമം ഉറപ്പാക്കുകയും ചെയ്യാനുള്ള ശ്രമം നടത്തുന്നവർ അതിന്റെ ഫലം എന്തായിരിക്കുമെന്നതു വളരെ കുറച്ചേ മനസ്സിലാക്കുന്നുള്ളു. ഒരു പ്രതിസന്ധി തികച്ചും നമ്മുടെ മേൽ എത്തിയിരിക്കുന്നു.”</w:t>
      </w:r>
    </w:p>
    <w:p>
      <w:pPr>
        <w:pStyle w:val="ArticleScripture"/>
        <w:jc w:val="left"/>
      </w:pPr>
      <w:r>
        <w:rPr>
          <w:rFonts w:ascii="Nirmala UI" w:hAnsi="Nirmala UI" w:eastAsia="Nirmala UI" w:cs="Nirmala UI"/>
        </w:rPr>
        <w:t>“എന്നാൽ ഈ മഹാസങ്കടസമയത്തിൽ ദൈവത്തിന്റെ ദാസന്മാർ തങ്ങളിലേക്കു തന്നേ ആശ്രയിക്കരുത്. യെശയ്യാവിന്നും യെഹെസ്കേലിന്നും യോഹന്നാനും ലഭിച്ച ദർശനങ്ങളിൽ, ഭൂമിയിൽ സംഭവിച്ചുകൊണ്ടിരിക്കുന്ന സംഭവങ്ങളോടു സ്വർഗം എത്ര അടുപ്പത്തോടെ ബന്ധപ്പെട്ടിരിക്കുന്നു എന്നും തനിക്കു വിശ്വസ്തരായിരിക്കുന്നവർക്കായി ദൈവത്തിന്റെ കരുതൽ എത്ര മഹത്തായതാണ് എന്നും നാം കാണുന്നു. ലോകം ഒരു ഭരണാധികാരിയില്ലാതെ ഇല്ല. വരാനിരിക്കുന്ന സംഭവങ്ങളുടെ ക്രമീകരണം കർത്താവിന്റെ കരങ്ങളിൽ ആകുന്നു. സ്വർഗ്ഗമഹിമയുടെ മഹത്വസ്വരൂപൻ തന്റെ സഭയുടെ കാര്യങ്ങൾ മാത്രമല്ല, ജാതികളുടെ വിധിയും സ്വന്തം ചുമതലയായി വഹിക്കുന്നു. …”</w:t>
      </w:r>
    </w:p>
    <w:p>
      <w:pPr>
        <w:pStyle w:val="ArticleScripture"/>
        <w:jc w:val="left"/>
      </w:pPr>
      <w:r>
        <w:rPr>
          <w:rFonts w:ascii="Nirmala UI" w:hAnsi="Nirmala UI" w:eastAsia="Nirmala UI" w:cs="Nirmala UI"/>
        </w:rPr>
        <w:t>യെഹെസ്‌കേലിന്റെ ദർശനത്തിൽ കെരൂബുകളുടെ ചിറകുകളുടെ കീഴിൽ ദൈവത്തിന്റെ കൈ ഉണ്ടായിരുന്നു. തന്റെ ദാസന്മാർക്ക് വിജയമനുഗ്രഹിക്കുന്നത് ദൈവിക ശക്തിയാണെന്ന് അവരെ പഠിപ്പിക്കാനാണ് ഇത്. അവർ അകൃത്യം വിട്ടുമാറി ഹൃദയത്തിലും ജീവിതത്തിലും വിശുദ്ധരായാൽ, അവരോടുകൂടെ അവൻ പ്രവർത്തിക്കും.</w:t>
      </w:r>
    </w:p>
    <w:p>
      <w:pPr>
        <w:pStyle w:val="ArticleScripture"/>
        <w:jc w:val="left"/>
      </w:pPr>
      <w:r>
        <w:rPr>
          <w:rFonts w:ascii="Nirmala UI" w:hAnsi="Nirmala UI" w:eastAsia="Nirmala UI" w:cs="Nirmala UI"/>
        </w:rPr>
        <w:t>“മിന്നലിന്റെ വേഗത്തിൽ ജീവികളുടെയിടയിൽ സഞ്ചരിക്കുന്ന ദീപ്തമായ പ്രകാശം ഈ പ്രവർത്തി ഒടുവിൽ പൂർത്തിയിലേക്കു മുന്നേറുന്ന വേഗത്തെ പ്രതിനിധീകരിക്കുന്നു. …”</w:t>
      </w:r>
    </w:p>
    <w:p>
      <w:pPr>
        <w:pStyle w:val="ArticleScripture"/>
        <w:jc w:val="left"/>
      </w:pPr>
      <w:r>
        <w:rPr>
          <w:rFonts w:ascii="Nirmala UI" w:hAnsi="Nirmala UI" w:eastAsia="Nirmala UI" w:cs="Nirmala UI"/>
        </w:rPr>
        <w:t>“സഹോദരന്മാരേ, ഇപ്പോൾ ദുഃഖിക്കാനും നിരാശപ്പെടാനും ഉള്ള സമയം അല്ല; സംശയത്തിനും അവിശ്വാസത്തിനും കീഴടങ്ങുവാനുള്ള സമയവും അല്ല. ക്രിസ്തു ഇപ്പോൾ യോസേഫിന്റെ പുതിയ കല്ലറയിൽ, വലിയ ഒരു കല്ലുകൊണ്ട് അടെച്ചു റോമൻ മുദ്രയാൽ മുദ്രവെച്ചിരിക്കുന്ന ഒരു രക്ഷകൻ അല്ല; നമുക്കു ഉയിർത്തെഴുന്നേറ്റ ഒരു രക്ഷകൻ ഉണ്ട്. അവൻ രാജാവാകുന്നു, സൈന്യങ്ങളുടെ യഹോവാകുന്നു; അവൻ കെരൂബുകൾക്കിടയിൽ ഇരിക്കുന്നു; ജാതികളുടെ കലഹത്തിന്റെയും കോലാഹലത്തിന്റെയും നടുവിലും അവൻ ഇന്നും തന്റെ ജനത്തെ കാക്കുന്നു. ആകാശങ്ങളിൽ ആധിപത്യം നടത്തുന്നവൻ നമ്മുടെ രക്ഷകനാകുന്നു. അവൻ ഓരോ പരീക്ഷയും അളക്കുന്നു. ഓരോ ആത്മാവിനെയും പരിശോധിക്കേണ്ട അഗ്നിചൂളയെ അവൻ നിരീക്ഷിക്കുന്നു. രാജാക്കന്മാരുടെ കോട്ടകൾ തകർക്കപ്പെടുമ്പോഴും, ദൈവത്തിന്റെ ക്രോധത്തിന്റെ അമ്പുകൾ അവന്റെ ശത്രുക്കളുടെ ഹൃദയങ്ങളെ തുളച്ചുകടക്കുമ്പോഴും, അവന്റെ ജനം അവന്റെ കൈകളിൽ സുരക്ഷിതരായിരിക്കും.” Testimonies, volume 5, 752–754.</w:t>
      </w:r>
    </w:p>
    <w:p>
      <w:pPr>
        <w:pStyle w:val="ArticleBody"/>
        <w:jc w:val="left"/>
      </w:pPr>
      <w:r>
        <w:rPr>
          <w:rFonts w:ascii="Nirmala UI" w:hAnsi="Nirmala UI" w:eastAsia="Nirmala UI" w:cs="Nirmala UI"/>
        </w:rPr>
        <w:t>ഈ പ്രവാചകന്റെ വിശുദ്ധമന്ദിരത്തിലെ അനുഭവങ്ങളാൽ പ്രതീകീകരിക്കപ്പെട്ടിരിക്കുന്ന വ്യക്തികൾക്കാണ് യേശുക്രിസ്തുവിന്റെ വെളിപ്പാടിന്റെ സന്ദേശം നൽകപ്പെടുന്നതെന്ന സത്യത്തിന് നാല് ബൈബിളിലെ സാക്ഷികൾ സാക്ഷ്യപ്പെടുത്തുന്നു. നാം സ്വർഗീയ വിശുദ്ധമന്ദിരത്തിൽ പ്രവേശിക്കുമ്പോഴാണ് പ്രസ്താവിക്കേണ്ടതിന്നു നമുക്ക് നിയമിക്കപ്പെട്ടിരിക്കുന്ന സന്ദേശം നമുക്ക് ലഭിക്കുന്നത്. “ഓരോ ആത്മാവിനെയും” പരീക്ഷിക്കുന്ന “ചൂളയിലെ തീ” മലാഖി മൂന്നിലെ ചൂളയാണ്.</w:t>
      </w:r>
    </w:p>
    <w:p>
      <w:pPr>
        <w:pStyle w:val="ArticleScripture"/>
        <w:jc w:val="left"/>
      </w:pPr>
      <w:r>
        <w:rPr>
          <w:rFonts w:ascii="Nirmala UI" w:hAnsi="Nirmala UI" w:eastAsia="Nirmala UI" w:cs="Nirmala UI"/>
        </w:rPr>
        <w:t>എന്നാൽ അവന്റെ വരവിന്റെ ദിവസം ആർ സഹിച്ചുനിൽക്കും? അവൻ പ്രത്യക്ഷപ്പെടുമ്പോൾ ആർ നിലകൊള്ളും? കാരണം അവൻ ഉരുക്കുന്നവന്റെ അഗ്നിപോലെയും, വസ്ത്രശുദ്ധീകരിക്കുന്നവന്റെ സോപ്പുപോലെയും ആകുന്നു. അവൻ വെള്ളി ഉരുക്കി ശുദ്ധീകരിക്കുന്നവനെപ്പോലെ ഇരിക്കും; ലേവിയുടെ പുത്രന്മാരെ അവൻ ശുദ്ധീകരിക്കുകയും, അവരെ പൊന്നും വെള്ളിയുംപോലെ ശോധന ചെയ്യുകയും ചെയ്യും, അതിനാൽ അവർ യഹോവേക്കു നീതിയോടെ ഒരു വഴിപാടു അർപ്പിക്കും. അപ്പോൾ യെഹൂദയുടെയും യെരൂശലേമിന്റെയും വഴിപാടു പുരാതനകാലത്തുപോലെയും പൂർവ്വവർഷങ്ങളിലുപോലെയും യഹോവേക്കു പ്രസാദകരമായിരിക്കും. മലാഖി 3:2–4.</w:t>
      </w:r>
    </w:p>
    <w:p>
      <w:pPr>
        <w:pStyle w:val="ArticleBody"/>
        <w:jc w:val="left"/>
      </w:pPr>
      <w:r>
        <w:rPr>
          <w:rFonts w:ascii="Nirmala UI" w:hAnsi="Nirmala UI" w:eastAsia="Nirmala UI" w:cs="Nirmala UI"/>
        </w:rPr>
        <w:t>വെള്ളി ശരിയായ അളവിലുള്ള സമയത്തേക്ക് ഉരുക്കുചൂളയിൽ ഇരുന്നതെന്ന് ശോധകൻ അറിയുന്നത്, വെള്ളി അത്രയും ശുദ്ധമാകുമ്പോഴാണ്—അത് ശോധകന്റെ മുഖം പ്രതിഫലിപ്പിക്കുന്നത്ര. പുരാതനകാലത്ത് വെള്ളി ശുദ്ധീകരിച്ചിരുന്ന രീതിയെക്കുറിച്ചുള്ള ഈ വസ്തുത, ദാനിയേൽ പത്താം അധ്യായത്തിൽ കണ്ട “marah” എന്ന കാരണക ക്രിയയോടു യോജിച്ചുനിൽക്കുന്നു. ഈ അന്ത്യദിനങ്ങളിൽ, കർത്താവ് തന്റെ ജനത്തെ വിശുദ്ധമന്ദിരത്തിലേക്കു നയിച്ചുകൊണ്ടിരിക്കുന്നു; അവിടെ നൂറ്റിനാല്പത്തിനാലായിരത്തിന്റെ കൊടിയടയാളത്തിന്റെ ഭാഗമായി ഇരിപ്പാൻ സ്ഥാനാർഥികളെ പരീക്ഷിക്കാനും ശുദ്ധീകരിക്കാനും പരിഷ്കരിക്കാനുമാണ്. ഈ കാലഘട്ടത്തിൽ, നാം “അകൃത്യം നീക്കിക്കളകയും ഹൃദയത്തിലും ജീവിതത്തിലും ശുദ്ധരാകുകയും ചെയ്താൽ,” അവൻ നമ്മോടുകൂടെ “പ്രവർത്തിക്കും.” ദാനിയേൽ പത്ത് അധ്യായത്തിലുള്ള ചിലരെപ്പോലെ ചിലർ ആ അനുഭവത്തിൽ നിന്ന് ഓടിരക്ഷപ്പെടുന്നു; എന്നാൽ ദാനിയേലാൽ പ്രതീകീകരിക്കപ്പെടുന്നവർ യേശുക്രിസ്തുവിന്റെ വെളിപ്പാടിന്റെ മഹത്തായ കണ്ണാടിദർശനം കാണുകയും, യെശയ്യാവ് ചിത്രീകരിക്കുന്നതുപോലെ യാഗപീഠത്തിൽനിന്നുള്ള കനലാൽ അവരുടെ അധരം സ്പർശിക്കപ്പെടുകയും, അവർ ശുദ്ധീകരിക്കപ്പെടുകയും, ആദ്യം ഒരു വിശ്വാസഭ്രഷ്ടമായ സഭയ്ക്കും പിന്നെ ലോകത്തിനും ഒരു സന്ദേശം നൽകുവാൻ തയ്യാറാക്കപ്പെടുകയും ചെയ്യും.</w:t>
      </w:r>
    </w:p>
    <w:p>
      <w:pPr>
        <w:pStyle w:val="ArticleBody"/>
        <w:jc w:val="left"/>
      </w:pPr>
      <w:r>
        <w:rPr>
          <w:rFonts w:ascii="Nirmala UI" w:hAnsi="Nirmala UI" w:eastAsia="Nirmala UI" w:cs="Nirmala UI"/>
        </w:rPr>
        <w:t>വിശുദ്ധസ്ഥാനത്തിലെ ആ വിശ്വസ്ത ആത്മാക്കൾക്കാണ് ഈ സന്ദേശം അവതരിപ്പിക്കപ്പെടുന്നത്. ലേവ്യപുസ്തകം ഇരുപത്തിമൂന്ന്, പെന്തെക്കൊസ്തുകാലവുമായി ഒത്തുനോക്കുമ്പോൾ, അതിവിശുദ്ധസ്ഥാനത്തിലുള്ള നിയമപെട്ടകത്തെ പ്രതിഫലിപ്പിക്കുവാൻ രൂപകൽപ്പന ചെയ്തിരിക്കുന്നു. വിശ്വാസത്താൽ, അദ്ധ്യായത്തിലെ സന്ദേശങ്ങളുടെ ഘടന വിശുദ്ധചരിത്രത്തിനുള്ളിലെ മൂന്നു വഴിക്കല്ലുകളെ തിരിച്ചറിയിക്കുന്നു; അവയിൽ അഗ്നിചൂളപരീക്ഷണം പൂർത്തീകരിക്കപ്പെടുന്നു. ദൈവികമായി ആഴമുള്ളതായത്—ഇരുപത്തിമൂന്നാം അദ്ധ്യായത്തിന്റെ പ്രവാചകഘടന പ്രവചനവിദ്യാർത്ഥിക്ക് ഒന്നാം അദ്ധ്യായത്തിലെ ഒന്നാം വാക്യത്തിൽ യെഹെസ്കേലിനെ കണ്ടെത്തുവാൻ അനുവദിക്കുന്നു.</w:t>
      </w:r>
    </w:p>
    <w:p>
      <w:pPr>
        <w:pStyle w:val="ArticleScripture"/>
        <w:jc w:val="left"/>
      </w:pPr>
      <w:r>
        <w:rPr>
          <w:rFonts w:ascii="Nirmala UI" w:hAnsi="Nirmala UI" w:eastAsia="Nirmala UI" w:cs="Nirmala UI"/>
        </w:rPr>
        <w:t>മുപ്പതാം ആണ്ടിൽ, നാലാം മാസത്തിൽ, മാസത്തിന്റെ അഞ്ചാം ദിവസത്തിൽ, ഞാൻ കെബാർ നദീതീരത്തു പ്രവാസികളോടുകൂടെ ഇരിക്കുമ്പോൾ, ആകാശം തുറന്നു, ഞാൻ ദൈവത്തിന്റെ ദർശനങ്ങൾ കണ്ടു. അതു മാസത്തിന്റെ അഞ്ചാം ദിവസം ആയിരുന്നു; അന്നു രാജാവായ യെഹോയാഖീന്റെ പ്രവാസത്തിന്റെ അഞ്ചാം ആണ്ടും ആയിരുന്നു. യെഹെസ്കേൽ 1:1, 2.</w:t>
      </w:r>
    </w:p>
    <w:p>
      <w:pPr>
        <w:pStyle w:val="ArticleBody"/>
        <w:jc w:val="left"/>
      </w:pPr>
      <w:r>
        <w:rPr>
          <w:rFonts w:ascii="Nirmala UI" w:hAnsi="Nirmala UI" w:eastAsia="Nirmala UI" w:cs="Nirmala UI"/>
        </w:rPr>
        <w:t>ഒരു പുരോഹിതനായ എസെക്കീയേൽ, ഒരു ലക്ഷത്തി നാൽപ്പത്തിനാലായിരം പേരുടെ മുദ്രവെപ്പിന്റെ കാലത്ത്, ക്രി.മു. 587-ൽ നെബൂഖദ്‌നേസർ യെരൂശലേമിനെ മൂന്നു പ്രാവശ്യം വളഞ്ഞതിൽ മൂന്നാമത്തേതിന് അഞ്ചു വർഷം മുമ്പായി, പതിനേഴാമത്തെ ജൂബിലി ചക്രത്തിന്റെ മുപ്പതാം വർഷത്തിൽ ആകുന്നു. ഈ വചനത്തിലെ മുപ്പതാം വർഷം പഴയ നിയമചരിത്രത്തിലെ ഏറ്റവും മഹത്തായ ഉണർവ്വിന് ശേഷം മുപ്പത് വർഷങ്ങളാണു; അത് അഞ്ചാം വർഷത്തിലെ അഞ്ചാം ദിവസത്തിലും ആകുന്നു; അങ്ങനെ എസെക്കീയേലിന്റെ സാക്ഷ്യത്തിന്മേൽ അഞ്ചെന്ന സംഖ്യ സ്ഥാപിക്കപ്പെടുന്നു. ആരംഭത്തിലെ രണ്ട് വചനങ്ങളിൽ മുപ്പത് ഒരിക്കൽ തിരിച്ചറിയപ്പെടുകയും അഞ്ചെന്ന സംഖ്യ മൂന്നു പ്രാവശ്യം പരാമർശിക്കപ്പെടുകയും ചെയ്യുന്നു. പെന്തെക്കോസ്തുകാലത്തോടു യോജിപ്പിച്ച ലേവ്യപുസ്തകം ഇരുപത്തിമൂന്നിന്റെ ഘടനയിൽ, മുപ്പതാൽ പ്രതിനിധീകരിക്കപ്പെടുന്ന രണ്ടാമത്തെ പരീക്ഷണം കാഹളോത്സവംവരെ എത്തുന്നു; അഞ്ചു ദിവസം ക്രിസ്തുവിന്റെ സ്വർഗ്ഗാരോഹണത്തേയ്ക്ക്, പിന്നെ അഞ്ചു ദിവസം പ്രായശ്ചിത്തദിനത്തേയ്ക്ക്, പിന്നെയും അഞ്ചു ദിവസം മുൻമഴയെയും (പെന്തെക്കോസ്ത്) പിൻമഴയെയും (കൂടാരപ്പെരുന്നാൾ) പ്രതിനിധീകരിക്കുന്ന വഴിക്കല്ലിലേയ്ക്കും എത്തുന്നു. ഈ ഘടന മുപ്പതിനെ അവതരിപ്പിക്കുന്നു; അതിന് പിന്നാലെ അഞ്ചിന്റെ മൂന്ന് ഘട്ടങ്ങൾ വരുന്നു. എസെക്കീയേൽ ദൈവാലയത്തിൽ ആകുന്നു; ലേവ്യപുസ്തകം ഇരുപത്തിമൂന്നിന്റെ ഘടന പെട്ടകമാണ്.</w:t>
      </w:r>
    </w:p>
    <w:p>
      <w:pPr>
        <w:pStyle w:val="ArticleBody"/>
        <w:jc w:val="left"/>
      </w:pPr>
      <w:r>
        <w:rPr>
          <w:rFonts w:ascii="Nirmala UI" w:hAnsi="Nirmala UI" w:eastAsia="Nirmala UI" w:cs="Nirmala UI"/>
        </w:rPr>
        <w:t>യെരൂശലേമിന്റെ നാശത്താൽ പ്രതിനിധീകരിക്കപ്പെടുന്ന ഉടൻ വരാനിരിക്കുന്ന ഞായറാഴ്ച നിയമത്തെ പ്രതിരൂപീകരിച്ച് അവസാനിക്കുന്ന ഒരു പ്രതീകാത്മക വളയലിന് മുമ്പായി യെഹെസ്കേൽ ഈ ഘട്ടത്തിൽ അഞ്ചു വർഷം മുമ്പിലാണെന്ന വസ്തുതയെ ചരിത്രം സാക്ഷ്യപ്പെടുത്തുന്നു. ‘അഞ്ച്’ എന്ന സംഖ്യ ലേവ്യപുസ്തകം ഇരുപത്തിമൂന്നിന്റെ രൂപകല്പനയിലെ ഒരു പ്രാഥമിക ഘടകമാണ്; അതുപോലെ തന്നെയാണ് മുപ്പത് എന്ന സംഖ്യയും.</w:t>
      </w:r>
    </w:p>
    <w:p>
      <w:pPr>
        <w:pStyle w:val="ArticleBody"/>
        <w:jc w:val="left"/>
      </w:pPr>
      <w:r>
        <w:rPr>
          <w:rFonts w:ascii="Nirmala UI" w:hAnsi="Nirmala UI" w:eastAsia="Nirmala UI" w:cs="Nirmala UI"/>
        </w:rPr>
        <w:t>ഈ ലേഖനങ്ങളിൽ തെളിയിച്ചിരിക്കുന്നതുപോലെ, അധ്യായത്തിലെ ആദ്യ ഇരുപത്തിരണ്ടു വാക്യങ്ങളെ അവസാന ഇരുപത്തിരണ്ടു വാക്യങ്ങളോടു സമന്വയിപ്പിക്കുകയും, തുടർന്ന് ആ ഇരുപത്തിരണ്ടു വാക്യങ്ങളുള്ള രണ്ടു രേഖകളെയും പെന്തെക്കോസ്ത് കാലഘട്ടത്തോടു സമന്വയിപ്പിക്കുകയും ചെയ്യുമ്പോൾ, മലാഖിയുടെ അഗ്നിചൂളയായ മൂന്ന്-പടിയുള്ള പരിശോധനാപ്രക്രിയ വ്യക്തമായി ചിത്രീകരിക്കപ്പെട്ടിരിക്കുന്നതായി കാണുന്നു. ഈ മൂന്ന് പടികളിൽ, ആദ്യവും മൂന്നാമതുമായ പടികളിൽ ആൽഫയും ഒമേഗയും ഉൾക്കൊള്ളപ്പെട്ടിരിക്കുന്നു; അവ ഓരോന്നും ഒരു പടിയെ പ്രതിനിധീകരിക്കുന്ന നാല് വഴിക്കുറികളുടെ ഒരു പരമ്പരയാൽ ഘടിതമാണ്.</w:t>
      </w:r>
    </w:p>
    <w:p>
      <w:pPr>
        <w:pStyle w:val="ArticleBody"/>
        <w:jc w:val="left"/>
      </w:pPr>
      <w:r>
        <w:rPr>
          <w:rFonts w:ascii="Nirmala UI" w:hAnsi="Nirmala UI" w:eastAsia="Nirmala UI" w:cs="Nirmala UI"/>
        </w:rPr>
        <w:t>പെസഹാ, അതിനെത്തുടർന്ന് പുളിപ്പില്ലാത്ത അപ്പത്തിന്റെ പെരുന്നാൾ, അതിനെത്തുടർന്ന് യവത്തിന്റെ ആദ്യഫലാർപ്പണം, പിന്നെ പുളിപ്പില്ലാത്ത അപ്പത്തിന്റെ പെരുന്നാളിന്റെ അവസാനത്തേക്കുള്ള ‘അഞ്ച്’ ദിവസം. ആ നാല് വഴിക്കുറിപ്പുകളാണ് ആദ്യ പരീക്ഷണത്തെ രൂപപ്പെടുത്തുന്നത്; യേശു എല്ലായ്പ്പോഴും അവസാനത്തെ ആരംഭത്താൽ ദൃഷ്ടാന്തീകരിക്കുന്നു; മൂന്നാമത്തെ പരീക്ഷണവും നാല് വഴിക്കുറിപ്പുകളാൽ തന്നെയാണ് രൂപപ്പെട്ടിരിക്കുന്നത്. കാഹളങ്ങളുടെ പെരുന്നാൾ, പിന്നെ ക്രിസ്തുവിന്റെ സ്വർഗ്ഗാരോഹണം, അതിനെത്തുടർന്ന് പ്രായശ്ചിത്തദിനം, പിന്നെ അഞ്ചു ദിവസം കഴിഞ്ഞ് പെന്തെക്കോസ്തും കൂടാരപ്പെരുന്നാളും രണ്ടും എത്തിച്ചേരുന്നു. പെന്തെക്കോസ്ത് മുൻമഴയുടെ പ്രതീകമാണ്; കൂടാരപ്പെരുന്നാൾ പിന്ന്മഴയുടെ പ്രതീകമാണ്. ലേവ്യപുസ്തകം ഇരുപത്തിമൂന്നിലെ മാതൃകയിൽ പെന്തെക്കോസ്തും കൂടാരപ്പെരുന്നാളും രണ്ടും സമരേഖയിലാകുന്നു.</w:t>
      </w:r>
    </w:p>
    <w:p>
      <w:pPr>
        <w:pStyle w:val="ArticleScripture"/>
        <w:jc w:val="left"/>
      </w:pPr>
      <w:r>
        <w:rPr>
          <w:rFonts w:ascii="Nirmala UI" w:hAnsi="Nirmala UI" w:eastAsia="Nirmala UI" w:cs="Nirmala UI"/>
        </w:rPr>
        <w:t>അതിനാൽ സീയോന്റെ മക്കളേ, സന്തോഷിപ്പിൻ; നിങ്ങളുടെ ദൈവമായ യഹോവയിൽ ആനന്ദിപ്പിൻ; അവൻ നിങ്ങൾക്കു മിതമായി മുൻമഴ നല്കിയിരിക്കുന്നു; പിന്നെയും അവൻ ആദ്യമാസത്തിൽ നിങ്ങൾക്കുവേണ്ടി മഴയും, മുൻമഴയും, പിന്ന്മഴയും പെയ്യിക്കും. യോവേൽ 2:23.</w:t>
      </w:r>
    </w:p>
    <w:p>
      <w:pPr>
        <w:pStyle w:val="ArticleBody"/>
        <w:jc w:val="left"/>
      </w:pPr>
      <w:r>
        <w:rPr>
          <w:rFonts w:ascii="Nirmala UI" w:hAnsi="Nirmala UI" w:eastAsia="Nirmala UI" w:cs="Nirmala UI"/>
        </w:rPr>
        <w:t>അന്തിമ പരീക്ഷണത്തിന്റെയും ശുദ്ധീകരണത്തിന്റെയും പ്രക്രിയ 2023 ഡിസംബർ 31-ന് ആരംഭിച്ചു. ആദ്യ പരീക്ഷണം, 2020 ജൂലൈ 18-ലെ നിരാശയാൽ മുമ്പേ പരീക്ഷിക്കപ്പെട്ടിരുന്ന സംഘത്തെ വിഭജിച്ച “നിന്റെ ജനത്തിലെ കവർച്ചക്കാരുടെ” വിവാദത്താൽ പ്രതീകീകരിക്കപ്പെട്ട അടിസ്ഥാനപരമായ പരീക്ഷണമായിരുന്നു.</w:t>
      </w:r>
    </w:p>
    <w:p>
      <w:pPr>
        <w:pStyle w:val="ArticleScripture"/>
        <w:jc w:val="left"/>
      </w:pPr>
      <w:r>
        <w:rPr>
          <w:rFonts w:ascii="Nirmala UI" w:hAnsi="Nirmala UI" w:eastAsia="Nirmala UI" w:cs="Nirmala UI"/>
        </w:rPr>
        <w:t>“ചരിത്രത്തിലും പ്രവചനത്തിലും സത്യവും പിശകും തമ്മിലുള്ള ദീർഘകാലമായി തുടർന്നുവരുന്ന സംഘർഷത്തെ ദൈവവചനം ചിത്രീകരിക്കുന്നു. ആ സംഘർഷം ഇന്നും തുടരുകയാണ്. ഉണ്ടായിരുന്ന കാര്യങ്ങൾ വീണ്ടും ആവർത്തിക്കപ്പെടും. പഴയ തർക്കങ്ങൾ വീണ്ടും ഉയിർത്തെഴുന്നേലക്കും, പുതിയ സിദ്ധാന്തങ്ങൾ നിരന്തരം ഉദിച്ചുവരികയും ചെയ്യും. എന്നാൽ, തങ്ങളുടെ വിശ്വാസത്തിലും പ്രവചനനിവൃത്തിയിലും ഒന്നാം, രണ്ടാം, മൂന്നാം ദൂതന്മാരുടെ സന്ദേശങ്ങൾ പ്രഖ്യാപിക്കുന്നതിൽ ഒരു പങ്ക് വഹിച്ചിരിക്കുന്ന ദൈവജനങ്ങൾ, തങ്ങൾ എവിടെ നിലകൊള്ളുന്നു എന്നു അറിയുന്നു. അവർക്കൊരു അനുഭവമുണ്ട്; അത് ശുദ്ധസ്വർണ്ണത്തേക്കാൾ വിലയേറിയതാണ്. അവർ അവസാനത്തോളം തങ്ങളുടെ ആത്മവിശ്വാസത്തിന്റെ ആരംഭം ഉറപ്പോടെ പിടിച്ചുകൊണ്ട്, പാറപോലെ അചഞ്ചലമായി നിലകൊള്ളേണ്ടവരാണ്.” Manuscript Releases, volume 1, 47.</w:t>
      </w:r>
    </w:p>
    <w:p>
      <w:pPr>
        <w:pStyle w:val="ArticleBody"/>
        <w:jc w:val="left"/>
      </w:pPr>
      <w:r>
        <w:rPr>
          <w:rFonts w:ascii="Nirmala UI" w:hAnsi="Nirmala UI" w:eastAsia="Nirmala UI" w:cs="Nirmala UI"/>
        </w:rPr>
        <w:t>ലേവ്യപുസ്തകം ഇരുപത്തിമൂന്നാം അധ്യായത്തിൽ ആദ്യ പരീക്ഷണം മൂന്നു ഘടകങ്ങളുടെ ഒരു പ്രവചനാത്മക സംയോജനമായി പ്രതിനിധീകരിക്കപ്പെടുന്നു; അതിന് അഞ്ചു ദിവസം കഴിഞ്ഞ് പുളിപ്പില്ലാത്ത അപ്പത്തിന്റെ ഉത്സവത്തിന്റെ അവസാനം വരുന്നു. പസ്‌കാ ഒന്നാം ദിവസമായിരുന്നു, പുളിപ്പില്ലാത്ത അപ്പത്തിന്റെ ഉത്സവം രണ്ടാം ദിവസമായിരുന്നു, ആദ്യഫലങ്ങളുടെ അർപ്പണം മൂന്നാം ദിവസമായിരുന്നു. അഞ്ചു ദിവസം കഴിഞ്ഞ് പുളിപ്പില്ലാത്ത അപ്പത്തിന്റെ ഉത്സവം അവസാനിച്ചു. മൂന്നു പരീക്ഷണങ്ങളിൽ ആദ്യത്തേതിന്റെ പ്രവചനാത്മക ഘടന മൂന്നാമത്തെയും അന്തിമത്തെയും പരീക്ഷണത്തിലും പ്രതിനിധീകരിക്കപ്പെടുന്നു. മൂന്നു വഴിക്കുറികളും അതിനെ തുടർന്ന് ഒന്നും ചേർന്ന് രൂപംകൊള്ളുന്ന ആ മൂന്നാം വഴിക്കുറിയിൽ, കാഹളങ്ങളുടെ ഉത്സവം ഒന്നാം ദിവസമാണ്; അഞ്ചു ദിവസം കഴിഞ്ഞ് ക്രിസ്തുവിന്റെ സ്വർഗ്ഗാരോഹണം വരുന്നു; പിന്നെ അഞ്ചു ദിവസം കഴിഞ്ഞ് പ്രായശ്ചിത്തദിനം പിന്തുടരുന്നു; പിന്നെയും അഞ്ചു ദിവസം കഴിഞ്ഞ് പെന്തെക്കൊസ്തും കൂടാരങ്ങളുടെ ഉത്സവവും ഉടൻ വരാനിരിക്കുന്ന ഞായറാഴ്ചാ നിയമത്തെ അടയാളപ്പെടുത്തുന്നു; അത് യെഹെസ്കേൽ പുസ്തകത്തിൽ യെരൂശലേമിന്റെ നാശമായി പ്രതിനിധീകരിക്കപ്പെട്ടിരിക്കുന്നു.</w:t>
      </w:r>
    </w:p>
    <w:p>
      <w:pPr>
        <w:pStyle w:val="ArticleBody"/>
        <w:jc w:val="left"/>
      </w:pPr>
      <w:r>
        <w:rPr>
          <w:rFonts w:ascii="Nirmala UI" w:hAnsi="Nirmala UI" w:eastAsia="Nirmala UI" w:cs="Nirmala UI"/>
        </w:rPr>
        <w:t>പുളിപ്പില്ലാത്ത അപ്പത്തിന്റെ പെരുന്നാളിന്റെ അവസാനത്തിനും കാഹളങ്ങളുടെ പെരുന്നാളിനുമിടയിൽ മുപ്പത് ദിവസങ്ങൾ ഉണ്ട്; അവ ഒരു പുരോഹിതന്റെ പ്രതീകമത്രമല്ല, ദൈവീയ ചിത്രീകരണത്തിനുള്ളിൽ പ്രതിനിധീകരിക്കപ്പെട്ടിരിക്കുന്ന മൂന്ന് പരീക്ഷകളിൽ രണ്ടാമത്തെ പരീക്ഷയെയും സൂചിപ്പിക്കുന്നു.</w:t>
      </w:r>
    </w:p>
    <w:p>
      <w:pPr>
        <w:pStyle w:val="ArticleBody"/>
        <w:jc w:val="left"/>
      </w:pPr>
      <w:r>
        <w:rPr>
          <w:rFonts w:ascii="Nirmala UI" w:hAnsi="Nirmala UI" w:eastAsia="Nirmala UI" w:cs="Nirmala UI"/>
        </w:rPr>
        <w:t>ക്രിസ്തുവിന്റെ സ്നാനം പസ്‌ക, പുളിപ്പില്ലാത്ത അപ്പം, ആദ്യഫലങ്ങൾ എന്ന ഈ മൂന്ന് അടയാളങ്ങളെ ദൃഷ്ടാന്തീകരിക്കുന്നു; കാരണം ആ മൂന്ന് അടയാളങ്ങൾ ക്രിസ്തുവിന്റെ മരണം, സംസ്കാരം, പുനരുത്ഥാനം എന്നിവയെ പ്രതിനിധീകരിക്കുന്നു. ആ മൂന്ന് ഘട്ടങ്ങൾക്കു ശേഷം നാലാമത്തെ ഘട്ടത്തിലേക്കു അഞ്ചു ദിവസം ഉണ്ടാകുന്നു; അത് പുളിപ്പില്ലാത്ത അപ്പത്തിന്റെ പെരുന്നാളിന്റെ അവസാനത്താൽ പ്രതിനിധീകരിക്കപ്പെടുന്നു. യോഹന്നാൻ തന്റെ മെസ്സീയാവിനെ സ്നാനപ്പെടുത്തിയപ്പോൾ, സ്നാനം ആ മൂന്ന് ഘട്ടങ്ങളെയും ഒരു ഹ്രസ്വ നിമിഷത്തിൽ അവതരിപ്പിക്കുന്നു. വസന്തകാല പെരുന്നാളുകൾ ആ മൂന്ന് ഘട്ടങ്ങളെ ഓരോന്നും ഓരോ ദിവസത്താൽ വേർതിരിക്കുന്നു; ശരത്കാല പെരുന്നാളുകൾ ആ മൂന്ന് ഘട്ടങ്ങളെ അഞ്ചു ദിവസത്താൽ വേർതിരിക്കുന്നു.</w:t>
      </w:r>
    </w:p>
    <w:p>
      <w:pPr>
        <w:pStyle w:val="ArticleBody"/>
        <w:jc w:val="left"/>
      </w:pPr>
      <w:r>
        <w:rPr>
          <w:rFonts w:ascii="Nirmala UI" w:hAnsi="Nirmala UI" w:eastAsia="Nirmala UI" w:cs="Nirmala UI"/>
        </w:rPr>
        <w:t>വസന്തോത്സവങ്ങളുടെ ആദ്യ പരീക്ഷണം, അഞ്ചു ദിവസം കഴിഞ്ഞ് ഒരു വഴിക്കുറി അനുഗമിക്കുന്ന മൂന്ന് വഴിക്കുറികളുടെ സംയോജനമായി നാം പ്രയോഗിക്കുമ്പോഴും, തുടർന്ന് ശരത്കാലോത്സവങ്ങളെ, അഞ്ചു ദിവസം കഴിഞ്ഞ് ഒരു വഴിക്കുറി അനുഗമിക്കുന്ന മൂന്ന് വഴിക്കുറികളായി പ്രയോഗിക്കുമ്പോഴും, ഒരു പ്രവചനാത്മക ഘടന സ്ഥാപിക്കപ്പെടുന്നു. ആ ഘടന മൂന്ന് വഴിക്കുറികളുള്ള ഒരു ആൽഫാ വഴിക്കുറിയാൽ ആരംഭിച്ച്, അതിനെ അഞ്ചു ദിവസം അനുഗമിക്കുന്നു; തുടർന്ന് അതിനെ മുപ്പത് ദിവസം അനുഗമിക്കുന്നു; പിന്നെ ശരത്കാലോത്സവങ്ങളുടെ മൂന്നാമത്തെ പരീക്ഷണം, മൂന്ന് വഴിക്കുറികൾക്കു പിന്നാലെ അഞ്ചു ദിവസം വരുന്ന ഒരു വഴിക്കുറിയായി വരുന്നു. ഈ ഘടന ആദ്യ പരീക്ഷണം ആകെ അഞ്ചു ദിവസം വ്യാപിക്കുന്നതായും, അതിന്റെ പിന്നാലെ മുപ്പത് ദിവസമുള്ള രണ്ടാമത്തെ പരീക്ഷണം വന്ന്, അത് അഞ്ചു ദിവസമുള്ള മൂന്നാമത്തെ വഴിക്കുറിവരെ എത്തുന്നതായും ദൃശ്യമാക്കുന്നു. അഞ്ച് കൂടെ മുപ്പത് കൂടെ അഞ്ച് എന്നത് നാൽപ്പത് ആകുന്നു (5 + 30 + 5 = 40).</w:t>
      </w:r>
    </w:p>
    <w:p>
      <w:pPr>
        <w:pStyle w:val="ArticleBody"/>
        <w:jc w:val="left"/>
      </w:pPr>
      <w:r>
        <w:rPr>
          <w:rFonts w:ascii="Nirmala UI" w:hAnsi="Nirmala UI" w:eastAsia="Nirmala UI" w:cs="Nirmala UI"/>
        </w:rPr>
        <w:t>ക്രിസ്തുവിന്റെ സ്നാനം ഉടൻതന്നെ നാല്പതു ദിവസങ്ങളാൽ അനുഗമിക്കപ്പെട്ടു; അതിന്റെ അവസാനത്തിൽ മൂന്നു പരീക്ഷണങ്ങൾ ഉണ്ടായിരുന്നു. ലേവ്യപുസ്തകം ഇരുപത്തിമൂന്നാം അധ്യായത്തിന്റെ ഘടനയിൽ പെന്തെക്കോസ്ത് കാലാവധിയുമായി ചേർത്ത് നോക്കുമ്പോൾ ഇതിലും വളരെ കൂടുതലായ കാര്യങ്ങൾ തിരിച്ചറിയാൻ കഴിയും; എന്നാൽ മറ്റൊരു തലത്തിൽ ആ അധ്യായം അതിപരിശുദ്ധസ്ഥലത്തിലെ നിയമപെട്ടകത്തെ പ്രതിനിധീകരിക്കുന്നു.</w:t>
      </w:r>
    </w:p>
    <w:p>
      <w:pPr>
        <w:pStyle w:val="ArticleBody"/>
        <w:jc w:val="left"/>
      </w:pPr>
      <w:r>
        <w:rPr>
          <w:rFonts w:ascii="Nirmala UI" w:hAnsi="Nirmala UI" w:eastAsia="Nirmala UI" w:cs="Nirmala UI"/>
        </w:rPr>
        <w:t>ലേവ്യപുസ്തകം ഇരുപത്തി മൂന്നിൽ ഉള്ള വസന്തകാലവും ശരത്കാലവും ഉള്ള ഉത്സവങ്ങൾ രണ്ട് ശബ്ബത്തുകളുടെ മദ്ധ്യേ സ്ഥാപിക്കപ്പെട്ടിരിക്കുന്നു. ആ രണ്ട് ശബ്ബത്തുകൾ മൂടിവെക്കുന്ന രണ്ട് കെരൂബുകളെ പ്രതിനിധീകരിക്കുന്നു; ലേവ്യപുസ്തകം ഇരുപത്തി മൂന്നിനോടു ഒത്തുചേർന്നിരിക്കുന്ന പെന്തെക്കൊസ്ത് കാലഘട്ടത്തിന്റെ വഴിക്കുറികൾ പെട്ടകത്തെയും മൂടിവെക്കുന്ന രണ്ട് കെരൂബുകളെയും പ്രതിനിധീകരിക്കുന്നു. യെഹെസ്കേൽ ഒന്നാം അധ്യായത്തിൽ വിശുദ്ധാലയത്തിലേക്കു കൊണ്ടുപോകപ്പെടുന്നു; അവിടെ കൊണ്ടുപോകപ്പെടുമ്പോൾ, യെരൂശലേമിന്റെ നാശത്തിലേക്കു നയിച്ച ഉപരോധത്തിന് അഞ്ചു ദിവസം മുമ്പുള്ള സ്ഥാനത്താണ് അവൻ നിൽക്കുന്നത്; ഇത് ഉടൻ വരാനിരിക്കുന്ന ഞായറാഴ്ചാ നിയമത്തിന്റെ പ്രതിരൂപമാണ്. ലേവ്യപുസ്തകം ഇരുപത്തി മൂന്നിൽ ഞായറാഴ്ചാ നിയമം പെന്തെക്കൊസ്തും കൂടാരപ്പെരുന്നാളും മുഖേന പ്രതിനിധീകരിക്കപ്പെടുന്നു. യെഹെസ്കേൽ മുപ്പതാം ആണ്ടിലാണുള്ളത്; മുപ്പത് എന്നത് മലാഖി മൂന്ന്‌లో ഉള്ള അഗ്നിചൂളയായ മൂന്ന് പരീക്ഷണങ്ങളിൽ രണ്ടാമത്തേതിന്റെ കാലഘട്ടമാണ്. രണ്ടാമത്തെ പരീക്ഷണം മുപ്പത് ദിവസങ്ങളാൽ പ്രതിനിധീകരിക്കപ്പെടുന്നു; അതുപോലെ തന്നേ, ചരിത്രകാരന്മാർ അങ്ങനെ വിളിക്കുന്ന യോശീയാവിന്റെ മഹാപെസഹയിൽ ആരംഭിച്ച പതിനേഴാമത്തെ യൂബിലി ചക്രത്തിന്റെ മുപ്പതാം ആണ്ടിലാണ് യെഹെസ്കേൽ. പതിനെട്ട് മാസം നീണ്ടുനിന്ന ഉപരോധത്തിന് അഞ്ചു വർഷം മുമ്പാണ് യെഹെസ്കേൽ; അവൻ ദൈവാലയത്തിലുമാണ്, അതായത് ശേഷിപ്പിനെ ശുദ്ധീകരിക്കുകയും മലിനത നീക്കുകയും ചെയ്യുന്ന അന്തിമ മൂന്ന് പരീക്ഷണങ്ങളിൽ മദ്ധ്യത്തിലുള്ളതിൽ. പത്രോസ് കൈസറിയ-ഫിലിപ്പിയിൽ (പാനിയും) ആയിരുന്നു; അവനും മൂന്ന് പരീക്ഷണങ്ങളുടെ മദ്ധ്യേയായിരുന്നു; പാനിയും (കൈസറിയ-ഫിലിപ്പി), രൂപാന്തരീകരണപർവതം, ക്രൂശ് എന്നിവ അതിനെ പ്രതിനിധീകരിക്കുന്നു.</w:t>
      </w:r>
    </w:p>
    <w:p>
      <w:pPr>
        <w:pStyle w:val="ArticleBody"/>
        <w:jc w:val="left"/>
      </w:pPr>
      <w:r>
        <w:rPr>
          <w:rFonts w:ascii="Nirmala UI" w:hAnsi="Nirmala UI" w:eastAsia="Nirmala UI" w:cs="Nirmala UI"/>
        </w:rPr>
        <w:t>ബി.സി. 592-ൽ യെഹെസ്കേൽ അത്ഭുതകരമായി “മൂകനാക്കി” ചെയ്യപ്പെട്ടു; ദൈവം അവന്റെ വായ് തുറക്കുമ്പോഴല്ലാതെ അവൻ സംസാരിച്ചില്ല. ആ അവസ്ഥ ബി.സി. 585/6-ൽ യെരൂശലേമിന്റെ വീഴ്ചവരെ തുടർന്നു. നിരോധനം ആരംഭിച്ച ദിവസം, അവന്റെ “കണ്ണുകളുടെ മോഹം” മരിച്ചപ്പോൾ, ദൈവം അവനോട് സംസാരിപ്പിച്ചിരുന്നു; എന്നാൽ ഇസ്രായേലിന്റെ “കണ്ണുകളുടെ മോഹമായ” യെരൂശലേം വീണതുവരെ അവന് സ്വതന്ത്രമായി സംസാരിക്കാൻ അനുമതി ലഭിച്ചിരുന്നില്ല. യെരൂശലേമിന്റെ വീഴ്ച ഉടൻ വരാനിരിക്കുന്ന ഞായറാഴ്ച നിയമത്തെ പ്രതിനിധീകരിക്കുന്നു; അവിടെയാണ് എട്ടാം ക്രമത്തിലെ പുരോഹിതനായ യോഹന്നാൻ സ്നാപകന്റെ പിതാവ്, ദേവാലയത്തിൽ ശുശ്രൂഷ ചെയ്യുമ്പോൾ മൂകനാക്കപ്പെട്ടവൻ—അവിടെയാണ് യെഹെസ്കേലും (ദർശനത്തിൽ) ഉണ്ടായിരുന്നത്—ഏകദേശം ഒൻപത് മാസം മൂകനായിരുന്നതും. യോഹന്നാന്റെ ജനനത്തിന് ശേഷം എട്ടാം ദിവസം, യോഹന്നാനെ പരിച്ഛേദനം ചെയ്യുമ്പോഴായിരുന്നു അവന് സംസാരിക്കാൻ അനുമതി ലഭിച്ചത്. വിശുദ്ധമന്ദിരത്തിൽ ഇരിക്കുമ്പോൾ മൂകരാക്കപ്പെട്ട രണ്ട് പ്രവാചകർ. വിശുദ്ധമന്ദിരത്തിൽ ക്രിസ്തുവിനെ ദർശിക്കുമ്പോൾ മൂകനാക്കപ്പെട്ട മൂന്നാമത്തെ പ്രവാചകൻ ദാനിയേൽ ആയിരുന്നു. പത്താം അധ്യായത്തിൽ ദാനിയേൽ വിശുദ്ധമന്ദിരത്തിലുണ്ട്; അവനെ മൂന്ന് പ്രാവശ്യമുള്ള സ്പർശങ്ങളിൽ രണ്ടാമത്തേതായി സ്പർശിക്കപ്പെടുന്നതുമുതൽ അവൻ മൂകനാക്കപ്പെടുന്നു. മദ്ധ്യബിന്ദുവിൽ ദാനിയേൽ മൂകനാക്കപ്പെടുന്നു.</w:t>
      </w:r>
    </w:p>
    <w:p>
      <w:pPr>
        <w:pStyle w:val="ArticleScripture"/>
        <w:jc w:val="left"/>
      </w:pPr>
      <w:r>
        <w:rPr>
          <w:rFonts w:ascii="Nirmala UI" w:hAnsi="Nirmala UI" w:eastAsia="Nirmala UI" w:cs="Nirmala UI"/>
        </w:rPr>
        <w:t>അവൻ എന്നോടു അത്തരം വചനങ്ങൾ അരുളിച്ചെയ്തപ്പോൾ, ഞാൻ ഭൂമിയിലേക്കു എന്റെ മുഖം കുനിച്ചിട്ടു മിണ്ടാതെയായി. അപ്പോൾ ഇതാ, മനുഷ്യപുത്രന്മാരുടെ സാദൃശ്യമുള്ള ഒരുവൻ എന്റെ അധരങ്ങളെ തൊട്ടു; പിന്നെ ഞാൻ വായ്തുറന്ന് സംസാരിക്കുകയും, എന്റെ മുമ്പിൽ നിന്നവനോടു പറയുകയും ചെയ്തു: “എന്റെ യജമാനനേ, ഈ ദർശനത്താൽ എന്റെ വേദനകൾ എന്നിലേക്കു തിരിഞ്ഞുവന്നു; എനിക്കോ യാതൊരു ശക്തിയും ശേഷിച്ചിട്ടില്ല.” ദാനിയേൽ 10:15, 16.</w:t>
      </w:r>
    </w:p>
    <w:p>
      <w:pPr>
        <w:pStyle w:val="ArticleHeading"/>
        <w:jc w:val="left"/>
      </w:pPr>
      <w:r>
        <w:rPr>
          <w:rFonts w:ascii="Nirmala UI" w:hAnsi="Nirmala UI" w:eastAsia="Nirmala UI" w:cs="Nirmala UI"/>
        </w:rPr>
        <w:t>സംസാരിക്കുന്നു</w:t>
      </w:r>
    </w:p>
    <w:p>
      <w:pPr>
        <w:pStyle w:val="ArticleBody"/>
        <w:jc w:val="left"/>
      </w:pPr>
      <w:r>
        <w:rPr>
          <w:rFonts w:ascii="Nirmala UI" w:hAnsi="Nirmala UI" w:eastAsia="Nirmala UI" w:cs="Nirmala UI"/>
        </w:rPr>
        <w:t>“സംസാരിക്കുന്നത്” എന്ന പ്രതീകാത്മകത ഉടൻ വരാനിരിക്കുന്ന ഞായറാഴ്ചാനിയമത്തിൽ അടയാളപ്പെടുന്നു; അപ്പോൾ യുണൈറ്റഡ് സ്റ്റേറ്റ്സ് മഹാനാഗംപോലെ സംസാരിക്കുന്നു; ബാലാമിന്റെ കഴുത സംസാരിക്കുന്നു; ഹബക്കൂക്കിന്റെ ദർശനം സംസാരിക്കുകയും കള്ളം പറയാതിരിക്കയും ചെയ്യുന്നു. വിശുദ്ധാലയത്തിൽ ഇരിക്കുമ്പോൾ മൂകരാക്കപ്പെടുന്ന മൂന്നു മൂകപ്രവാചകന്മാർ യെരൂശലേമിന്റെ നാശസമയത്ത് സംസാരിക്കുന്നു. സഖറിയാവിനോടുകൂടെ, തന്റെ മകന്റെ പുതിയ നാമം ശരിയാണെന്ന് തിരിച്ചറിയിക്കേണ്ടതിന് അവൻ സംസാരിക്കുന്നു; അങ്ങനെ പുതിയൊരു നാമം ലഭിക്കുന്ന ഫിലദെൽഫ്യക്കാരെ അതു പ്രതിരൂപീകരിക്കുന്നു.</w:t>
      </w:r>
    </w:p>
    <w:p>
      <w:pPr>
        <w:pStyle w:val="ArticleScripture"/>
        <w:jc w:val="left"/>
      </w:pPr>
      <w:r>
        <w:rPr>
          <w:rFonts w:ascii="Nirmala UI" w:hAnsi="Nirmala UI" w:eastAsia="Nirmala UI" w:cs="Nirmala UI"/>
        </w:rPr>
        <w:t>ജയിക്കുന്നവനെ ഞാൻ എന്റെ ദൈവത്തിന്റെ ആലയത്തിൽ ഒരു തൂണാക്കും; അവൻ ഇനി ഒരിക്കലും പുറത്തേക്കു പോകുകയുമില്ല; ഞാൻ അവന്റെമേൽ എന്റെ ദൈവത്തിന്റെ നാമവും, എന്റെ ദൈവത്തിന്റെ നഗരത്തിന്റെ നാമവും, അതായത് എന്റെ ദൈവത്തിന്റെ അടുക്കൽനിന്ന് സ്വർഗത്തിൽനിന്നു ഇറങ്ങിവരുന്ന പുതിയ യെരൂശലേമിന്റെ നാമവും, എന്റെ പുതിയ നാമവും എഴുതും. വെളിപ്പാട് 3:12.</w:t>
      </w:r>
    </w:p>
    <w:p>
      <w:pPr>
        <w:pStyle w:val="ArticleBody"/>
        <w:jc w:val="left"/>
      </w:pPr>
      <w:r>
        <w:rPr>
          <w:rFonts w:ascii="Nirmala UI" w:hAnsi="Nirmala UI" w:eastAsia="Nirmala UI" w:cs="Nirmala UI"/>
        </w:rPr>
        <w:t>യോഹന്നാന്റെ പുതിയ കുടുംബനാമം എഴുതുവാൻ സഖറിയാവിന്നു ഒരു എഴുത്തുപലക കൊടുക്കപ്പെട്ടു.</w:t>
      </w:r>
    </w:p>
    <w:p>
      <w:pPr>
        <w:pStyle w:val="ArticleScripture"/>
        <w:jc w:val="left"/>
      </w:pPr>
      <w:r>
        <w:rPr>
          <w:rFonts w:ascii="Nirmala UI" w:hAnsi="Nirmala UI" w:eastAsia="Nirmala UI" w:cs="Nirmala UI"/>
        </w:rPr>
        <w:t>എട്ടാം ദിവസം അവർ ശിശുവിനെ പരിച്ഛേദന ചെയ്യുവാൻ വന്നു; പിതാവിന്റെ പേരനുസരിച്ച് അവന്നു സഖറിയാ എന്നു പേർ വിളിച്ചു. എന്നാൽ അവന്റെ മാതാവ് ഉത്തരം പറഞ്ഞു: അങ്ങനെ അല്ല; അവന്നു യോഹന്നാൻ എന്നു പേർ വിളിക്കേണം. അവർ അവളോടു പറഞ്ഞു: ഈ പേരിൽ വിളിക്കപ്പെടുന്ന ആരും നിന്റെ ബന്ധുക്കളിൽ ഇല്ലല്ലോ. പിന്നെ അവർ അവന്റെ പിതാവിനോടു അടയാളം കാട്ടി, അവന്നു എന്ത് പേര് നൽകുവാൻ ആഗ്രഹിക്കുന്നു എന്നു ചോദിച്ചു. അപ്പോൾ അവൻ ഒരു എഴുത്തുപലക ചോദിച്ചു വാങ്ങി: അവന്റെ പേര് യോഹന്നാൻ ആകുന്നു എന്നു എഴുതി. അതുകൊണ്ട് എല്ലാവരും അത്ഭുതപ്പെട്ടു. ഉടനെ അവന്റെ വായ് തുറക്കപ്പെട്ടു, നാവു വിട്ടു, അവൻ സംസാരിച്ചു ദൈവത്തെ സ്തുതിച്ചു. ലൂക്കാ 1:59–64.</w:t>
      </w:r>
    </w:p>
    <w:p>
      <w:pPr>
        <w:pStyle w:val="ArticleBody"/>
        <w:jc w:val="left"/>
      </w:pPr>
      <w:r>
        <w:rPr>
          <w:rFonts w:ascii="Nirmala UI" w:hAnsi="Nirmala UI" w:eastAsia="Nirmala UI" w:cs="Nirmala UI"/>
        </w:rPr>
        <w:t>യോഹന്നാന്റെ പുതിയ പേര് ഫിലദെൽഫ്യാ സഭയോടു പൊരുത്തപ്പെടുന്നു; അതുപോലെ, മൂന്നാം ദൂതന്റെ സന്ദേശത്തിൽ സഖറിയാവിന്റെ അവിശ്വാസം പ്രതിനിധീകരിക്കുന്നതുപോലെ, സഖറിയാവെന്ന പേര് ലൗദിക്യയോടു പൊരുത്തപ്പെടുന്നു. എല്ലാ പ്രവാചകന്മാരും അന്ത്യദിനങ്ങളെ അഭിസംബോധന ചെയ്യുന്നു; അന്ത്യദിനങ്ങൾ മൂന്നാം ദൂതന്റെ ചരിത്രമാണ്. ആകയാൽ, സന്ദേശം കൊണ്ടുവന്ന ദൂതൻ മൂന്നാം ദൂതൻ തന്നെയായിരിക്കണം. കർത്താവ് ലൗദിക്യയിലെ സെവൻത്-ഡേ അഡ്വെന്റിസ്റ്റ് സഭയെ കടന്നുപോകുമെന്ന കാര്യം സഖറിയാവ് ഗ്രഹിക്കാൻ നിരസിച്ചു. ഈ പ്രവാചകന്മാരിൽ ശബ്ദത്തിന്റെ പുനഃസ്ഥാപനത്തെക്കുറിച്ച് കൂടുതൽ പറയാനുണ്ട്; എങ്കിലും, യോശീയാവിന്റെ പ്രവാചക രേഖയെക്കുറിച്ചുള്ള ഒരു ബോധ്യത്തിലേക്കു നാം തുടർന്നും മുന്നോട്ട് പോകും.</w:t>
      </w:r>
    </w:p>
    <w:p>
      <w:pPr>
        <w:pStyle w:val="ArticleHeading"/>
        <w:jc w:val="left"/>
      </w:pPr>
      <w:r>
        <w:rPr>
          <w:rFonts w:ascii="Nirmala UI" w:hAnsi="Nirmala UI" w:eastAsia="Nirmala UI" w:cs="Nirmala UI"/>
        </w:rPr>
        <w:t>യോശീയാവിന്റെ ചക്രം</w:t>
      </w:r>
    </w:p>
    <w:p>
      <w:pPr>
        <w:pStyle w:val="ArticleBody"/>
        <w:jc w:val="left"/>
      </w:pPr>
      <w:r>
        <w:rPr>
          <w:rFonts w:ascii="Nirmala UI" w:hAnsi="Nirmala UI" w:eastAsia="Nirmala UI" w:cs="Nirmala UI"/>
        </w:rPr>
        <w:t>ക്രി.മു. 622-ൽ യോശീയാവിന്റെ പെസഹാവിൽ ആരംഭിച്ച പതിനേഴാമത്തെ ജൂബിലി ചക്രത്തെക്കുറിച്ച് നാം പരിഗണിച്ചിരിക്കുന്നു; എന്നാൽ യോശീയാവിന്റെ രേഖ ക്രി.മു. 622-നേക്കാൾ വളരെ മുമ്പേ ആരംഭിക്കുന്നു. ഇസ്രായേലിന്റെ ആദ്യ രാജാവായി ശൗലിനെ സിംഹാസനത്തിലേക്ക് കൊണ്ടുവന്ന ഇസ്രായേലിന്റെ മത്സരണം, രാജാവായ ശൗൽ ഭരിക്കേണ്ടിരുന്ന നാൽപ്പതു വർഷങ്ങളെ അടയാളപ്പെടുത്തി; തുടർന്ന് രാജാവായ ദാവീദ് ഭരിക്കേണ്ടിരുന്ന നാൽപ്പതു വർഷങ്ങളും, തുടർന്ന് സോളമോൻ ഭരിക്കേണ്ടിരുന്ന നാൽപ്പതു വർഷങ്ങളും വന്നു. പ്രവാചകനായ ശമൂവേലിനെ അത്യന്തം വേദനിപ്പിച്ച ദൈവനിരസനം ക്രി.മു. 1097-ൽ സംഭവിച്ചു; അത് ഒരു മത്സരണത്തിന്റെ പ്രവാചകീയ രേഖയ്ക്ക് തുടക്കമായി, യെഹൂദന്മാർ “കൈസരല്ലാതെ ഞങ്ങൾക്ക് രാജാവില്ല” എന്നു പ്രഖ്യാപിച്ചപ്പോൾ ക്രൂശിൽ അതിന് അന്ത്യം വന്നു.</w:t>
      </w:r>
    </w:p>
    <w:p>
      <w:pPr>
        <w:pStyle w:val="ArticleScripture"/>
        <w:jc w:val="left"/>
      </w:pPr>
      <w:r>
        <w:rPr>
          <w:rFonts w:ascii="Nirmala UI" w:hAnsi="Nirmala UI" w:eastAsia="Nirmala UI" w:cs="Nirmala UI"/>
        </w:rPr>
        <w:t>എന്നാൽ അവർ നിലവിളിച്ചു: അവനെ നീക്കിക്കളക, അവനെ നീക്കിക്കളക, അവനെ ക്രൂശിക്ക. പീലാത്തോസ് അവരോടു ചോദിച്ചു: നിങ്ങളുടെ രാജാവിനെ ഞാൻ ക്രൂശിക്കണമോ? മഹാപുരോഹിതന്മാർ ഉത്തരം പറഞ്ഞു: കൈസരല്ലാതെ ഞങ്ങൾക്കു മറ്റൊരു രാജാവില്ല. യോഹന്നാൻ 19:15.</w:t>
      </w:r>
    </w:p>
    <w:p>
      <w:pPr>
        <w:pStyle w:val="ArticleBody"/>
        <w:jc w:val="left"/>
      </w:pPr>
      <w:r>
        <w:rPr>
          <w:rFonts w:ascii="Nirmala UI" w:hAnsi="Nirmala UI" w:eastAsia="Nirmala UI" w:cs="Nirmala UI"/>
        </w:rPr>
        <w:t>ക്രി.മു. 977-ൽ സൊലോമോന്റെ മരണത്തോളം, 1097-ൽ നിന്ന് തുടർന്നു മൂന്ന് രാജാക്കന്മാർ ഓരോരുത്തരും നാല്പത് വർഷം വീതം ഭരിച്ചു; തുടർന്ന് രാജ്യം വടക്കും തെക്കും ആയി വിഭജിക്കപ്പെട്ടു.</w:t>
      </w:r>
    </w:p>
    <w:p>
      <w:pPr>
        <w:pStyle w:val="ArticleScripture"/>
        <w:jc w:val="left"/>
      </w:pPr>
      <w:r>
        <w:rPr>
          <w:rFonts w:ascii="Nirmala UI" w:hAnsi="Nirmala UI" w:eastAsia="Nirmala UI" w:cs="Nirmala UI"/>
        </w:rPr>
        <w:t>അതിനു ശേഷം അവർ ഒരു രാജാവിനെ അഭിലഷിച്ചു; അപ്പോൾ ദൈവം ബെന്യാമിൻ ഗോത്രത്തിൽപ്പെട്ട, കീഷിന്റെ മകനായ ശൗലിനെ നാൽപ്പതു വർഷത്തേക്ക് അവർക്കു കൊടുത്തു. അപ്പൊസ്തലപ്രവൃത്തികൾ 13:21.</w:t>
      </w:r>
    </w:p>
    <w:p>
      <w:pPr>
        <w:pStyle w:val="ArticleScripture"/>
        <w:jc w:val="left"/>
      </w:pPr>
      <w:r>
        <w:rPr>
          <w:rFonts w:ascii="Nirmala UI" w:hAnsi="Nirmala UI" w:eastAsia="Nirmala UI" w:cs="Nirmala UI"/>
        </w:rPr>
        <w:t>ദാവീദ് രാജാവായി ഭരിക്കാൻ ആരംഭിച്ചപ്പോൾ മുപ്പത് വയസ്സായിരുന്നു; അവൻ നാല്പതു വർഷം ഭരിച്ചു. ഹെബ്രോനിൽ അവൻ യെഹൂദാവിന്മേൽ ഏഴ് വർഷവും ആറു മാസവും ഭരിച്ചു; യെരൂശലേമിൽ അവൻ സകല യിസ്രായേലിന്മേലും യെഹൂദാവിന്മേലും മുപ്പത്തിമൂന്ന് വർഷം ഭരിച്ചു. 2 ശമൂവേൽ 2:4, 5.</w:t>
      </w:r>
    </w:p>
    <w:p>
      <w:pPr>
        <w:pStyle w:val="ArticleBody"/>
        <w:jc w:val="left"/>
      </w:pPr>
      <w:r>
        <w:rPr>
          <w:rFonts w:ascii="Nirmala UI" w:hAnsi="Nirmala UI" w:eastAsia="Nirmala UI" w:cs="Nirmala UI"/>
        </w:rPr>
        <w:t>സോളോമോന്റെ ഭരണം ക്രി.മു. 971-ൽ ആരംഭിച്ചു; ദേവാലയത്തിന്റെ അടിസ്ഥാനം സോളോമോന്റെ നാലാം ആണ്ടിൽ (ക്രി.മു. 967) ഇടപ്പെട്ടു. നിർമാണം ഏഴ് വർഷം നീണ്ടുനിന്നു (1 രാജാക്കന്മാർ 6:37–38), സോളോമോന്റെ പതിനൊന്നാം ആണ്ടിലെ എട്ടാം മാസത്തിൽ ദേവാലയം പൂർത്തിയായി. ഔപചാരിക സമർപ്പണം ഏഴാം മാസത്തിൽ (എഥാനീം മാസം), കൂടാരപ്പെരുന്നാളിന്റെ സമയത്ത് നടന്നു (1 രാജാക്കന്മാർ 8; 2 ദിനവൃത്താന്തം 5–7). രാജാക്കന്മാർ, ദേവാലയം, ജാതി—ഇവയിൽ ഓരോന്നും ചരിത്രത്തിൽ നാലുനൂറ്റി തൊണ്ണൂറ് വർഷങ്ങളുടെ ഒരു കാലയളവിനാൽ പ്രതിനിധീകരിക്കപ്പെടുന്നു; ആ കാലയളവ് രാജാക്കന്മാരോടോ ദേവാലയത്തോടോ ജാതിയോടോ ബന്ധപ്പെട്ട ഒരു പ്രവാചകകാലഘട്ടത്തെ വ്യക്തമായി അടയാളപ്പെടുത്തുന്നു.</w:t>
      </w:r>
    </w:p>
    <w:p>
      <w:pPr>
        <w:pStyle w:val="ArticleBody"/>
        <w:jc w:val="left"/>
      </w:pPr>
      <w:r>
        <w:rPr>
          <w:rFonts w:ascii="Nirmala UI" w:hAnsi="Nirmala UI" w:eastAsia="Nirmala UI" w:cs="Nirmala UI"/>
        </w:rPr>
        <w:t>605 ബി.സി. ആണെന്ന് ഭൂരിപക്ഷം ബൈബിള്‍ കാലഗണനാപണ്ഡിതര്‍ തിരിച്ചറിയുന്നുവെങ്കിലും, ദാനിയേല്‍ 607 ബി.സി.യില്‍ ബന്ദിയായി കൊണ്ടുപോകപ്പെട്ടു. ചരിത്രരേഖ പ്രവചനസാക്ഷ്യവുമായി പൊരുത്തപ്പെടേണ്ടതാണ്; കൂടാതെ 1097 ബി.സി.യില്‍ രാജാവിനെ ആഗ്രഹിച്ചതോടെ ആരംഭിക്കുന്ന ചരിത്രരേഖയില്‍ ചരിത്രപരമായി രേഖപ്പെടുത്തിയിരിക്കുന്ന സംഭവങ്ങളുടെ പ്രതീകാത്മകത, നിരവധി പ്രവചനസാക്ഷികളുടെ അടിസ്ഥാനത്തില്‍, 605 ബി.സി. അല്ല, 607 ബി.സി. തന്നെയാണ് ശരിയായ പ്രയോഗമെന്ന് ആവശ്യപ്പെടുന്നു. 607 ബി.സി. രാജാക്കന്മാരുടെ നിരയിലെ നാനൂറ്റി തൊണ്ണൂറ് വര്‍ഷത്തിന്റെ അവസാനത്തെ അടയാളപ്പെടുത്തുന്നു; എങ്കിലും അതു രേഖയില്‍ സംഭവിക്കുന്ന എഴുപത് വര്‍ഷത്തിന്റെ മൂന്ന് പ്രാഥമിക പ്രതിനിധാനങ്ങളില്‍ ഒന്നിന്റെ ആരംഭവുമാണ്. 607 ബി.സി. 677 ബി.സി.യില്‍ മനശ്ശെയുടെ ബന്ദിത്വത്തോടെ ആരംഭിച്ച എഴുപത് വര്‍ഷത്തിന്റെ അവസാനത്തെയും അടയാളപ്പെടുത്തുന്നു. നാലുനൂറ്റി തൊണ്ണൂറ് വര്‍ഷത്തിന്റെ പ്രതീകത്തിന്റെ ആദ്യ പ്രതിനിധാനം (രേഖയില്‍ മൂന്ന് സാക്ഷികളെ ഉള്‍ക്കൊള്ളുന്നതു) അവസാനിക്കുന്നത്, എഴുപത് വര്‍ഷത്തിന്റെ മൂന്ന് സാക്ഷികളില്‍ ഒന്ന് അവസാനിക്കുന്നിടത്തും, എഴുപത് വര്‍ഷത്തിന്റെ മറ്റൊരു സാക്ഷി ആരംഭിക്കുന്നിടത്തുമാണ്; ദാനിയേല്‍ 605 ബി.സി.യില്‍ ബന്ദിയായി കൊണ്ടുപോകപ്പെട്ടു എന്ന ആശയം ഉണ്ടായിരുന്നാലും, ഗണിതഘടന 607 ബി.സി.യ്ക്കു സാക്ഷ്യം വഹിക്കുന്നു.</w:t>
      </w:r>
    </w:p>
    <w:p>
      <w:pPr>
        <w:pStyle w:val="ArticleBody"/>
        <w:jc w:val="left"/>
      </w:pPr>
      <w:r>
        <w:rPr>
          <w:rFonts w:ascii="Nirmala UI" w:hAnsi="Nirmala UI" w:eastAsia="Nirmala UI" w:cs="Nirmala UI"/>
        </w:rPr>
        <w:t>ക്രി.മു. 1097 മുതൽ ക്രി.മു. 607 വരെ രാജാക്കന്മാരുമായി ബന്ധപ്പെട്ട 490 വർഷങ്ങളുടെ കാലയളവ് ഉൾക്കൊള്ളുന്ന ആ രേഖയ്ക്കുള്ളിൽ, ക്രി.മു. 516-ൽ സൊലൊമോന്റെ ആലയത്തിന്റെ സമർപ്പണത്തിൽ നിന്ന് പ്രവാസാനന്തര ആലയത്തെ സെരൂബ്ബാബേൽ സമർപ്പിച്ചതുവരെയും 490 വർഷങ്ങൾ ഉണ്ട്. ആ 490 വർഷങ്ങൾ, സൊലൊമോൻ തന്റെ പതിനൊന്നാം ആണ്ടിൽ നടത്തിയ സമർപ്പണത്തിൽ നിന്ന് 420 വർഷങ്ങളും, തടവുകാലത്ത് ആലയം ശൂന്യമായി കിടന്ന 70 വർഷങ്ങളും ചേർന്നതാകുന്നു; ആകെ 490 വർഷം. അർത്ഥഹ്‌ഷഷ്ടാവിന്റെ മൂന്നാം കല്പന 59 വർഷങ്ങൾക്കു ശേഷം, ക്രി.മു. 457-ൽ വന്നു; ദൈവജനത്തിനായി “നിശ്ചയിക്കപ്പെട്ട” (“വെട്ടിമാറ്റപ്പെട്ട”, ദാനിയേൽ 9:24) 490 വർഷങ്ങളുടെ ആരംഭത്തെ അത് അടയാളപ്പെടുത്തുന്നു; ആ കാലം ക്രി.വ. 34-ൽ സ്തെഫാനൊസിന്റെ കല്ലെറിഞ്ഞുകൊലയിൽ സമാപിച്ചു. ദൈവത്തെയും പ്രവചനാത്മാവിനെയും തള്ളിക്കളഞ്ഞതെന്ന അടിസ്ഥാനപരമായ വിശ്വാസത്യാഗത്തോടെ ക്രി.മു. 1097-ൽ ആരംഭിച്ച്, സ്തെഫാനൊസ് ദൈവത്തിന്റെ വലതുഭാഗത്ത് ക്രിസ്തു നില്ക്കുന്നതു കണ്ടപ്പോൾ അവസാനിക്കുന്ന ആ പ്രവാചക രേഖയിൽ, ഇതുകൂടാതെ അനേകം ആഴമുള്ള കാലഗണനാപരമായ സാക്ഷ്യങ്ങളും ഉണ്ടെന്നത് സ്വാഭാവികമാണ്. ഈ സാക്ഷ്യത്തിനുള്ളിൽ നാം യോശീയാവിന്റെ പ്രവാചകചക്രം കണ്ടെത്തുന്നു.</w:t>
      </w:r>
    </w:p>
    <w:p>
      <w:pPr>
        <w:pStyle w:val="ArticleBody"/>
        <w:jc w:val="left"/>
      </w:pPr>
      <w:r>
        <w:rPr>
          <w:rFonts w:ascii="Nirmala UI" w:hAnsi="Nirmala UI" w:eastAsia="Nirmala UI" w:cs="Nirmala UI"/>
        </w:rPr>
        <w:t>ഞാൻ “അടിസ്ഥാനപരമായ വിശ്വാസത്യാഗം” എന്നു പറയുന്നു; കാരണം, ആ രേഖയുടെ ആരംഭം ഇസ്രായേൽ ദൈവത്തെ രാജാവായി നിരസിച്ച സമയത്തെ തിരിച്ചറിയിക്കുന്നു; ലൗകികനായ ഒരു രാജാവിനെ വേണമെന്ന അവരുടെ ആഗ്രഹത്തിൽ, ഇങ്ങനെ ഇസ്രായേലിന്റെ മാനുഷിക രാജത്വത്തിന്റെ അടിസ്ഥാനത്തെ അടയാളപ്പെടുത്തി. കൂടാതെ, “ദൈവത്തിന്റെ അടിസ്ഥാനം” എന്നു അർത്ഥമുള്ള യോശീയാവിന്റെ ചക്രത്തേക്കുറിച്ചും ഞാൻ ഇത് എഴുതുന്നു; അത് ദൈവജനത്തിന്റെ അടിസ്ഥാനത്തിന്റെയും അടിസ്ഥാനപരമായ വിശ്വാസത്യാഗത്തിന്റെയും ഒരു പ്രതീകമാണ്.</w:t>
      </w:r>
    </w:p>
    <w:p>
      <w:pPr>
        <w:pStyle w:val="ArticleBody"/>
        <w:jc w:val="left"/>
      </w:pPr>
      <w:r>
        <w:rPr>
          <w:rFonts w:ascii="Nirmala UI" w:hAnsi="Nirmala UI" w:eastAsia="Nirmala UI" w:cs="Nirmala UI"/>
        </w:rPr>
        <w:t>ശലോമോൻ മരിച്ചതിനുശേഷം പന്ത്രണ്ടു ഗോത്രങ്ങൾ വടക്കും തെക്കും ആയി വിഭജിക്കപ്പെട്ടപ്പോൾ, വ്യാജ ആരാധനാസംവിധാനം യെരോബെയാം സമർപ്പിച്ചതിനെ അനുസരണക്കേടുള്ള പ്രവാചകൻ ശാസിച്ചു; അവന്റെ ആ ശാസനയിൽ യോശീയാവെന്നു പേരുള്ള ഒരു വരാനിരിക്കുന്ന രാജാവിനെക്കുറിച്ചുള്ള പ്രവചനവും ഉൾപ്പെട്ടിരുന്നു. യെരോബെയാമിന്റെയും വടക്കൻ പത്തു ഗോത്രങ്ങളുടെയും ആ അടിസ്ഥാനപരമായ വിശ്വാസത്യാഗത്തിന്റെ സമയത്തുതന്നെ, ക്രി.മു. 622-ലെ മഹാപെസഹയാൽ അടയാളപ്പെടുത്തപ്പെടുന്ന യോശീയാവിന്റെയും അവന്റെ നവോത്ഥാനത്തിന്റെയും പ്രവചനം മുൻകൂട്ടി അറിയിക്കപ്പെട്ടു. ആ നവോത്ഥാനം മോശെയുടെ എഴുത്തുകൾ കണ്ടെത്തപ്പെട്ടതിലൂടെയും, ദൈവജനത്തിന്റെ നിരന്തരമായ വിശ്വാസത്യാഗം നിമിത്തം അവരുടെമേൽ ന്യായവിധി പ്രസ്താവിക്കപ്പെട്ടതിലൂടെയും ഉണ്ടായതായിരുന്നു. മോശെയുടെ എഴുത്തുകളിലെ വചനങ്ങൾ യോശീയാവു രാജാവിനു വായിച്ചുകേൾപ്പിക്കപ്പെട്ടപ്പോൾ, അത് പഴയ നിയമചരിത്രത്തിലെ ഏറ്റവും മഹത്തായ നവോത്ഥാനത്തെ ജനിപ്പിച്ചു. യോശീയാവെന്നു പേരുള്ള ഒരു ശിശു ഭാവിയിൽ ജനിക്കും എന്ന പ്രവചനത്തിൽ, യെരോബെയാം രാജാവിനെതിരേ അനുസരണക്കേടുള്ള പ്രവാചകൻ ഉന്നയിച്ച ആ അടിസ്ഥാനപരമായ വിശ്വാസത്യാഗത്തെക്കുറിച്ചുള്ള പ്രവാചകപരമായ കുറ്റാരോപണവും ഉൾപ്പെട്ടിരുന്നു.</w:t>
      </w:r>
    </w:p>
    <w:p>
      <w:pPr>
        <w:pStyle w:val="ArticleBody"/>
        <w:jc w:val="left"/>
      </w:pPr>
      <w:r>
        <w:rPr>
          <w:rFonts w:ascii="Nirmala UI" w:hAnsi="Nirmala UI" w:eastAsia="Nirmala UI" w:cs="Nirmala UI"/>
        </w:rPr>
        <w:t>ദാനിയേൽ അതിനെ വിളിക്കുന്നതുപോലെ മോശെയുടെ ശാപം ലേവ്യപുസ്തകം ഇരുപത്തിയാറിലെ “ഏഴു കാലങ്ങൾ” ആകുന്നു; അത് അഡ്വെന്റിസത്തിന്റെ അടിസ്ഥാനസത്യങ്ങളുടെ പ്രതീകമായ വില്യം മില്ലറുടെ അടിസ്ഥാനപരമായ കണ്ടെത്തലായി മാറി. 1840 ആഗസ്റ്റ് 11-ന് മില്ലറുടെ സന്ദേശത്തിന് ലഭിച്ച ശക്തീകരണം 1838-ലും 1840-ലും “യോശീയാവ്” ലിച്ച് നടത്തിയ പ്രവർത്തനത്തിലൂടെയായിരുന്നു. 1863-ൽ ആ അടിസ്ഥാനങ്ങൾ മാറ്റിവെക്കപ്പെട്ടു; “ഏഴു കാലങ്ങൾ” ഫിലദെൽഫ്യൻ മില്ലറൈറ്റുകളുടെ അടിസ്ഥാനസത്യങ്ങളുടെ പ്രതീകമാത്രമല്ല, അടിസ്ഥാനങ്ങൾക്കെതിരായ ലവൊദിക്യൻ മില്ലറിസത്തിന്റെ കലാപത്തിന്റെ പ്രതീകവും ആയി. ഒന്നാമത്തെയും രണ്ടാമത്തെയും ദൂതന്മാരുടെ മില്ലറൈറ്റുകളുടെ ചരിത്രത്തിൽ “യോശീയാവ്” എന്ന പ്രതീകത്വം നിലനിൽക്കുന്നു; അത് ഒരു നൂലിഴ പോലും വ്യത്യാസമില്ലാതെ ഒരു ലക്ഷം നാല്പത്തിനാലായിരത്തിന്റെ ചരിത്രത്തിൽ വീണ്ടും ആവർത്തിക്കപ്പെടും. യോശീയാവിന്റെ ചക്രം രാജാവായ ശൗലിന്റെ മന്ത്രവാദത്തിലേക്കു പിന്നോട്ടു നീളുകയും തുടർന്ന് ഞായറാഴ്ചനിയമത്തിന്റെ സമയത്ത് ലവൊദിക്യൻ സെവൻത്-ഡേ അഡ്വെന്റിസ്റ്റ് സഭ ഛർദ്ദിക്കപ്പെടുന്നതുവരെ എത്തിച്ചേരുകയും ചെയ്യുന്നു. യെഹെസ്കേലിലെ യോശീയാവിന്റെ ചക്രം ഇപ്പോൾ ഒരു ലക്ഷം നാല്പത്തിനാലായിരത്തിന്റെ മുദ്രയിടലിന്റെ പര്യവസാനഘട്ടമായി അനാവൃതമാകുന്ന പ്രക്രിയയിലുണ്ട്.</w:t>
      </w:r>
    </w:p>
    <w:p>
      <w:pPr>
        <w:pStyle w:val="ArticleBody"/>
        <w:jc w:val="left"/>
      </w:pPr>
      <w:r>
        <w:rPr>
          <w:rFonts w:ascii="Nirmala UI" w:hAnsi="Nirmala UI" w:eastAsia="Nirmala UI" w:cs="Nirmala UI"/>
        </w:rPr>
        <w:t>ഈ കാര്യങ്ങൾ അടുത്ത ലേഖനത്തിൽ നാം തുടരും.</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നാല്പതാമത്തെ വചനത്തിന്റെ ഗൂഢചരിത്രം - ഇരുപത്തഞ്ചാം സംഖ്യ</dc:title>
  <dc:subject>യേഹെസ്കേൽ സംഖ്യ ആറു</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