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നാൽപ്പതാം വചനത്തിന്റെ മറഞ്ഞിരിക്കുന്ന ചരിത്രം - സംഖ്യ ഇരുപത്തിയാറ്</w:t>
      </w:r>
    </w:p>
    <w:p>
      <w:pPr>
        <w:pStyle w:val="ArticleSubtitle"/>
        <w:jc w:val="left"/>
      </w:pPr>
      <w:r>
        <w:rPr>
          <w:rFonts w:ascii="Nirmala UI" w:hAnsi="Nirmala UI" w:eastAsia="Nirmala UI" w:cs="Nirmala UI"/>
        </w:rPr>
        <w:t>യെഹെസ്കേൽ സംഖ്യ ഏഴ്</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‘യോശീയാവിന്റെ ചക്രം’ എന്നു ഞാൻ തിരിച്ചറിയുന്ന പ്രവാചക രേഖ, ക്രി.മു. 1097-ൽ പുരാതന ഇസ്രായേൽ ദൈവത്തെ തങ്ങളുടെ രാജാവായി നിരസിച്ചതിലൂടെ ഉണ്ടായ കലാപത്തോടെ ആരംഭിക്കുന്നു. ആദ്യത്തെ മൂന്ന് രാജാക്കന്മാർ (ശൗൽ, ദാവീദ്, ശലോമോൻ) ക്രി.മു. 1097 മുതൽ ക്രി.മു. 977 വരെ നാൽപ്പത് വർഷം വീതം ഭരിച്ചു എന്നു തിരിച്ചറിയപ്പെടുന്നു. ശലോമോന്റെ മരണത്തോടെ യെരോബെയാമിന്റെ കലാപവും വടക്കൻ പത്ത് ഗോത്രങ്ങളുടെ വിപ്ലവവും ആദ്യത്തെ മൂന്ന് രാജാക്കന്മാരുടെ രേഖ അവസാനിപ്പിക്കുകയും, വടക്കൻ രാജ്യത്തിലും തെക്കൻ രാജ്യത്തിലും രാജാക്കന്മാരുടെ ഒരു രേഖ ആരംഭിക്കുകയും ചെയ്യുന്നു.</w:t>
      </w:r>
    </w:p>
    <w:p>
      <w:pPr>
        <w:pStyle w:val="ArticleBody"/>
        <w:jc w:val="left"/>
      </w:pPr>
      <w:r>
        <w:rPr>
          <w:rFonts w:ascii="Nirmala UI" w:hAnsi="Nirmala UI" w:eastAsia="Nirmala UI" w:cs="Nirmala UI"/>
        </w:rPr>
        <w:t>ആദ്യത്തെ മൂന്ന് രാജാക്കന്മാർ അനേകം സത്യങ്ങളുടെ പ്രതീകമാണ്; എന്നാൽ അവർ ബന്ധിപ്പിക്കപ്പെടുന്ന സത്യത്തിന്റെ ചക്രങ്ങളിൽ ഒന്നാണ് യെഹൂദയുടെ അവസാനത്തെ മൂന്ന് രാജാക്കന്മാർ—യെഹോയാക്കീം, യെഹോയാഖീൻ, സിദെക്കീയാവു—അവർ തിരികെ സൈറസ്, ദാര്യാവേശ്, അർത്ഥഹ്‌ശഷ്ടാവ് എന്നിവരെ പ്രതിനിധീകരിക്കുന്നു. സൈറസ്, ദാര്യാവേശ്, അർത്ഥഹ്‌ശഷ്ടാവ് എന്നിവർ തിരികെ ക്രി.മു. 516 മുതൽ ക്രി.മു. 457 വരെ എത്തിച്ചേരുന്ന അവരുടെ മൂന്ന് കല്പനകളെ പ്രതിനിധീകരിക്കുന്നു; അവ തിരികെ യഥാക്രമം 1798-ലും, 1844 ഏപ്രിൽ 19-ലും, 1844 ഒക്ടോബർ 22-ലും എത്തിച്ചേരുന്ന വെളിപ്പാട് പതിന്നാലിലെ മൂന്ന് ദൂതന്മാരെ പ്രതിനിധീകരിക്കുന്നു. വെളിപ്പാട് പതിന്നാലിലെ മൂന്ന് ദൂതന്മാരുടെ വരവിന്റെ ചരിത്രം ഒരു നൂറ് നാല്പത്തിനാലായിരം പേരുടെ മുദ്രയിടുന്ന സമയത്ത് അക്ഷരാർഥത്തിൽ തന്നേ ആവർത്തിക്കപ്പെടുന്നു; ഇതുവഴി ശൗൽ രാജാവായി അഭിഷിക്തനാകുന്നതോടെ ആരംഭിക്കുന്ന പ്രവാചക രേഖ ഉടൻ വരാനിരിക്കുന്ന ഞായറാഴ്ച നിയമത്തിൽ ജയോന്മുഖ സഭ അഭിഷിക്തമാകുമ്പോൾ അതിന്റെ സമാപ്തിയിലെത്തുന്നു എന്ന് തിരിച്ചറിയപ്പെടുന്നു. ആ രേഖയിൽ രാജാവായ യോശീയാവിന്റെ ചക്രവും ഉൾപ്പെടുന്നു; അത് ക്രി.മു. 977-ൽ ബേഥേലിലെയും ദാനിലെയും യെരോബെയാമിന്റെ കലാപത്തിലേക്കു പിന്നോട്ടെത്തുന്നു.</w:t>
      </w:r>
    </w:p>
    <w:p>
      <w:pPr>
        <w:pStyle w:val="ArticleHeading"/>
        <w:jc w:val="left"/>
      </w:pPr>
      <w:r>
        <w:rPr>
          <w:rFonts w:ascii="Nirmala UI" w:hAnsi="Nirmala UI" w:eastAsia="Nirmala UI" w:cs="Nirmala UI"/>
        </w:rPr>
        <w:t>ഇരുപത്തിരണ്ട്</w:t>
      </w:r>
    </w:p>
    <w:p>
      <w:pPr>
        <w:pStyle w:val="ArticleBody"/>
        <w:jc w:val="left"/>
      </w:pPr>
      <w:r>
        <w:rPr>
          <w:rFonts w:ascii="Nirmala UI" w:hAnsi="Nirmala UI" w:eastAsia="Nirmala UI" w:cs="Nirmala UI"/>
        </w:rPr>
        <w:t>യെരോബെയാം ഇരുപത്തിരണ്ടിന്റെ പ്രതീകത്വം കൈവശമാക്കുന്നു; കാരണം അവൻ ഇരുപത്തിരണ്ട് വർഷം ഭരിച്ചു. അതുകൊണ്ടു, ദാനിയേലിന്റെ മാരാ ദർശനത്തിൽ ഇരുപത്തിരണ്ടാം ദിവസത്തിൽ ദൈവത്വവും മനുഷ്യത്വവും കൂടിച്ചേരുന്നതിന്റെ പ്രതീകമായി ചിത്രീകരിക്കപ്പെടുന്ന ഇരുപത്തിരണ്ടിനാൽ പ്രതിനിധീകരിക്കപ്പെടുന്ന ചരിത്രത്തോടു അവന്റെ സാക്ഷ്യം ബന്ധിക്കപ്പെടുന്നു; കൂടാതെ, ഇരുപത്തിരണ്ട് ദശാംശമായിരിക്കുന്ന ഇരുനൂറ്റി ഇരുപത് എന്ന സംഖ്യയോടും അത് ബന്ധിപ്പിക്കപ്പെടുന്നു.</w:t>
      </w:r>
    </w:p>
    <w:p>
      <w:pPr>
        <w:pStyle w:val="ArticleScripture"/>
        <w:jc w:val="left"/>
      </w:pPr>
      <w:r>
        <w:rPr>
          <w:rFonts w:ascii="Nirmala UI" w:hAnsi="Nirmala UI" w:eastAsia="Nirmala UI" w:cs="Nirmala UI"/>
        </w:rPr>
        <w:t>യെരോബെയാം ഭരിച്ച കാലം ഇരുപത്തിരണ്ടു വർഷം ആയിരുന്നു; അവൻ തന്റെ പിതാക്കന്മാരോടുകൂടെ നിദ്ര പ്രാപിച്ചു; അവന്റെ മകനായ നാദാബ് അവന്നു പകരം രാജാവായി. 1 രാജാക്കന്മാർ 14:20.</w:t>
      </w:r>
    </w:p>
    <w:p>
      <w:pPr>
        <w:pStyle w:val="ArticleBody"/>
        <w:jc w:val="left"/>
      </w:pPr>
      <w:r>
        <w:rPr>
          <w:rFonts w:ascii="Nirmala UI" w:hAnsi="Nirmala UI" w:eastAsia="Nirmala UI" w:cs="Nirmala UI"/>
        </w:rPr>
        <w:t>ദൈവത്വവും മാനുഷത്വവും ഏകീകൃതമായി സംയോജിക്കുന്നതിനെ പ്രതിനിധീകരിക്കുന്ന ‘at-One-Ment’ എന്നത് ക്രിസ്തുവിന്റെ പ്രവൃത്തിയാണ്; അത് ഒക്ടോബർ 22-ാം തീയതിയിൽ, അഥവാ പത്താം മാസത്തിൽ (ഗ്രിഗോറിയൻ കലണ്ടർ) ആരംഭിച്ചു; പത്ത് ഗുണം ഇരുപത്തിരണ്ട് എന്നത് ഇരുനൂറിരുപത് ആകുന്നു. യെരോബെയാം ബേഥേലിലും ദാനിലും വ്യാജ യാഗപീഠങ്ങൾ സ്ഥാപിച്ചു; അതുകൊണ്ട് അവൻ സഭ (ബേഥേൽ: അർത്ഥം സഭ)യും രാജ്യം (ദാൻ: അർത്ഥം ന്യായവിധി)യും സംയോജിക്കുന്നതുമായി ബന്ധപ്പെട്ട ഞായറാഴ്ചയുടെ വ്യാജാരാധനയുടെ ഒരു പ്രതീകമാണ്.</w:t>
      </w:r>
    </w:p>
    <w:p>
      <w:pPr>
        <w:pStyle w:val="ArticleScripture"/>
        <w:jc w:val="left"/>
      </w:pPr>
      <w:r>
        <w:rPr>
          <w:rFonts w:ascii="Nirmala UI" w:hAnsi="Nirmala UI" w:eastAsia="Nirmala UI" w:cs="Nirmala UI"/>
        </w:rPr>
        <w:t>അപ്പോൾ യെരോബെയാം എഫ്രയീം പർവതദേശത്തിലെ ശെഖേം പണിതു അവിടെ പാർത്തു; അവിടെനിന്നു പുറപ്പെട്ടു പെനൂവേലും പണിതു. യെരോബെയാം തന്റെ ഹൃദയത്തിൽ പറഞ്ഞു: ഇപ്പോൾ രാജ്യം ദാവീദ്ഗൃഹത്തിലേക്കു മടങ്ങിപ്പോകും. ഈ ജനങ്ങൾ യെരൂശലേമിലുള്ള യഹോവയുടെ ആലയത്തിൽ ബലി കഴിപ്പാൻ കയറിപ്പോകുന്നുവെങ്കിൽ, ഈ ജനത്തിന്റെ ഹൃദയം അവരുടെ യജമാനനായ യെഹൂദാരാജാവായ രെഹബെയാമിന്റെ അടുക്കലേക്കു വീണ്ടും തിരിയും; അവർ എന്നെ കൊന്നു യെഹൂദാരാജാവായ രെഹബെയാമിന്റെ അടുക്കലേക്കു മടങ്ങിപ്പോകും. അതിനാൽ രാജാവ് ആലോചന ചെയ്തശേഷം രണ്ട് സ്വർണ്ണക്കിടാവുകളെ ഉണ്ടാക്കി അവരോടു പറഞ്ഞു: യെരൂശലേമിലേക്കു കയറിപ്പോകുന്നതു നിങ്ങൾക്കു വളരെ പ്രയാസമാണ്; ഇസ്രായേലേ, ഇതാ, മിസ്രയീംദേശത്തുനിന്നു നിന്നെ കൊണ്ടുവന്ന നിന്റെ ദേവന്മാർ. അവയിൽ ഒന്നു അവൻ ബേഥേലിൽ സ്ഥാപിച്ചു; മറ്റേത് ദാനിൽ വെച്ചു. ഈ കാര്യം പാപമായിത്തീർന്നു; ജനങ്ങൾ ഒന്നിന്റെ മുമ്പിൽ നമസ്കരിപ്പാൻ ദാൻവരെപ്പോലും ചെന്നു. അവൻ പൂജാഗിരികളുടെ ഒരു ആലയം ഉണ്ടാക്കി, ലേവിയുടെ പുത്രന്മാരിൽപ്പെട്ടവരല്ലാത്ത സാധാരണ ജനങ്ങളിൽ നിന്നു പുരോഹിതന്മാരെയും നിയമിച്ചു. യെരോബെയാം എട്ടാം മാസത്തിലെ പതിനഞ്ചാം തീയതിയിൽ, യെഹൂദായിലുള്ള ഉത്സവത്തിനെപ്പോലെ ഒരു ഉത്സവം നിയമിച്ചു; അവൻ യാഗപീഠത്തിന്മേൽ അർപ്പിച്ചു. താൻ ഉണ്ടാക്കിയ കിടാവുകൾക്കു ബലി കഴിപ്പിച്ചുകൊണ്ടു ബേഥേലിൽ അവൻ അങ്ങനെ തന്നേ ചെയ്തു; താൻ ഉണ്ടാക്കിയ പൂജാഗിരികളുടെ പുരോഹിതന്മാരെ ബേഥേലിൽ നിയമിക്കുകയും ചെയ്തു. ഇങ്ങനെ താൻ ബേഥേലിൽ ഉണ്ടാക്കിയ യാഗപീഠത്തിന്മേൽ, തന്റെ ഹൃദയംകൊണ്ടു ആലോചിച്ചു നിശ്ചയിച്ച മാസമായ എട്ടാം മാസത്തിലെ പതിനഞ്ചാം തീയതിയിൽ, അവൻ അർപ്പിച്ചു; ഇസ്രായേൽമക്കൾക്കു ഒരു ഉത്സവവും നിയമിച്ചു; യാഗപീഠത്തിന്മേൽ അർപ്പിക്കുകയും ധൂപം കാട്ടുകയും ചെയ്തു. 1 രാജാക്കന്മാർ 12:25–33.</w:t>
      </w:r>
    </w:p>
    <w:p>
      <w:pPr>
        <w:pStyle w:val="ArticleBody"/>
        <w:jc w:val="left"/>
      </w:pPr>
      <w:r>
        <w:rPr>
          <w:rFonts w:ascii="Nirmala UI" w:hAnsi="Nirmala UI" w:eastAsia="Nirmala UI" w:cs="Nirmala UI"/>
        </w:rPr>
        <w:t>വടക്കൻ പത്ത് ഗോത്രങ്ങളുടെ അടിസ്ഥാനചരിത്രത്തിൽ, ദൈവത്തെ രാജാവായി ഇസ്രായേൽ നിരസിച്ചതിനാലും അഹരോനും സ്വർണ്ണകിടാവും സംബന്ധിച്ച കലാപത്താലും മുൻകൂട്ടി പ്രതിരൂപീകരിക്കപ്പെട്ട ഒരു കലാപം ഉണ്ടായിരുന്നു. അഹരോന്റെ കലാപം പ്രാചീന ഇസ്രായേലിന്റെ അടിസ്ഥാനചരിത്രത്തിലായിരുന്നു; യൊരോബെയാമിന്റെത് വടക്കൻ പത്ത് ഗോത്രങ്ങളുടെ അടിസ്ഥാനചരിത്രത്തിലായിരുന്നു. “Line upon line” എന്ന പ്രകാരം, മഹാപുരോഹിതനായ അഹരോൻ സഭയെ പ്രതിനിധീകരിക്കുന്നു; രാജാവായ യൊരോബെയാം രാഷ്ട്രത്തെ പ്രതിനിധീകരിക്കുന്നു. ആ രണ്ട് അടിസ്ഥാനപരമായ കലാപങ്ങൾ, മനുഷ്യരാജാവിനെ ആഗ്രഹിച്ചുകൊണ്ടിരുന്ന ഇസ്രായേൽജനത്തിന്റെ അടിസ്ഥാനകലാപത്തെയും ഉൾക്കൊള്ളുന്ന ഒരു രേഖയാണ്.</w:t>
      </w:r>
    </w:p>
    <w:p>
      <w:pPr>
        <w:pStyle w:val="ArticleHeading"/>
        <w:jc w:val="left"/>
      </w:pPr>
      <w:r>
        <w:rPr>
          <w:rFonts w:ascii="Nirmala UI" w:hAnsi="Nirmala UI" w:eastAsia="Nirmala UI" w:cs="Nirmala UI"/>
        </w:rPr>
        <w:t>490</w:t>
      </w:r>
    </w:p>
    <w:p>
      <w:pPr>
        <w:pStyle w:val="ArticleBody"/>
        <w:jc w:val="left"/>
      </w:pPr>
      <w:r>
        <w:rPr>
          <w:rFonts w:ascii="Nirmala UI" w:hAnsi="Nirmala UI" w:eastAsia="Nirmala UI" w:cs="Nirmala UI"/>
        </w:rPr>
        <w:t>യെഹെസ്‌കേൽ പുസ്തകത്തിൽ പ്രതിനിധീകരിക്കപ്പെട്ടിരിക്കുന്ന വിശുദ്ധചരിത്രത്തിൽ നാനൂറത്തി തൊണ്ണൂറു വർഷങ്ങളുള്ള മൂന്നു കാലഘട്ടങ്ങളുണ്ട്; അവയിൽ ഒന്ന് രാജാക്കന്മാരോടും, മറ്റൊന്ന് വിശുദ്ധമന്ദിരത്തോടും, മറ്റൊന്ന് സൈന്യത്തോടും ബന്ധപ്പെട്ടിരുന്നു. ആ മൂന്നു കാലഘട്ടങ്ങളും അഹരോന്റെ കലാപം (വിശുദ്ധമന്ദിരം), ശൗൽ (സൈന്യം), യെരോബെയാം (രാജാവ്) എന്നിവരുമായി ഒത്തു ചേരുന്നു. പ്രവാചകൻ, പുരോഹിതൻ, രാജാവ് എന്ന ഈ മൂന്നു പ്രതീകങ്ങളിൽ പ്രവചിക്കുന്നവനായി തിരിച്ചറിയപ്പെടുന്നത് രാജാവായ ശൗലാണ്; അഹരോൻ പുരോഹിതനായിരുന്നു, യെരോബെയാം രാജാവായിരുന്നു.</w:t>
      </w:r>
    </w:p>
    <w:p>
      <w:pPr>
        <w:pStyle w:val="ArticleScripture"/>
        <w:jc w:val="left"/>
      </w:pPr>
      <w:r>
        <w:rPr>
          <w:rFonts w:ascii="Nirmala UI" w:hAnsi="Nirmala UI" w:eastAsia="Nirmala UI" w:cs="Nirmala UI"/>
        </w:rPr>
        <w:t>മുമ്പുമുതൽ അവനെ അറിഞ്ഞിരുന്ന എല്ലാവരും, ഇതാ, അവൻ പ്രവാചകന്മാരോടുകൂടെ പ്രവചിക്കുന്നതു കണ്ടപ്പോൾ, ജനങ്ങൾ തമ്മിൽ പറഞ്ഞു: കീശിന്റെ മകനായവന്നു സംഭവിച്ചിരിക്കുന്നതു എന്തു? ശൗലും പ്രവാചകന്മാരിൽ ഒരുവനോ? അപ്പോൾ അതേ സ്ഥലത്തുണ്ടായിരുന്ന ഒരാൾ ഉത്തരം പറഞ്ഞു: എന്നാൽ അവരുടെ പിതാവാർ? അതുകൊണ്ടു “ശൗലും പ്രവാചകന്മാരിൽ ഒരുവനോ?” എന്നതു ഒരു പഴമൊഴിയായി. 1 ശമൂവേൽ 10:11, 12.</w:t>
      </w:r>
    </w:p>
    <w:p>
      <w:pPr>
        <w:pStyle w:val="ArticleBody"/>
        <w:jc w:val="left"/>
      </w:pPr>
      <w:r>
        <w:rPr>
          <w:rFonts w:ascii="Nirmala UI" w:hAnsi="Nirmala UI" w:eastAsia="Nirmala UI" w:cs="Nirmala UI"/>
        </w:rPr>
        <w:t>വിജയോജ്ജ്വലമായ സഭ മുപ്പത് വയസ്സുള്ള ഒരു പ്രവാചകനെയും, മുപ്പത് വയസ്സുള്ള ഒരു പുരോഹിതനെയും, മുപ്പത് വയസ്സുള്ള ഒരു രാജാവിനെയും ഉൾക്കൊള്ളുന്നതാകുന്നു; മുപ്പതാം വയസ്സിൽ ആരംഭിച്ച യെഹെസ്കേലും, മുപ്പതാം വയസ്സിൽ തന്റെ സേവനം ആരംഭിച്ച യോസേഫും, മുപ്പതാം വയസ്സിൽ ഭരണം ആരംഭിച്ച രാജാവായ ദാവീദും ഇവരെ പ്രതിനിധീകരിക്കുന്നു. യെഹെസ്കേൽ പുസ്തകത്തിന്റെ അവസാന എട്ട് അധ്യായങ്ങളിൽ ഭൂമിയെ നിറയ്ക്കുന്ന ആലയമായിട്ടാണ് വിജയോജ്ജ്വലമായ സഭ പ്രതിനിധീകരിക്കപ്പെടുന്നത്; ഏഴിൽപ്പെട്ട എട്ടാമത്തെ സഭയായ ഫിലദെൽഫ്യയുമാണ് വിജയോജ്ജ്വലമായ സഭ.</w:t>
      </w:r>
    </w:p>
    <w:p>
      <w:pPr>
        <w:pStyle w:val="ArticleBody"/>
        <w:jc w:val="left"/>
      </w:pPr>
      <w:r>
        <w:rPr>
          <w:rFonts w:ascii="Nirmala UI" w:hAnsi="Nirmala UI" w:eastAsia="Nirmala UI" w:cs="Nirmala UI"/>
        </w:rPr>
        <w:t>ക്രി.മു. 977-ൽ ആരംഭിച്ച യോശീയാവിന്റെ പ്രവാചക രേഖ അടുത്തെത്തിയിരിക്കുന്ന ഞായറാഴ്ച നിയമത്തിൽ അവസാനിക്കുന്നു. 2023 ഡിസംബർ 31-ന് ആരംഭിച്ച ഒരു ലക്ഷത്തി നാൽപ്പത്തിനാലായിരത്തിന്റെ ശുദ്ധീകരണവും മുദ്രയിടലും, വെളിപ്പാട് പതിനൊന്നിലെ രണ്ടു സാക്ഷികളെ ഉയിർപ്പിക്കേണ്ടതിന്നു മിഖായേൽ ഇറങ്ങി വന്നപ്പോൾ ആരംഭിച്ചു. 1776-ലെ സ്വാതന്ത്ര്യപ്രഖ്യാപനത്തിന് ഇരുപത്തിരണ്ട് വർഷങ്ങൾക്കു ശേഷം 1798-ലെ Alien and Sedition Acts വന്നെത്തുന്നതുപോലെ തന്നേ, 2001 സെപ്റ്റംബർ 11-ന് ഇരുപത്തിരണ്ട് വർഷങ്ങൾക്കു ശേഷം 2023 വന്നു. യെരോബെയാമിന്റെ ഇരുപത്തിരണ്ടു വർഷത്തെ ഭരണകാലം ക്രി.മു. 977-ൽ ആരംഭിച്ചു; അന്നാണ് യോശീയാവിന്റെ പ്രവചനം പ്രസ്താവിക്കപ്പെട്ടത്. ആ സമയത്ത്, 1 രാജാക്കന്മാർ പതിമൂന്നാം അദ്ധ്യായത്തിലെ അനുസരണക്കേടുള്ള പ്രവാചകൻ, മോശെ അഹരോന്റെ വിശ്വാസത്യാഗത്തെ നേരിട്ടതുപോലെയും ശമൂവേൽ രാജാവിനെ ആഗ്രഹിച്ച ജനസമൂഹത്തെ നേരിട്ടതുപോലെയും, യെരോബെയാമിന്റെ വിശ്വാസത്യാഗത്തെ നേരിട്ടു. അനുസരണക്കേടുള്ള പ്രവാചകനുടെയും, മോശെയുടെയും, ശമൂവേലിന്റെയും സന്ദേശം പ്രതിനിധീകരിക്കുന്ന അടിസ്ഥാനപരമായ വിശ്വാസത്യാഗങ്ങൾക്കെതിരായ ആ നേരിടലുകൾ, ഞായറാഴ്ച നിയമകാലത്തെ മൂന്നാം ദൂതന്റെ ഘോഷഘോഷത്തെ പ്രതിനിധീകരിക്കുന്നു. അത് പതാകയാൽ പ്രഖ്യാപിക്കപ്പെടുന്ന മുന്നറിയിപ്പിന്റെ സന്ദേശമാണ്; യെരോബെയാമിന്റെ ചരിത്രത്തിൽ അത് “അടയാളം” സഹിതമുള്ള യോശീയാവിന്റെ പ്രവചനമായി പ്രതിനിധീകരിക്കപ്പെടുന്നു.</w:t>
      </w:r>
    </w:p>
    <w:p>
      <w:pPr>
        <w:pStyle w:val="ArticleScripture"/>
        <w:jc w:val="left"/>
      </w:pPr>
      <w:r>
        <w:rPr>
          <w:rFonts w:ascii="Nirmala UI" w:hAnsi="Nirmala UI" w:eastAsia="Nirmala UI" w:cs="Nirmala UI"/>
        </w:rPr>
        <w:t>ഇതാ, യഹോവയുടെ വചനപ്രകാരം യെഹൂദയിൽനിന്ന് ഒരു ദൈവപുരുഷൻ ബെഥേലിലേക്കു വന്നു; യെരോബെയാം ധൂപം കാട്ടുവാൻ യാഗപീഠത്തിങ്കൽ നിന്നുകൊണ്ടിരുന്നു. അവൻ യഹോവയുടെ വചനപ്രകാരം യാഗപീഠത്തിനെതിരെ ഘോഷിച്ചു പറഞ്ഞു: യാഗപീഠമേ, യാഗപീഠമേ, യഹോവ ഇപ്രകാരം അരുളിച്ചെയ്യുന്നു: ഇതാ, ദാവീദ്ഗൃഹത്തിൽ യോശീയാവെന്ന പേരുള്ള ഒരു ശിശു ജനിക്കും; നിന്നിൻമേൽ ധൂപം കാട്ടുന്ന പൂജാഗിരികളുടെ പുരോഹിതന്മാരെ അവൻ നിന്നിൻമേൽ അർപ്പിക്കും; മനുഷ്യരുടെ അസ്ഥികളും നിന്നിൻമേൽ ചുട്ടുകളയും. അന്നുതന്നെ അവൻ ഒരു അടയാളവും കൊടുത്തു പറഞ്ഞു: യഹോവ അരുളിച്ചെയ്തിരിക്കുന്ന അടയാളം ഇതാകുന്നു: ഇതാ, യാഗപീഠം പിളർന്നുപോകും; അതിന്മേലുള്ള ചാരം ചിതറിപ്പോകും. ബെഥേലിലെ യാഗപീഠത്തിനെതിരെ ഘോഷിച്ച ദൈവപുരുഷന്റെ വാക്കു യെരോബെയാം രാജാവു കേട്ടപ്പോൾ, അവൻ യാഗപീഠത്തിൽനിന്ന് കൈ നീട്ടി: അവനെ പിടിപ്പിൻ എന്നു കല്പിച്ചു. അപ്പോൾ അവന്റെ നേരെ നീട്ടിയ അവന്റെ കൈ ഉണങ്ങി, അതിനെ വീണ്ടും തനിക്കരികിലേക്കു വലിച്ചെടുക്കുവാൻ അവന്നു കഴിഞ്ഞില്ല.</w:t>
      </w:r>
    </w:p>
    <w:p>
      <w:pPr>
        <w:pStyle w:val="ArticleScripture"/>
        <w:jc w:val="left"/>
      </w:pPr>
      <w:r>
        <w:rPr>
          <w:rFonts w:ascii="Nirmala UI" w:hAnsi="Nirmala UI" w:eastAsia="Nirmala UI" w:cs="Nirmala UI"/>
        </w:rPr>
        <w:t>യഹോവയുടെ വചനത്താൽ ദൈവപുരുഷൻ നൽകിയ അടയാളപ്രകാരം യാഗപീഠവും പിളർന്നു, യാഗപീഠത്തിന്മേലുണ്ടായിരുന്ന ചാരം ചിതറിപ്പോയി. അപ്പോൾ രാജാവു ദൈവപുരുഷനോടു ഉത്തരം പറഞ്ഞു: “ഇപ്പോൾ നിന്റെ ദൈവമായ യഹോവയുടെ സന്നിധിയെ പ്രസാദിപ്പിക്കേണമേ; എന്റെ കൈ എനിക്കു വീണ്ടും മടങ്ങിവരേണ്ടതിന്നു എനിക്കായി പ്രാർത്ഥിക്കേണമേ.” ദൈവപുരുഷൻ യഹോവയോടു അപേക്ഷിച്ചു; രാജാവിന്റെ കൈ അവന്നു വീണ്ടും മടങ്ങിവന്നു, മുമ്പുണ്ടായിരുന്നതുപോലെ ആയി. പിന്നെ രാജാവു ദൈവപുരുഷനോടു പറഞ്ഞു: “എന്നോടുകൂടെ വീട്ടിലേക്കു വന്ന് സ്വയം ആശ്വാസം പ്രാപിക്ക; ഞാൻ നിനക്കു ഒരു പ്രതിഫലം തരാം.” ദൈവപുരുഷൻ രാജാവിനോടു പറഞ്ഞു: “നിന്റെ ഭവനത്തിന്റെ പകുതി നീ എനിക്കു തന്നാലും ഞാൻ നിന്നോടുകൂടെ അകത്തു വരികയില്ല; ഈ സ്ഥലത്തു ഞാൻ അപ്പം തിന്നുകയും വെള്ളം കുടിക്കുകയും ചെയ്യുകയില്ല. എന്തെന്നാൽ യഹോവയുടെ വചനത്താൽ എന്നോടു ഇങ്ങനെ കല്പിച്ചിരിക്കുന്നു: ‘അപ്പം തിന്നരുത്, വെള്ളം കുടിക്കരുത്, നീ വന്ന അതേ വഴിയായി മടങ്ങരുത്.’” അങ്ങനെ അവൻ മറ്റൊരു വഴിയായി പോയി; ബെഥേലിലേക്കു വന്ന വഴിയായി മടങ്ങിയില്ല. 1 രാജാക്കന്മാർ 13:1–10.</w:t>
      </w:r>
    </w:p>
    <w:p>
      <w:pPr>
        <w:pStyle w:val="ArticleBody"/>
        <w:jc w:val="left"/>
      </w:pPr>
      <w:r>
        <w:rPr>
          <w:rFonts w:ascii="Nirmala UI" w:hAnsi="Nirmala UI" w:eastAsia="Nirmala UI" w:cs="Nirmala UI"/>
        </w:rPr>
        <w:t>“നിന്റെ ഗൃഹത്തിന്റെ പാതി” എന്ന വാഗ്ദാനം ഉണ്ടായിരുന്നിട്ടും യെരോബെയാമിനോടൊപ്പം ഭക്ഷണം കഴിക്കാൻ പ്രവാചകൻ നിരസിച്ചതും, ഹെറോദാവ് സലോമെയ്ക്ക് തന്റെ രാജ്യത്തിന്റെ പാതി വാഗ്ദാനം ചെയ്തതുമായ സംഭവം പരസ്പരം ഒത്തുചേരുന്നു.</w:t>
      </w:r>
    </w:p>
    <w:p>
      <w:pPr>
        <w:pStyle w:val="ArticleScripture"/>
        <w:jc w:val="left"/>
      </w:pPr>
      <w:r>
        <w:rPr>
          <w:rFonts w:ascii="Nirmala UI" w:hAnsi="Nirmala UI" w:eastAsia="Nirmala UI" w:cs="Nirmala UI"/>
        </w:rPr>
        <w:t>അനുകൂലമായ ഒരു ദിവസം വന്നപ്പോൾ, ഹെരോദ് തന്റെ ജന്മദിനത്തിൽ തന്റെ പ്രഭുക്കന്മാർക്കും സൈന്യാധിപന്മാർക്കും ഗലീലായിലെ പ്രധാനന്മാർക്കും ഒരു വിരുന്ന് ചെയ്തു. അപ്പോൾ ആ ഹെരോദ്യാസിന്റെ മകൾ അകത്തു വന്നു നൃത്തം ചെയ്തു; അതു ഹെരോദിനെയും അവനോടുകൂടെ ഇരുന്നവരെയും പ്രസാദിപ്പിച്ചതുകൊണ്ട് രാജാവ് ആ ബാലികയോടു: “നിനക്കു ഇഷ്ടമുള്ളതെന്തും എന്നോടു ചോദിക്ക; ഞാൻ അതു നിനക്കു തരാം” എന്നു പറഞ്ഞു. അവളോടു അവൻ സത്യം ചെയ്തു: “നീ എന്നോടു ചോദിക്കുന്നതൊക്കെയും, എന്റെ രാജ്യത്തിന്റെ പാതിവരെയും, ഞാൻ നിനക്കു തരാം.” അവൾ പുറത്തുപോയി തന്റെ അമ്മയോടു: “ഞാൻ എന്തു ചോദിക്കണം?” എന്നു പറഞ്ഞു. അവൾ പറഞ്ഞു: “സ്നാപകയോഹന്നാന്റെ തല.” മാർക്കൊസ് 6:21–24.</w:t>
      </w:r>
    </w:p>
    <w:p>
      <w:pPr>
        <w:pStyle w:val="ArticleBody"/>
        <w:jc w:val="left"/>
      </w:pPr>
      <w:r>
        <w:rPr>
          <w:rFonts w:ascii="Nirmala UI" w:hAnsi="Nirmala UI" w:eastAsia="Nirmala UI" w:cs="Nirmala UI"/>
        </w:rPr>
        <w:t>ഹേരോദാവിന്റെ രാജ്യത്തിന്റെ പാതി നൽകുമെന്ന പ്രതിജ്ഞ അവന്റെ ജന്മദിനത്തിൽ നടന്നു. ഹെരോദാവ് റോമിന്റെ ഒരു പ്രതീകമാണ്; വെളിപ്പാട് പതിനേഴിലെ പത്ത് രാജാക്കന്മാർ ദാനിയേൽ ഏഴാം അധ്യായത്തിലെ റോമിന്റെ പത്തരമായി വിഭജിക്കപ്പെട്ട രൂപത്താലും, രണ്ടാം അധ്യായത്തിലെ പത്ത് കാൽവിരലുകളാലും മുൻകൂട്ടി പ്രതീകീകരിക്കപ്പെട്ടിരിക്കുന്നു. ഞായറാഴ്ച നിയമത്തിൽ ആറാമത്തെ രാജ്യം ഏഴാമത്തെ രാജ്യത്താൽ മാറ്റിസ്ഥാപിക്കപ്പെടുമ്പോഴാണ് അവന്റെ ജന്മദിനം ചൂണ്ടിക്കാണിക്കപ്പെടുന്നത്; ഈ അർത്ഥത്തിൽ, ബൈബിൾ പ്രവചനത്തിലെ ഏഴാമത്തെ രാജ്യമായി ഐക്യരാഷ്ട്രസഭയുടെ ജന്മദിനമാകുന്നു അത്. ഉടൻ വരാനിരിക്കുന്ന ഞായറാഴ്ച നിയമത്തിൽ, യെരോബെയാമിന്റെ വടക്കൻ പത്ത് ഗോത്രങ്ങൾ പ്രതിനിധീകരിക്കുന്ന പത്ത് രാജാക്കന്മാർ, വെളിപ്പാട് ‘പതിനേഴിൽ’ പറയുന്നതുപോലെ, ഒരു മണിക്കൂറേക്കു തങ്ങളുടെ രാജ്യം മൃഗത്തിനു കൊടുക്കാൻ സമ്മതിക്കുന്നു.</w:t>
      </w:r>
    </w:p>
    <w:p>
      <w:pPr>
        <w:pStyle w:val="ArticleScripture"/>
        <w:jc w:val="left"/>
      </w:pPr>
      <w:r>
        <w:rPr>
          <w:rFonts w:ascii="Nirmala UI" w:hAnsi="Nirmala UI" w:eastAsia="Nirmala UI" w:cs="Nirmala UI"/>
        </w:rPr>
        <w:t>ദൈവം തന്റെ ഇഷ്ടം നിർവഹിപ്പാനും, ഒരുമനസ്സാകാനും, ദൈവത്തിന്റെ വചനങ്ങൾ നിവൃത്തിയാകുവോളം തങ്ങളുടെ രാജ്യം മൃഗത്തിന് ഏല്പിക്കാനും അവരുടെ ഹൃദയങ്ങളിൽ ഇട്ടിരിക്കുന്നു. വെളിപ്പാട് 17:17.</w:t>
      </w:r>
    </w:p>
    <w:p>
      <w:pPr>
        <w:pStyle w:val="ArticleBody"/>
        <w:jc w:val="left"/>
      </w:pPr>
      <w:r>
        <w:rPr>
          <w:rFonts w:ascii="Nirmala UI" w:hAnsi="Nirmala UI" w:eastAsia="Nirmala UI" w:cs="Nirmala UI"/>
        </w:rPr>
        <w:t>യെഹെസ്‌കേലിന്റെ നാലാം അധ്യായത്തിലെ പ്രവചനം പരിഗണിക്കുന്നതിനു മുമ്പ്, യെഹെസ്‌കേൽ നേരിട്ട് ഒരു തീയതി വ്യക്തമാക്കുന്ന ‘പതിമൂന്ന്’ അവസരങ്ങളെ നാം തിരിച്ചറിയും. ആ പതിമൂന്ന് വഴിക്കുറിപ്പുകൾ പൊതുവെ ലോകത്തെയും ദൈവജനത്തെയും തമ്മിൽ വിഭജിക്കപ്പെടുന്നു. ഈജിപ്താൽ പ്രതിനിധീകരിക്കപ്പെടുന്ന ലോകം ആറു പ്രാവശ്യം നേരിട്ടുള്ള തീയതിയുമായി ചേർത്ത് സ്ഥാപിക്കപ്പെടുന്നു; തൂർ ഒരു പ്രാവശ്യം അഭിസംബോധന ചെയ്യപ്പെടുന്നു; മറ്റു ആറു പ്രാവശ്യം യെരൂശലേമാണ് വിഷയമാകുന്നത്. ഈ പുസ്തകം കി.മു. 592-ൽ ആരംഭിക്കുന്നു; അത് പതിനേഴാമത്തെ യോബേൽ ചക്രത്തിലെ മുപ്പതാമത്തെ ആണ്ടാണ്; യെഹെസ്‌കേൽ നാല്പതാം അധ്യായത്തിലെ ഒന്നാം വചനം കി.മു. 573 ഒക്ടോബർ 22-നെ ആ ചക്രത്തിന്റെ അവസാനമായി തിരിച്ചറിയിക്കുന്നു. യോബേൽ ചക്രം 9/11 മുതൽ ഉടൻ വരാനിരിക്കുന്ന ഞായറാഴ്ചാ നിയമം വരെ ഉള്ള ഒരു ലക്ഷത്തി നാല്പത്തിനാലായിരത്തിന്റെ മുദ്രയിടുന്ന സമയത്തെ പ്രതിനിധീകരിക്കുന്നു; അതേ ചരിത്രത്തിന്റെ ഒരു ഫ്രാക്ടലിൽ, 2023 ഡിസംബർ 31 മുതൽ ഉടൻ വരാനിരിക്കുന്ന ഞായറാഴ്ചാ നിയമം വരെ ഉള്ള കാലവും അതിനാൽ പ്രതിനിധീകരിക്കപ്പെടുന്നു. ഇരു കാലഘട്ടങ്ങളെയും 1840 ഓഗസ്റ്റ് 11 മുതൽ 1844 ഒക്ടോബർ 22 വരെ ഉള്ള കാലം മുഖമുദ്രയായി മുൻകൂട്ടി ദർശിപ്പിച്ചു.</w:t>
      </w:r>
    </w:p>
    <w:p>
      <w:pPr>
        <w:pStyle w:val="ArticleBody"/>
        <w:jc w:val="left"/>
      </w:pPr>
      <w:r>
        <w:rPr>
          <w:rFonts w:ascii="Nirmala UI" w:hAnsi="Nirmala UI" w:eastAsia="Nirmala UI" w:cs="Nirmala UI"/>
        </w:rPr>
        <w:t>1840 ഓഗസ്റ്റ് 11-ന്, വെളിപ്പാടു പത്ത്-ലെ ശക്തനായ ദൂതനായി, ദൈവജനങ്ങൾ എടുത്ത് തിന്നേണ്ട ഒരു ചെറിയ പുസ്തകം കൊണ്ടുവന്നവനായി, യേശുക്രിസ്തുവിനേക്കാൾ താഴ്ന്നവനല്ലാത്ത വ്യക്തിത്വം ഇറങ്ങി വന്നു. മുദ്രയിടുന്ന സമയത്തിന്റെ ആരംഭം അടയാളപ്പെടുത്തുന്നതിനായി അതേ ദൂതൻ വീണ്ടും 9/11-ൽ ഇറങ്ങി വന്നു. അതേ ദൂതൻ 2023 ഡിസംബർ 31-ന്, മഹാനഗരമായ സൊദൊമും ഈജിപ്തും എന്നു വിളിക്കപ്പെടുന്ന സ്ഥലത്തെ തെരുവിൽ കൊല്ലപ്പെട്ടുകിടന്നിരുന്ന രണ്ടു സാക്ഷികളെ ഉയിർപ്പിക്കേണ്ടതിനായി ഇറങ്ങി വന്നു; അവിടെ തന്നെയാണ് കർത്താവും ക്രൂശിക്കപ്പെട്ടത്. ആ ഇറക്കം മുദ്രയിടുന്ന സമയത്തിന്റെ സമാപനഘട്ടത്തെ അടയാളപ്പെടുത്തി. 2023 ഡിസംബർ 31 മുതൽ ഞായറാഴ്ചാനിയമം വരെയുള്ള ഫ്രാക്റ്റൽ കാലയളവിനുള്ളിൽ, പുരോഹിതനായ യെഹെസ്കേലിന് സ്വർഗ്ഗത്തിലെ ആലയത്തിന്റെ ഒരു ദർശനം ലഭിക്കുന്നു. അന്നേരം അവൻ മിണ്ടാതെയാക്കപ്പെടുന്നു; ദൈവം അവനോടു കല്പിക്കുമ്പോൾ മാത്രമേ അവൻ സംസാരിക്കൂ. യെരൂശലേമിന്റെ നാശത്താൽ പ്രതിനിധാനം ചെയ്യപ്പെടുന്ന ഉടൻ വരാനിരിക്കുന്ന ഞായറാഴ്ചാനിയമം വരെയും അവന്റെ അവസ്ഥ നിലനിൽക്കുന്നു.</w:t>
      </w:r>
    </w:p>
    <w:p>
      <w:pPr>
        <w:pStyle w:val="ArticleBody"/>
        <w:jc w:val="left"/>
      </w:pPr>
      <w:r>
        <w:rPr>
          <w:rFonts w:ascii="Nirmala UI" w:hAnsi="Nirmala UI" w:eastAsia="Nirmala UI" w:cs="Nirmala UI"/>
        </w:rPr>
        <w:t>യോഹന്നാനോടു ചെയ്തതുപോലെ, വെളിപ്പാട് പത്താം അധ്യായത്തിൽ ഇറങ്ങിവരുന്ന ദൂതന്റെ കയ്യിലുണ്ടായിരുന്ന പുസ്തകം എടുക്കുവാൻ യെഹെസ്കേലിനും കല്പിക്കപ്പെടുന്നു; വിലാപത്തിന്റെയും ദുഃഖത്തിന്റെയും കഷ്ടത്തിന്റെയും പുസ്തകം തിന്നുവാനും അവനോടു പറയപ്പെടുന്നു.</w:t>
      </w:r>
    </w:p>
    <w:p>
      <w:pPr>
        <w:pStyle w:val="ArticleScripture"/>
        <w:jc w:val="left"/>
      </w:pPr>
      <w:r>
        <w:rPr>
          <w:rFonts w:ascii="Nirmala UI" w:hAnsi="Nirmala UI" w:eastAsia="Nirmala UI" w:cs="Nirmala UI"/>
        </w:rPr>
        <w:t>എന്നാൽ, മനുഷ്യപുത്രാ, ഞാൻ നിന്നോടു പറയുന്നതു കേൾക്കുക; ആ മത്സരിക്കുന്ന ഭവനംപോലെ നീയും മത്സരിക്കുന്നവനാകരുത്; നിന്റെ വായ് തുറന്നു ഞാൻ നിന്നെക്കു തരുന്നതു തിന്നുക. ഞാൻ നോക്കിയപ്പോൾ, ഇതാ, ഒരു കൈ എന്നിലേക്കു നീട്ടപ്പെട്ടിരുന്നു; അതിൽ ഒരു പുസ്തകച്ചുരുൾ ഉണ്ടായിരുന്നു. അവൻ അതിനെ എന്റെ മുമ്പിൽ വിരിച്ചു; അതിൽ അകത്തും പുറത്തും എഴുതപ്പെട്ടിരുന്നു; അതിൽ വിലാപങ്ങളും ദുഃഖവും അയ്യോവും എഴുതപ്പെട്ടിരുന്നു. യെഹെസ്കേൽ 2:8–10.</w:t>
      </w:r>
    </w:p>
    <w:p>
      <w:pPr>
        <w:pStyle w:val="ArticleBody"/>
        <w:jc w:val="left"/>
      </w:pPr>
      <w:r>
        <w:rPr>
          <w:rFonts w:ascii="Nirmala UI" w:hAnsi="Nirmala UI" w:eastAsia="Nirmala UI" w:cs="Nirmala UI"/>
        </w:rPr>
        <w:t>ഈ സന്ദേശം ത്രിവിധ സന്ദേശമായി പ്രതിനിധീകരിക്കപ്പെടുന്നു; അതുവഴി അത് വെളിപ്പാട് പതിനാലാം അധ്യായത്തിലെ മൂന്നു ദൂതന്മാരുടെ സന്ദേശത്തെ പ്രതിരൂപീകരിക്കുന്നു. ആകയാൽ, യെഹെസ്കേൽ ഒൻപതാം അധ്യായത്തിലും വെളിപ്പാട് ഏഴാം അധ്യായത്തിലും പ്രതിനിധീകരിക്കപ്പെട്ടിരിക്കുന്നതുപോലെ, സഭയുടെയും ദേശത്തിന്റെയും പാപത്തെക്കുറിച്ച് വിലപിച്ചും ദുഃഖിച്ചും കൊണ്ടിരിക്കുന്ന യെരൂശലേമിനകത്തുള്ളവരെ മുദ്രവെക്കുന്നത് മൂന്നാം ദൂതന്റെ മുദ്രവെക്കുന്ന സന്ദേശമാണ്.</w:t>
      </w:r>
    </w:p>
    <w:p>
      <w:pPr>
        <w:pStyle w:val="ArticleScripture"/>
        <w:jc w:val="left"/>
      </w:pPr>
      <w:r>
        <w:rPr>
          <w:rFonts w:ascii="Nirmala UI" w:hAnsi="Nirmala UI" w:eastAsia="Nirmala UI" w:cs="Nirmala UI"/>
        </w:rPr>
        <w:t>ഇസ്രായേലിന്റെ ദൈവത്തിന്റെ മഹത്വം താൻ നിലകൊണ്ടിരുന്ന കെരൂബിന്റെ മീതെനിന്ന് ആലയത്തിന്റെ പടിവാതിലിലേക്കു ഉയർന്നുപോയി. അവൻ തന്റെ അരികിൽ എഴുത്തുകാരന്റെ മഷിക്കുപ്പി ധരിച്ചിരുന്ന ചണവസ്ത്രം അണിഞ്ഞ മനുഷ്യനെ വിളിച്ചു. യഹോവ അവനോടു അരുളിച്ചെയ്തതു: നഗരത്തിന്റെ നടുവിലൂടെ, യെരൂശലേമിന്റെ നടുവിലൂടെ കടന്നുചെന്നു, അതിന്റെ നടുവിൽ നടക്കുന്ന സകല മ്ലേച്ഛപ്രവൃത്തികളാലും നെടുവീർപ്പിട്ടും നിലവിളിച്ചും ഇരിക്കുന്ന മനുഷ്യരുടെ നെറ്റികളിൽ ഒരു അടയാളം വെക്കുക. യെഹെസ്കേൽ 9:3, 4.</w:t>
      </w:r>
    </w:p>
    <w:p>
      <w:pPr>
        <w:pStyle w:val="ArticleBody"/>
        <w:jc w:val="left"/>
      </w:pPr>
      <w:r>
        <w:rPr>
          <w:rFonts w:ascii="Nirmala UI" w:hAnsi="Nirmala UI" w:eastAsia="Nirmala UI" w:cs="Nirmala UI"/>
        </w:rPr>
        <w:t>മുദ്ര സ്വീകരിക്കുന്നവർ സഭയുടെ പാപങ്ങളെയും ദേശത്തിന്റെ പാപങ്ങളെയും കുറിച്ച് ദുഃഖിച്ചുകൊണ്ടിരിക്കുന്നു; സഭയുടെയും ലോകത്തിന്റെയും പ്രതീകങ്ങളായ യെരൂശലേമിന്റെയും മിസ്രയീമിന്റെയും ചരിത്രത്തിന്മേൽ യെഹെസ്‌കേലിന്റെ സാക്ഷ്യം നെയ്തുചേർക്കപ്പെട്ടിരിക്കുന്നു.</w:t>
      </w:r>
    </w:p>
    <w:p>
      <w:pPr>
        <w:pStyle w:val="ArticleScripture"/>
        <w:jc w:val="left"/>
      </w:pPr>
      <w:r>
        <w:rPr>
          <w:rFonts w:ascii="Nirmala UI" w:hAnsi="Nirmala UI" w:eastAsia="Nirmala UI" w:cs="Nirmala UI"/>
        </w:rPr>
        <w:t>ദൈവഭക്തിയുടെ പുളിപ്പ് അതിന്റെ ശക്തി മുഴുവനായി നഷ്ടപ്പെടുത്തിയിട്ടില്ല. സഭയുടെ അപകടവും നിരാശയും ഏറ്റവും കൂടുതലായിരിക്കുന്ന സമയത്ത്, വെളിച്ചത്തിൽ നിലകൊള്ളുന്ന ആ ചെറിയ സംഘം ദേശത്തു നടത്തപ്പെടുന്ന അരൊചക കാര്യങ്ങളെക്കുറിച്ച് നെടുവീർപ്പിട്ടും നിലവിളിച്ചും ഇരിക്കും. എന്നാൽ അതിലും പ്രത്യേകമായി, സഭയിലെ അംഗങ്ങൾ ലോകത്തിന്റെ രീതിപ്രകാരം പ്രവർത്തിച്ചുകൊണ്ടിരിക്കുന്നതിനാൽ, അവരുടെ പ്രാർത്ഥനകൾ സഭയ്ക്കുവേണ്ടി ഉയർന്നുവരും. …</w:t>
      </w:r>
    </w:p>
    <w:p>
      <w:pPr>
        <w:pStyle w:val="ArticleScripture"/>
        <w:jc w:val="left"/>
      </w:pPr>
      <w:r>
        <w:rPr>
          <w:rFonts w:ascii="Nirmala UI" w:hAnsi="Nirmala UI" w:eastAsia="Nirmala UI" w:cs="Nirmala UI"/>
        </w:rPr>
        <w:t>ആജ്ഞ ഇതാകുന്നു: ‘നഗരത്തിന്റെ നടുവിലൂടെ, യെരൂശലേമിന്റെ നടുവിലൂടെ കടന്നുപോയി, അതിന്റെ നടുവിൽ നടക്കുന്ന സകല മ്ലേച്ഛതകളെക്കുറിച്ചും നെടുവീർപ്പിടുകയും നിലവിളിക്കുകയും ചെയ്യുന്ന പുരുഷന്മാരുടെ നെറ്റികളിൽ ഒരു അടയാളം ഇടുക.’ ഇങ്ങനെ നെടുവീർപ്പിടുകയും നിലവിളിക്കുകയും ചെയ്തിരുന്നവർ ജീവന്റെ വചനങ്ങൾ പ്രസ്താവിച്ചുകൊണ്ടിരുന്നു; അവർ ശാസിക്കുകയും ഉപദേശിക്കുകയും അഭ്യർത്ഥിക്കുകയും ചെയ്തിരുന്നു. ദൈവത്തെ അപമാനിച്ചുകൊണ്ടിരുന്ന ചിലർ മാനസാന്തരപ്പെട്ടു, അവന്റെ സന്നിധിയിൽ തങ്ങളുടെ ഹൃദയങ്ങളെ താഴ്ത്തി. എന്നാൽ യഹോവയുടെ മഹത്വം യിസ്രായേലിൽനിന്നു പിന്മാറിയിരുന്നു; പലരും ഇന്നും മതത്തിന്റെ ആചാരരൂപങ്ങൾ തുടരുകയുണ്ടായിരുന്നുവെങ്കിലും, അവന്റെ ശക്തിയും സാന്നിധ്യവും അഭാവത്തിലായിരുന്നു.” Testimonies, volume 5, 209, 210.</w:t>
      </w:r>
    </w:p>
    <w:p>
      <w:pPr>
        <w:pStyle w:val="ArticleBody"/>
        <w:jc w:val="left"/>
      </w:pPr>
      <w:r>
        <w:rPr>
          <w:rFonts w:ascii="Nirmala UI" w:hAnsi="Nirmala UI" w:eastAsia="Nirmala UI" w:cs="Nirmala UI"/>
        </w:rPr>
        <w:t>വിലാപങ്ങളുടെ പുസ്തകത്തിന്റെ സന്ദർഭത്തിൽ, വെളിപ്പാടു പുസ്തകം പതിനാലിലെ മൂന്നു ദൂതന്മാരെ പ്രതിരൂപീകരിക്കുന്ന വിലാപവും ദുഃഖവും കാണപ്പെടുന്നു; അതിൽ വിലാപങ്ങളും ദുഃഖവും ഒന്നാമത്തെയും രണ്ടാമത്തെയും ദൂതന്മാരാകുന്നു; മൂന്നാമത്തേത് കഷ്ടത്തിന്റെ സന്ദേശമാണ്, വെളിപ്പാടു പുസ്തകം ഏഴിലെ നിയന്ത്രിച്ചു നിർത്തുന്ന നാല് ദൂതന്മാർ തടഞ്ഞുവെക്കുന്ന കിഴക്കൻ കാറ്റിന്റെ പ്രതീകമായി അതു നിലകൊള്ളുന്നു.</w:t>
      </w:r>
    </w:p>
    <w:p>
      <w:pPr>
        <w:pStyle w:val="ArticleHeading"/>
        <w:jc w:val="left"/>
      </w:pPr>
      <w:r>
        <w:rPr>
          <w:rFonts w:ascii="Nirmala UI" w:hAnsi="Nirmala UI" w:eastAsia="Nirmala UI" w:cs="Nirmala UI"/>
        </w:rPr>
        <w:t>ഈജിപ്ത്</w:t>
      </w:r>
    </w:p>
    <w:p>
      <w:pPr>
        <w:pStyle w:val="ArticleBody"/>
        <w:jc w:val="left"/>
      </w:pPr>
      <w:r>
        <w:rPr>
          <w:rFonts w:ascii="Nirmala UI" w:hAnsi="Nirmala UI" w:eastAsia="Nirmala UI" w:cs="Nirmala UI"/>
        </w:rPr>
        <w:t>യെഹെസ്‌കേൽ പ്രവാചകന്റെ പുസ്തകത്തിൽ പതിമൂന്ന് തീയതികൾ പരാമർശിക്കപ്പെട്ടിരിക്കുന്നു. ഈജിപ്തിനെ സംബന്ധിക്കുന്ന തീയതികളുടെ സമുച്ചയത്തിൽ ആദ്യത്തേത് യെഹെസ്‌കേൽ 29:1 ആകുന്നു; അത് ക്രി.മു. 587-ആം വർഷത്തെ സൂചിപ്പിക്കുന്നു.</w:t>
      </w:r>
    </w:p>
    <w:p>
      <w:pPr>
        <w:pStyle w:val="ArticleScripture"/>
        <w:jc w:val="left"/>
      </w:pPr>
      <w:r>
        <w:rPr>
          <w:rFonts w:ascii="Nirmala UI" w:hAnsi="Nirmala UI" w:eastAsia="Nirmala UI" w:cs="Nirmala UI"/>
        </w:rPr>
        <w:t>പത്താം ആണ്ടിൽ, പത്താം മാസത്തിൽ, മാസത്തിലെ പന്ത്രണ്ടാം ദിവസം, യഹോവയുടെ വചനം എനിക്കുണ്ടായി, അരുളിച്ചെയ്തതു: മനുഷ്യപുത്രാ, മിസ്രയീംരാജാവായ ഫറവോന്റെ നേരെ നിന്റെ മുഖം തിരിച്ചു, അവന്റെ വിരോധമായും സർവ്വ മിസ്രയീമിന്റെ വിരോധമായും പ്രവചിക്ക. പ്രസ്താവിച്ചു പറക: യഹോവയായ കർത്താവു ഇപ്രകാരം അരുളിച്ചെയ്യുന്നു: ഇതാ, മിസ്രയീംരാജാവായ ഫറവോനേ, ഞാൻ നിന്റെ വിരോധമായിരിക്കുന്നു; തന്റെ നദികളുടെ നടുവിൽ കിടക്കുന്നതും, ‘എന്റെ നദി എന്റേതു തന്നേ; ഞാൻ അതിനെ എനിക്കായി ഉണ്ടാക്കി’ എന്നു പറഞ്ഞിരിക്കുന്നതുമായ മഹാനാഗമേ. യെഹെസ്കേൽ 29:1–3.</w:t>
      </w:r>
    </w:p>
    <w:p>
      <w:pPr>
        <w:pStyle w:val="ArticleBody"/>
        <w:jc w:val="left"/>
      </w:pPr>
      <w:r>
        <w:rPr>
          <w:rFonts w:ascii="Nirmala UI" w:hAnsi="Nirmala UI" w:eastAsia="Nirmala UI" w:cs="Nirmala UI"/>
        </w:rPr>
        <w:t>ക്രി.മു. 587-ആം വർഷം ഉപരോധത്തിന്റെ വർഷമാണ്; അത് യെരൂശലേമിന്റെ നാശത്തിന് ഒന്നര വർഷം മുമ്പ് ആരംഭിച്ചതായിരുന്നു. ആ കാലത്ത് യെഹെസ്കേൽ ദൈവം മിസ്രയീമിനെ തകർക്കുമെന്നു പ്രഖ്യാപിക്കുന്നു; കൂടാതെ ആ തകർച്ച, മിസ്രയീമെന്ന മഹാനാഗത്തിൽ ആശ്രയിച്ചതിനാൽ ദൈവത്തിന്റെ ജനങ്ങൾ കാട്ടിയ മൗഢ്യം അവർക്കു വെളിപ്പെടുത്തുന്ന ഒന്നായിരിക്കുമെന്നും പ്രസ്താവിക്കുന്നു. അധ്യായത്തിന്റെ അവസാനം, മിസ്രയീം ബാബിലോന്നു ഏല്പിക്കപ്പെടുമെന്നൊരു പ്രഖ്യാപനം ഉണ്ടാകുന്നു; അങ്ങനെ, ബൈബിൾ പ്രവചനത്തിലെ പത്ത് രാജാക്കന്മാർ തങ്ങളുടേയുള്ള ഏഴാമത്തെ രാജ്യത്തെ ആധുനിക ബാബിലോന്നു—ആ ഏഴിൽപ്പെട്ട എട്ടാമത്തെ രാജ്യത്തിനു—എപ്പോൾ കൈമാറുന്നു എന്നതു വ്യക്തമാക്കപ്പെടുന്നു. ആ പ്രവചനം, അധ്യായത്തിന്റെ അവസാനത്തിൽ കാണിച്ചിരിക്കുന്നതുപോലെ, പതിനേഴ് വർഷങ്ങൾക്കു ശേഷം ക്രി.മു. 571-ൽ നിറവേറി. അതുകൊണ്ട് 29-ാം അധ്യായത്തിൽ മിസ്രയീമിനോടു ബന്ധപ്പെടുത്തി കാലനിർണ്ണയത്തെക്കുറിച്ചുള്ള ആദ്യത്തെയും അവസാനത്തെയും പരാമർശം ഉൾക്കൊള്ളുന്നു.</w:t>
      </w:r>
    </w:p>
    <w:p>
      <w:pPr>
        <w:pStyle w:val="ArticleScripture"/>
        <w:jc w:val="left"/>
      </w:pPr>
      <w:r>
        <w:rPr>
          <w:rFonts w:ascii="Nirmala UI" w:hAnsi="Nirmala UI" w:eastAsia="Nirmala UI" w:cs="Nirmala UI"/>
        </w:rPr>
        <w:t>ഇരുപത്തിയേഴാം ആണ്ടിൽ, ഒന്നാം മാസത്തിൽ, മാസത്തിന്റെ ഒന്നാം ദിവസത്തിൽ, യഹോവയുടെ അരുളപ്പാട് എനിക്കുണ്ടായി; അവൻ അരുളിച്ചെയ്തത്: മനുഷ്യപുത്രാ, ബാബിലോൻരാജാവായ നെബൂഖദ്രെസ്സർ തൂർ നഗരത്തിനെതിരെ തന്റെ സൈന്യത്താൽ മഹത്തായൊരു സേവനം ചെയ്യിച്ചു; എല്ലാ തലകളും മുണ്ടായിത്തീർന്നു, എല്ലാ തോളുകളും ചൊറിഞ്ഞുപോയി; എങ്കിലും തൂറിനെതിരെ ചെയ്ത സേവനത്തിന്നായി അവന്നു, അവന്റെ സൈന്യത്തിനും, യാതൊരു കൂലിയും ലഭിച്ചില്ല. ആകയാൽ യഹോവയായ കർത്താവു ഇപ്രകാരം അരുളിച്ചെയ്യുന്നു: ഇതാ, ഞാൻ മിസ്രയീംദേശം ബാബിലോൻരാജാവായ നെബൂഖദ്രെസ്സറിന്നു കൊടുക്കും; അവൻ അവളുടെ സമ്പത്തിനെ എടുത്തുകൊള്ളും, അവളുടെ കൊള്ളയെയും പിടിച്ചെടുക്കും; അതു അവന്റെ സൈന്യത്തിനു കൂലിയായിരിക്കും. അവൻ അതിനെതിരെ ചെയ്ത പ്രയത്നത്തിനുള്ള പ്രതിഫലമായി ഞാൻ അവന്നു മിസ്രയീംദേശം കൊടുത്തിരിക്കുന്നു; അവർ എനിക്കായി പ്രവർത്തിച്ചിരിക്കുന്നു എന്നു യഹോവയായ കർത്താവിന്റെ അരുളപ്പാട്. ആ നാളിൽ ഞാൻ യിസ്രായേൽഗൃഹത്തിന്റെ കൊമ്പ് മുളപ്പിക്കും; അവരുടെ മദ്ധ്യേ ഞാൻ നിന്റെ വായ്ക്ക് തുറപ്പു നല്കും; അപ്പോൾ ഞാൻ യഹോവ ആകുന്നു എന്നു അവർ അറിയും. യെഹെസ്കേൽ 29:17–21.</w:t>
      </w:r>
    </w:p>
    <w:p>
      <w:pPr>
        <w:pStyle w:val="ArticleBody"/>
        <w:jc w:val="left"/>
      </w:pPr>
      <w:r>
        <w:rPr>
          <w:rFonts w:ascii="Nirmala UI" w:hAnsi="Nirmala UI" w:eastAsia="Nirmala UI" w:cs="Nirmala UI"/>
        </w:rPr>
        <w:t>ഇരുപതാം വർഷത്തിലെ ഒന്നാം മാസത്തിലെ ഒന്നാം ദിവസം—പതിനേഴാം വാക്യത്തിലെ—യെഹെസ്കേലിലെ പതിമൂന്ന് തീയതികളിൽ അവസാനത്തേതിനെ സൂചിപ്പിക്കുന്നു; കൂടാതെ ക്രി.മു. 573 ഒക്ടോബർ 22-ന് ശേഷം വരുന്ന ഏക തീയതിയും അതുതന്നെയാണ്. ദാനിയേൽ പതിനൊന്നാം അധ്യായം 42-ഉം 43-ഉം വാക്യങ്ങളിൽ വടക്കൻ രാജാവിന് മിസ്രയീം നല്കപ്പെടുന്ന സമയത്തെയും, ഏഴിൽപ്പെട്ട എട്ടാം രാജ്യം എന്നതിനുതന്നെ പത്ത് രാജാക്കന്മാർ തങ്ങളുടെ ഏഴാം രാജ്യം ഏല്പിക്കുന്ന ഘട്ടത്തെയും ഇത് പ്രതിനിധീകരിക്കുന്നു. “യിസ്രായേൽഗൃഹത്തിന്റെ കൊമ്പ്” മുളച്ചുവരുമ്പോഴാണ് ഇതിന്റെ നിവൃത്തി സംഭവിക്കുന്നത്. യെശയ്യാവിൽ, കിഴക്കൻ കാറ്റിന്റെ ദിവസത്തിൽ യിസ്രായേൽ മുളച്ചുവരുന്നു.</w:t>
      </w:r>
    </w:p>
    <w:p>
      <w:pPr>
        <w:pStyle w:val="ArticleScripture"/>
        <w:jc w:val="left"/>
      </w:pPr>
      <w:r>
        <w:rPr>
          <w:rFonts w:ascii="Nirmala UI" w:hAnsi="Nirmala UI" w:eastAsia="Nirmala UI" w:cs="Nirmala UI"/>
        </w:rPr>
        <w:t>യാക്കോബിൽനിന്നു വരുന്നവർ വേർപ്പിടുമാറാകുന്നതു അവൻ വരുത്തും; യിസ്രായേൽ പുഷ്പിച്ചു മുളച്ചു ലോകത്തിന്റെ മുഖം ഫലത്താൽ നിറക്കും. യെശയ്യാവു 27:8.</w:t>
      </w:r>
    </w:p>
    <w:p>
      <w:pPr>
        <w:pStyle w:val="ArticleBody"/>
        <w:jc w:val="left"/>
      </w:pPr>
      <w:r>
        <w:rPr>
          <w:rFonts w:ascii="Nirmala UI" w:hAnsi="Nirmala UI" w:eastAsia="Nirmala UI" w:cs="Nirmala UI"/>
        </w:rPr>
        <w:t>യെഹെസ്കേൽ 29:17 നിവൃത്തിയാകുമ്പോൾ, കൂടാതെ ഉടൻ വരാനിരിക്കുന്ന ഞായറാഴ്ച നിയമത്തിൽ മിസ്രയീമിന്റെ മഹാസർപ്പം പാപ്പത്വ മൃഗത്തിന് ഏല്പിക്കപ്പെടുമ്പോൾ, അവസാനമഴ ഇസ്രായേലിന്മേൽ അളവില്ലാതെ ചൊരിയപ്പെടും. ആ മഴ 9/11-ന് ഒരു തളിക്കലായി ആരംഭിച്ചു; അതിന് മാതൃകയായത്, തന്റെ പുനരുത്ഥാനത്തിന് ശേഷം പിതാവിനോടു കയറിപ്പോയി പിന്നീട് ഭൂമിയിലേക്കു ഇറങ്ങി തന്റെ ശിഷ്യന്മാരിന്മേൽ ക്രിസ്തു ശ്വസിച്ചതാകുന്നു.</w:t>
      </w:r>
    </w:p>
    <w:p>
      <w:pPr>
        <w:pStyle w:val="ArticleScripture"/>
        <w:jc w:val="left"/>
      </w:pPr>
      <w:r>
        <w:rPr>
          <w:rFonts w:ascii="Nirmala UI" w:hAnsi="Nirmala UI" w:eastAsia="Nirmala UI" w:cs="Nirmala UI"/>
        </w:rPr>
        <w:t>“ക്രിസ്തു തന്റെ ശിഷ്യന്മാരുടെ മേൽ പരിശുദ്ധാത്മാവിനെ ഊതിക്കൊടുത്തതും, തന്റെ സമാധാനം അവർക്കു പകർന്നു നൽകിയതും, പെന്തെക്കൊസ്ത് നാളിൽ നൽകപ്പെടാനിരുന്ന സമൃദ്ധമായ മഴയ്ക്ക് മുമ്പുള്ള ഏതാനും തുള്ളികളുപോലെയായിരുന്നു.” പ്രവചനാത്മാവു, വാല്യം 3, 243.</w:t>
      </w:r>
    </w:p>
    <w:p>
      <w:pPr>
        <w:pStyle w:val="ArticleBody"/>
        <w:jc w:val="left"/>
      </w:pPr>
      <w:r>
        <w:rPr>
          <w:rFonts w:ascii="Nirmala UI" w:hAnsi="Nirmala UI" w:eastAsia="Nirmala UI" w:cs="Nirmala UI"/>
        </w:rPr>
        <w:t>ഈജിപ്തിന്റെ വീഴ്ചയെക്കുറിച്ചുള്ള യെഹെസ്കേലിന്റെ പ്രവചനം ഉപരോധത്തിന്റെ വർഷമായ ക്രി.മു. 587-ൽ പ്രസ്താവിക്കപ്പെട്ടു; ‘പതിനേഴ്’ വർഷങ്ങൾക്കു ശേഷം ആ പ്രവചനം നിവൃത്തിയായി. അത് ‘പതിനേഴ്’ എന്ന സംഖ്യ പ്രതിനിധീകരിക്കുന്ന കാലഘട്ടത്തിൽ നിവൃത്തിയാകുന്നു; അതുവഴി ദാനിയേൽ പതിനൊന്നാം അധ്യായത്തിലെ നാൽപ്പതാം വചനത്തിലെ ഗൂഢചരിത്രത്തെ പ്രതിനിധീകരിക്കുന്നു. യെഹെസ്കേൽ ഒൻപതാം അധ്യായത്തിൽ ചിത്രീകരിക്കപ്പെട്ടിരിക്കുന്ന ഒരുലക്ഷത്തി നാൽപ്പത്തുനാലായിരത്തിന്റെ മുദ്രയിടൽ സമയത്ത് അതു നിവൃത്തിയാകേണ്ടതാകുന്നു. മുദ്രയിടൽ സമയത്ത് അന്തിമമഴ പെയ്യപ്പെടുന്നു; ആദ്യം 9/11-ൽ ഒരു തളിക്കലായി, തുടർന്ന് ഞായറാഴ്ചാനിയമത്തിൽ പൂർണ്ണമായ ഒഴുക്കലായി. യെശയ്യാവിന്റെ പ്രകാരം അത് “കിഴക്കൻ കാറ്റിന്റെ ദിവസം” നിവൃത്തിയാകുന്നു; ഇസ്ലാം ആ കിഴക്കൻ കാറ്റാകുന്നു, ഇസ്ലാം മൂന്നാമത്തെ “കഷ്ടം” ആകുന്നു. യെഹെസ്കേൽ തിന്നേണ്ടിയിരുന്ന സന്ദേശം മൂന്നിരട്ടിയായ ഒരു സന്ദേശമായിരുന്നു; അതിൽ മൂന്നാം ഭാഗം കഷ്ടത്തിന്റെ സന്ദേശമായിരുന്നു.</w:t>
      </w:r>
    </w:p>
    <w:p>
      <w:pPr>
        <w:pStyle w:val="ArticleBody"/>
        <w:jc w:val="left"/>
      </w:pPr>
      <w:r>
        <w:rPr>
          <w:rFonts w:ascii="Nirmala UI" w:hAnsi="Nirmala UI" w:eastAsia="Nirmala UI" w:cs="Nirmala UI"/>
        </w:rPr>
        <w:t>യെഹെസ്‌കേലിന്റെ തീയതി ചേർത്ത് രേഖപ്പെടുത്തിയ പതിമൂന്ന് സന്ദേശങ്ങൾ യെരൂശലേം, മിസ്രയം, തീർ എന്നിവയോടുള്ള ബന്ധത്തിൽ പ്രസ്താവിക്കപ്പെട്ടു. അവ എല്ലാം “പതിമൂന്ന്” എന്ന സംഖ്യ പ്രതിനിധീകരിക്കുന്ന കലഹത്തെയായിരുന്നു അഭിസംബോധന ചെയ്തത്.</w:t>
      </w:r>
    </w:p>
    <w:p>
      <w:pPr>
        <w:pStyle w:val="ArticleBody"/>
        <w:jc w:val="left"/>
      </w:pPr>
      <w:r>
        <w:rPr>
          <w:rFonts w:ascii="Nirmala UI" w:hAnsi="Nirmala UI" w:eastAsia="Nirmala UI" w:cs="Nirmala UI"/>
        </w:rPr>
        <w:t>അടുത്ത ലേഖനത്തിൽ എസെക്കീയേലിന്റെ കാലനിർണയം സംബന്ധിച്ച പരിഗണന നാം തുടരുന്നതായിരിക്കും.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നാൽപ്പതാം വചനത്തിന്റെ മറഞ്ഞിരിക്കുന്ന ചരിത്രം - സംഖ്യ ഇരുപത്തിയാറ്</dc:title>
  <dc:subject>യെഹെസ്കേൽ സംഖ്യ ഏഴ്</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