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നാല്പതാം വചനത്തിന്റെ മറഞ്ഞിരിക്കുന്ന ചരിത്രം - ഇരുപത്തേഴാം സംഖ്യ</w:t>
      </w:r>
    </w:p>
    <w:p>
      <w:pPr>
        <w:pStyle w:val="ArticleSubtitle"/>
        <w:jc w:val="left"/>
      </w:pPr>
      <w:r>
        <w:rPr>
          <w:rFonts w:ascii="Nirmala UI" w:hAnsi="Nirmala UI" w:eastAsia="Nirmala UI" w:cs="Nirmala UI"/>
        </w:rPr>
        <w:t>യെഹെസ്കേൽ സംഖ്യ എട്ട്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യെഹെസ്കേൽ പുസ്തകത്തിൽ തീയതികളെക്കുറിച്ചുള്ള ‘പതിമൂന്ന്’ പരാമർശങ്ങൾ ഉണ്ട്; അവയിൽ ആറു യെരൂശലേമിനെക്കുറിച്ചും, ആറു മിസ്രയീമിനെക്കുറിച്ചും, ഒന്ന് സോരിനെക്കുറിച്ചുമാണ്. ഈ എല്ലാ പരാമർശങ്ങളും ‘പതിമൂന്ന്’ എന്ന സംഖ്യ പ്രതീകീകരിക്കുന്ന കലഹത്തിന്റെ പശ്ചാത്തലത്തിലാണ് സ്ഥാപിക്കപ്പെട്ടിരിക്കുന്നത്. മൂന്നാമത്തെ ഉപരോധത്തിന്റെ ആരംഭത്തെ അടയാളപ്പെടുത്തി, സ്‌ട്രോക്കിനെത്തുടർന്ന് യെഹെസ്കേലിന്റെ ഭാര്യ മരിച്ച ശേഷം വന്ന വർഷത്തിൽ, മിസ്രയീമിനെതിരെ പ്രസ്താവിക്കുവാനും അത് നാല്പത് വർഷം ശൂന്യമായി കിടക്കും എന്ന് അറിയിക്കുവാനും യെഹെസ്കേലിനോടു കല്പിക്കപ്പെട്ടു.</w:t>
      </w:r>
    </w:p>
    <w:p>
      <w:pPr>
        <w:pStyle w:val="ArticleScripture"/>
        <w:jc w:val="left"/>
      </w:pPr>
      <w:r>
        <w:rPr>
          <w:rFonts w:ascii="Nirmala UI" w:hAnsi="Nirmala UI" w:eastAsia="Nirmala UI" w:cs="Nirmala UI"/>
        </w:rPr>
        <w:t>ഞാൻ മിസ്രയീംദേശത്തെ ശൂന്യമായിരിക്കുന്ന ദേശങ്ങളുടെ നടുവിൽ ശൂന്യമാക്കും; അവളുടെ നഗരങ്ങൾ പാഴായിരിക്കുന്ന നഗരങ്ങളുടെ ഇടയിൽ നാല്പതു വർഷം ശൂന്യമായിരിക്കും; ഞാൻ മിസ്രയീമ്യരെ ജാതികളുടെ ഇടയിൽ ചിതറിച്ചുകളകയും ദേശങ്ങളിലുടനീളം അവരെ പരത്തിക്കളകയും ചെയ്യും. എങ്കിലും യഹോവയായ കർത്താവു ഇപ്രകാരം അരുളിച്ചെയ്യുന്നു: നാല്പതു വർഷത്തിന്റെ അവസാനത്തിൽ ഞാൻ ചിതറിക്കളഞ്ഞിരുന്ന ജനങ്ങളിൽനിന്നു മിസ്രയീമ്യരെ ഒന്നിച്ചുകൂട്ടും; മിസ്രയീമിന്റെ പ്രവാസസ്ഥിതിയെ ഞാൻ മടക്കിക്കൊണ്ടുവരികയും, അവർ പാർത്തിരുന്ന ദേശമായ പത്രോസ് ദേശത്തിലേക്കു അവരെ മടക്കിവരുത്തുകയും ചെയ്യും; അവിടെ അവർ ഒരു നിസ്സാരരാജ്യമായിരിക്കും. യെഹെസ്കേൽ 29:12–14.</w:t>
      </w:r>
    </w:p>
    <w:p>
      <w:pPr>
        <w:pStyle w:val="ArticleBody"/>
        <w:jc w:val="left"/>
      </w:pPr>
      <w:r>
        <w:rPr>
          <w:rFonts w:ascii="Nirmala UI" w:hAnsi="Nirmala UI" w:eastAsia="Nirmala UI" w:cs="Nirmala UI"/>
        </w:rPr>
        <w:t>ക്രി.മു. 588-ൽ നിരോധനം ആരംഭിച്ചു; ഒരു വർഷം കഴിഞ്ഞ്, ക്രി.മു. 587-ൽ, യെഹെസ്കേലിനോടു സംസാരിപ്പാൻ കല്പിക്കപ്പെട്ടു. ‘പതിനേഴാം’ വചനത്തിൽ, ക്രി.മു. 571-ആം വർഷം, ചെയ്ത സേവനങ്ങൾക്കു പ്രതിഫലമായി ഈജിപ്ത് ബാബിലോന്നു കൊടുക്കപ്പെടും എന്നു വ്യക്തമാക്കുന്നു. ബൈബിൾ കാലഗണകർ, വചനങ്ങളിൽ തിരിച്ചറിയപ്പെട്ടിരിക്കുന്ന നാൽപ്പതു വർഷകാലമായി, ക്രി.മു. 567 മുതൽ ക്രി.മു. 527 വരെ നിർദ്ദേശിക്കുന്നു; കൂടാതെ, ക്രി.മു. 587-ൽ പ്രഖ്യാപിക്കപ്പെട്ട പ്രാരംഭ ന്യായവിധിസന്ദേശത്തിൽ നിന്നു, ‘പതിനേഴാം’ വചനത്തിലെ ക്രി.മു. 571-ലെ യഹോവ ഈജിപ്തിനെ നെബൂഖദ്‌നേസറിന്റെ കയ്യിൽ ഏല്പിച്ചിരിക്കുന്നു എന്ന പ്രഖ്യാപനത്തോളം, ‘പതിനേഴു വർഷ’ കാലയളവ് നാം കണ്ടെത്തുന്നു.</w:t>
      </w:r>
    </w:p>
    <w:p>
      <w:pPr>
        <w:pStyle w:val="ArticleBody"/>
        <w:jc w:val="left"/>
      </w:pPr>
      <w:r>
        <w:rPr>
          <w:rFonts w:ascii="Nirmala UI" w:hAnsi="Nirmala UI" w:eastAsia="Nirmala UI" w:cs="Nirmala UI"/>
        </w:rPr>
        <w:t>നെബൂഖദ്‌നേസറിന്റെ സൈന്യം തീരിനെതിരായി ദീർഘവും കഠിനവുമായി ഒരു സൈനികയാത്ര നടത്തി (ആ വളയം ഏകദേശം 13 വർഷം നീണ്ടു, ഏകദേശം ക്രി.മു. 586–573 വരെ). സൈനികർ അത്യന്തം പ്രയത്നിച്ചു (ഭാരം ചുമന്നതുകൊണ്ട് എല്ലാ തലയും മുടിയില്ലാതെ മിനുക്കപ്പെട്ടു; എല്ലാ തോഴും ഉരസിപ്പൊള്ളിപ്പോയി); എങ്കിലും തീരിൽ നിന്നുതന്നെ അവർക്ക് പ്രസക്തമായ വേതനമോ കൊള്ളമുതലോ ഒന്നും ലഭിച്ചില്ല. ഈ ലാഭമില്ലാത്ത പ്രയത്നം നിമിത്തം, തീരിനെതിരായി അവന്റെ സൈന്യം ചെയ്ത പ്രവൃത്തിക്ക് പ്രതിഫലമായി (“വേതനമായി”) മിസ്രയീമിനെ നെബൂഖദ്‌നേസറിന് കൊടുക്കണമെന്ന് ദൈവം നിർണ്ണയിച്ചു.</w:t>
      </w:r>
    </w:p>
    <w:p>
      <w:pPr>
        <w:pStyle w:val="ArticleScripture"/>
        <w:jc w:val="left"/>
      </w:pPr>
      <w:r>
        <w:rPr>
          <w:rFonts w:ascii="Nirmala UI" w:hAnsi="Nirmala UI" w:eastAsia="Nirmala UI" w:cs="Nirmala UI"/>
        </w:rPr>
        <w:t>അതേ വീട്ടിൽ തന്നേ പാർക്കുവിൻ; അവർ തരുന്നതു തിന്നുകയും കുടിക്കുകയും ചെയ്‍വിൻ; എന്തെന്നാൽ തൊഴിലാളി തന്റെ വേതനത്തിന് അർഹനായിരിക്കുന്നു. വീട്ടിൽനിന്ന് വീട്ടിലേക്കു പോകരുത്. ലൂക്കാ 10:7.</w:t>
      </w:r>
    </w:p>
    <w:p>
      <w:pPr>
        <w:pStyle w:val="ArticleBody"/>
        <w:jc w:val="left"/>
      </w:pPr>
      <w:r>
        <w:rPr>
          <w:rFonts w:ascii="Nirmala UI" w:hAnsi="Nirmala UI" w:eastAsia="Nirmala UI" w:cs="Nirmala UI"/>
        </w:rPr>
        <w:t>അതിനാൽ നെബൂഖദ്‌നേസർ ആദ്യം തൂർയെ കൈവശപ്പെടുത്തി; പതിമൂന്ന് വർഷത്തെ ഉപരോധത്തിനുശേഷം അവന് മിസ്രയീം ലഭിച്ചു. തൂർയെ കൈവശപ്പെടുത്തുന്നതിന് മുമ്പ്, ക്രി.മു. 586-ൽ അവൻ യെരൂശലേമിനെ കീഴടക്കി; തുടർന്ന് തൂറിനെതിരെ പതിമൂന്ന് വർഷത്തെ ഉപരോധം നടത്തി; അതിനുശേഷം മിസ്രയീമും ലഭിച്ചു. യെരൂശലേം ക്രി.മു. 586-ൽ കീഴടക്കപ്പെട്ടു; തൂറിന്റെ ഉപരോധം ക്രി.മു. 586-ൽ ആരംഭിച്ച് ക്രി.മു. 573 വരെ നീണ്ടു. പതിമൂന്ന് എന്ന സംഖ്യ അമേരിക്കൻ ഐക്യനാടുകളുമായി ബന്ധപ്പെട്ടിരിക്കുന്നു.</w:t>
      </w:r>
    </w:p>
    <w:p>
      <w:pPr>
        <w:pStyle w:val="ArticleBody"/>
        <w:jc w:val="left"/>
      </w:pPr>
      <w:r>
        <w:rPr>
          <w:rFonts w:ascii="Nirmala UI" w:hAnsi="Nirmala UI" w:eastAsia="Nirmala UI" w:cs="Nirmala UI"/>
        </w:rPr>
        <w:t>യെഹെസ്കേൽ ഗ്രന്ഥത്തിലെ യെരൂശലേം ലയോദിക്യസ്ഥയായ സെവൻത്ത്-ഡേ അഡ്വെന്റിസ്റ്റ് സഭയെ പ്രതിനിധീകരിക്കുന്നതും, വടക്കൻ രാജാവായ നെബൂഖദ്നേസർ അന്ത്യദിനങ്ങളിലെ പാപ്പാധിപത്യ ശക്തിയെ പ്രതിനിധീകരിക്കുന്നതുമാണെന്ന് സിസ്റ്റർ വൈറ്റ് നമ്മെ അറിയിക്കുന്നു. ഇരുപത്തൊമ്പതാം അധ്യായത്തിലെ ചരിത്രാത്മക ദൃഷ്ടാന്തത്തിൽ, നിന്റെ ജനത്തിലെ കവർച്ചക്കാരെ പ്രതിനിധീകരിക്കുന്ന അന്ത്യദിനങ്ങളിലെ പാപ്പാത്മക റോം ആ അധ്യായത്തിൽ മൂന്ന് ഘടകങ്ങളെ ജയിക്കുന്നു. ആദ്യം അവൻ യെരൂശലേം കൈവശപ്പെടുത്തുന്നു; തുടർന്ന് തീർ, ഒടുവിൽ ഈജിപ്ത്.</w:t>
      </w:r>
    </w:p>
    <w:p>
      <w:pPr>
        <w:pStyle w:val="ArticleBody"/>
        <w:jc w:val="left"/>
      </w:pPr>
      <w:r>
        <w:rPr>
          <w:rFonts w:ascii="Nirmala UI" w:hAnsi="Nirmala UI" w:eastAsia="Nirmala UI" w:cs="Nirmala UI"/>
        </w:rPr>
        <w:t>ന്യായവിധി ദൈവത്തിന്റെ ഭവനത്തിൽനിന്ന് ആരംഭിക്കുന്നു; ഐക്യനാടുകളിലെ പ്രൊട്ടസ്റ്റന്റിസത്തിന്റെ കൊമ്പ് ഞായറാഴ്ചാനിയമത്തിന് മുമ്പേ ആദ്യം കീഴടക്കപ്പെടുന്നു. ഐക്യനാടുകളിലെ മതഭ്രഷ്ട പ്രൊട്ടസ്റ്റന്റിസത്തിന്റെ കൊമ്പിൽ ലൗദികേയാവസ്ഥയിലുള്ള സെവൻത്-ഡേ അഡ്വെന്റിസ്റ്റ് സഭയും ഉൾപ്പെടുന്നു; അത് ക്രി.വ. 34-ൽ പ്രാചീന ഇസ്രായേലിനെയും 1844-ൽ പ്രൊട്ടസ്റ്റന്റുകളെയും പോലെ മറികടക്കപ്പെട്ട “മുൻ” നിയമജനത്തെ പ്രതിനിധീകരിക്കുന്നു. ദൈവത്തിന്റെ ആ മുൻ നിയമജനത്തെ 34-ലും 1844-ലും മറികടന്നുപോകൽ എന്നത് ദാനിയേൽ 8:14-ലെ രണ്ടായിരത്തി മൂന്നുനൂറ് വർഷങ്ങളുടെ പ്രവചനചരിത്രത്തിൽ ഇരുവരും പ്രതിനിധീകരിക്കപ്പെടുന്നു. ന്യായവിധി ദൈവത്തിന്റെ ഭവനത്തിൽനിന്ന് ആരംഭിക്കുന്നു; റിപ്പബ്ലിക്കനിസത്തിന്റെ കൊമ്പിന് മുമ്പായി പ്രൊട്ടസ്റ്റന്റിസത്തിന്റെ കൊമ്പ് ന്യായവിധിക്കു വിധേയമാകുന്നു.</w:t>
      </w:r>
    </w:p>
    <w:p>
      <w:pPr>
        <w:pStyle w:val="ArticleScripture"/>
        <w:jc w:val="left"/>
      </w:pPr>
      <w:r>
        <w:rPr>
          <w:rFonts w:ascii="Nirmala UI" w:hAnsi="Nirmala UI" w:eastAsia="Nirmala UI" w:cs="Nirmala UI"/>
        </w:rPr>
        <w:t>ദൈവത്തിന്റെ ഭവനത്തിൽ ന്യായവിധി ആരംഭിക്കേണ്ട സമയം വന്നിരിക്കുന്നു; അത് ആദ്യം നമ്മോടുകൂടി ആരംഭിക്കുന്നുവെങ്കിൽ, ദൈവത്തിന്റെ സുവിശേഷം അനുസരിക്കാത്തവരുടെ അന്ത്യം എന്തായിരിക്കും? 1 പത്രോസ് 4:17.</w:t>
      </w:r>
    </w:p>
    <w:p>
      <w:pPr>
        <w:pStyle w:val="ArticleBody"/>
        <w:jc w:val="left"/>
      </w:pPr>
      <w:r>
        <w:rPr>
          <w:rFonts w:ascii="Nirmala UI" w:hAnsi="Nirmala UI" w:eastAsia="Nirmala UI" w:cs="Nirmala UI"/>
        </w:rPr>
        <w:t>ഈജിപ്തിന്റെ ന്യായവിധിയെക്കുറിച്ചുള്ള ആദ്യ പരാമർശം ഇരുപത്തൊമ്പതാം അധ്യായത്തിന്റെ ആദ്യ വാക്യത്തിലാണ് കണ്ടെത്തപ്പെടുന്നത്; അതേ അധ്യായത്തിലെ ‘പതിനേഴാം’ വാക്യത്തിലാണ് യെഹെസ്കേൽ ഈജിപ്തുമായി ബന്ധപ്പെടുത്തി പരാമർശിക്കുന്ന അവസാന തീയതിയും കാണപ്പെടുന്നത്. ഈ അധ്യായം ആധുനിക റോം ആദ്യം പ്രൊട്ടസ്റ്റൻറിസത്തിന്റെ കൊമ്പിനെയും തുടർന്ന് റിപ്പബ്ലിക്കാനിസത്തിന്റെ കൊമ്പിനെ പ്രതിനിധീകരിക്കുന്ന ത്യീറിനെയും ജയിക്കുന്നതായി തിരിച്ചറിയിക്കുന്നു; ആ കൊമ്പ് ഉടൻ വരാനിരിക്കുന്ന ഞായറാഴ്ച നിയമത്തിൽ കീഴടക്കപ്പെടുന്നു. ഞായറാഴ്ച നിയമത്തിൽ നെബൂഖദ്‌നേസർ ത്യീരെ (അമേരിക്കൻ ഐക്യനാടുകൾ) കീഴടക്കുമ്പോൾ, ഈജിപ്തും അവന്റെ കയ്യിൽ ഏല്പിക്കപ്പെടുന്നു. ആ സമയത്ത് പാപ്പാസഭയുടെ മാരക മുറിവ് സൌഖ്യമാകുന്നു. പാപ്പാസഭയുടെ മാരക മുറിവ് അപ്പോൾ സൌഖ്യമാകുന്നു എന്നതുമാത്രമല്ല, ഇത് ശേഷമഴയുടെ കാലഘട്ടത്തിൽ സംഭവിക്കുന്നതാണെന്നും യെഹെസ്കേൽ നമ്മെ അറിയിക്കുന്നു.</w:t>
      </w:r>
    </w:p>
    <w:p>
      <w:pPr>
        <w:pStyle w:val="ArticleScripture"/>
        <w:jc w:val="left"/>
      </w:pPr>
      <w:r>
        <w:rPr>
          <w:rFonts w:ascii="Nirmala UI" w:hAnsi="Nirmala UI" w:eastAsia="Nirmala UI" w:cs="Nirmala UI"/>
        </w:rPr>
        <w:t>അന്നാളിൽ ഞാൻ യിസ്രായേൽഗൃഹത്തിന്റെ കൊമ്പ് മുളപ്പിക്കും; അവരുടെ നടുവിൽ ഞാൻ നിന്റെ വായ് തുറപ്പിക്കും; അപ്പോൾ ഞാൻ യഹോവ ആകുന്നു എന്നു അവർ അറിയും. യെഹെസ്കേൽ 29:21.</w:t>
      </w:r>
    </w:p>
    <w:p>
      <w:pPr>
        <w:pStyle w:val="ArticleHeading"/>
        <w:jc w:val="left"/>
      </w:pPr>
      <w:r>
        <w:rPr>
          <w:rFonts w:ascii="Nirmala UI" w:hAnsi="Nirmala UI" w:eastAsia="Nirmala UI" w:cs="Nirmala UI"/>
        </w:rPr>
        <w:t>യാക്കോബും യിസ്രായേലും</w:t>
      </w:r>
    </w:p>
    <w:p>
      <w:pPr>
        <w:pStyle w:val="ArticleBody"/>
        <w:jc w:val="left"/>
      </w:pPr>
      <w:r>
        <w:rPr>
          <w:rFonts w:ascii="Nirmala UI" w:hAnsi="Nirmala UI" w:eastAsia="Nirmala UI" w:cs="Nirmala UI"/>
        </w:rPr>
        <w:t>യെശയ്യാവ് ഇസ്രായേൽ മുളച്ചു വിരിയുകയും ഫലിച്ചു സമസ്ത ഭൂമിയെയും നിറയ്ക്കുകയും ചെയ്യുന്നതായി തിരിച്ചറിയിക്കുന്നു. മുളച്ചുയരുക, വിരിയുക, ഫലധാരണം ചെയ്യുക എന്ന ഈ മൂന്ന് ഘട്ടങ്ങളും സംഭവിപ്പിക്കുന്നത് മഴയാകുന്നു; യെശയ്യാവിന്റെ പ്രകാരം “കഠിനകാറ്റ്” നിലച്ചപ്പോൾ അന്തിമമഴ എത്തുന്നു. കൂടാതെ, മുളച്ചുയരൽ, വിരിയൽ, ഫലധാരണം എന്നീ കാലഘട്ടത്തിൽ യാക്കോബിന്റെ പാപങ്ങൾ ശുദ്ധീകരിക്കപ്പെടേണ്ടതുണ്ടെന്നും, “ശുദ്ധീകരിക്കപ്പെടുക” എന്ന് വിവർത്തനം ചെയ്തിരിക്കുന്ന എബ്രായപദത്തിന്റെ അർത്ഥം പ്രായശ്ചിത്തം ചെയ്യപ്പെടുക എന്നാണെന്നും അദ്ദേഹം വ്യക്തമാക്കുന്നു.</w:t>
      </w:r>
    </w:p>
    <w:p>
      <w:pPr>
        <w:pStyle w:val="ArticleScripture"/>
        <w:jc w:val="left"/>
      </w:pPr>
      <w:r>
        <w:rPr>
          <w:rFonts w:ascii="Nirmala UI" w:hAnsi="Nirmala UI" w:eastAsia="Nirmala UI" w:cs="Nirmala UI"/>
        </w:rPr>
        <w:t>അത് മുളച്ചുയരുമ്പോൾ, അളവോടെ നീ അതിനോടു വാദിക്കുമെന്നു; കിഴക്കൻ കാറ്റിന്റെ ദിവസത്തിൽ അവൻ തന്റെ കഠിനകാറ്റിനെ നിർത്തിവെക്കുന്നു. അതുകൊണ്ടു യാക്കോബിന്റെ അകൃത്യം പ്രായശ്ചിത്തം പ്രാപിക്കും; അവന്റെ പാപം നീങ്ങിപ്പോകുന്നതിന്റെ സകലഫലവും ഇതാകുന്നു: അവൻ യാഗപീഠത്തിന്റെ സകലകല്ലുകളെയും തകർത്തു ചിതറിച്ച ചുണ്ണാമ്പുകല്ലുകളെപ്പോലെ ആക്കുമ്പോൾ, ആശേരാപ്രതിഷ്ഠകളും വിഗ്രഹങ്ങളും ഇനി നിലനിൽക്കയില്ല. യെശയ്യാവു 27:8, 9.</w:t>
      </w:r>
    </w:p>
    <w:p>
      <w:pPr>
        <w:pStyle w:val="ArticleBody"/>
        <w:jc w:val="left"/>
      </w:pPr>
      <w:r>
        <w:rPr>
          <w:rFonts w:ascii="Nirmala UI" w:hAnsi="Nirmala UI" w:eastAsia="Nirmala UI" w:cs="Nirmala UI"/>
        </w:rPr>
        <w:t>കലഹത്തിന്റെ നാല് കാറ്റുകൾ (അവന്റെ കഠിനകാറ്റ്) നിയന്ത്രിക്കപ്പെടുമ്പോൾ, ഒരു ലക്ഷം നാല്പത്തുനാലായിരം പേരുടെ മുദ്രകുത്തൽ ആരംഭിക്കുന്നു; അഡ്വെന്റിസത്തിലെ ജ്ഞാനികളും ദുഷ്ടരും ഒടുവിൽ വേർതിരിക്കപ്പെടുന്നു; ഇതെല്ലാം “കിഴക്കൻ കാറ്റിന്റെ ദിവസത്തിൽ” നിർവഹിക്കപ്പെടുന്നു. മുദ്രകുത്തലിന്റെ സമയം 9/11-ൽ ഒരു തളിക്കലോടെ ആരംഭിച്ചു; ഞായറാഴ്ചാനിയമത്തിന്റെ സമയത്ത് പൂർണ്ണമായ ഒരു ചൊരിച്ചിലോടെ അത് അവസാനിക്കുന്നു; അപ്പോൾ ഭൂമി ഫലത്തോടെ നിറയുന്നു. മലാഖി മൂന്നാമദ്ധ്യായത്തോടു യോജിച്ചുകൊണ്ടുള്ള ക്രമാനുസൃതമായ ശുദ്ധീകരണവും ശോധനയും തന്നെയാണ് മുദ്രകുത്തലിന്റെ സമയം. എന്നാൽ യെഹെസ്കേൽ ഇരുപത്തൊമ്പതിന്റെ ആരംഭത്തെയും അവസാനത്തെയും തീയതികൾ പ്രതിനിധീകരിക്കുന്ന പതിനേഴു വർഷത്തെ കാലയളവിൽ, ബൈബിൾ പ്രവചനത്തിലെ ആറാമത്തെ രാജ്യത്തിന്റെ ജയം സംഭവിക്കുന്നു; ഇത് യെരൂശലേം മുഖേന പ്രതിനിധീകരിക്കപ്പെടുന്നു, പ്രൊട്ടസ്റ്റന്റിസത്തിന്റെ കൊമ്പായ സഭയുടെ ഒരു പ്രതീകം; കൂടാതെ ടയർ മുഖേനയും, റിപ്പബ്ലിക്കനിസത്തിന്റെ കൊമ്പായ സംസ്ഥാനത്തിന്റെ ഒരു പ്രതീകമായും. ടയറിന്റെ പതിമൂന്നു വർഷത്തെ ഉപരോധം അവസാനിച്ചതിന് തൊട്ടുപിന്നാലെ, ഈജിപ്ത് മുഖേന പ്രതിനിധീകരിക്കപ്പെടുന്ന പത്ത് രാജാക്കന്മാരുള്ള ഏഴാമത്തെ രാജ്യത്തിന്റെ ജയം സംഭവിക്കുന്നു. “ഇസ്രായേൽഗൃഹത്തിന്റെ കൊമ്പ്” മുളച്ചു വരികയും, വായ് തുറക്കപ്പെടുകയും ചെയ്യുന്ന സമയത്താണ് യെരൂശലേം, ടയർ, ഈജിപ്ത് എന്നീ മൂന്നിന്റെയും ജയങ്ങൾ സംഭവിക്കുന്നത്.</w:t>
      </w:r>
    </w:p>
    <w:p>
      <w:pPr>
        <w:pStyle w:val="ArticleBody"/>
        <w:jc w:val="left"/>
      </w:pPr>
      <w:r>
        <w:rPr>
          <w:rFonts w:ascii="Nirmala UI" w:hAnsi="Nirmala UI" w:eastAsia="Nirmala UI" w:cs="Nirmala UI"/>
        </w:rPr>
        <w:t>പുരോഹിതനായ യെഹെസ്കേലിന്റെയും പുരോഹിതനായ സഖറിയാവിന്റെയും മൂകത്വം ഞായർനിയമത്തിൽ അവസാനിക്കുന്നു; അപ്പോൾ ഐക്യനാടുകളും ബാലാമിന്റെ കഴുതയും ഇരുവരും സംസാരിക്കുന്നു. കർത്താവ് ഞായർനിയമത്തിൽ യിസ്രായേൽഗൃഹത്തിന്നു “വായ്തുറക്കൽ” നൽകുന്നു. അന്നോടെ യാക്കോബിന്റെ പാപങ്ങൾ ശുദ്ധീകരിക്കപ്പെട്ടിരിക്കുന്നു; അവന്റെ പേര് യിസ്രായേൽഗൃഹം എന്നു മാറ്റപ്പെടുന്നു. അവർ പ്രസ്താവിക്കുന്ന സന്ദേശം ദാനിയേലാൽ പ്രതിനിധീകരിക്കപ്പെട്ട പ്രവാചകീയ മൂകത്വത്തിന്റെ മൂന്നാം സാക്ഷിയാൽ പ്രതിനിധീകരിക്കപ്പെടുന്നു; അപ്പോൾ അവന് ദാനിയേൽ പതിനൊന്നാം അധ്യായത്തിലെ സന്ദേശം നൽകപ്പെടുന്നു; അതുതന്നെയാണ് പിന്നെ ‘സംസാരിക്കുകയും കള്ളം പറയാതിരിക്കുകയും ചെയ്യുന്ന’ ഹബക്കൂക്കിന്റെ ദർശനവും. യെഹെസ്കേലും സഖറിയാവും ദാനിയേലും മൂന്നാം ദൂതന്റെ മഹാഘോഷത്തിന്റെ പ്രസ്താവനയോടു നിരന്നുനിൽക്കുന്നു; അതുപോലെതന്നെ യിരെമ്യാവും പതിനഞ്ചാം അധ്യായത്തിൽ, ആദ്യ നിരാശയിൽ നിന്നു അവൻ മടങ്ങിവന്നാൽ ദൈവത്തിന്റെ വായാകുമെന്ന വാഗ്ദാനം ലഭിക്കുന്നിടത്ത്, അതിനോടു നിരന്നുനിൽക്കുന്നു.</w:t>
      </w:r>
    </w:p>
    <w:p>
      <w:pPr>
        <w:pStyle w:val="ArticleScripture"/>
        <w:jc w:val="left"/>
      </w:pPr>
      <w:r>
        <w:rPr>
          <w:rFonts w:ascii="Nirmala UI" w:hAnsi="Nirmala UI" w:eastAsia="Nirmala UI" w:cs="Nirmala UI"/>
        </w:rPr>
        <w:t>എന്റെ വേദന എപ്പോഴും നിലനിൽക്കുന്നതും, എന്റെ മുറിവ് സുഖപ്പെടാതെ സുഖം പ്രാപിപ്പാൻ സമ്മതിക്കാതിരിക്കുന്നതും എന്തുകൊണ്ടു? നീ എനിക്കു പൂർണ്ണമായി വ്യാജനായവനെപ്പോലെയും വറ്റിപ്പോകുന്ന ജലങ്ങളെപ്പോലെയും ആകുമോ? അതുകൊണ്ടു യഹോവ ഇപ്രകാരം അരുളിച്ചെയ്യുന്നു: നീ മടങ്ങിവരുന്നുവെങ്കിൽ ഞാൻ നിന്നെ വീണ്ടും തിരികെ കൊണ്ടുവരും; നീ എന്റെ സന്നിധിയിൽ നിലക്കും; നീ അമൂല്യമായതിനെ നികൃഷ്ടമായതിൽ നിന്നു വേർതിരിച്ചെടുക്കുന്നുവെങ്കിൽ നീ എന്റെ വായ്പോലെ ആയിരിക്കും; അവർ നിന്റെ അടുക്കൽ മടങ്ങിവരട്ടെ; നീയോ അവരുടെ അടുക്കൽ മടങ്ങിപ്പോകരുത്. യിരെമ്യാവു 15:18, 19.</w:t>
      </w:r>
    </w:p>
    <w:p>
      <w:pPr>
        <w:pStyle w:val="ArticleBody"/>
        <w:jc w:val="left"/>
      </w:pPr>
      <w:r>
        <w:rPr>
          <w:rFonts w:ascii="Nirmala UI" w:hAnsi="Nirmala UI" w:eastAsia="Nirmala UI" w:cs="Nirmala UI"/>
        </w:rPr>
        <w:t>യേശു ആരംഭത്താൽ അന്ത്യത്തെ ദൃഷ്ടാന്തമാക്കുന്നു; 9/11-ൽ തളിക്കൽ മുളപ്പുകൾ ഉളവാക്കി, യാക്കോബിന്റെ തൈ വളരാൻ തുടങ്ങി; ഒടുവിൽ യാക്കോബിന്റെ അകൃത്യം ശുദ്ധീകരിക്കപ്പെടുമ്പോൾ, യിസ്രായേൽഗൃഹം സംസാരിക്കും. മഴയാൽ സിദ്ധിയായ 9/11-ലെ ആ മുളച്ചുപുറപ്പെട്ടൽ, മുദ്രയിടുന്ന കാലത്തിന്റെ അവസാനത്തിൽ സംഭവിക്കുന്ന മറ്റൊരു മുളച്ചുപുറപ്പെട്ടലിന്റെ പ്രതിരൂപമാണ്; അവിടെ യിസ്രായേൽഗൃഹത്തിന്റെ “കൊമ്പ്” മുളച്ചുപുറപ്പെടുന്നു, മതത്യാഗിയായ പ്രൊട്ടസ്റ്റന്റിസത്തിന്റെയും റിപ്പബ്ലിക്കാനിസത്തിന്റെയും കൊമ്പുകൾ നെബൂഖദ്‌നേസർ ജയിച്ചടക്കുന്ന അതേ സ്ഥലത്തുവെച്ച്.</w:t>
      </w:r>
    </w:p>
    <w:p>
      <w:pPr>
        <w:pStyle w:val="ArticleBody"/>
        <w:jc w:val="left"/>
      </w:pPr>
      <w:r>
        <w:rPr>
          <w:rFonts w:ascii="Nirmala UI" w:hAnsi="Nirmala UI" w:eastAsia="Nirmala UI" w:cs="Nirmala UI"/>
        </w:rPr>
        <w:t>ആ സമയത്ത്, പ്രൊട്ടസ്റ്റന്റിസത്തിന്റെ വ്യാജ കൊമ്പിനും പ്രൊട്ടസ്റ്റന്റിസത്തിന്റെ സത്യ കൊമ്പിനും ഇടയിലെ വ്യത്യാസം, ഇസ്രായേലിന്റെ ഗോത്രങ്ങളിലെ മറ്റു ദണ്ഡുകളിൽ നിന്ന് വേർതിരിക്കപ്പെട്ട് മുളച്ച ആരോന്റെ ദണ്ഡാൽ പ്രതിനിധീകരിക്കപ്പെട്ടതുപോലെ, പരസ്പരം വിരുദ്ധമായി പ്രകടമാക്കപ്പെടുന്നു. യെഹെസ്കേൽ ഇരുപത്തൊൻപതാം അധ്യായത്തിലെ രണ്ടു തീയതികൾ, ഉടൻ വരാനിരിക്കുന്ന ഞായറാഴ്ച നിയമത്തിന്റെ സമയത്ത് ഒരു നൂറ്റി നാല്പത്തിനാലായിരത്തിന്റെ പതാക ഉയർത്തപ്പെടുന്നതിന്റെ ചരിത്രം തിരിച്ചറിയിക്കുന്നു.</w:t>
      </w:r>
    </w:p>
    <w:p>
      <w:pPr>
        <w:pStyle w:val="ArticleBody"/>
        <w:jc w:val="left"/>
      </w:pPr>
      <w:r>
        <w:rPr>
          <w:rFonts w:ascii="Nirmala UI" w:hAnsi="Nirmala UI" w:eastAsia="Nirmala UI" w:cs="Nirmala UI"/>
        </w:rPr>
        <w:t>ഭൂമിയെ മുളപ്പിക്കുകയും പുഷ്പിപ്പിക്കുകയും ഫലംകൊണ്ട് നിറയ്ക്കുകയും ചെയ്യുന്ന പ്രക്രിയ 9/11-ലെ പിന്‍മഴയുടെ തളിക്കലില്‍ ആരംഭിച്ചു; ക്രിസ്തു തന്റെ ശിഷ്യന്മാരുടെ മേല്‍ ചില തുള്ളികള്‍ ശ്വസിച്ച് നല്‍കിയതോടെ പെന്തെക്കോസ്തുകാലം ആരംഭിക്കുകയും, പിന്നെ പൂര്‍ണമായ ഒഴുക്ക് സംഭവിച്ച പെന്തെക്കോസ്തിലേക്കു നയിക്കുകയും ചെയ്തതുപോലെ തന്നേ. മുദ്രവെക്കുന്ന സമയമായ യാക്കോബിന്റെ (കവര്‍ന്നെടുക്കുന്നവന്‍) ശുദ്ധീകരണത്തിന്റെ ആരംഭത്തില്‍ ഉണ്ടായ 9/11-ലെ മുളച്ചുവരവ്, ഞായറാഴ്ചനിയമസമയത്തു ഇസ്രായേല്‍ഗൃഹത്തിന്റെ (ജയിക്കുന്നവന്റെ) മുളച്ചുവരവിനെ മുന്‍രൂപമായി സൂചിപ്പിച്ചു. അവസാനത്തിലെ മുളച്ചുവരവ്, മുന്‍ നിയമജനങ്ങളുടെയും ഒരു ലക്ഷത്തി നാൽപ്പത്തിനാലായിരത്തിന്റെയും ഇടയില്‍ ഒരു വ്യത്യാസം അടയാളപ്പെടുത്തുന്നതാകുന്നു; കര്‍മേല്‍പര്‍വതത്തില്‍ അഗ്നിയുടെ ഒഴുക്ക് പ്രവാചകനായ ഏലീയാവിനും ബാലിന്റെ പ്രവാചകന്മാര്‍ക്കും ഇടയില്‍ ഒരു വ്യത്യാസം പ്രകടമാക്കിയതുപോലെ തന്നേ. ആ വ്യത്യാസം രണ്ടു വിഭാഗങ്ങളാല്‍ പ്രതിനിധീകരിക്കപ്പെടുന്നു: ഒന്ന് വ്യാജമായ സമാധാനവും സുരക്ഷയും എന്ന സന്ദേശത്തെക്കുറിച്ചു പ്രവാചകപരമായി ലജ്ജിക്കുന്നൊരു വിഭാഗം; മറ്റേത് പ്രവാചകപരമായി ആനന്ദിക്കുന്നൊരു വിഭാഗം, അവർ ഒരിക്കലും ലജ്ജിക്കുകയില്ല.</w:t>
      </w:r>
    </w:p>
    <w:p>
      <w:pPr>
        <w:pStyle w:val="ArticleHeading"/>
        <w:jc w:val="left"/>
      </w:pPr>
      <w:r>
        <w:rPr>
          <w:rFonts w:ascii="Nirmala UI" w:hAnsi="Nirmala UI" w:eastAsia="Nirmala UI" w:cs="Nirmala UI"/>
        </w:rPr>
        <w:t>ഈജിപ്തിന്റെ ആറു കാലഘട്ടങ്ങൾ</w:t>
      </w:r>
    </w:p>
    <w:p>
      <w:pPr>
        <w:pStyle w:val="ArticleBody"/>
        <w:jc w:val="left"/>
      </w:pPr>
      <w:r>
        <w:rPr>
          <w:rFonts w:ascii="Nirmala UI" w:hAnsi="Nirmala UI" w:eastAsia="Nirmala UI" w:cs="Nirmala UI"/>
        </w:rPr>
        <w:t>യെഹെസ്‌കേൽ മിസ്രയീമിനോടു ബന്ധപ്പെട്ട മറ്റൊരു നാല് തീയതികളെ തിരിച്ചറിയുന്നു; അവയിൽ രണ്ട് തീയതികൾ അടിമത്തത്തിന്റെ പതിനൊന്നാം ആണ്ടിനെയും, മറ്റെ രണ്ട് തീയതികൾ അടിമത്തത്തിന്റെ പന്ത്രണ്ടാം ആണ്ടിനെയും സൂചിപ്പിക്കുന്നു.</w:t>
      </w:r>
    </w:p>
    <w:p>
      <w:pPr>
        <w:pStyle w:val="ArticleHeading"/>
        <w:jc w:val="left"/>
      </w:pPr>
      <w:r>
        <w:rPr>
          <w:rFonts w:ascii="Nirmala UI" w:hAnsi="Nirmala UI" w:eastAsia="Nirmala UI" w:cs="Nirmala UI"/>
        </w:rPr>
        <w:t>പതിനൊന്നാം ആണ്ടിലെ നിരോധനം</w:t>
      </w:r>
    </w:p>
    <w:p>
      <w:pPr>
        <w:pStyle w:val="ArticleScripture"/>
        <w:jc w:val="left"/>
      </w:pPr>
      <w:r>
        <w:rPr>
          <w:rFonts w:ascii="Nirmala UI" w:hAnsi="Nirmala UI" w:eastAsia="Nirmala UI" w:cs="Nirmala UI"/>
        </w:rPr>
        <w:t>പതിനൊന്നാം ആണ്ടിൽ, ഒന്നാം മാസത്തിൽ, മാസത്തിലെ ഏഴാം ദിവസം, യഹോവയുടെ വചനം എനിക്കു വന്നു അരുളിച്ചെയ്തതു: മനുഷ്യപുത്രാ, ഞാൻ മിസ്രയീംരാജാവായ ഫറവോന്റെ ഭുജം ഒടിച്ചിരിക്കുന്നു; ഇതാ, അതു സുഖപ്പെടേണ്ടതിന്നു കെട്ടിവെക്കപ്പെടുകയുമില്ല, അതിനെ ബന്ധിപ്പിക്കേണ്ടതിന്നു പട്ടി ചുറ്റുകയുമില്ല, വാൾ പിടിപ്പാൻ ശക്തിയുള്ളതാകേണ്ടതിന്നു അതിനെ ബലപ്പെടുത്തുകയുമില്ല. യെഹെസ്കേൽ 30:20, 21.</w:t>
      </w:r>
    </w:p>
    <w:p>
      <w:pPr>
        <w:pStyle w:val="ArticleScripture"/>
        <w:jc w:val="left"/>
      </w:pPr>
      <w:r>
        <w:rPr>
          <w:rFonts w:ascii="Nirmala UI" w:hAnsi="Nirmala UI" w:eastAsia="Nirmala UI" w:cs="Nirmala UI"/>
        </w:rPr>
        <w:t>പതിനൊന്നാം ആണ്ടിൽ, മൂന്നാം മാസത്തിൽ, മാസത്തിന്റെ ഒന്നാം ദിവസം, യഹോവയുടെ വചനം എനിക്കു വന്നു അരുളിച്ചെയ്തതു: മനുഷ്യപുത്രാ, ഈജിപ്തിന്റെ രാജാവായ ഫറവോനോടും അവന്റെ സമൂഹത്തോടും അരുളിച്ചെയ്യൂക: നിന്റെ മഹത്വത്തിൽ നീ ആരോടു സദൃശൻ? യെഹെസ്‌കേൽ 31:1, 2</w:t>
      </w:r>
    </w:p>
    <w:p>
      <w:pPr>
        <w:pStyle w:val="ArticleBody"/>
        <w:jc w:val="left"/>
      </w:pPr>
      <w:r>
        <w:rPr>
          <w:rFonts w:ascii="Nirmala UI" w:hAnsi="Nirmala UI" w:eastAsia="Nirmala UI" w:cs="Nirmala UI"/>
        </w:rPr>
        <w:t>ബന്ദിത്വത്തിന്റെ പതിനൊന്നാം വർഷത്തിൽ, മുപ്പതാം അധ്യായത്തിൽ ഈജിപ്തിന്റെയും ഫറവോന്റെ ഭുജങ്ങളുടെയും ഭംഗം വരുകയും ബാബിലോന്റെ ഭുജങ്ങൾ ശക്തിപ്പെടുകയും ചെയ്യുന്നു. മുപ്പത്തിയൊന്നാം അധ്യായത്തിലെ പതിനൊന്നാം വർഷത്തിൽ ഈജിപ്തിന്റെ വീഴ്ചയും അതിന്റെ ലോകത്തിനുമേലുള്ള സ്വാധീനവും തിരിച്ചറിയപ്പെടുന്നു.</w:t>
      </w:r>
    </w:p>
    <w:p>
      <w:pPr>
        <w:pStyle w:val="ArticleHeading"/>
        <w:jc w:val="left"/>
      </w:pPr>
      <w:r>
        <w:rPr>
          <w:rFonts w:ascii="Nirmala UI" w:hAnsi="Nirmala UI" w:eastAsia="Nirmala UI" w:cs="Nirmala UI"/>
        </w:rPr>
        <w:t>പന്ത്രണ്ടാം വർഷവും യെരൂശലേമിന്റെ പതനവും</w:t>
      </w:r>
    </w:p>
    <w:p>
      <w:pPr>
        <w:pStyle w:val="ArticleBody"/>
        <w:jc w:val="left"/>
      </w:pPr>
      <w:r>
        <w:rPr>
          <w:rFonts w:ascii="Nirmala UI" w:hAnsi="Nirmala UI" w:eastAsia="Nirmala UI" w:cs="Nirmala UI"/>
        </w:rPr>
        <w:t>പന്ത്രണ്ടാം ആണ്ടിലെ ആ രണ്ട് തീയതികളും യെഹെസ്കേൽ മുപ്പത്തിരണ്ടാം അധ്യായത്തിലാണ് സ്ഥിതിചെയ്യുന്നത്.</w:t>
      </w:r>
    </w:p>
    <w:p>
      <w:pPr>
        <w:pStyle w:val="ArticleScripture"/>
        <w:jc w:val="left"/>
      </w:pPr>
      <w:r>
        <w:rPr>
          <w:rFonts w:ascii="Nirmala UI" w:hAnsi="Nirmala UI" w:eastAsia="Nirmala UI" w:cs="Nirmala UI"/>
        </w:rPr>
        <w:t>പന്ത്രണ്ടാം ആണ്ടിൽ, പന്ത്രണ്ടാം മാസത്തിൽ, മാസത്തിന്റെ ഒന്നാം ദിവസത്തിൽ, യഹോവയുടെ അരുളപ്പാട് എനിക്കുണ്ടായി: മനുഷ്യപുത്രാ, മിസ്രയീംരാജാവായ ഫറവോനെക്കുറിച്ചു ഒരു വിലാപഗാനം എടുത്തുപറക; അവനോടു പറയുക: നീ ജാതികളുടെ ഇടയിൽ ഒരു യൗവനസിംഹത്തെപ്പോലെ ആയിരുന്നു; സമുദ്രങ്ങളിൽ ഒരു മഹാമത്സ്യത്തെപ്പോലെയും ആയിരുന്നു; നീ നിന്റെ നദികളോടെ പുറപ്പെട്ടു, നിന്റെ കാലുകളാൽ ജലങ്ങളെ കലക്കി, അവരുടെ നദികളെ മലിനമാക്കി. അതുകൊണ്ടു യഹോവയായ കർത്താവു ഇപ്രകാരം അരുളിച്ചെയ്യുന്നു: അനേകം ജനങ്ങളുടെ ഒരു സമൂഹത്തോടുകൂടെ ഞാൻ നിന്റെമേൽ എന്റെ വല വിരിക്കും; അവർ നിന്നെ എന്റെ വലയിൽ കയറ്റിക്കൊണ്ടുപോകും. യെഹെസ്‌കേൽ 32:1–3.</w:t>
      </w:r>
    </w:p>
    <w:p>
      <w:pPr>
        <w:pStyle w:val="ArticleScripture"/>
        <w:jc w:val="left"/>
      </w:pPr>
      <w:r>
        <w:rPr>
          <w:rFonts w:ascii="Nirmala UI" w:hAnsi="Nirmala UI" w:eastAsia="Nirmala UI" w:cs="Nirmala UI"/>
        </w:rPr>
        <w:t>പന്ത്രണ്ടാം ആണ്ടിൽ, മാസത്തിലെ പതിനഞ്ചാം ദിവസത്തിൽ, യഹോവയുടെ അരുളപ്പാട് എനിക്കുണ്ടായി; അവൻ അരുളിച്ചെയ്തതു: മനുഷ്യപുത്രാ, മിസ്രയീമിന്റെ ജനസമൂഹത്തെക്കുറിച്ചു വിലപിക്ക; അവളെയും പ്രസിദ്ധജാതികളുടെ പുത്രിമാരെയും കുഴിയിലേക്കിറങ്ങുന്നവരോടുകൂടെ ഭൂമിയുടെ അധോഭാഗങ്ങളിലേക്കു തള്ളിക്കളക. യെഹെസ്കേൽ 32:17, 18.</w:t>
      </w:r>
    </w:p>
    <w:p>
      <w:pPr>
        <w:pStyle w:val="ArticleHeading"/>
        <w:jc w:val="left"/>
      </w:pPr>
      <w:r>
        <w:rPr>
          <w:rFonts w:ascii="Nirmala UI" w:hAnsi="Nirmala UI" w:eastAsia="Nirmala UI" w:cs="Nirmala UI"/>
        </w:rPr>
        <w:t>ഫറവോനും അവന്റെ മഹാസമൂഹവും</w:t>
      </w:r>
    </w:p>
    <w:p>
      <w:pPr>
        <w:pStyle w:val="ArticleBody"/>
        <w:jc w:val="left"/>
      </w:pPr>
      <w:r>
        <w:rPr>
          <w:rFonts w:ascii="Nirmala UI" w:hAnsi="Nirmala UI" w:eastAsia="Nirmala UI" w:cs="Nirmala UI"/>
        </w:rPr>
        <w:t>മുപ്പത്തൊന്നാം അധ്യായത്തിലെ ഈജിപ്തിനെക്കുറിച്ചുള്ള പ്രഖ്യാപനത്തിൽ, അവസാന വാക്യങ്ങൾ ഇപ്രകാരം പ്രസ്താവിക്കുന്നു:</w:t>
      </w:r>
    </w:p>
    <w:p>
      <w:pPr>
        <w:pStyle w:val="ArticleScripture"/>
        <w:jc w:val="left"/>
      </w:pPr>
      <w:r>
        <w:rPr>
          <w:rFonts w:ascii="Nirmala UI" w:hAnsi="Nirmala UI" w:eastAsia="Nirmala UI" w:cs="Nirmala UI"/>
        </w:rPr>
        <w:t>ഞാൻ അവന്റെ വീഴ്ചയുടെ ശബ്ദത്തിൽ ജാതികളെ നടുക്കി; ഞാൻ അവനെ കുഴിയിലേക്കിറങ്ങുന്നവരോടുകൂടെ പാതാളത്തിലേക്കു തള്ളിയിറക്കുമ്പോൾ, ഏദെൻതോട്ടത്തിലെ സകല വൃക്ഷങ്ങളും, ലെബാനോനിലെ തിരഞ്ഞെടുത്ത ശ്രേഷ്ഠവൃക്ഷങ്ങളും, വെള്ളം കുടിക്കുന്ന ഏവരും ഭൂമിയുടെ അധോഭാഗങ്ങളിൽ ആശ്വാസം പ്രാപിക്കും. അവരും അവനോടുകൂടെ വാളാൽ സംഹരിക്കപ്പെട്ടവരുടെ അടുക്കൽ പാതാളത്തിലേക്കിറങ്ങി; ജാതികളുടെ നടുവിൽ അവന്റെ നിഴലിൽ പാർത്തിരുന്നവരും, അവന്റെ ഭുജമായിരുന്നവരും അങ്ങനെ തന്നേ. മഹത്വത്തിലും മഹിമയിലും ഏദെൻതോട്ടത്തിലെ വൃക്ഷങ്ങളുടെ ഇടയിൽ നീ ആരോടു ഇങ്ങനെ ഉപമിക്കപ്പെടുന്നു? എങ്കിലും, നീ ഏദെൻതോട്ടത്തിലെ വൃക്ഷങ്ങളോടുകൂടെ ഭൂമിയുടെ അധോഭാഗങ്ങളിലേക്കു താഴ്ത്തിക്കൊണ്ടുപോകപ്പെടും; വാളാൽ സംഹരിക്കപ്പെട്ടവരോടുകൂടെ അഗ്രചർമ്മമില്ലാത്തവരുടെ നടുവിൽ നീ കിടക്കും. ഇതു ഫറവോനും അവന്റെ സകല പുരുഷാരവും ആകുന്നു എന്നു യഹോവയായ കർത്താവിന്റെ അരുളപ്പാടു. യെഹെസ്‌കേൽ 31:16–18.</w:t>
      </w:r>
    </w:p>
    <w:p>
      <w:pPr>
        <w:pStyle w:val="ArticleBody"/>
        <w:jc w:val="left"/>
      </w:pPr>
      <w:r>
        <w:rPr>
          <w:rFonts w:ascii="Nirmala UI" w:hAnsi="Nirmala UI" w:eastAsia="Nirmala UI" w:cs="Nirmala UI"/>
        </w:rPr>
        <w:t>മുപ്പത്തിരണ്ടാം അധ്യായത്തിലെ മിസ്രയീമിനെക്കുറിച്ചുള്ള പ്രവചനത്തിൽ, അവസാന വാക്യങ്ങൾ മുപ്പത്തിയൊന്നാം അധ്യായത്തെ ആവർത്തിക്കുകയും അതിനെ വികസിപ്പിക്കുകയും ചെയ്യുന്നു; കൂടാതെ അതിൽ സമാന്തരമായ ഒരു സമാപനപ്രസ്താവനയും ഉൾപ്പെടുന്നു.</w:t>
      </w:r>
    </w:p>
    <w:p>
      <w:pPr>
        <w:pStyle w:val="ArticleScripture"/>
        <w:jc w:val="left"/>
      </w:pPr>
      <w:r>
        <w:rPr>
          <w:rFonts w:ascii="Nirmala UI" w:hAnsi="Nirmala UI" w:eastAsia="Nirmala UI" w:cs="Nirmala UI"/>
        </w:rPr>
        <w:t>ഞാൻ ജീവനുള്ളവരുടെ ദേശത്തിൽ എന്റെ ഭീകരത വിതച്ചിരിക്കുന്നു; അതുകൊണ്ടു അവൻ വാളാൽ കൊല്ലപ്പെട്ടവരോടുകൂടെ അഗ്രചർമ്മം ചെയ്യാത്തവരുടെ നടുവിൽ കിടത്തപ്പെടും; അതെ, ഫറവോനും അവന്റെ സകല പുരുഷാരവും എന്നും യഹോവയായ കർത്താവിന്റെ അരുളപ്പാടു. യെഹെസ്കേൽ 32:32.</w:t>
      </w:r>
    </w:p>
    <w:p>
      <w:pPr>
        <w:pStyle w:val="ArticleHeading"/>
        <w:jc w:val="left"/>
      </w:pPr>
      <w:r>
        <w:rPr>
          <w:rFonts w:ascii="Nirmala UI" w:hAnsi="Nirmala UI" w:eastAsia="Nirmala UI" w:cs="Nirmala UI"/>
        </w:rPr>
        <w:t>ഇരുപത്തൊമ്പതാം അധ്യായത്തിലെ പതിനേഴു വർഷങ്ങൾ</w:t>
      </w:r>
    </w:p>
    <w:p>
      <w:pPr>
        <w:pStyle w:val="ArticleBody"/>
        <w:jc w:val="left"/>
      </w:pPr>
      <w:r>
        <w:rPr>
          <w:rFonts w:ascii="Nirmala UI" w:hAnsi="Nirmala UI" w:eastAsia="Nirmala UI" w:cs="Nirmala UI"/>
        </w:rPr>
        <w:t>ഇരുപത്തൊൻപതാം അധ്യായത്തിൽ പ്രതിനിധീകരിച്ചിരിക്കുന്ന പതിനേഴു വർഷങ്ങളുടെ കാലഘട്ടത്തിൽ ഉൾപ്പെടുന്ന തീയതികൾ നെബൂഖദ്‌നേസർ ഈജിപ്തിനെ കീഴടക്കുന്നതെയും, ഈജിപ്തിന്റെ നാല്പത് വർഷത്തെ ശൂന്യതയുടെ കാലഘട്ടത്തെയും സൂചിപ്പിക്കുന്നു. നാല്പത് എന്ന സംഖ്യ ഒരു മരുഭൂമിയെ പ്രതിനിധീകരിക്കുന്നു; അത് ഭൂമി ശൂന്യമായിരിക്കുന്ന ആയിരം വർഷങ്ങളെ പ്രതീകാത്മകമായി സൂചിപ്പിക്കുന്നു.</w:t>
      </w:r>
    </w:p>
    <w:p>
      <w:pPr>
        <w:pStyle w:val="ArticleScripture"/>
        <w:jc w:val="left"/>
      </w:pPr>
      <w:r>
        <w:rPr>
          <w:rFonts w:ascii="Nirmala UI" w:hAnsi="Nirmala UI" w:eastAsia="Nirmala UI" w:cs="Nirmala UI"/>
        </w:rPr>
        <w:t>ഞാൻ ഭൂമിയെ നോക്കി; അപ്പോൾ, അതു രൂപരഹിതവും ശൂന്യവും ആയിരുന്നു; ആകാശങ്ങളെയും നോക്കി; അവയ്ക്കു വെളിച്ചം ഉണ്ടായിരുന്നില്ല. ഞാൻ പർവ്വതങ്ങളെ നോക്കി; അപ്പോൾ, അവ വിറെച്ചു; എല്ലാ കുന്നുകളും ഇളകിക്കൊണ്ടിരുന്നു. ഞാൻ നോക്കി; അപ്പോൾ, മനുഷ്യൻ ഒരുവനും ഉണ്ടായിരുന്നില്ല; ആകാശത്തിലെ സകല പക്ഷികളും പറന്നുപോയിരുന്നു. ഞാൻ വീണ്ടും നോക്കി; അപ്പോൾ, ഫലഭൂയിഷ്ഠമായ സ്ഥലം മരുഭൂമിയായി മാറിയിരുന്നു; അതിലെ സകല പട്ടണങ്ങളും യഹോവയുടെ സന്നിധിയാൽ അവന്റെ ഉഗ്രകോപത്താൽ തകർക്കപ്പെട്ടിരുന്നു. യഹോവ ഇപ്രകാരം അരുളിച്ചെയ്തിരിക്കുന്നു: സർവ്വദേശവും ശൂന്യമായിത്തീരും; എങ്കിലും ഞാൻ അതിനെ പൂർണ്ണമായി അവസാനിപ്പിക്കയില്ല. യിരെമ്യാവു 4:23–27.</w:t>
      </w:r>
    </w:p>
    <w:p>
      <w:pPr>
        <w:pStyle w:val="ArticleBody"/>
        <w:jc w:val="left"/>
      </w:pPr>
      <w:r>
        <w:rPr>
          <w:rFonts w:ascii="Nirmala UI" w:hAnsi="Nirmala UI" w:eastAsia="Nirmala UI" w:cs="Nirmala UI"/>
        </w:rPr>
        <w:t>യെഹെസ്കേൽ ഇരുപത്തൊമ്പതാം അദ്ധ്യായത്തിൽ പരാമർശിക്കുന്ന മിസ്രയീമിന്റെ നാല്പത് വർഷത്തെ ശൂന്യതയുടെ അവസാനത്തിൽ, ദുഷ്ടന്മാരുടെ അന്തിമ പുനരുത്ഥാനവും അവരുടെ പരമാന്തിക നാശവും പ്രതിപാദിക്കപ്പെടുന്നു.</w:t>
      </w:r>
    </w:p>
    <w:p>
      <w:pPr>
        <w:pStyle w:val="ArticleScripture"/>
        <w:jc w:val="left"/>
      </w:pPr>
      <w:r>
        <w:rPr>
          <w:rFonts w:ascii="Nirmala UI" w:hAnsi="Nirmala UI" w:eastAsia="Nirmala UI" w:cs="Nirmala UI"/>
        </w:rPr>
        <w:t>ഭയവും കുഴിയും പാശവും നിന്നെ മേലാകുന്നു, ഭൂമിയിലെ നിവാസിയേ. ഭയത്തിന്റെ ശബ്ദത്തിൽ നിന്നു ഔടിപ്പോകുന്നവൻ കുഴിയിൽ വീഴും; കുഴിയുടെ നടുവിൽ നിന്നു കയറി വരുന്നവൻ പാശത്തിൽ അകപ്പെടും; എന്തെന്നാൽ മുകളിൽ നിന്നുള്ള ജാലകങ്ങൾ തുറന്നിരിക്കുന്നു, ഭൂമിയുടെ അടിത്തറകൾ നടുങ്ങുന്നു. ഭൂമി പൂർണ്ണമായി തകർന്നുപോകുന്നു; ഭൂമി സമ്പൂർണ്ണമായി വിഘടിച്ചുപോകുന്നു; ഭൂമി അത്യന്തം കുലുങ്ങുന്നു. ഭൂമി മദ്യപാനിയെപ്പോലെ ഇങ്ങും അങ്ങും തെന്നിച്ചായും; ഒരു കുടിലിനെപ്പോലെ മാറ്റിക്കളയപ്പെടും; അതിന്റെ അതിക്രമം അതിന്മേൽ ഭാരമായിരിക്കും; അതു വീഴും, പിന്നെ വീണ്ടും എഴുന്നേൽക്കുകയുമില്ല. അന്നാളിൽ യഹോവ ഉയരത്തിൽ ഉള്ള ഉന്നതരുടെ സൈന്യത്തെയും ഭൂമിയിൽ ഉള്ള ഭൂമിയിലെ രാജാക്കന്മാരെയും ശിക്ഷിക്കും. അവർ കുഴിയിൽ തടവുകാരെ കൂട്ടിച്ചേർക്കുന്നതുപോലെ ഒരുമിച്ചുകൂട്ടപ്പെടും; അവർ കാരാഗൃഹത്തിൽ അടച്ചിടപ്പെടും; അനേകം ദിവസങ്ങൾക്കു ശേഷം അവർ സന്ദർശിക്കപ്പെടും. യെശയ്യാവു 24:17–22.</w:t>
      </w:r>
    </w:p>
    <w:p>
      <w:pPr>
        <w:pStyle w:val="ArticleBody"/>
        <w:jc w:val="left"/>
      </w:pPr>
      <w:r>
        <w:rPr>
          <w:rFonts w:ascii="Nirmala UI" w:hAnsi="Nirmala UI" w:eastAsia="Nirmala UI" w:cs="Nirmala UI"/>
        </w:rPr>
        <w:t>ഈജിപ്തുമായി ബന്ധപ്പെട്ട ആറു തീയതികളാൽ ഒരുമിച്ചുകൊണ്ടുവരപ്പെടുന്ന യെഹെസ്കേലിന്റെ സന്ദേശം, ഭൂമിയിലെ മഹാസർപ്പശക്തിയുടെ അന്തിമ നാശത്തെ തിരിച്ചറിയുന്നതാണ്; അതിന്റെ ആരംഭം ഉടൻ വരാനിരിക്കുന്ന ഞായറാഴ്ച നിയമത്തിൽ നിന്നാകുന്നു, പിന്നെ സഹസ്രാബ്ദത്തിന്റെ അവസാനം ദുഷ്ടരായ ഈജിപ്ത്യരുടെ അന്തിമ നാശം വരെ അത് തുടരുന്നു.</w:t>
      </w:r>
    </w:p>
    <w:p>
      <w:pPr>
        <w:pStyle w:val="ArticleBody"/>
        <w:jc w:val="left"/>
      </w:pPr>
      <w:r>
        <w:rPr>
          <w:rFonts w:ascii="Nirmala UI" w:hAnsi="Nirmala UI" w:eastAsia="Nirmala UI" w:cs="Nirmala UI"/>
        </w:rPr>
        <w:t>പ്രവാചക സാക്ഷ്യത്തിൽ മൃഗവും കള്ളപ്രവാചകനും അഗ്നിത്തടാകത്തിൽ തങ്ങളുടെ അന്ത്യം പ്രാപിക്കുന്നു; അത് ക്രിസ്തുവിന്റെ രണ്ടാം വരവിനെ പ്രതിനിധീകരിക്കുന്നു. എന്നാൽ മഹാസർപ്പശക്തിയുടെ അഗ്നിത്തടാകത്തിലെ നാശം സഹസ്രാബ്ദത്തിന്റെ അവസാനത്തിലാണ്.</w:t>
      </w:r>
    </w:p>
    <w:p>
      <w:pPr>
        <w:pStyle w:val="ArticleScripture"/>
        <w:jc w:val="left"/>
      </w:pPr>
      <w:r>
        <w:rPr>
          <w:rFonts w:ascii="Nirmala UI" w:hAnsi="Nirmala UI" w:eastAsia="Nirmala UI" w:cs="Nirmala UI"/>
        </w:rPr>
        <w:t>മൃഗത്തെയും പിടിക്കപ്പെട്ടു; അതിനോടുകൂടെ അതിന്റെ സന്നിധിയിൽ അത്ഭുതങ്ങൾ പ്രവർത്തിച്ച വ്യാജപ്രവാചകനെയും—ആ അത്ഭുതങ്ങളാൽ മൃഗത്തിന്റെ മുദ്ര ഏറ്റവരെയും അതിന്റെ പ്രതിമയെ നമസ്കരിച്ചവരെയും അവൻ വഞ്ചിച്ചു—ഇവരിരുവരെയും ഗന്ധകം കത്തുന്ന അഗ്നിക്കുളത്തിൽ ജീവനോടെ എറിഞ്ഞുകളഞ്ഞു. ശേഷിച്ചവർ കുതിരപ്പുറത്ത് ഇരുന്നവന്റെ വായിൽനിന്ന് പുറപ്പെട്ട വാളുകൊണ്ടു കൊല്ലപ്പെട്ടു; ആകാശത്തിലെ സകല പക്ഷികളും അവരുടെ മാംസത്തോടെ നിറഞ്ഞു. വെളിപ്പാട് 19:20, 21.</w:t>
      </w:r>
    </w:p>
    <w:p>
      <w:pPr>
        <w:pStyle w:val="ArticleBody"/>
        <w:jc w:val="left"/>
      </w:pPr>
      <w:r>
        <w:rPr>
          <w:rFonts w:ascii="Nirmala UI" w:hAnsi="Nirmala UI" w:eastAsia="Nirmala UI" w:cs="Nirmala UI"/>
        </w:rPr>
        <w:t>ക്രിസ്തുവിന്റെ രണ്ടാം വരവിൽ മൃഗവും വ്യാജപ്രവാചകനും പ്രവചനപരമായി അവരുടെ അന്ത്യം പ്രാപിക്കുന്നു; എന്നാൽ ക്രിസ്തുവിന്റെ മൂന്നാം വരവിൽ ആയിരം വർഷങ്ങൾക്കു ശേഷം സർപ്പം തന്റെ വിധിയെ നേരിടുന്നു.</w:t>
      </w:r>
    </w:p>
    <w:p>
      <w:pPr>
        <w:pStyle w:val="ArticleScripture"/>
        <w:jc w:val="left"/>
      </w:pPr>
      <w:r>
        <w:rPr>
          <w:rFonts w:ascii="Nirmala UI" w:hAnsi="Nirmala UI" w:eastAsia="Nirmala UI" w:cs="Nirmala UI"/>
        </w:rPr>
        <w:t>ആകാശത്തിൽ നിന്ന് ഇറങ്ങി വരുന്ന ഒരു ദൂതനെ ഞാൻ കണ്ടു; അവന്റെ കയ്യിൽ അഗാധഗർത്ഥത്തിന്റെ താക്കോലും ഒരു വലിയ ചങ്ങലയും ഉണ്ടായിരുന്നു. അവൻ പാമ്പായ ആ പുരാതന സർപ്പത്തെയും, പിശാചും സാത്താനും ആയിരിക്കുന്ന മഹാസർപ്പത്തെയും പിടിച്ചുകെട്ടി, ആയിരം വർഷത്തേക്ക് ബന്ധിച്ചു. അവനെ അഗാധഗർത്ഥത്തിലേക്ക് എറിഞ്ഞിട്ട്, അടച്ചുപൂട്ടുകയും അവന്റെ മേൽ മുദ്രവെക്കുകയും ചെയ്തു; ആയിരം വർഷം പൂർത്തിയാകുന്നതുവരെ അവൻ ജാതികളെ ഇനി വഞ്ചിക്കാതിരിക്കേണ്ടതിന്നു തന്നേ. അതിനുശേഷം അല്പകാലത്തേക്ക് അവൻ വിട്ടയക്കപ്പെടേണ്ടതാകുന്നു. വെളിപ്പാട് 20:1–3.</w:t>
      </w:r>
    </w:p>
    <w:p>
      <w:pPr>
        <w:pStyle w:val="ArticleHeading"/>
        <w:jc w:val="left"/>
      </w:pPr>
      <w:r>
        <w:rPr>
          <w:rFonts w:ascii="Nirmala UI" w:hAnsi="Nirmala UI" w:eastAsia="Nirmala UI" w:cs="Nirmala UI"/>
        </w:rPr>
        <w:t>പതിനൊന്നാംതും പന്ത്രണ്ടാംതുമായ വർഷങ്ങൾ</w:t>
      </w:r>
    </w:p>
    <w:p>
      <w:pPr>
        <w:pStyle w:val="ArticleBody"/>
        <w:jc w:val="left"/>
      </w:pPr>
      <w:r>
        <w:rPr>
          <w:rFonts w:ascii="Nirmala UI" w:hAnsi="Nirmala UI" w:eastAsia="Nirmala UI" w:cs="Nirmala UI"/>
        </w:rPr>
        <w:t>യെഹെസ്കേൽ ഇരുപത്തൊമ്പതാം അധ്യായത്തിലെ രണ്ടു തീയതികളിൽ പ്രതിപാദിക്കപ്പെട്ട ‘പതിനേഴു’ വർഷകാലം തടവുപിടിത്തത്തിന്റെ പത്താം വർഷത്തിൽ ആരംഭിച്ച് ഇരുപത്തേഴാം വർഷത്തിൽ അവസാനിച്ചു. മുപ്പതാം അധ്യായത്തിന്റെയും മുപ്പത്തിയൊന്നാം അധ്യായത്തിന്റെയും സന്ദേശങ്ങൾ പതിനൊന്നാം വർഷത്തിൽ പ്രസ്താവിക്കപ്പെട്ടു; മുപ്പത്തിരണ്ടാം അധ്യായത്തിൽ പ്രതിപാദിക്കപ്പെട്ട രണ്ടു തീയതികൾ തടവുപിടിത്തത്തിന്റെ പന്ത്രണ്ടാം വർഷത്തിൽ ലഭിക്കപ്പെട്ടു. യെരൂശലേമിന്റെ ഉപരോധത്തിന്റെ ആരംഭകാലത്തോട് ഏകദേശം സംഗതിയായ പത്താം വർഷത്തിൽ ആരംഭിച്ച ആ പതിനേഴു വർഷകാലത്തെ തുടർന്നു, മുപ്പതും മുപ്പത്തിയൊന്നും അധ്യായങ്ങളിൽ പ്രതിപാദിക്കപ്പെട്ട പതിനൊന്നാം വർഷത്തിലെ രണ്ടു ഈജിപ്ത്യൻ സന്ദേശങ്ങൾ വന്നു. ഒന്നിച്ചുകൂടെ, പതിനൊന്നാം വർഷത്തിലെ ആ രണ്ടു സന്ദേശങ്ങൾ ഞായറാഴ്ച നിയമത്തിനുതൊട്ടുമുമ്പുള്ള ഒരു സന്ദേശത്തെ പ്രതിനിധീകരിക്കുന്നു. പന്ത്രണ്ടാം വർഷത്തിലെ മറ്റു രണ്ടു ഈജിപ്ത്യൻ സന്ദേശങ്ങൾ കി.മു. 586/585-ൽ യെരൂശലേമിന്റെ നാശസമയത്തോ അതിന് അല്പകാലം ശേഷമോ സംഭവിച്ചു.</w:t>
      </w:r>
    </w:p>
    <w:p>
      <w:pPr>
        <w:pStyle w:val="ArticleBody"/>
        <w:jc w:val="left"/>
      </w:pPr>
      <w:r>
        <w:rPr>
          <w:rFonts w:ascii="Nirmala UI" w:hAnsi="Nirmala UI" w:eastAsia="Nirmala UI" w:cs="Nirmala UI"/>
        </w:rPr>
        <w:t>ക്രിസ്തുവിന്റെ വരവിന്റെ സന്ദേശം ഞായറാഴ്ച നിയമത്തിൽ ഘോഷഘോഷിത സന്ദേശമായി മാറുന്ന അർദ്ധരാത്രി നിലവിളി സന്ദേശത്തിന്റെ ഭാഗമായി പ്രഖ്യാപിക്കപ്പെടുന്നു. ഞായറാഴ്ച നിയമത്തിന് മുമ്പ് ഈജിപ്തിനെക്കുറിച്ചുള്ള രണ്ടു സന്ദേശങ്ങൾ പ്രഖ്യാപിക്കപ്പെടുന്നു; ഞായറാഴ്ച നിയമത്തിന്റെ സമയത്തോ അതിന് തൊട്ടുപിന്നാലെയോ ഈജിപ്തിനെക്കുറിച്ചുള്ള മറ്റൊരു രണ്ടു സന്ദേശങ്ങളും പ്രഖ്യാപിക്കപ്പെടുന്നു. യെരൂശലേമിന്റെ നാശത്തിൽ പര്യവസാനിക്കുന്ന ഉപരോധകാലത്ത് അതേ വർഷത്തിൽ നല്കപ്പെടുന്ന സന്ദേശങ്ങളുടെ ഇരട്ടവൽക്കരണവും, ഞായറാഴ്ച നിയമത്തിൽ നല്കപ്പെടുന്ന മറ്റേതു രണ്ടു സന്ദേശങ്ങളും, എപ്പോഴും ഒരു ഇരട്ടവൽക്കരണം നിലനിൽക്കുന്ന രണ്ടാമത്തെ ദൂതന്റെ സന്ദേശത്തിന്റെ പ്രതിരൂപമാകുന്നു.</w:t>
      </w:r>
    </w:p>
    <w:p>
      <w:pPr>
        <w:pStyle w:val="ArticleBody"/>
        <w:jc w:val="left"/>
      </w:pPr>
      <w:r>
        <w:rPr>
          <w:rFonts w:ascii="Nirmala UI" w:hAnsi="Nirmala UI" w:eastAsia="Nirmala UI" w:cs="Nirmala UI"/>
        </w:rPr>
        <w:t>രണ്ടാമത്തെ സന്ദേശത്തിനു ശേഷം എപ്പോഴും മൂന്നാമത്തെ സന്ദേശം വരുന്നു.</w:t>
      </w:r>
    </w:p>
    <w:p>
      <w:pPr>
        <w:pStyle w:val="ArticleScripture"/>
        <w:jc w:val="left"/>
      </w:pPr>
      <w:r>
        <w:rPr>
          <w:rFonts w:ascii="Nirmala UI" w:hAnsi="Nirmala UI" w:eastAsia="Nirmala UI" w:cs="Nirmala UI"/>
        </w:rPr>
        <w:t>“കലവും ശബ്ദവുംകൊണ്ട് നാം ഈ പ്രഖ്യാപനം മുഴക്കേണ്ടതാണ്; അതിന്റെ ക്രമവും, നമ്മെ മൂന്നാം ദൂതന്റെ സന്ദേശത്തിലേക്കു കൊണ്ടുവരുന്ന പ്രവചനങ്ങളുടെ പ്രയോഗവും കാണിച്ചുകൊണ്ട്. ഒന്നാമത്തെയും രണ്ടാമത്തെയും കൂടാതെ മൂന്നാമത്തേതു ഉണ്ടായിരിക്കയില്ല. പ്രസിദ്ധീകരണങ്ങളിലൂടെയും പ്രഭാഷണങ്ങളിലൂടെയും, പ്രവചനചരിത്രത്തിന്റെ പ്രവാഹത്തിൽ സംഭവിച്ചിരിക്കുന്ന കാര്യങ്ങളും സംഭവിക്കാനുള്ള കാര്യങ്ങളും കാണിച്ചുകൊണ്ട്, ഈ സന്ദേശങ്ങൾ നാം ലോകത്തിന്നു നൽകേണ്ടതാണ്.” Selected Messages, book 2, 104, 105.</w:t>
      </w:r>
    </w:p>
    <w:p>
      <w:pPr>
        <w:pStyle w:val="ArticleBody"/>
        <w:jc w:val="left"/>
      </w:pPr>
      <w:r>
        <w:rPr>
          <w:rFonts w:ascii="Nirmala UI" w:hAnsi="Nirmala UI" w:eastAsia="Nirmala UI" w:cs="Nirmala UI"/>
        </w:rPr>
        <w:t>മൂന്നാം സന്ദേശത്തോടുകൂടെ കൃപാകാലത്തിന്റെ വാതിൽ അടയുന്നു. ഞായറാഴ്ച നിയമത്തോടുകൂടെ അമേരിക്കൻ ഐക്യനാടുകൾക്കായി കൃപാകാലം അടയുന്നു; മിഖായേൽ എഴുന്നേൽക്കുമ്പോൾ ലോകത്തിനായി കൃപാകാലം അടയുന്നു. ഈ രണ്ടും അടഞ്ഞ വാതിലുകൾ മൂന്നാം സന്ദേശത്തെയാണ് പ്രതിനിധീകരിക്കുന്നത്; അതിന് എല്ലായ്പ്പോഴും മുമ്പായി രണ്ടാമത്തെ സന്ദേശം വരുന്നു, അത് എല്ലായ്പ്പോഴും ഇരട്ടസ്വഭാവമുള്ള ഒരു സന്ദേശമാണ്.</w:t>
      </w:r>
    </w:p>
    <w:p>
      <w:pPr>
        <w:pStyle w:val="ArticleBody"/>
        <w:jc w:val="left"/>
      </w:pPr>
      <w:r>
        <w:rPr>
          <w:rFonts w:ascii="Nirmala UI" w:hAnsi="Nirmala UI" w:eastAsia="Nirmala UI" w:cs="Nirmala UI"/>
        </w:rPr>
        <w:t>രണ്ടാമത്തെ ദൂതന്റെ ശക്തീകരണം, അർദ്ധരാത്രിയിലെ ഘോഷത്തിന്റെ സന്ദേശം അതിനോടു ചേർന്നപ്പോൾ സിദ്ധിയാകുന്നു. മുപ്പതും മുപ്പത്തൊന്നും അധ്യായങ്ങളിൽ മിസ്രയീമിനെക്കുറിച്ചു യെഹെസ്കേൽ പ്രസ്താവിച്ചിരിക്കുന്നതിലൂടെ പ്രതിനിധീകരിക്കപ്പെടുന്ന, മനുഷ്യകുലത്തിന്മേൽ ഉച്ചരിക്കപ്പെട്ടിരിക്കുന്ന ഈ രണ്ട് സന്ദേശങ്ങൾ, അർദ്ധരാത്രിയിലെ ഘോഷത്തിന്റെ സന്ദേശം രണ്ടാമത്തെ ദൂതനോടു ചേർന്നുചേരുന്ന സമയം ഏതെന്നു തിരിച്ചറിയിക്കുന്നു; മുപ്പത്തിരണ്ടാം അധ്യായത്തിലെ രണ്ട് സന്ദേശങ്ങൾ ഉച്ചഘോഷത്തിൽ മൂന്നാമത്തെ ദൂതന്റെ ശക്തീകരണത്തെ തിരിച്ചറിയിച്ചുകൊണ്ടിരിക്കുന്നു.</w:t>
      </w:r>
    </w:p>
    <w:p>
      <w:pPr>
        <w:pStyle w:val="ArticleBody"/>
        <w:jc w:val="left"/>
      </w:pPr>
      <w:r>
        <w:rPr>
          <w:rFonts w:ascii="Nirmala UI" w:hAnsi="Nirmala UI" w:eastAsia="Nirmala UI" w:cs="Nirmala UI"/>
        </w:rPr>
        <w:t>മനുഷ്യസംഭവങ്ങളുടെ സങ്കീർണ്ണ പരസ്പരപ്രവർത്തനത്തിന്റെ യെഹെസ്കേലിന്റെ ചക്രങ്ങൾ മനുഷ്യവർഗത്തിനായുള്ള അവസാന മുന്നറിയിപ്പിനെ തിരിച്ചറിയിക്കുന്നു; അത് മൂന്നാം ദൂതന്റെ മുന്നറിയിപ്പാണ്, കൂടാതെ മൂന്നാം ദൂതൻ ഒന്നാം ദൂതന്റെയും രണ്ടാം ദൂതന്റെയും മുന്നറിയിപ്പുകൾ ചേർന്നതാണ്. ഞായറാഴ്ചനിയമത്തിന് മുമ്പുള്ള മിഡ്നൈറ്റ് ക്രൈയും ഞായറാഴ്ചനിയമത്തിന് ശേഷമുള്ള ഘോഷമുള്ള വിളിയും, ദാനിയേൽ പതിനൊന്നാം അദ്ധ്യായത്തിലെ നാൽപ്പതാം വാക്യത്തിന്റെ മറഞ്ഞിരിക്കുന്ന ചരിത്രത്തോടു ചേരുന്ന, അതേ അദ്ധ്യായത്തിലെ പതിനൊന്ന് മുതൽ പതിനാറ് വരെയുള്ള വാക്യങ്ങളിൽ പ്രതിനിധീകരിക്കപ്പെട്ടിരിക്കുന്ന, ഇരുപത്തൊമ്പതാം അദ്ധ്യായത്തിലെ ആൽഫയും ഓമേഗയും ആയ തീയതികളുടെ ‘പതിനേഴു’ വർഷങ്ങൾക്കുള്ളിൽ വരുന്ന യെഹെസ്കേലിന്റെ നാല് തീയതികളാൽ പ്രതിനിധീകരിക്കപ്പെടുന്നു.</w:t>
      </w:r>
    </w:p>
    <w:p>
      <w:pPr>
        <w:pStyle w:val="ArticleBody"/>
        <w:jc w:val="left"/>
      </w:pPr>
      <w:r>
        <w:rPr>
          <w:rFonts w:ascii="Nirmala UI" w:hAnsi="Nirmala UI" w:eastAsia="Nirmala UI" w:cs="Nirmala UI"/>
        </w:rPr>
        <w:t>ദാനിയേൽ പത്താം അധ്യായത്തിൽ, യെഹേസ്കേലിനെപ്പോലെ തന്നേ, ദാനിയേൽ മൂകനാക്കപ്പെടുന്നു. ദാനിയേലിന്റെ മൂകത്വം മൂന്നു സ്പർശങ്ങളുടെ മദ്ധ്യേ സംഭവിക്കുന്നു; ഒന്നാമത്തെയും മൂന്നാമത്തെയും സ്പർശങ്ങൾ ഗബ്രിയേൽ ദൂതനിൽ നിന്നായിരുന്നു, മദ്ധ്യത്തിലെ സ്പർശം ക്രിസ്തുവിന്റെ സ്പർശമായിരുന്നു. കൈസര്യ-ഫിലിപ്പിയുടെയും ക്രൂശിന്റെയും ഇടയിൽ പത്രൊസ് ഉണ്ടായിരുന്നതുപോലെ, ദാനിയേലും മദ്ധ്യത്തിലാണ്. മദ്ധ്യേ പത്രൊസ് മഹത്വീകരിക്കപ്പെട്ട ക്രിസ്തുവിനെ കണ്ടു; അതുപോലെ തന്നെയാണ് ദാനിയേലും പത്താം അധ്യായത്തിൽ കണ്ടത്. മൂന്നു ദൂതന്മാരിൽ മദ്ധ്യേയുള്ളത് രണ്ടാമത്തെ സന്ദേശമാണ്; അത് രണ്ടു സന്ദേശങ്ങളുടെ സംയോജനമാണ്.</w:t>
      </w:r>
    </w:p>
    <w:p>
      <w:pPr>
        <w:pStyle w:val="ArticleHeading"/>
        <w:jc w:val="left"/>
      </w:pPr>
      <w:r>
        <w:rPr>
          <w:rFonts w:ascii="Nirmala UI" w:hAnsi="Nirmala UI" w:eastAsia="Nirmala UI" w:cs="Nirmala UI"/>
        </w:rPr>
        <w:t>4-ആം മാസത്തിലെ 5-ആം ദിവസം &amp; 1844</w:t>
      </w:r>
    </w:p>
    <w:p>
      <w:pPr>
        <w:pStyle w:val="ArticleBody"/>
        <w:jc w:val="left"/>
      </w:pPr>
      <w:r>
        <w:rPr>
          <w:rFonts w:ascii="Nirmala UI" w:hAnsi="Nirmala UI" w:eastAsia="Nirmala UI" w:cs="Nirmala UI"/>
        </w:rPr>
        <w:t>യെഹെസ്കേൽ ഒന്നാം അധ്യായത്തിലെ ഒന്നും രണ്ടും വാക്യങ്ങളിൽ, യെഹെസ്കേൽ നാലാം മാസത്തിലെ അഞ്ചാം ദിവസത്തിലാണുള്ളത്; ഇത് 1844-ലെ ഏഴാം മാസം പ്രസ്ഥാനത്തിന്റെ മധ്യഭാഗത്തോടു പൊരുത്തപ്പെടുന്നു. 1844 ഏപ്രിൽ 19-നും ഒക്ടോബർ 22-നും ഇടയിൽ യെഹെസ്കേൽ മധ്യേ നിലകൊള്ളുന്നു; അതുപോലെതന്നെ, 1844-ലെ മിഡ്നൈറ്റ് ക്രൈയുടെ ദൂതനായ സാമുവേൽ സ്നോയും, ബോസ്റ്റണിൽ ആ സന്ദേശത്തെക്കുറിച്ചുള്ള തന്റെ ആദ്യത്തെ വ്യക്തമായ ദർശനം അവതരിപ്പിച്ചപ്പോൾ, 1844 ഏപ്രിൽ 19-ന് ശേഷമുള്ള 93-ാം ദിവസത്തിലും 1844 ഒക്ടോബർ 22-ന് വാതിൽ അടഞ്ഞതിനു മുമ്പുള്ള 93-ാം ദിവസത്തിലും, മധ്യസ്ഥാനത്തായിരുന്നു. 1844 ജൂലൈ 21-ന്, ഏഴാം മാസം പ്രസ്ഥാനത്തിന്റെ മധ്യത്തിൽ, സാമുവേൽ സ്നോ ബോസ്റ്റണിലായിരുന്നു; അന്ന് താൻ രൂപാന്തരീകരണ പർവതത്തിൽ പത്രൊസിനോടും, പതിനേഴാം ജൂബിലി ചക്രത്തിന്റെ മുപ്പതാം വർഷത്തിലെ യെഹെസ്കേലിനോടും, പത്താം അധ്യായത്തിലെ looking glass ദർശനത്തിനിടയിലെ ദാനിയേലിന്റെ രണ്ടാം സ്പർശത്തോടും പ്രവാചകത്വപരമായി കൂടെ നിൽക്കുകയായിരുന്നു എന്നു അവൻ അറിഞ്ഞിരുന്നില്ല. 2026, 2028-ൽ അവസാനിക്കുന്ന എഴുപതാം ജൂബിലി ചക്രത്തിലെ നാല്പത്തേഴാം വർഷത്തെ പ്രതിനിധീകരിക്കുന്നു.</w:t>
      </w:r>
    </w:p>
    <w:p>
      <w:pPr>
        <w:pStyle w:val="ArticleHeading"/>
        <w:jc w:val="left"/>
      </w:pPr>
      <w:r>
        <w:rPr>
          <w:rFonts w:ascii="Nirmala UI" w:hAnsi="Nirmala UI" w:eastAsia="Nirmala UI" w:cs="Nirmala UI"/>
        </w:rPr>
        <w:t>സോർ</w:t>
      </w:r>
    </w:p>
    <w:p>
      <w:pPr>
        <w:pStyle w:val="ArticleBody"/>
        <w:jc w:val="left"/>
      </w:pPr>
      <w:r>
        <w:rPr>
          <w:rFonts w:ascii="Nirmala UI" w:hAnsi="Nirmala UI" w:eastAsia="Nirmala UI" w:cs="Nirmala UI"/>
        </w:rPr>
        <w:t>യെരൂശലേമിനെക്കുറിച്ചുള്ള യെഹെസ്‌കേലിന്റെ ആറു പരാമർശങ്ങളുടെ തീയതിനിർണ്ണയത്തിലേക്ക് മടങ്ങിപ്പോകുന്നതിന് മുമ്പ്, തൂറിനെതിരെ പ്രഖ്യാപിക്കപ്പെട്ട ആ ഏക തീയതി ആദ്യം നാം തിരിച്ചറിയണം.</w:t>
      </w:r>
    </w:p>
    <w:p>
      <w:pPr>
        <w:pStyle w:val="ArticleScripture"/>
        <w:jc w:val="left"/>
      </w:pPr>
      <w:r>
        <w:rPr>
          <w:rFonts w:ascii="Nirmala UI" w:hAnsi="Nirmala UI" w:eastAsia="Nirmala UI" w:cs="Nirmala UI"/>
        </w:rPr>
        <w:t>പതിനൊന്നാം ആണ്ടിൽ, മാസത്തിന്റെ ഒന്നാം ദിവസം, യഹോവയുടെ അരുളപ്പാട് എനിക്കുണ്ടായി; അവൻ അരുളിച്ചെയ്തതു ഇങ്ങനെ: മനുഷ്യപുത്രാ, തൂർ യെരൂശലേമിനെക്കുറിച്ചു: “ആഹാ, ജനതകളുടെ വാതിലായിരുന്ന അവൾ തകർന്നിരിക്കുന്നു; അവൾ എനിക്കു തിരിഞ്ഞിരിക്കുന്നു; അവൾ ശൂന്യമായതുകൊണ്ടു ഞാൻ സമൃദ്ധിയാർജിക്കും” എന്നു പറഞ്ഞതിനാൽ, ആകയാൽ യഹോവയായ കർത്താവു ഇപ്രകാരം അരുളിച്ചെയ്യുന്നു: തൂരെ, ഇതാ, ഞാൻ നിനക്കു വിരോധമായിരിക്കുന്നു; സമുദ്രം തന്റെ തിരകളെ ഉയർത്തുന്നതുപോലെ, അനേകം ജാതികളെ ഞാൻ നിന്റെ നേരെ വരുത്തും. അവർ തൂരിന്റെ മതിലുകൾ നശിപ്പിക്കുകയും അവളുടെ ഗോപുരങ്ങൾ ഇടിച്ചുകളകയും ചെയ്യും; അവളുടെ പൊടിപോലും ഞാൻ അവളിൽനിന്നു ചുരണ്ടിനീക്കി, അവളെ പാറയുടെ മുകളിപോലെ ആക്കും. അവൾ സമുദ്രമദ്ധ്യേ വല വിരിപ്പാനുള്ള സ്ഥലമാകും; ഞാൻ ഇതു അരുളിച്ചെയ്തിരിക്കുന്നു എന്നു യഹോവയായ കർത്താവിന്റെ അരുളപ്പാട്; അവൾ ജാതികൾക്കു കൊള്ളയായും തീരും. വയലിൽ ഉള്ള അവളുടെ പുത്രിമാർ വാളാൽ സംഹരിക്കപ്പെടും; അപ്പോൾ ഞാൻ യഹോവ എന്നു അവർ അറിഞ്ഞുകൊള്ളും. എന്തെന്നാൽ യഹോവയായ കർത്താവു ഇപ്രകാരം അരുളിച്ചെയ്യുന്നു: ഇതാ, ഞാൻ വടക്കുനിന്നു ബാബേൽരാജാവായ നെബൂഖദ്‌നെസ്സരെ, രാജാധിരാജാവിനെ, കുതിരകളോടും രഥങ്ങളോടും കുതിരച്ചേവകരോടും സൈന്യക്കൂട്ടങ്ങളോടും വളരെ ജനത്തോടും കൂടെ, തൂരിന്റെ നേരെ വരുത്തും.</w:t>
      </w:r>
    </w:p>
    <w:p>
      <w:pPr>
        <w:pStyle w:val="ArticleScripture"/>
        <w:jc w:val="left"/>
      </w:pPr>
      <w:r>
        <w:rPr>
          <w:rFonts w:ascii="Nirmala UI" w:hAnsi="Nirmala UI" w:eastAsia="Nirmala UI" w:cs="Nirmala UI"/>
        </w:rPr>
        <w:t>അവൻ വയലിലുള്ള നിന്റെ പുത്രിമാരെ വാളാൽ സംഹരിക്കും; അവൻ നിന്റെ നേരെ ഒരു കോട്ടമതിൽ പണിയും, നിന്റെ നേരെ ഒരു മണ്ണുമേട് കെട്ടും, നിന്റെ നേരെ പരിച ഉയർത്തും. അവൻ നിന്റെ മതിലുകൾക്കെതിരെ യുദ്ധയന്ത്രങ്ങൾ നിരത്തും; തന്റെ കൊടാലികളാൽ നിന്റെ ഗോപുരങ്ങൾ ഇടിച്ചുതകർക്കും. അവന്റെ കുതിരകളുടെ സമൃദ്ധിനിമിത്തം അവയുടെ പൊടി നിന്നെ മൂടും; അവൻ ഭേദനം സംഭവിച്ച ഒരു നഗരത്തിലേക്ക് ആളുകൾ കടക്കുന്നതുപോലെ നിന്റെ കവാടങ്ങളിൽകൂടി കടന്നുവരുമ്പോൾ, കുതിരച്ചേവകരുടെയും ചക്രങ്ങളുടെയും രഥങ്ങളുടെയും ശബ്ദംകൊണ്ട് നിന്റെ മതിലുകൾ കുലുങ്ങും. അവന്റെ കുതിരകളുടെ കുളമ്പുകളാൽ അവൻ നിന്റെ എല്ലാ വീഥികളും ചവിട്ടിമെതിക്കും; അവൻ നിന്റെ ജനത്തെ വാളാൽ സംഹരിക്കും; നിന്റെ ബലമുള്ള കോട്ടകളും നിലംപരിശാകും. അവർ നിന്റെ സമ്പത്തിനെ കൊള്ളയാക്കും, നിന്റെ വ്യാപാരസാധനങ്ങളെ ഇരയാക്കും; അവർ നിന്റെ മതിലുകൾ ഇടിച്ചുതകർക്കുകയും നിന്റെ മനോഹരഗൃഹങ്ങൾ നശിപ്പിക്കുകയും ചെയ്യും; നിന്റെ കല്ലുകളും നിന്റെ മരങ്ങളും നിന്റെ പൊടിയും ജലത്തിന്റെ നടുവിൽ ഇട്ടുകളയും. ഞാൻ നിന്റെ ഗാനങ്ങളുടെ ശബ്ദം അവസാനിപ്പിക്കും; നിന്റെ വീണകളുടെ നാദം ഇനി കേൾക്കപ്പെടുകയില്ല. ഞാൻ നിന്നെ ഒരു പാറയുടെ മുകളിപ്പോലെ ആക്കും; നീ വല വിരിപ്പാനുള്ള സ്ഥലമായിരിക്കും; നീ ഇനി പണിയപ്പെടുകയില്ല; എന്തെന്നാൽ ഞാൻ യഹോവ അതു അരുളിച്ചെയ്തിരിക്കുന്നു എന്നു प्रभുവായ യഹോവയുടെ അരുളപ്പാട്.</w:t>
      </w:r>
    </w:p>
    <w:p>
      <w:pPr>
        <w:pStyle w:val="ArticleScripture"/>
        <w:jc w:val="left"/>
      </w:pPr>
      <w:r>
        <w:rPr>
          <w:rFonts w:ascii="Nirmala UI" w:hAnsi="Nirmala UI" w:eastAsia="Nirmala UI" w:cs="Nirmala UI"/>
        </w:rPr>
        <w:t>കർത്താവായ യഹോവ തീരൊസിനോടു ഇപ്രകാരം അരുളിച്ചെയ്യുന്നു: നിന്റെ വീഴ്ചയുടെ ശബ്ദത്തിൽ ദ്വീപുകൾ നടുങ്ങുകയില്ലയോ? നിന്റെ നടുവിൽ സംഹാരം നടക്കുമ്പോൾ മുറിവേറ്റവരുടെ നിലവിളി മുഴങ്ങുന്നില്ലയോ? അപ്പോൾ സമുദ്രത്തിന്റെ സകല പ്രഭുക്കന്മാരും തങ്ങളുടെ സിംഹാസനങ്ങളിൽനിന്ന് ഇറങ്ങി, തങ്ങളുടെ അങ്കികളൊഴിച്ചു, തങ്ങളുടെ സൂചിപ്പണിയുള്ള വസ്ത്രങ്ങൾ അഴിച്ചുകളയും; അവർ നടുക്കം ധരിക്കും; അവർ നിലത്തു ഇരുന്നു, ഓരോ നിമിഷവും വിറച്ചു, നിന്നെക്കുറിച്ച് വിസ്മയിച്ചുനിൽക്കും. അവർ നിന്നെക്കുറിച്ചു ഒരു വിലാപഗാനം ആലപിച്ചു നിന്നോടു പറയും: സമുദ്രയാത്രികർ പാർത്തിരുന്നവളേ, പ്രസിദ്ധമായ നഗരമേ, സമുദ്രത്തിൽ ശക്തിയായിരുന്നവളേ, നീ എങ്ങനെ നശിച്ചുപോയി! അവളും അവളുടെ നിവാസികളും അവിടെ പാർത്തിരുന്ന ഏവർക്കും തങ്ങളുടെ ഭീകരത വരുത്തിയിരുന്നു. ഇപ്പോൾ നിന്റെ വീഴ്ചയുടെ നാളിൽ ദ്വീപുകൾ വിറങ്ങലിക്കും; അതെ, സമുദ്രത്തിലുള്ള ദ്വീപുകൾ നിന്റെ പുറപ്പെട്ടുപോകലാൽ കലങ്ങിപ്പോകും. എന്തെന്നാൽ കർത്താവായ യഹോവ ഇപ്രകാരം അരുളിച്ചെയ്യുന്നു: ഞാൻ നിന്നെ പാർപ്പില്ലാത്ത നഗരങ്ങളെപ്പോലെ ശൂന്യനഗരമാക്കുമ്പോൾ, ആഴത്തെ നിന്റെമേൽ വരുത്തി മഹാവെള്ളങ്ങൾ നിന്നെ മൂടുമ്പോൾ, കുഴിയിലേക്കിറങ്ങുന്നവരോടുകൂടെ, പുരാതനകാലത്തെ ജനത്തോടുകൂടെ, ഞാൻ നിന്നെ താഴേക്കിറക്കി, ഭൂമിയുടെ താഴ്ന്ന ഭാഗങ്ങളിൽ, പുരാതനകാലംമുതൽ ശൂന്യമായിടങ്ങളിൽ, കുഴിയിലേക്കിറങ്ങുന്നവരോടുകൂടെ പാർപ്പിക്കുമ്പോൾ, നീ ഇനി പാർപ്പില്ലാത്തവളാകേണ്ടതിന്നും, ഞാൻ ജീവനുള്ളവരുടെ ദേശത്തു മഹത്വം സ്ഥാപിക്കേണ്ടതിന്നും, ഞാൻ നിന്നെ ഭീതിയാക്കും; നീ ഇനി ഉണ്ടാകയില്ല; നിന്നെ അന്വേഷിച്ചാലും ഇനി ഒരിക്കലും നിന്നെ കണ്ടെത്തുകയില്ല, എന്നു കർത്താവായ യഹോവ അരുളിച്ചെയ്യുന്നു. യെഹെസ്കേൽ 26:1–21.</w:t>
      </w:r>
    </w:p>
    <w:p>
      <w:pPr>
        <w:pStyle w:val="ArticleBody"/>
        <w:jc w:val="left"/>
      </w:pPr>
      <w:r>
        <w:rPr>
          <w:rFonts w:ascii="Nirmala UI" w:hAnsi="Nirmala UI" w:eastAsia="Nirmala UI" w:cs="Nirmala UI"/>
        </w:rPr>
        <w:t>യെരൂശലേം നശിപ്പിക്കപ്പെട്ട ആണ്ടിൽ തൂർ സംബന്ധിച്ച സന്ദേശം പ്രഖ്യാപിക്കപ്പെട്ടു; അതു ഉടൻ വരാനിരിക്കുന്ന ഞായറാഴ്ച നിയമത്തിൽ ബൈബിൾ പ്രവചനത്തിലെ ആറാമത്തെ രാജ്യത്തിന്റെ പതനത്തെ പ്രതിനിധീകരിക്കുന്നു. ഞായറാഴ്ച നിയമസമയത്ത്, യെരൂശലേമിനെ താൻ പരാജയപ്പെടുത്തിയതിനാൽ ഐക്യനാടുകൾ (തൂർ) പ്രവചനാത്മകമായി ആനന്ദിക്കുന്നു; സിസ്റ്റർ വൈറ്റ് യെരൂശലേമിനെ ലാവൊദിക്യസ്ഥിതിയിലുള്ള സെവൻത്-ഡേ അഡ്വെന്റിസ്റ്റ് സഭയായി തിരിച്ചറിയുന്നു, അതിനെ യെഹെസ്കേൽ “ജനങ്ങളുടെ കവാടങ്ങൾ” എന്നു വിളിക്കുന്നു. തൂർ, യെരൂശലേം “ജനങ്ങളുടെ കവാടങ്ങൾ ആയിരുന്നു” എന്നു ഭൂതകാലത്തിൽ സൂചിപ്പിക്കുന്നു. പ്രവചനാത്മകമായി ഒരു “കവാടം” ഒരു സഭയാണ്.</w:t>
      </w:r>
    </w:p>
    <w:p>
      <w:pPr>
        <w:pStyle w:val="ArticleScripture"/>
        <w:jc w:val="left"/>
      </w:pPr>
      <w:r>
        <w:rPr>
          <w:rFonts w:ascii="Nirmala UI" w:hAnsi="Nirmala UI" w:eastAsia="Nirmala UI" w:cs="Nirmala UI"/>
        </w:rPr>
        <w:t>അവൻ ഭയപ്പെട്ടു പറഞ്ഞു: ഈ സ്ഥലം എത്ര ഭയങ്കരമാകുന്നു! ഇത് ദൈവത്തിന്റെ ആലയമല്ലാതെ മറ്റൊന്നുമല്ല; ഇതു സ്വർഗ്ഗത്തിന്റെ കവാടമാകുന്നു. യാക്കോബ് പുലർച്ചെ എഴുന്നേറ്റു, താൻ തലയണയായി വെച്ചിരുന്ന കല്ല് എടുത്ത് ഒരു സ്തംഭമായി നിർത്തി, അതിന്റെ മുകളിൽ എണ്ണ ഒഴിച്ചു. അവൻ ആ സ്ഥലത്തിന് ബേഥേൽ എന്നു പേർ വിളിച്ചു; എന്നാൽ ആദിയിൽ ആ നഗരത്തിന്റെ പേര് ലൂസ് ആയിരുന്നു. ഉല്പത്തി 28:17–19.</w:t>
      </w:r>
    </w:p>
    <w:p>
      <w:pPr>
        <w:pStyle w:val="ArticleBody"/>
        <w:jc w:val="left"/>
      </w:pPr>
      <w:r>
        <w:rPr>
          <w:rFonts w:ascii="Nirmala UI" w:hAnsi="Nirmala UI" w:eastAsia="Nirmala UI" w:cs="Nirmala UI"/>
        </w:rPr>
        <w:t>“ബേതേൽ” എന്ന പദത്തിന് ദൈവത്തിന്റെ ഭവനം എന്നർത്ഥമുണ്ട്; സൂര്യാരാധനയുടെ നിർബന്ധിത ആചരണം സ്വീകരിക്കേണ്ടതായി ലവോദിക്യയിലെ ഏഴാംദിന അഡ്വെന്റിസ്റ്റ് സഭയെ താൻ നിർബന്ധിച്ചുവെന്ന് തീർ സന്തോഷിക്കുന്നു. എന്നാൽ, സൂര്യാരാധന നിർബന്ധിപ്പിക്കുന്നവരുടെ വഴിതെറ്റിയ ആഘോഷം ഉണ്ടായിരുന്നാലും, ദൈവം യെഹേസ്കേൽ മുഖാന്തരം ഇപ്രകാരം പ്രസ്താവിക്കുന്നു: “ഞാൻ നിന്നെ വിരോധിച്ചിരിക്കുന്നു, ഹേ തീരേ; സമുദ്രം തന്റെ തിരമാലകളെ ഉയർത്തുന്നതുപോലെ അനേകം ജാതികളെ ഞാൻ നിന്റെ നേരെ ഉയർത്തിവരുത്തും. അവർ തീരിന്റെ മതിലുകളെ നശിപ്പിക്കുകയും അവളുടെ ഗോപുരങ്ങളെ ഇടിച്ചുതകർക്കുകയും ചെയ്യും.”</w:t>
      </w:r>
    </w:p>
    <w:p>
      <w:pPr>
        <w:pStyle w:val="ArticleBody"/>
        <w:jc w:val="left"/>
      </w:pPr>
      <w:r>
        <w:rPr>
          <w:rFonts w:ascii="Nirmala UI" w:hAnsi="Nirmala UI" w:eastAsia="Nirmala UI" w:cs="Nirmala UI"/>
        </w:rPr>
        <w:t>“ടൈറസിന്റെ മതിലുകൾ” എന്നു പറയുന്നത് ടൈറസിന്റെ സംരക്ഷണത്തെയാണ് സൂചിപ്പിക്കുന്നത്. “മതിൽ” പത്ത് കല്പനകളുടെ പ്രതീകമാണ്.</w:t>
      </w:r>
    </w:p>
    <w:p>
      <w:pPr>
        <w:pStyle w:val="ArticleScripture"/>
        <w:jc w:val="left"/>
      </w:pPr>
      <w:r>
        <w:rPr>
          <w:rFonts w:ascii="Nirmala UI" w:hAnsi="Nirmala UI" w:eastAsia="Nirmala UI" w:cs="Nirmala UI"/>
        </w:rPr>
        <w:t>“സത്യത്തിലും നീതിയിലും നിന്നുള്ള പൊതുവായ വ്യതിചലനത്തിന്റെ കാലത്ത്, ദൈവരാജ്യത്തിന്റെ അടിസ്ഥാനം ആയിരിക്കുന്ന സിദ്ധാന്തങ്ങളെ പുനഃസ്ഥാപിക്കുവാൻ ശ്രമിക്കുന്ന ഒരു ജനത്തെ പ്രവാചകൻ ഇവിടെ വിവരണീകരിക്കുന്നു. അവർ ദൈവത്തിന്റെ നിയമത്തിൽ ഉണ്ടായ ഭംഗത്തെ പണിതുയർത്തുന്നവരാണ്—താൻ തിരഞ്ഞെടുത്തവരുടെ സംരക്ഷണത്തിനായി അവരെ ചുറ്റി അവൻ സ്ഥാപിച്ചിരിക്കുന്ന മതിലും, നീതി, സത്യം, വിശുദ്ധി എന്നീ അതിന്റെ ആജ്ഞകളോടുള്ള അനുസരണമാണ് അവരുടെ നിത്യരക്ഷയായിരിക്കേണ്ടത്.” Prophets and Kings, 677.</w:t>
      </w:r>
    </w:p>
    <w:p>
      <w:pPr>
        <w:pStyle w:val="ArticleBody"/>
        <w:jc w:val="left"/>
      </w:pPr>
      <w:r>
        <w:rPr>
          <w:rFonts w:ascii="Nirmala UI" w:hAnsi="Nirmala UI" w:eastAsia="Nirmala UI" w:cs="Nirmala UI"/>
        </w:rPr>
        <w:t>ദൈവത്തിന്റെ ന്യായപ്രമാണം ഒരു സംരക്ഷണഭിത്തിയാണ്; എന്നാൽ ബഹുവചനത്തിലുള്ള “ഭിത്തികൾ” എന്നത് അമേരിക്കൻ ഐക്യനാടുകളുടെ റിപ്പബ്ലിക്കൻ കൊമ്പിന്റെ പ്രതീകമായ ടൈറസിന്റെ സമൃദ്ധിയും വിജയവും “സംരക്ഷിക്കുകയും” ഉളവാക്കുകയും ചെയ്ത രണ്ടു സിദ്ധാന്തങ്ങളെ സൂചിപ്പിക്കുന്നു.</w:t>
      </w:r>
    </w:p>
    <w:p>
      <w:pPr>
        <w:pStyle w:val="ArticleScripture"/>
        <w:jc w:val="left"/>
      </w:pPr>
      <w:r>
        <w:rPr>
          <w:rFonts w:ascii="Nirmala UI" w:hAnsi="Nirmala UI" w:eastAsia="Nirmala UI" w:cs="Nirmala UI"/>
        </w:rPr>
        <w:t>“‘അവന്നു കുഞ്ഞാടിനോടു സദൃശമായ രണ്ടു കൊമ്പുകൾ ഉണ്ടായിരുന്നു.’ കുഞ്ഞാടിനോടു സദൃശമായ ആ കൊമ്പുകൾ യൗവനം, നിർദോഷത, സൗമ്യത എന്നിവയെ സൂചിപ്പിക്കുന്നു; 1798-ൽ ‘മുകളിലേക്കു വരുന്നതായി’ പ്രവാചകനു അവതരിപ്പിക്കപ്പെട്ടപ്പോൾ ഐക്യനാടുകളുടെ സ്വഭാവത്തെ യുക്തിയായി പ്രതിനിധീകരിക്കുന്നതുമാണ്. ആദ്യം അമേരിക്കയിലേക്കു രക്ഷപ്പെട്ടു രാജകീയ പീഡനത്തിലും പുരോഹിതീയ അസഹിഷ്ണുതയിലും നിന്നു അഭയം തേടിയ ക്രിസ്തീയ പ്രവാസികളിൽ, പൗരസ്വാതന്ത്ര്യത്തിന്റെയും മതസ്വാതന്ത്ര്യത്തിന്റെയും വിശാലമായ അടിസ്ഥാനത്തിന്മേൽ ഒരു ഭരണകൂടം സ്ഥാപിക്കണമെന്നു നിർണ്ണയിച്ചവർ പലരും ഉണ്ടായിരുന്നു. അവരുടെ ആശയങ്ങൾക്ക് സ്വാതന്ത്ര്യപ്രഖ്യാപനത്തിൽ സ്ഥാനം ലഭിച്ചു; അതിൽ ‘സകല മനുഷ്യരും സമന്മാരായി സൃഷ്ടിക്കപ്പെട്ടിരിക്കുന്നു’ എന്നും ‘ജീവൻ, സ്വാതന്ത്ര്യം, സന്തോഷാന്വേഷണം’ എന്ന അനപരിഹാര്യ അവകാശങ്ങളാൽ സമ്പന്നരാക്കിയിരിക്കുന്നു എന്നും ഉള്ള മഹാസത്യം പ്രസ്താവിച്ചിരിക്കുന്നു. ജനവോട്ടിലൂടെ തെരഞ്ഞെടുത്ത പ്രതിനിധികൾ നിയമങ്ങൾ നിർമ്മിക്കുകയും നടത്തിപ്പിക്കുകയും ചെയ്യേണ്ടതാണെന്ന് വ്യവസ്ഥപ്പെടുത്തി, ഭരണഘടന ജനങ്ങൾക്ക് സ്വയംഭരണത്തിന്റെ അവകാശവും ഉറപ്പുനൽകുന്നു. മതവിശ്വാസസ്വാതന്ത്ര്യവും അനുവദിക്കപ്പെട്ടു; ഓരോ മനുഷ്യനും തന്റെ മനസ്സാക്ഷിയുടെ നിർദ്ദേശപ്രകാരം ദൈവത്തെ ആരാധിക്കാൻ അനുമതി ലഭിച്ചു. റിപ്പബ്ലിക്കൻത്വവും പ്രൊട്ടസ്റ്റന്റിസവും രാജ്യത്തിന്റെ അടിസ്ഥാനസിദ്ധാന്തങ്ങളായി. ഈ സിദ്ധാന്തങ്ങളാണ് അതിന്റെ ശക്തിയുടെയും സമൃദ്ധിയുടെയും രഹസ്യം. ക്രിസ്തീയലോകമെങ്ങുമുള്ള പീഡിതരും ചവിട്ടിമെതിക്കപ്പെട്ടവരും ഈ ദേശത്തേക്കു ആകാംക്ഷയോടെയും പ്രത്യാശയോടെയും തിരിഞ്ഞു നോക്കി. ലക്ഷക്കണക്കിന് ആളുകൾ അതിന്റെ തീരങ്ങൾ അഭയാർത്ഥമായി തേടി, ഐക്യനാടുകൾ ഭൂമിയിലെ അത്യന്തം ശക്തിയുള്ള രാജ്യങ്ങളിൽ ഒന്നായ സ്ഥാനത്തേക്കു ഉയർന്നു. …”</w:t>
      </w:r>
    </w:p>
    <w:p>
      <w:pPr>
        <w:pStyle w:val="ArticleScripture"/>
        <w:jc w:val="left"/>
      </w:pPr>
      <w:r>
        <w:rPr>
          <w:rFonts w:ascii="Nirmala UI" w:hAnsi="Nirmala UI" w:eastAsia="Nirmala UI" w:cs="Nirmala UI"/>
        </w:rPr>
        <w:t>ഈ പ്രതീകത്തിലെ മെമ്മരിയാടിനോടു സാമ്യമുള്ള കൊമ്പുകളും സർപ്പത്തിന്റെ സ്വരവും, ഇങ്ങനെ പ്രതിനിധീകരിക്കപ്പെട്ടിരിക്കുന്ന ജാതിയുടെ പ്രഖ്യാപനങ്ങളുടെയും ആചരണത്തിന്റെയും ഇടയിൽ ഉള്ള ശ്രദ്ധേയമായ ഒരു വൈരുദ്ധ്യത്തെ സൂചിപ്പിക്കുന്നു. ആ ജാതിയുടെ ‘സംസാരിക്കൽ’ എന്നത് അതിന്റെ നിയമനിർമ്മാണ-ന്യായാധിപത്യ അധികാരികളുടെ പ്രവർത്തനത്തെയാണ് സൂചിപ്പിക്കുന്നത്. അത്തരത്തിലുള്ള പ്രവർത്തനത്തിലൂടെ, തന്റെ നയത്തിന്റെ അടിസ്ഥാനമായി അത് മുന്നോട്ടുവെച്ചിരിക്കുന്ന സ്വാതന്ത്ര്യപരവും സമാധാനപരവുമായ സിദ്ധാന്തങ്ങളെ അത് അസത്യമായി തെളിയിക്കും. അത് ‘സർപ്പത്തെപ്പോലെ’ സംസാരിക്കുകയും ‘ആദ്യ മൃഗത്തിന്റെ സകല അധികാരവും’ പ്രയോഗിക്കുകയും ചെയ്യും എന്ന പ്രവചനം, സർപ്പത്താലും പുലിപ്പുള്ളിയുള്ള മൃഗത്താലും പ്രതിനിധീകരിക്കപ്പെട്ട ജാതികൾ പ്രകടമാക്കിയ അസഹിഷ്ണുതയുടെയും പീഡനത്തിന്റെയും ആത്മാവിന്റെ ഒരു വികസനം ഉണ്ടാകുമെന്ന് വ്യക്തമായി മുൻകൂട്ടി അറിയിക്കുന്നു. രണ്ടുകൊമ്പുള്ള മൃഗം ‘ഭൂമിയെയും അതിൽ വസിക്കുന്നവരെയും ആദ്യ മൃഗത്തെ നമസ്കരിപ്പിക്കുന്നു’ എന്ന പ്രസ്താവന, പാപ്പത്വത്തോടുള്ള ഭക്തിനിവേദനമായിത്തീരുന്ന ഏതോ ഒരു ആചാരാനുഷ്ഠാനം നടപ്പിലാക്കുന്നതിന് ഈ ജാതിയുടെ അധികാരം വിനിയോഗിക്കപ്പെടുമെന്നത് സൂചിപ്പിക്കുന്നു.</w:t>
      </w:r>
    </w:p>
    <w:p>
      <w:pPr>
        <w:pStyle w:val="ArticleScripture"/>
        <w:jc w:val="left"/>
      </w:pPr>
      <w:r>
        <w:rPr>
          <w:rFonts w:ascii="Nirmala UI" w:hAnsi="Nirmala UI" w:eastAsia="Nirmala UI" w:cs="Nirmala UI"/>
        </w:rPr>
        <w:t>“അത്തരം ഒരു നടപടി ഈ ഭരണക്രമത്തിന്റെ സിദ്ധാന്തങ്ങൾക്കും, അതിന്റെ സ്വതന്ത്ര സ്ഥാപനങ്ങളുടെ സ്വഭാവപ്രതിഭയ്ക്കും, സ്വാതന്ത്ര്യപ്രഖ്യാപനത്തിലെ വ്യക്തവും ഗൗരവപൂർണവുമായി ഉള്ള പ്രഖ്യാപനങ്ങൾക്കും, ഭരണഘടനയ്ക്കും നേരിട്ട് വിരുദ്ധമായിരിക്കും. സഭയുടെ ഭാഗത്തുനിന്നുള്ള ലൗകിക അധികാരത്തിന്റെ പ്രയോഗത്തെയും, അതിന്റെ അനിവാര്യ ഫലമായ അസഹിഷ്ണുതയെയും പീഡനത്തെയും എതിർത്ത് കാക്കുവാൻ രാജ്യത്തിന്റെ സ്ഥാപകർ ജ്ഞാനപൂർവം ശ്രമിച്ചു. ഭരണഘടന ഇങ്ങനെ വ്യവസ്ഥ ചെയ്യുന്നു: ‘ഒരു മതസ്ഥാപനം സംബന്ധിച്ച് കോൺഗ്രസ് യാതൊരു നിയമവും ഉണ്ടാക്കരുത്, അല്ലെങ്കിൽ അതിന്റെ സ്വതന്ത്ര ആചരണം നിരോധിക്കരുത്,’ കൂടാതെ ‘അമേരിക്കൻ ഐക്യനാടുകളുടെ കീഴിലുള്ള യാതൊരു പദവിക്കും പൊതുഭരണവിശ്വാസസ്ഥാനത്തിനും യോഗ്യതയായി മതപരമായ യാതൊരു പരീക്ഷണവും ഒരിക്കലും ആവശ്യപ്പെടരുത്.’ രാജ്യത്തിന്റെ സ്വാതന്ത്ര്യത്തിന് ഉള്ള ഈ സുരക്ഷാകവചങ്ങളെ വ്യക്തമായി ലംഘിച്ചാലേ, ഏതെങ്കിലും മതാചാരത്തെ പൗരാധികാരത്തിന്റെ അധികാരത്താൽ നിർബന്ധിതമാക്കാൻ കഴിയൂ. എന്നാൽ അത്തരം നടപടിയുടെ അസംഗതി പ്രതീകത്തിൽ പ്രതിനിധീകരിച്ചിരിക്കുന്നതിനേക്കാൾ വലുതല്ല. അതു ആട്ടിൻകുട്ടിയെപ്പോലുള്ള കൊമ്പുകളുള്ള മൃഗമാണ്—പ്രഖ്യാപനത്തിൽ നിർമലവും സൗമ്യവും ഹാനിയില്ലാത്തതുമായതു—എന്നാൽ ഒരു മഹാസർപ്പത്തെപ്പോലെ സംസാരിക്കുന്നു.” The Great Controversy, 441, 442.</w:t>
      </w:r>
    </w:p>
    <w:p>
      <w:pPr>
        <w:pStyle w:val="ArticleBody"/>
        <w:jc w:val="left"/>
      </w:pPr>
      <w:r>
        <w:rPr>
          <w:rFonts w:ascii="Nirmala UI" w:hAnsi="Nirmala UI" w:eastAsia="Nirmala UI" w:cs="Nirmala UI"/>
        </w:rPr>
        <w:t>അമേരിക്കൻ ഐക്യനാടുകളുടെ അടിസ്ഥാനം സ്വാതന്ത്ര്യപ്രഖ്യാപനവും ഭരണഘടനയുംകൊണ്ടാണ് പ്രതിനിധീകരിക്കപ്പെടുന്നത്; അവ യഥാക്രമം പ്രൊട്ടസ്റ്റന്റിസത്തെയും റിപ്പബ്ലിക്കനിസത്തെയും പ്രതിനിധീകരിക്കുന്നു. സംരക്ഷണത്തിന്റെയും സമൃദ്ധിയുടെയും “മതിലുകൾ” റിപ്പബ്ലിക്കനിസവും പ്രൊട്ടസ്റ്റന്റിസവും ആകുന്നു; സൺഡേ നിയമസമയത്ത് സ്വാതന്ത്ര്യപ്രഖ്യാപനത്തിന്റെയും ഭരണഘടനയുടെയും തത്വങ്ങൾ രണ്ടും മറിച്ചിടപ്പെടുന്നു; കാരണം നെബൂഖദ്‌നേസർ “നിന്റെ മതിലുകൾക്കു നേരെ യുദ്ധയന്ത്രങ്ങൾ സ്ഥാപിക്കും; തന്റെ കൊടാരികളാൽ നിന്റെ ഗോപുരങ്ങളെ ഇടിച്ചുതകർക്കും.”</w:t>
      </w:r>
    </w:p>
    <w:p>
      <w:pPr>
        <w:pStyle w:val="ArticleBody"/>
        <w:jc w:val="left"/>
      </w:pPr>
      <w:r>
        <w:rPr>
          <w:rFonts w:ascii="Nirmala UI" w:hAnsi="Nirmala UI" w:eastAsia="Nirmala UI" w:cs="Nirmala UI"/>
        </w:rPr>
        <w:t>ഞായറാഴ്ചാ നിയമത്തിന്റെ സമയത്ത് എല്ലാ “ഗോപുരങ്ങളും” ഇടിച്ചുതകർക്കപ്പെടുന്നു; മനുഷ്യൻ സ്വയം രക്ഷിക്കാനുള്ള ശ്രമത്താൽ പ്രതിനിധീകരിക്കപ്പെടുന്ന അടിസ്ഥാന തത്വചിന്തയുള്ള ഒരു സഭയുടെ പ്രതീകമാണ് ഒരു ഗോപുരം. മഹാവിദ്രോഹിയായ നിമ്രോദിനെയും അവന്റെ ഗോപുരത്തെയും കുറിച്ച് *Prophets and Kings* എന്ന ഗ്രന്ഥത്തിൽ നമുക്കു ഇങ്ങനെ അറിയിക്കപ്പെടുന്നു: “ഗോപുരം ഭാഗികമായി പൂർത്തിയായപ്പോൾ, അതിന്റെ ഒരു ഭാഗം നിർമ്മാതാക്കളുടെ വാസസ്ഥലമായി ഉപയോഗിക്കപ്പെട്ടു; മനോഹരമായി അലങ്കരിക്കുകയും സജ്ജീകരിക്കുകയും ചെയ്ത മറ്റ് മുറികൾ അവരുടെ വിഗ്രഹങ്ങൾക്കായി സമർപ്പിക്കപ്പെട്ടിരുന്നു. ജനങ്ങൾ അവരുടെ വിജയത്തിൽ ആനന്ദിച്ചു, വെള്ളിയുടെയും പൊന്നിന്റെയും ദേവന്മാരെ സ്തുതിച്ചു, സ്വർഗ്ഗത്തിന്റെയും ഭൂമിയുടെയും അധിപനോടു എതിർത്ത് നിന്നു.” ഞായറാഴ്ചാ നിയമത്തിന്റെ സമയത്ത് യെരൂശലേം തകർക്കപ്പെട്ടതിൽ തൂർ സന്തോഷിക്കുന്നു; എന്നാൽ ദേശീയ മതത്യാഗത്തിന് പിന്നാലെ ദേശീയ നാശം വരുന്നു, അപ്പോൾ വടക്കൻ രാജാവ് അമേരിക്കൻ ഐക്യനാടുകളുടെ മതിലുകളും ഗോപുരങ്ങളും തകർത്തുകളയും.</w:t>
      </w:r>
    </w:p>
    <w:p>
      <w:pPr>
        <w:pStyle w:val="ArticleBody"/>
        <w:jc w:val="left"/>
      </w:pPr>
      <w:r>
        <w:rPr>
          <w:rFonts w:ascii="Nirmala UI" w:hAnsi="Nirmala UI" w:eastAsia="Nirmala UI" w:cs="Nirmala UI"/>
        </w:rPr>
        <w:t>അടുത്ത ലേഖനത്തിൽ യെഹെസ്കേലിലെ യെരൂശലേമിനെ സംബന്ധിക്കുന്ന ആറു തീയതികളെ നാം പരിഗണിക്കാൻ ആരംഭിക്കും.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നാല്പതാം വചനത്തിന്റെ മറഞ്ഞിരിക്കുന്ന ചരിത്രം - ഇരുപത്തേഴാം സംഖ്യ</dc:title>
  <dc:subject>യെഹെസ്കേൽ സംഖ്യ എട്ട്</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