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നാൽപ്പതാം വാക്യത്തിന്റെ മറഞ്ഞിരിക്കുന്ന ചരിത്രം - നമ്പർ മുപ്പത്തിനാല്</w:t>
      </w:r>
    </w:p>
    <w:p>
      <w:pPr>
        <w:pStyle w:val="ArticleSubtitle"/>
        <w:jc w:val="left"/>
      </w:pPr>
      <w:r>
        <w:rPr>
          <w:rFonts w:ascii="Nirmala UI" w:hAnsi="Nirmala UI" w:eastAsia="Nirmala UI" w:cs="Nirmala UI"/>
        </w:rPr>
        <w:t>യെഹെസ്കേൽ നമ്പർ പതിനഞ്ച്</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മറഞ്ഞിരിക്കുന്ന അഞ്ചു മാസങ്ങൾ</w:t>
      </w:r>
    </w:p>
    <w:p>
      <w:pPr>
        <w:pStyle w:val="ArticleBody"/>
        <w:jc w:val="left"/>
      </w:pPr>
      <w:r>
        <w:rPr>
          <w:rFonts w:ascii="Nirmala UI" w:hAnsi="Nirmala UI" w:eastAsia="Nirmala UI" w:cs="Nirmala UI"/>
        </w:rPr>
        <w:t>പത്താം വാക്യത്തിൽ പ്രതിനിധാനം ചെയ്യപ്പെടുന്ന ഇസ്‌ലാമിന്റെ സന്ദേശം, പതിനഞ്ചാം വാക്യത്തിൽ വ്യക്തമാക്കിയിരിക്കുന്ന സമയവുമായി ബന്ധപ്പെടുത്തി ജോസിയാ ലിച്ച് 1838-ൽ അവതരിപ്പിച്ചു. അക്കാലത്ത് പ്രവചനത്തിലെ ചില ഘടകങ്ങൾ ലിച്ചിന്റെ ദൃഷ്ടിയിൽനിന്നു മറഞ്ഞുകിടന്നിരുന്നു. “അഞ്ചു മാസം” എന്ന സന്ദേശത്തിൽനിന്ന് 1838-നുശേഷം തനിക്കു വെളിപ്പെടുത്തപ്പെട്ട കാര്യങ്ങളെ ആധാരമാക്കി, 1840 ഓഗസ്റ്റ് 1-ഓടെ ലിച്ച് കൂടുതൽ സമഗ്രമായ ഒരു അവതരണം പ്രസിദ്ധീകരിച്ചു. 1838-ൽ വെളിപ്പാട് ഒൻപതാം അധ്യായത്തിലെ “അഞ്ചു മാസം” എന്ന സന്ദേശത്തിന്റെ ഒരു ഭാഗം ലിച്ചിൽനിന്നു മറഞ്ഞുകിടന്നിരുന്നു. അഞ്ചു മാസത്തെക്കുറിച്ചുള്ള പ്രവചനത്തിലെ മറഞ്ഞുകിടന്ന ഭാഗം 1840-നു മുമ്പ് ലിച്ചിനു മുദ്രനീക്കി വെളിപ്പെടുത്തപ്പെട്ടു; ആ മുദ്രനീക്കം 1840 മുതൽ 1844 വരെ ദൈവശക്തിയുടെ പ്രകടനത്തിനു കാരണമായി.</w:t>
      </w:r>
    </w:p>
    <w:p>
      <w:pPr>
        <w:pStyle w:val="ArticleBody"/>
        <w:jc w:val="left"/>
      </w:pPr>
      <w:r>
        <w:rPr>
          <w:rFonts w:ascii="Nirmala UI" w:hAnsi="Nirmala UI" w:eastAsia="Nirmala UI" w:cs="Nirmala UI"/>
        </w:rPr>
        <w:t>അഞ്ചാം വാക്യത്തിലെ അഞ്ചു മാസക്കാലം 2026 വരെ മറഞ്ഞുകിടന്നിരുന്നു. എലീശബെത്ത് അഞ്ചു മാസത്തെ ഒളിവിൽനിന്നു പുറത്തുവന്നപ്പോൾ മറിയ അവളോടു ചേർന്നു. മറിയ അഞ്ചു മാസത്തെ ഒളിവിനെ പത്തു കന്യകമാരുടെ ഉപമയുമായി ബന്ധിപ്പിക്കുന്നു; എന്തെന്നാൽ, എലീശബെത്തിൽനിന്നു വ്യത്യസ്തമായി, മറിയ ഗർഭിണിയായ ഒരു കന്യകയായിരുന്നു; എലീശബെത്താകട്ടെ പ്രസവപ്രായം കഴിഞ്ഞ ഗർഭിണിയായ ഒരു സ്ത്രീയായിരുന്നു. രണ്ടു ജനനങ്ങളും അവയുടേതായ രീതിയിൽ അത്ഭുതജനനങ്ങളായിരുന്നു; എന്നാൽ മറിയ ഒരു കന്യകയായിരുന്നു. എല്ലാ പ്രവാചകന്മാരും ലോകാവസാനത്തെക്കുറിച്ചു സംസാരിക്കുന്നു; അന്ത്യനാളുകളിൽ മറിയ പ്രതിനിധാനം ചെയ്യുന്ന കന്യകമാർ, മൂന്നാം ദൂതന്റെ ഫിലദെൽഫിയ പ്രസ്ഥാനത്തെ രൂപപ്പെടുത്തുന്നവരും ഒരു ലക്ഷത്തി നാൽപ്പത്തിനാലായിരം പേരായി എണ്ണപ്പെടുന്നവരുമായ ബുദ്ധിയുള്ള അഞ്ചു കന്യകമാരാണ്. എലീശബെത്തിന്റെ അഞ്ചു മാസത്തെ ഒളിവിനുശേഷം, ആറാം മാസത്തിൽ എലീശബെത്തും മറിയയും കണ്ടുമുട്ടുന്നു. അഞ്ചാം വാക്യത്തിലെ അഞ്ചു മാസക്കാലം 2026 വരെ മറഞ്ഞുകിടന്നിരുന്നു.</w:t>
      </w:r>
    </w:p>
    <w:p>
      <w:pPr>
        <w:pStyle w:val="ArticleBody"/>
        <w:jc w:val="left"/>
      </w:pPr>
      <w:r>
        <w:rPr>
          <w:rFonts w:ascii="Nirmala UI" w:hAnsi="Nirmala UI" w:eastAsia="Nirmala UI" w:cs="Nirmala UI"/>
        </w:rPr>
        <w:t>യോഹന്നാൻ ജനിച്ചപ്പോൾ മറിയ നസറെത്തിലേക്കു മടങ്ങുകയും സെഖര്യാവിന്റെ ഊമത്തം നീങ്ങുകയും ചെയ്തു. ഞായറാഴ്ച നിയമത്തിന്റെ സമയത്ത് വാതിൽ അടയുന്നതുവരെ മറിയ എലീശബെത്തിനോടുകൂടെ ഉണ്ടായിരുന്നു; അപ്പോഴാണ് പ്രവചനം സംസാരിക്കുന്നത്. ഊമയാക്കപ്പെടുന്ന ആൽഫ വഴിയടയാളവും തന്റെ പുത്രൻ ജനിക്കുമ്പോൾ സംസാരിക്കുന്ന ഒമേഗ വഴിയടയാളവും സെഖര്യാവാണ്. ഒന്നാമത്തെയും മൂന്നാമത്തെയും ദൂതന്മാരെ പ്രതിനിധീകരിക്കുന്ന സെഖര്യാവ് ആരംഭത്തിലും അവസാനത്തിലും നിലകൊള്ളുന്നു. എലീശബെത്ത് രണ്ടാം ദൂതന്റെ സന്ദേശമാണ്; മറിയയാകട്ടെ, അഞ്ചു മാസത്തെ ഒളിവിന്റെ അവസാനത്തിൽ എലീശബെത്തിനോടു ചേരുന്ന അർദ്ധരാത്രിയിലെ ആർപ്പുവിളിയുടെ സന്ദേശമാണ്.</w:t>
      </w:r>
    </w:p>
    <w:p>
      <w:pPr>
        <w:pStyle w:val="ArticleBody"/>
        <w:jc w:val="left"/>
      </w:pPr>
      <w:r>
        <w:rPr>
          <w:rFonts w:ascii="Nirmala UI" w:hAnsi="Nirmala UI" w:eastAsia="Nirmala UI" w:cs="Nirmala UI"/>
        </w:rPr>
        <w:t>എട്ടുപേരടങ്ങിയ നോഹയുടെ കുടുംബം അഞ്ചു മാസം പെട്ടകത്തിനുള്ളിൽ മറഞ്ഞിരുന്നു; തുടർന്ന് പെട്ടകം അരരാത്ത് പർവതത്തിൽ ഉറച്ചു. അർധരാത്രിയിലെ ആർപ്പുവിളി എക്സെറ്ററിൽവച്ച് രണ്ടാം ദൂതനോടു ചേർന്നു; പത്തു കന്യകമാരുടെ ഉപമയുടെ നിവൃത്തിയായി 1844 ഒക്ടോബർ 22-ന് വാതിൽ അടയുന്നതുവരെ അതു തുടർന്നു. മറിയ എക്സെറ്ററിൽവച്ച് എലീശബെത്തിനോടു ചേർന്നു; യോഹന്നാന്റെ ജനനംവരെ അവളോടൊപ്പം തുടർന്നു.</w:t>
      </w:r>
    </w:p>
    <w:p>
      <w:pPr>
        <w:pStyle w:val="ArticleBody"/>
        <w:jc w:val="left"/>
      </w:pPr>
      <w:r>
        <w:rPr>
          <w:rFonts w:ascii="Nirmala UI" w:hAnsi="Nirmala UI" w:eastAsia="Nirmala UI" w:cs="Nirmala UI"/>
        </w:rPr>
        <w:t>1838-ൽ ലിച്ചിൽനിന്ന് മറച്ചുവെക്കപ്പെട്ട സന്ദേശം “അഞ്ചു മാസം” എന്ന സന്ദേശമായിരുന്നു. അഞ്ചു മാസങ്ങൾ മറച്ചുവെക്കപ്പെടുന്നതിനെ പെട്ടകത്തിലെ എട്ടു പേർ പ്രതിനിധീകരിക്കുന്നു; തന്റെ ഗർഭകാലത്തിന്റെ ആദ്യ അഞ്ചു മാസങ്ങളിൽ എലീശബെത്ത് മറഞ്ഞിരുന്നതാണ് അത്. ആ തീയതിയുടെ നിവൃത്തിക്ക് പത്തു ദിവസം മുമ്പ് അതു പ്രസിദ്ധീകരിക്കാൻ ലിച്ചിനെ അനുവദിച്ചുകൊണ്ട്, ആ അഞ്ചു മാസങ്ങളുടെ മേൽനിന്ന് തന്റെ കൈ നീക്കുന്നതുവരെ, 1838-ൽ കർത്താവ് ആ അഞ്ചു മാസങ്ങൾക്കുമീതെ തന്റെ കൈ വെച്ചിരിക്കുകയായിരുന്നു. ഇപ്പോൾ അവതരിപ്പിക്കപ്പെടുന്നതുപോലെ, അന്ത്യനാളുകളിൽ അഞ്ചു മാസങ്ങളുടെ സന്ദേശത്തിന്റെ മുദ്ര നീക്കപ്പെടുമ്പോൾ, നിങ്ങൾ എത്തിനിൽക്കുന്നത് 1844 ഓഗസ്റ്റ് 12 മുതൽ 17 വരെ നടന്ന എക്‌സിറ്റർ ക്യാമ്പ് യോഗത്തിന്റെ ആറു ദിവസങ്ങളിലാണ്; അവയ്ക്കു പിന്നാലെ 1844 ഒക്ടോബർ 22-ലെ അടഞ്ഞ വാതിൽവരെ അറുപത്താറു ദിവസങ്ങൾ ഉണ്ടായിരുന്നു. എഴുപത്തിരണ്ടു ദിവസങ്ങൾ ഉണ്ടായിരുന്നു; എന്നാൽ അവയെ ഒരു പ്രവചനരേഖയിൽ വിന്യസിച്ച്, തുടർന്ന് വഴിയടയാളങ്ങളെ വേർതിരിച്ചെടുക്കുമ്പോൾ, എക്‌സിറ്റർ ക്യാമ്പ് യോഗം പ്രതിനിധീകരിച്ച ഉപരോധത്തിന്റെ അടയാളം ആറു ദിവസങ്ങളായിരുന്നുവെന്നും അവയ്ക്കു പിന്നാലെ അടഞ്ഞ വാതിൽവരെ അറുപത്താറു ദിവസങ്ങൾ ഉണ്ടായിരുന്നുവെന്നും കാണാൻ കഴിയും. പ്രവചനപരമായി ഈ കാലയളവിനെ 6 6 6 എന്നു പ്രതിനിധീകരിക്കുന്നു.</w:t>
      </w:r>
    </w:p>
    <w:p>
      <w:pPr>
        <w:pStyle w:val="ArticleBody"/>
        <w:jc w:val="left"/>
      </w:pPr>
      <w:r>
        <w:rPr>
          <w:rFonts w:ascii="Nirmala UI" w:hAnsi="Nirmala UI" w:eastAsia="Nirmala UI" w:cs="Nirmala UI"/>
        </w:rPr>
        <w:t>എക്സിറ്റർ മുതൽ ഒക്ടോബർ 22 വരെയുള്ള കാലഘട്ടത്താൽ പ്രതിനിധാനം ചെയ്യപ്പെടുന്ന ഉപരോധത്തിന്റെ ചരിത്രത്തെ കയീന്റെ ആറാം തലമുറക്കാരനായ ലാമെക്ക് പ്രതിനിധാനം ചെയ്യുന്നു. അഞ്ചു മാസത്തെക്കുറിച്ചുള്ള പ്രവചനത്തിന്റെ മുദ്ര തുറക്കപ്പെട്ട ഉടൻതന്നെ വാതിൽ അടയ്ക്കപ്പെടുന്നു. അത് ക്രമേണയാണ് അടയുന്നത്; എന്നാൽ അഡ്വെന്റിസത്തെ സംബന്ധിച്ചിടത്തോളം ഈ ക്രമാനുഗതമായ അടയൽ 9/11-ന് ആരംഭിച്ചു, അത് ഉപരോധത്തിൽ അവസാനിക്കുന്നു. ഉപരോധം വന്നെത്തുമ്പോൾ, കയീന്റെ വംശത്തിലെ ലാമെക്കിന്റെയോ ശേത്തിന്റെ വംശത്തിലെ ലാമെക്കിന്റെയോ സ്വഭാവം നിങ്ങൾ പ്രകടമാക്കും. കയീന്റെ വംശത്തിലെ ലാമെക്കിനെ സംബന്ധിച്ച ആ ചരിത്രത്തിന്റെ സംഖ്യ 6 6 6 ആണ്; ശേത്തിന്റെ വംശത്തിലെ ലാമെക്കിനെയും വിജയം വരിച്ച സഭയെയും സംബന്ധിച്ച സംഖ്യ 7 7 7 ആണ്.</w:t>
      </w:r>
    </w:p>
    <w:p>
      <w:pPr>
        <w:pStyle w:val="ArticleBody"/>
        <w:jc w:val="left"/>
      </w:pPr>
      <w:r>
        <w:rPr>
          <w:rFonts w:ascii="Nirmala UI" w:hAnsi="Nirmala UI" w:eastAsia="Nirmala UI" w:cs="Nirmala UI"/>
        </w:rPr>
        <w:t>രണ്ടു ലാമെക്കുമാരും 666 അല്ലെങ്കിൽ 777 എന്ന സംഖ്യകളും പ്രതിനിധാനം ചെയ്യുന്ന രണ്ടു സ്വഭാവങ്ങൾ പ്രകടമായിത്തുടങ്ങുന്നത്, നാഷ്‌വില്ലിലെ അഗ്നിഗോളങ്ങളെക്കുറിച്ചുള്ള മുന്നറിയിപ്പിനെപ്പറ്റി അഡ്വെന്റിസ്റ്റുകൾ മൗനം പാലിച്ചത് എന്തുകൊണ്ടാണെന്ന ചോദ്യം ഉയരുമ്പോൾ അഡ്വെന്റിസത്തെ പൊതുജനശ്രദ്ധയിലേക്കു കൊണ്ടുവരുന്ന സംഭവങ്ങളോടെയാണ്. പെട്ടകത്തിലേക്കുള്ള ചരിവുപാതയിലൂടെ മൃഗങ്ങൾ കയറിപ്പോയതിൽ മുൻകുറിക്കപ്പെട്ടതുപോലെ, രൂക്ഷമായിക്കൊണ്ടിരിക്കുന്ന ഈ വിവാദം താമസിയാതെ വരാനിരിക്കുന്ന ഞായറാഴ്ച നിയമത്തിന്റെ അടഞ്ഞ വാതിലിനു മുന്നോടിയായുള്ള ഒരു ദൃശ്യപ്രകടനമായി മാറുന്നു. തീവ്രത വർധിച്ചുവരുന്ന ഈ ദൃശ്യരൂപത്തിലുള്ള മുന്നറിയിപ്പ് കർമേൽ പർവതത്തിലെ ഏലീയാവിന്റെ അനുഭവത്താലും 1844-ലെ മില്ലറൈറ്റ് പ്രസ്ഥാനത്താലും മുൻകുറിക്കപ്പെട്ടിരുന്നു.</w:t>
      </w:r>
    </w:p>
    <w:p>
      <w:pPr>
        <w:pStyle w:val="ArticleHeading"/>
        <w:jc w:val="left"/>
      </w:pPr>
      <w:r>
        <w:rPr>
          <w:rFonts w:ascii="Nirmala UI" w:hAnsi="Nirmala UI" w:eastAsia="Nirmala UI" w:cs="Nirmala UI"/>
        </w:rPr>
        <w:t>ഉപരോധത്തിന്റെ പ്രവചനാത്മക ഘടന</w:t>
      </w:r>
    </w:p>
    <w:p>
      <w:pPr>
        <w:pStyle w:val="ArticleBody"/>
        <w:jc w:val="left"/>
      </w:pPr>
      <w:r>
        <w:rPr>
          <w:rFonts w:ascii="Nirmala UI" w:hAnsi="Nirmala UI" w:eastAsia="Nirmala UI" w:cs="Nirmala UI"/>
        </w:rPr>
        <w:t>നഗരത്തിന്റെ നാശത്തോടെ അവസാനിക്കുന്ന ഒരു ഉപരോധത്തിന്റെ പ്രാവചനിക ഘടന ഒരു അടയാളത്തോടെ ആരംഭിക്കുകയും ഒരു അടയാളത്തോടെ അവസാനിക്കുകയും ചെയ്യുന്ന ഒരു കാലയളവിനെ പ്രതിനിധീകരിക്കുന്നു. അത് ഒരു കാലയളവിനെയും ഒരു സമയബിന്ദുവിനെയും പ്രതിനിധീകരിക്കുന്നു. പ്രതിമയുടെ രൂപീകരണകാലം വിവിധ രീതികളിൽ പ്രതിനിധീകരിക്കപ്പെടുന്നു. ദൈവപ്രചോദിത സാക്ഷ്യത്തിലുള്ള ഈ സ്വഭാവത്തിലുള്ള ഓരോ പ്രാവചനിക ഘടനയും മൃഗത്തിന്റെ മുദ്രയിൽ പര്യവസാനിക്കുന്ന മൃഗത്തിന്റെ പ്രതിമയുടെ പരീക്ഷണകാലത്തെ മുൻകുറിയായി ചിത്രീകരിക്കുന്നു.</w:t>
      </w:r>
    </w:p>
    <w:p>
      <w:pPr>
        <w:pStyle w:val="ArticleScripture"/>
        <w:jc w:val="left"/>
      </w:pPr>
      <w:r>
        <w:rPr>
          <w:rFonts w:ascii="Nirmala UI" w:hAnsi="Nirmala UI" w:eastAsia="Nirmala UI" w:cs="Nirmala UI"/>
        </w:rPr>
        <w:t>“പ്രൊട്ടസ്റ്റന്റ് സഭകൾ തങ്ങളുടെ മതസിദ്ധാന്തങ്ങൾ നിർബന്ധപൂർവം നടപ്പാക്കുന്നതിനായി രാഷ്ട്രാധികാരത്തിന്റെ സഹായം തേടുമ്പോൾ രൂപംകൊള്ളുന്ന വിശ്വാസത്യാഗിയായ പ്രൊട്ടസ്റ്റന്റിസത്തിന്റെ ആ രൂപത്തെയാണ് ‘മൃഗത്തിന്റെ പ്രതിമ’ പ്രതിനിധാനം ചെയ്യുന്നത്. ‘മൃഗത്തിന്റെ മുദ്ര’ എന്താണെന്നത് ഇനിയും നിർവചിക്കപ്പെടേണ്ടതുണ്ട്.” മഹാവിവാദം, 445.</w:t>
      </w:r>
    </w:p>
    <w:p>
      <w:pPr>
        <w:pStyle w:val="ArticleBody"/>
        <w:jc w:val="left"/>
      </w:pPr>
      <w:r>
        <w:rPr>
          <w:rFonts w:ascii="Nirmala UI" w:hAnsi="Nirmala UI" w:eastAsia="Nirmala UI" w:cs="Nirmala UI"/>
        </w:rPr>
        <w:t>ഈ കാലയളവ് മൃഗത്തിനുവേണ്ടിയുള്ളതും മൃഗത്തിന്റേതുമായ പ്രതിമയുടെ രൂപീകരണത്തെ പ്രതിനിധീകരിക്കുന്നു; രൂപപ്പെട്ടുവരുന്ന ആ പ്രതിമ ഒരു ഞായറാഴ്ച നിയമത്തെ തന്റെ വാക്കിലൂടെ നിലവിൽ കൊണ്ടുവരാൻ കഴിയുന്ന ഘട്ടത്തിലെത്തുമ്പോഴാണ് മൃഗത്തിന്റെ മുദ്ര നിർബന്ധമാക്കപ്പെടുന്നത്. യെരൂശലേം നശിപ്പിക്കപ്പെട്ടപ്പോൾ നെബൂഖദ്‌നേസരിലൂടെ റോമിന്റെ അധികാരമുദ്ര മുൻകുറിയായി ചിത്രീകരിക്കപ്പെട്ടു. ബാബിലോണായാലും റോമായാലും, ഉപരോധത്തിന്റെ ഘടന ഊന്നിപ്പറയുന്നത് അന്ത്യനാളുകളിലെ വടക്കേദേശത്തിലെ രാജാവിനെയാണ്. 1333 മുതൽ 1337 വരെയുള്ള ഓർഹാന്റെ ഉപരോധവും 1449 ജൂലൈ 27 മുതൽ 1453-ലെ കോൺസ്റ്റാന്റിനോപ്പിൾ ഉപരോധം വരെയുള്ള നാലുവർഷവും 1840 ഓഗസ്റ്റ് 11 മുതൽ 1844 ഒക്ടോബർ 22 വരെയുള്ള കാലയളവിന്റെ മുൻകുറികളായി വർത്തിക്കുക മാത്രമല്ല, ആ ഉപരോധങ്ങൾ ബൈബിൾ പ്രവചനത്തിലെ കിഴക്കൻ കാറ്റിന്റെ മക്കൾ എന്ന നിലയിലുള്ള ഇസ്‌ലാമിന്റെ പങ്കിനും ഊന്നൽ നൽകുന്നു. വടക്കേദേശത്തിലെ രാജാവിനെയും (ബാബിലോൺ അല്ലെങ്കിൽ റോം) കിഴക്കൻ കാറ്റിനെയും സംബന്ധിച്ച പ്രമേയമാണ് ദാനീയേൽ 11:45-ലെ “കിഴക്കുനിന്നും വടക്കുനിന്നുമുള്ള വർത്തമാനം”.</w:t>
      </w:r>
    </w:p>
    <w:p>
      <w:pPr>
        <w:pStyle w:val="ArticleScripture"/>
        <w:jc w:val="left"/>
      </w:pPr>
      <w:r>
        <w:rPr>
          <w:rFonts w:ascii="Nirmala UI" w:hAnsi="Nirmala UI" w:eastAsia="Nirmala UI" w:cs="Nirmala UI"/>
        </w:rPr>
        <w:t>എന്നാൽ കിഴക്കുനിന്നും വടക്കുനിന്നുമുള്ള വാർത്തകൾ അവനെ പരിഭ്രാന്തനാക്കും: അതിനാൽ അനേകരെ നശിപ്പിക്കാനും നിശ്ശേഷം ഉന്മൂലനം ചെയ്യാനും അവൻ മഹാക്രോധത്തോടെ പുറപ്പെടും. ദാനീയേൽ 11:44.</w:t>
      </w:r>
    </w:p>
    <w:p>
      <w:pPr>
        <w:pStyle w:val="ArticleBody"/>
        <w:jc w:val="left"/>
      </w:pPr>
      <w:r>
        <w:rPr>
          <w:rFonts w:ascii="Nirmala UI" w:hAnsi="Nirmala UI" w:eastAsia="Nirmala UI" w:cs="Nirmala UI"/>
        </w:rPr>
        <w:t>1449 ജൂലൈ 27 മുതൽ 1453-ലെ കോൺസ്റ്റാന്റിനോപ്പിൾ ഉപരോധം വരെയുള്ള നാലു വർഷങ്ങൾ നാലു വർഷത്തെ ഒരു കാലയളവിനെ സൂചിപ്പിക്കുക മാത്രമല്ല, 1448-ലെ ജോൺ പാലയോളോഗോസിന്റെ മരണവും ചേർത്തു കണക്കാക്കുമ്പോൾ ആ കാലയളവ് അഞ്ചു വർഷങ്ങളായും പ്രതിനിധീകരിക്കപ്പെടുന്നു.</w:t>
      </w:r>
    </w:p>
    <w:p>
      <w:pPr>
        <w:pStyle w:val="ArticleBody"/>
        <w:jc w:val="left"/>
      </w:pPr>
      <w:r>
        <w:rPr>
          <w:rFonts w:ascii="Nirmala UI" w:hAnsi="Nirmala UI" w:eastAsia="Nirmala UI" w:cs="Nirmala UI"/>
        </w:rPr>
        <w:t>യെരൂശലേമിന്റെ ഇരു നാശങ്ങളിലും നോഹയുടെ കാലത്തെ പ്രളയത്തിലും ഈ ഘടന പ്രതിഫലിക്കുന്നു. കിഴക്കൻ കാറ്റുകൾ അഴിച്ചുവിടപ്പെടുകയും ജലം വാഗ്ദത്തദേശത്തേക്കുള്ള പ്രവേശനവാതിൽ അടയ്ക്കുകയും ചെയ്യുന്നതുവരെ ഫറവോനെയും അവന്റെ സൈന്യത്തെയും കടലിലേക്കു നയിച്ച വാതിലിന്മേലുള്ള രക്തത്തിന്റെ അടയാളം സംഹാരദൂതൻ കാണണമെന്നു നിഷ്കർഷിക്കപ്പെട്ട ഈജിപ്തിലെ ആദ്യ പെസഹയിലും ഈ ഘടന കാണപ്പെടുന്നു. 313 മുതൽ 321-ലെ ആദ്യ ഞായറാഴ്ച നിയമം വരെയുള്ള പെർഗമൊസ് സഭയുടെ ആൽഫാ ചരിത്രത്തിലും, 533-ലെ ജസ്റ്റീനിയന്റെ ഉത്തരവു മുതൽ 538-ലെ ഞായറാഴ്ച നിയമം വരെയുള്ള പെർഗമൊസിന്റെ ഒമേഗാ ചരിത്രത്തിലും ഈ ഘടന കാണപ്പെടുന്നു. പെർഗമൊസിന്റെ കാര്യത്തിൽ, അടയാളം ഒരു ശാസനമോ ഒരു ഉത്തരവോ ആണ്; എന്നാൽ ഇവ രണ്ടും ഒരു ഞായറാഴ്ച നിയമത്തിൽ പര്യവസാനിക്കുന്ന ഒരു കാലഘട്ടത്തിനു തുടക്കം കുറിക്കുന്നു.</w:t>
      </w:r>
    </w:p>
    <w:p>
      <w:pPr>
        <w:pStyle w:val="ArticleBody"/>
        <w:jc w:val="left"/>
      </w:pPr>
      <w:r>
        <w:rPr>
          <w:rFonts w:ascii="Nirmala UI" w:hAnsi="Nirmala UI" w:eastAsia="Nirmala UI" w:cs="Nirmala UI"/>
        </w:rPr>
        <w:t>യെഹെസ്കേലിന്റെ യെരൂശലേം ഉപരോധത്തിന്റെയും നാശത്തിന്റെയും ഘടന ക്രി.മു. 587 മുതൽ ക്രി.മു. 586 വരെയുള്ളതായിരുന്നു: ആരംഭവർഷവും അവസാനവർഷവും ഉൾപ്പെടുത്തി കാലയളവ് കണക്കാക്കുമ്പോൾ രണ്ടു വർഷവും, അങ്ങനെ ഉൾപ്പെടുത്താതെ കണക്കാക്കുമ്പോൾ 1.5 വർഷവും. ക്രി.മു. 200-ലെ പാനിയം യുദ്ധവും ക്രി.മു. 198-ലെ സീദോൻ ഉപരോധവും ഉൾപ്പെട്ട പാനിയം സൈനികയാത്രയിലെ രണ്ടു വർഷങ്ങളിലൂടെ പ്രവചനത്തിലെ മറ്റൊരു ഉപരോധഘടനയും പ്രതിനിധീകരിക്കപ്പെടുന്നു. യെഹെസ്കേലിന്റെ ഭാര്യയുടെ മരണം ലാമെക്കിന്റെ മരണത്തോടും ജോൺ പാലൈയോലോഗോസിന്റെ മരണത്തോടും പാനിയം യുദ്ധത്തോടും പൊരുത്തപ്പെടുന്നു.</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നാൽപ്പതാം വാക്യത്തിന്റെ മറഞ്ഞിരിക്കുന്ന ചരിത്രം - നമ്പർ മുപ്പത്തിനാല്</dc:title>
  <dc:subject>യെഹെസ്കേൽ നമ്പർ പതിനഞ്ച്</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