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Нэгдүгээр Дугаар</w:t>
      </w:r>
    </w:p>
    <w:p>
      <w:pPr>
        <w:pStyle w:val="ArticleSubtitle"/>
        <w:jc w:val="left"/>
      </w:pPr>
      <w:r>
        <w:rPr>
          <w:rFonts w:ascii="Arial" w:hAnsi="Arial" w:eastAsia="Arial" w:cs="Arial"/>
        </w:rPr>
        <w:t>Улай ба Хиддекел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“Номлогчид ба ард түмэн Даниел ба Илчлэлт дэх эш үзүүллэгүүдийг ойлгогдохын аргагүй нууцлаг зүйлс хэмээн мэдэгдэж байв. Гэвч Христ Өөрийн шавь нарыг тэдний цаг үед болох үйл явдлуудын талаар эш үзүүлэгч Даниелын үгсэд хандуулан, ‘Уншигч нь ойлгог’ гэж айлдсан.” Матай 24:15. “Мөн Илчлэлтийг ойлгогдох ёсгүй нууц хэмээх баталгаа нь тэр номын өөрийнх нь гарчгаар няцаагддаг: ‘Удалгүй болох ёстой зүйлсийг Өөрийн зарц нартаа үзүүлэхийн тулд Бурхан Түүнд өгсөн Есүс Христийн Илчлэлт.... Энэ эш үзүүллэгийн үгсийг уншигч нь ерөөлтэй еэ, мөн сонсогчид нь, түүнд бичигдсэн зүйлсийг сахигчид нь ерөөлтэй еэ; учир нь цаг ойрхон байна.’ Илчлэлт 1:1–3.”</w:t>
      </w:r>
    </w:p>
    <w:p>
      <w:pPr>
        <w:pStyle w:val="ArticleScripture"/>
        <w:jc w:val="left"/>
      </w:pPr>
      <w:r>
        <w:rPr>
          <w:rFonts w:ascii="Times New Roman" w:hAnsi="Times New Roman" w:eastAsia="Times New Roman" w:cs="Times New Roman"/>
        </w:rPr>
        <w:t>“Эш үзүүлэгч ийнхүү айлдаж байна: ‘Уншигч нь ерөөлтэй еэ’—уншихгүй хүмүүс байдаг; ерөөл нь тэдэнд зориулагдаагүй. ‘Мөн сонсогчид’—эш үзүүллэгийн талаар юу ч сонсохоос татгалздаг зарим хүмүүс бас байдаг; ерөөл нь энэ бүлэгт ч хамаарахгүй. ‘Мөн түүн дотор бичигдсэн зүйлсийг сахигчид’—Илчлэлтэд агуулагдсан анхааруулга, зааврыг үл тоомсорлохоос татгалздаг хүн олон. Эдний хэн нь ч амлагдсан ерөөлийг нэхэмжилж үл чадна. Эш үзүүллэгийн сэдвүүдийг элэглэн дооглодог бүх хүн, энд сүр жавхлантайгаар өгөгдсөн бэлгэдлүүдийг тохуурхан шоолдог бүх хүн, амьдралаа шинэчилж, Хүний Хүүгийн ирэлтэд бэлтгэхээс татгалздаг бүх хүн ерөөлгүй байх болно.</w:t>
      </w:r>
    </w:p>
    <w:p>
      <w:pPr>
        <w:pStyle w:val="ArticleScripture"/>
        <w:jc w:val="left"/>
      </w:pPr>
      <w:r>
        <w:rPr>
          <w:rFonts w:ascii="Times New Roman" w:hAnsi="Times New Roman" w:eastAsia="Times New Roman" w:cs="Times New Roman"/>
        </w:rPr>
        <w:t>«Сүнслэг онгодын гэрчлэлийг харгалзан үзвэл, Илчлэл ном бол хүний ойлголтын хүрээнээс давсан нууц хэмээн хүмүүс яаж зүрхлэн зааж чадна вэ? Энэ бол илчлэгдсэн нууц, нээгдсэн ном мөн. Илчлэл номыг судлах нь оюун санааг Даниелын эш үзүүллэгүүдэд чиглүүлдэг бөгөөд энэ хоёр хоёулаа энэ дэлхийн түүхийн төгсгөлд тохиох үйл явдлуудын талаар Бурхан хүмүүсэд өгсөн нэн чухал сургамжийг толилуулдаг.» Агуу Тэмцэл, 340.</w:t>
      </w:r>
    </w:p>
    <w:p>
      <w:pPr>
        <w:pStyle w:val="ArticleBody"/>
        <w:jc w:val="left"/>
      </w:pPr>
      <w:r>
        <w:rPr>
          <w:rFonts w:ascii="Times New Roman" w:hAnsi="Times New Roman" w:eastAsia="Times New Roman" w:cs="Times New Roman"/>
        </w:rPr>
        <w:t>“Илчлэлийг судлах нь оюун санааг Даниелын зөгнөлүүд рүү чиглүүлдэг.” Зарим хүмүүс зөвхөн Даниелын номын сүүлчийн зургаан бүлэгт л зөгнөлийг хардаг. Гэвч Даниел хоёр шугам үнэнг толилуулдаг бөгөөд түүний зөгнөлүүдийг төлөөлж буй үнэн нь номынх нь сүүлчийн зургаан бүлэгт байдаг. Эхний зургаан бүлэг нь дүрслэлт зөгнөлийг толилуулдаг бөгөөд ерөнхийдөө тэдгээр нь одоо ч танигдаагүй хэвээр байна. Даниелын эхний зургаан бүлгийг авч үзэхээс өмнө, Даниелын сүүлчийн зургаан бүлэгт үнэндээ зөвхөн хоёрхон зөгнөл төлөөлөгдөн буйг бид тайлбарлах болно. Систер Уайт Шинарын хоёр агуу мөрнийг дурдан, тэр хоёр зөгнөлийг заадаг. Түүний дэвшүүлсэн бэлгэдлийг бид хүлээн зөвшөөрвөл, Даниелын сүүлчийн зургаан бүлэгт хоёр, зөвхөн хоёр л зөгнөл байгааг харах түлхүүрийг олно.</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зориулан өгөгдсөн билээ. Түүний Шинарын агуу их мөрнүүд болох Улай ба Хиддекелийн эрэг дээр үзсэн үзэгдлүүд эдүгээ биеллийн явцад оршиж байгаа бөгөөд зөгнөн хэлэгдсэн бүх үйл явдал тун удахгүй биелэх болно.” Testimonies to Ministers, 112.</w:t>
      </w:r>
    </w:p>
    <w:p>
      <w:pPr>
        <w:pStyle w:val="ArticleBody"/>
        <w:jc w:val="left"/>
      </w:pPr>
      <w:r>
        <w:rPr>
          <w:rFonts w:ascii="Times New Roman" w:hAnsi="Times New Roman" w:eastAsia="Times New Roman" w:cs="Times New Roman"/>
        </w:rPr>
        <w:t>Наймдугаар бүлгийн үзэгдэл Улай голын дэргэд өгөгдсөн.</w:t>
      </w:r>
    </w:p>
    <w:p>
      <w:pPr>
        <w:pStyle w:val="ArticleScripture"/>
        <w:jc w:val="left"/>
      </w:pPr>
      <w:r>
        <w:rPr>
          <w:rFonts w:ascii="Times New Roman" w:hAnsi="Times New Roman" w:eastAsia="Times New Roman" w:cs="Times New Roman"/>
        </w:rPr>
        <w:t>Белшазар хааны хаанчлалын гурав дахь жилд, анх надад үзэгдсэн үзэгдлийн дараа, надад буюу Даниел надад дахин нэгэн үзэгдэл үзэгдэв. Би үзэгдэл дотор харсан бөгөөд харах үедээ, өөрийгөө Елам муж дахь Сусаны ордонд байгааг үзэв; мөн үзэгдэл дотор би Улай голын дэргэд байлаа. Даниел 8:1, 2.</w:t>
      </w:r>
    </w:p>
    <w:p>
      <w:pPr>
        <w:pStyle w:val="ArticleBody"/>
        <w:jc w:val="left"/>
      </w:pPr>
      <w:r>
        <w:rPr>
          <w:rFonts w:ascii="Times New Roman" w:hAnsi="Times New Roman" w:eastAsia="Times New Roman" w:cs="Times New Roman"/>
        </w:rPr>
        <w:t>Бид Эгч Уайт “Улай ба Хиддекел”-ийг дурдан, тэднийг “Шинарын агуу голууд” хэмээн нэрлэсэн Тestimonies to Ministers номын догол мөрийг авч үзэхдээ, Эгч Уайтын бичвэрүүд дэх Даниел ба Илчлэлт номуудын судлалын талаархи хамгийн чухал тайлбаруудын нэгээс тэрхүү догол мөрийг таслан шинжилж байсан юм. Тэр хэсэгт тэрээр ийнхүү өгүүлсэн байдаг: “Бурханы үгийг хавьгүй ойроос судлах хэрэгцээ байна; ялангуяа Даниел ба Илчлэлтэд манай ажлын түүхэнд урьд хожид байгаагүйгээр анхаарал хандуулах ёстой.”</w:t>
      </w:r>
    </w:p>
    <w:p>
      <w:pPr>
        <w:pStyle w:val="ArticleBody"/>
        <w:jc w:val="left"/>
      </w:pPr>
      <w:r>
        <w:rPr>
          <w:rFonts w:ascii="Times New Roman" w:hAnsi="Times New Roman" w:eastAsia="Times New Roman" w:cs="Times New Roman"/>
        </w:rPr>
        <w:t>Бидний сая эш татсан Даниел номын наймдугаар бүлгийн эхний хоёр эшлэлийг анхааралтай судалбал, тэдгээр нь олонтаа үл тоомсорлогддог нэгэн баримтад дотоод хоёр гэрчлэлийг өгдөг. Даниел, Белшазарын «хаанчлалын гурав дахь жилд» «надад нэгэн үзэгдэл үзэгдэв» гэж хэлдэг. Дараа нь тэрээр, «анх надад үзэгдсэнээс хойш» гэж нэмж өгүүлдэг. Энэ эшлэлийг хоёр янзаар ойлгож болох бөгөөд, аль ч ойлголт нь яг адилхан дүгнэлтэд хүргэдэг.</w:t>
      </w:r>
    </w:p>
    <w:p>
      <w:pPr>
        <w:pStyle w:val="ArticleBody"/>
        <w:jc w:val="left"/>
      </w:pPr>
      <w:r>
        <w:rPr>
          <w:rFonts w:ascii="Times New Roman" w:hAnsi="Times New Roman" w:eastAsia="Times New Roman" w:cs="Times New Roman"/>
        </w:rPr>
        <w:t>Тэнгэрлэг гэрэл тээгчийн үүргийг Сатаны оронд авсан Габриел тэнгэрэлч Даниелд эш үзүүллэгийн гэрлийг авчирсан бөгөөд энэ нь түүний бүх эш үзүүлэгчдэд үйлддэгтэй адил байв. Энэ нь Сударт буй эш үзүүллэгийн бүхий л дүрэм Габриелын удирдамжаар өгөгдсөн гэсэн үг юм. Даниел үүнийг ойлгосон эсэхээс үл хамааран, наймдугаар бүлгийн нэгдүгээр эшлэлд тэрээр зөвхөн нэгэн чухал эш үзүүллэгийн ажиглалтыг тэмдэглээд зогсохгүй, уг эшлэл дотор тэрхүү чухал эш үзүүллэгийн ажиглалтад хоёр гэрчийг ч өгч байна. Даниелын нэгдүгээр эшлэлд тэмдэглэснээр, тэрээр Улай мөрний дэргэд хүлээн авсан үзэгдлээсээ өмнө өөр нэгэн үзэгдлийг хүлээн авсан байжээ. Улай мөрний дэргэдэх үзэгдэл нь Белшазарын хаанчлалын гурав дахь жилд ирсэн. Харин Улай мөрний дэргэдэх үзэгдлээс өмнөх үзэгдэл нь Белшазарын хаанчлалын эхний жилд ирсэн юм.</w:t>
      </w:r>
    </w:p>
    <w:p>
      <w:pPr>
        <w:pStyle w:val="ArticleScripture"/>
        <w:jc w:val="left"/>
      </w:pPr>
      <w:r>
        <w:rPr>
          <w:rFonts w:ascii="Times New Roman" w:hAnsi="Times New Roman" w:eastAsia="Times New Roman" w:cs="Times New Roman"/>
        </w:rPr>
        <w:t>Вавилоны хаан Белшазарын хаанчлалын эхний жилд Даниел орон дээрээ байхдаа зүүд зүүдэлж, толгойдоо үзэгдлүүд үзэв. Тэгээд тэр зүүдээ бичиж, хэргийн гол утгыг өгүүлэв. Даниел 7:1.</w:t>
      </w:r>
    </w:p>
    <w:p>
      <w:pPr>
        <w:pStyle w:val="ArticleBody"/>
        <w:jc w:val="left"/>
      </w:pPr>
      <w:r>
        <w:rPr>
          <w:rFonts w:ascii="Times New Roman" w:hAnsi="Times New Roman" w:eastAsia="Times New Roman" w:cs="Times New Roman"/>
        </w:rPr>
        <w:t>Наймдугаар бүлгийн нэг дэх эшлэлд Даниел Белшазарын хаанчлалын эхний жилд өөрт нь мөн үзэгдэл байсан гэдгийг тодорхойлон хэлж байна. Учир нь тэрээр, “анх надад үзэгдсэнээс хойш” хэмээн өгүүлдэг. Улай мөрний үзэгдэл Белшазарын хаанчлалын эхний жилийн үзэгдлийн дараа үзэгдсэн үү, эсвэл хоорондоо зэрэгцээ хоёр үзэгдлийн эхнийхээс хойш үзэгдсэн үү? Аль ч хариулт зөв. Улай мөрний үзэгдэл бол долоодугаар бүлгийн үзэгдэлтэй адилхан үзэгдэл мөн. Габриел эш үзүүллэгийн “давтан өгүүлж, дэлгэрүүлэх” зарчмыг хэрэглэж байгаа бөгөөд үүний зэрэгцээ хоёрын гэрчлэлээр нэг хэрэг тогтоогддог гэсэн дүрмийг мөн баримталж байна. Энэ хоёр үзэгдэл хоёулаа Библийн эш үзүүллэгийн хаанчлалуудыг авч үздэг.</w:t>
      </w:r>
    </w:p>
    <w:p>
      <w:pPr>
        <w:pStyle w:val="ArticleBody"/>
        <w:jc w:val="left"/>
      </w:pPr>
      <w:r>
        <w:rPr>
          <w:rFonts w:ascii="Times New Roman" w:hAnsi="Times New Roman" w:eastAsia="Times New Roman" w:cs="Times New Roman"/>
        </w:rPr>
        <w:t>Долоодугаар бүлгийн үзэгдэлд тэдгээр хаант улсуудыг араатан амьтдын дүрээр үзүүлсэн нь тэдний иргэний эрх мэдлийн хүрээнд онцлон харуулж, дүрслэн үзүүлж байна. Наймдугаар бүлгийн үзэгдэлд мөнөөх л хаант улсуудыг Бурханы ариун сүмийн үйлчлэлийн бэлгэдлүүдээр дүрсэлсэн боловч ариун сүмийн үйлчлэлийн бэлгэдэл бүрийг хуурамч мөргөлийг төлөөлүүлэхийн тулд зориуд гажуудуулсан байна. Даниел наймдугаар бүлэгт долоодугаар бүлгийн үзэгдэлд гардагтай адил хаант улсуудыг дүрсэлдэг боловч тэдгээрийг шашны хүрээнд нь байрлуулан үзүүлдэг.</w:t>
      </w:r>
    </w:p>
    <w:p>
      <w:pPr>
        <w:pStyle w:val="ArticleBody"/>
        <w:jc w:val="left"/>
      </w:pPr>
      <w:r>
        <w:rPr>
          <w:rFonts w:ascii="Times New Roman" w:hAnsi="Times New Roman" w:eastAsia="Times New Roman" w:cs="Times New Roman"/>
        </w:rPr>
        <w:t>Даниелын наймдугаар бүлгийн Улай мөрөөдөл нь долдугаар бүлгийн мөрөөдлийг давтан, улам дэлгэрүүлэн харуулдаг. Долдугаар бүлэг нь Библийн зөгнөлийн хаанчлалуудын иргэний талыг тодорхойлдог бол, наймдугаар бүлэг нь Библийн зөгнөлийн хаанчлалуудын шашны талыг тодорхойлдог. Үүнийг хүлээн зөвшөөрөхөд, долоо болон наймдугаар бүлгүүд нь нэг л мөрөөдөл мөн болохыг ойлгож болно. Есдүгээр бүлэгт Габриел ирж, наймдугаар бүлгийн мөрөөдөл дэх цаг хугацааны элементийн тайлбарыг өгдөг. Иймээс Улай мөрөөдөл нь Даниелын номын долоо, найм, есдүгээр бүлгүүдийг төлөөлдөг. Дараа нь Аравдугаар бүлэгт Хиддекел голыг танилцуулдаг.</w:t>
      </w:r>
    </w:p>
    <w:p>
      <w:pPr>
        <w:pStyle w:val="ArticleScripture"/>
        <w:jc w:val="left"/>
      </w:pPr>
      <w:r>
        <w:rPr>
          <w:rFonts w:ascii="Times New Roman" w:hAnsi="Times New Roman" w:eastAsia="Times New Roman" w:cs="Times New Roman"/>
        </w:rPr>
        <w:t>Персийн хаан Кирийн хаанчлалын гурав дахь жилд, Белтешазар хэмээн нэрлэгддэг Даниелд нэгэн зүйл илчлэгдэв; тэр зүйл үнэн байсан боловч товлогдсон хугацаа нь урт байлаа. Тэрээр уг зүйлийг ухаарч, үзэгдлийг ойлгов. Тэр өдрүүдэд би, Даниел, бүтэн гурван долоо хоног гашуудаж байв. Би тааламжит талх идээгүй, мах ч, дарс ч аманд минь орсонгүй; мөн бүтэн гурван долоо хоног дуустал би өөрийгөө огтхон ч тослоогүй. Тэгээд эхний сарын хорин дөрөв дэх өдөр, би Хиддекел хэмээх агуу мөрний эрэг дээр байлаа. Даниел 10:1–4.</w:t>
      </w:r>
    </w:p>
    <w:p>
      <w:pPr>
        <w:pStyle w:val="ArticleBody"/>
        <w:jc w:val="left"/>
      </w:pPr>
      <w:r>
        <w:rPr>
          <w:rFonts w:ascii="Times New Roman" w:hAnsi="Times New Roman" w:eastAsia="Times New Roman" w:cs="Times New Roman"/>
        </w:rPr>
        <w:t>Хиддекел голын үзэгдэл нь умардын хааны эш үзүүллэгт түүхийг танилцуулдаг. Энэ нь Агуу Александр хааны эзэнт гүрэн задарснаар эхэлж, дараах түүхийн түрэлт ба бууралтыг тодорхойлон харуулдаг бөгөөд эцэст нь Агуу Александр хааны хуучин хаант улс задран бутарснаас үлдсэн цорын ганц хоёр сөргөлдөгч нь бодит өмнөдийн хаан ба бодит умардын хаан байдаг. Эцэст нь энэ нь папын эрх мэдлийн түүхэнд хүрч, тэр нь дараа нь умардын сүнслэг хаан болж, арван нэгдүгээр бүлгийн төгсгөлд өөрийн мөхөлдөө хүрч, Михаел босож, хүний шалгалтын хугацаа хаагддаг. Энгийн тойм нь, Улай голын үзэгдэл бол Бурханы ариун сүм ба цэргийн дотоод үзэгдэл, харин Хиддекел голын үзэгдэл нь мөн тэрхүү түүхийн туршид Бурхан болон Түүний ард түмний дайсны гадаад үзэгдэл юм. Энэ нь Илчлэлт дэх долоон чуулган болон долоон тамганд байдаг ижил зарчмыг хэрэглэж байна.</w:t>
      </w:r>
    </w:p>
    <w:p>
      <w:pPr>
        <w:pStyle w:val="ArticleScripture"/>
        <w:jc w:val="left"/>
      </w:pPr>
      <w:r>
        <w:rPr>
          <w:rFonts w:ascii="Times New Roman" w:hAnsi="Times New Roman" w:eastAsia="Times New Roman" w:cs="Times New Roman"/>
        </w:rPr>
        <w:t>“Олон үйлчлэгч Илчлэл номыг тайлбарлан өгүүлэхийн тулд ямар ч хүчин чармайлт гаргадаггүй. Тэд үүнийг судлахад ашиггүй ном гэж нэрлэдэг. Дүрслэлүүд болон бэлгэдлүүдийн тэмдэглэлийг агуулдаг учраас тэд үүнийг лацдан битүүмжилсэн ном гэж үздэг. Гэвч түүнд өгөгдсөн нэр нь өөрөө, ‘Илчлэл,’ энэ таамаглалыг няцааж байдаг. Илчлэл бол лацдан битүүмжилсэн ном мөн; гэхдээ энэ нь бас нээгдсэн ном юм. Энэ нь дэлхийн түүхийн эцсийн өдрүүдэд тохиолдох гайхамшигт үйл явдлуудыг тэмдэглэн өгүүлдэг. Энэ номын сургаалууд нь тодорхой бөгөөд нууцлаг, ухаарахын аргагүй зүйлс биш юм. Үүнд Даниел номд гардаг эш үзүүллэгийн мөнөөх шугамыг үргэлжлүүлэн авч үздэг. Зарим эш үзүүллэгийг Бурхан давтан өгсөн байдаг бөгөөд ингэснээр тэдгээрт чухал ач холбогдол өгөх ёстойг харуулсан юм. Эзэн үлэмж ач холбогдолгүй зүйлсийг давтан хэлдэггүй.” Manuscript Releases, 8-р боть, 413.</w:t>
      </w:r>
    </w:p>
    <w:p>
      <w:pPr>
        <w:pStyle w:val="ArticleBody"/>
        <w:jc w:val="left"/>
      </w:pPr>
      <w:r>
        <w:rPr>
          <w:rFonts w:ascii="Times New Roman" w:hAnsi="Times New Roman" w:eastAsia="Times New Roman" w:cs="Times New Roman"/>
        </w:rPr>
        <w:t>Даниелын номд дүрслэгдсэн дотоод ба гадаадын тэрхүү ижил түүх Илчлэлтийн номд дахин авч үзэгддэг. Эдгээр хоёр үзэгдлээс гарч ирдэг эш үзүүллэгийн гэрлээс гадна, Уильям Миллерийн баримталсан, түүнээс хойш Future for America-ийн баримталсан Библийг тайлбарлах арга зүйн баталгаа мөн энд байна. Зөвөөр авч үзвэл, Даниелын ном, түүнчлэн Илчлэлтийн ном нь Библи өөрийнхөө дотор тодорхойлсон эш үзүүллэгийг тайлбарлах зарчмуудын баталгааг агуулсан үнэмлэхүй алтны уурхайнууд мөн.</w:t>
      </w:r>
    </w:p>
    <w:p>
      <w:pPr>
        <w:pStyle w:val="ArticleBody"/>
        <w:jc w:val="left"/>
      </w:pPr>
      <w:r>
        <w:rPr>
          <w:rFonts w:ascii="Times New Roman" w:hAnsi="Times New Roman" w:eastAsia="Times New Roman" w:cs="Times New Roman"/>
        </w:rPr>
        <w:t>Улай нь дотоод сэдэв, Хиддекел нь гадаад сэдэв байхын зэрэгцээ, мөн “эцсийн цагт” лац нь тайлагдах ёстой байсан хоёр эш үзүүллэгийг төлөөлдөг. Улай нь 1798 онд “эцсийн цагт” лац нь тайлагдсан бөгөөд, Хиддекел нь 1989 онд “эцсийн цагт” лац нь тайлагдсан юм. Тэр үед, Даниел арван нэгдүгээр бүлгийн дөчдүгээр зүйлд дүрслэгдсэнчлэн, хуучин Зөвлөлт Холбоот Улсыг төлөөлж байсан улс орнууд папын засаглал болон Америкийн Нэгдсэн Улсад хамагдсан билээ.</w:t>
      </w:r>
    </w:p>
    <w:p>
      <w:pPr>
        <w:pStyle w:val="ArticleBody"/>
        <w:jc w:val="left"/>
      </w:pPr>
      <w:r>
        <w:rPr>
          <w:rFonts w:ascii="Times New Roman" w:hAnsi="Times New Roman" w:eastAsia="Times New Roman" w:cs="Times New Roman"/>
        </w:rPr>
        <w:t>Эдгээр баримтуудыг хүлээн зөвшөөрөх үед, мөн тэр хоёр үзэгдэл үнэндээ нэг л үзэгдэл бөгөөд долоон чуулган ба долоон лацын эш үзүүллэгийн түүх нэгэн адил ижил эш үзүүллэгийн түүхийг илэрхийлдгийн адил болохыг мөн хүлээн зөвшөөрч болно. Тэгвэл тэр хоёр үзэгдэл нь өнгөрсөн цагт эхний тэнгэрэлчийн хөдөлгөөнд Эзэний хэрэглэсэн зам суваг, мөн Даниелын арван хоёрдугаар бүлгийн ес, аравдугаар зүйлд өгүүлснээр сорих үйл явцыг бий болгохын тулд одоогийн болон ирээдүйн гурав дахь тэнгэрэлчийн хөдөлгөөнд Эзэний хэрэглэх зүйл болдог.</w:t>
      </w:r>
    </w:p>
    <w:p>
      <w:pPr>
        <w:pStyle w:val="ArticleScripture"/>
        <w:jc w:val="left"/>
      </w:pPr>
      <w:r>
        <w:rPr>
          <w:rFonts w:ascii="Times New Roman" w:hAnsi="Times New Roman" w:eastAsia="Times New Roman" w:cs="Times New Roman"/>
        </w:rPr>
        <w:t>Тэрээр, “Даниел аа, замаа хөө: учир нь төгсгөлийн цаг хүртэл энэ үгс хаалттай бөгөөд лацдан битүүмжилсэн байна. Олон хүн ариусгагдаж, цайрч, соригдоно; харин ёс бус хүмүүс ёс бусаар үйлдсээр байх болно. Ёс бус хүмүүсээс хэн нь ч ойлгохгүй; харин мэргэд ойлгоно” гэж айлдав. Даниел 12:9, 10.</w:t>
      </w:r>
    </w:p>
    <w:p>
      <w:pPr>
        <w:pStyle w:val="ArticleBody"/>
        <w:jc w:val="left"/>
      </w:pPr>
      <w:r>
        <w:rPr>
          <w:rFonts w:ascii="Times New Roman" w:hAnsi="Times New Roman" w:eastAsia="Times New Roman" w:cs="Times New Roman"/>
        </w:rPr>
        <w:t>1989 онд Хиддекел нээгдсэний нэгэн жишээ болгон, онгод юу айлдсаныг авч үзье.</w:t>
      </w:r>
    </w:p>
    <w:p>
      <w:pPr>
        <w:pStyle w:val="ArticleScripture"/>
        <w:jc w:val="left"/>
      </w:pPr>
      <w:r>
        <w:rPr>
          <w:rFonts w:ascii="Times New Roman" w:hAnsi="Times New Roman" w:eastAsia="Times New Roman" w:cs="Times New Roman"/>
        </w:rPr>
        <w:t>“Илчлэл номд Библийн бүх номууд нийлж, төгсдөг. Энд Даниелын номын нөхвөр байна. Нэг нь эш үзүүллэг; нөгөө нь илчлэл юм. Битүүмжлэгдсэн ном нь Илчлэл биш, харин эцсийн өдрүүдтэй холбоотой Даниелын эш үзүүллэгийн тэр хэсэг мөн. Тэнгэрэлч: ‘Харин чи, Даниел аа, эдгээр үгсийг далдалж, төгсгөлийн цаг хүртэл номыг битүүмжил’ хэмээн тушаасан.” Даниел 12:4. Элч нарын үйлс, 585.</w:t>
      </w:r>
    </w:p>
    <w:p>
      <w:pPr>
        <w:pStyle w:val="ArticleBody"/>
        <w:jc w:val="left"/>
      </w:pPr>
      <w:r>
        <w:rPr>
          <w:rFonts w:ascii="Times New Roman" w:hAnsi="Times New Roman" w:eastAsia="Times New Roman" w:cs="Times New Roman"/>
        </w:rPr>
        <w:t>Улай ч, Хиддекел ч хоёулаа эцсийн өдрүүдтэй холбоотой боловч Адвентизм зөвхөн 1798 оныг л Даниелын ном лацнаасаа тайлагдах ёстой байсан Даниелын “эцсийн цаг” хэмээн зөвшөөрөхөд бэлэн байсан. Гэвч зөгнөлийн “эцсийн өдрүүдтэй холбоотой” хэсэг нь илүү нарийн утгаараа Даниелын арван нэгдүгээр бүлгийн сүүлийн зургаан эшлэл мөн бөгөөд, учир нь тэр эшлэлүүд хүний нигүүлслийн хугацаа хаагдах үед Михаел босон зогсохоор төгсөнө.</w:t>
      </w:r>
    </w:p>
    <w:p>
      <w:pPr>
        <w:pStyle w:val="ArticleBody"/>
        <w:jc w:val="left"/>
      </w:pPr>
      <w:r>
        <w:rPr>
          <w:rFonts w:ascii="Times New Roman" w:hAnsi="Times New Roman" w:eastAsia="Times New Roman" w:cs="Times New Roman"/>
        </w:rPr>
        <w:t>Даниелын долоо, найм, есдүгээр бүлгүүдэд тодорхойлогдсон шүүлтийн үзэгдэл нь 1798 онд ирсэн “эцсийн цаг” хүртэл битүүмжлэгдсэн байв. Битүүмжлэл нь тайлагдсан Улэйн үзэгдлээс гарсан гэрэл нь шүүлтийн төгсгөлийг бус, мөрдөн шалгах шүүлт нээгдсэнийг тунхагласан юм. Харин Хиддэкэлийн үзэгдэлтэй хамт тайлагдсан гэрэл нь мөрдөн шалгах шүүлтийн төгсгөлийг тодорхойлон харуулдаг бөгөөд мөн Даниел дахь “эцсийн өдрүүдтэй холбоотой эш үзүүллэгийн хэсэг”-ийг агуулсан хэсэг мөн юм.</w:t>
      </w:r>
    </w:p>
    <w:p>
      <w:pPr>
        <w:pStyle w:val="ArticleBody"/>
        <w:jc w:val="left"/>
      </w:pPr>
      <w:r>
        <w:rPr>
          <w:rFonts w:ascii="Times New Roman" w:hAnsi="Times New Roman" w:eastAsia="Times New Roman" w:cs="Times New Roman"/>
        </w:rPr>
        <w:t>1798 онд хийгдсэн лац тайлалт нь мөрдөн шалгах шүүлтийн нээгдсэнийг тунхагласан. 1989 онд хийгдсэн лац тайлалт нь мөрдөн шалгах шүүлтийн төгсгөл ойртон ирснийг тунхагласан. Альфа ба Омегийн тэмдэг нь Даниелын номд амархан харагддаг, гэвч энэ нь юу болохыг мэдэж, түүнийг хайж харах хүсэлтэй байвал л тийм юм.</w:t>
      </w:r>
    </w:p>
    <w:p>
      <w:pPr>
        <w:pStyle w:val="ArticleBody"/>
        <w:jc w:val="left"/>
      </w:pPr>
      <w:r>
        <w:rPr>
          <w:rFonts w:ascii="Times New Roman" w:hAnsi="Times New Roman" w:eastAsia="Times New Roman" w:cs="Times New Roman"/>
        </w:rPr>
        <w:t>Даниел номын арван нэгдүгээр бүлгийн дөчин тавдугаар эшлэлд энэрлийн хугацаа хаагдах үед Альфа ба Омегийн гарын тэмдэглэл бичигдсэн байдаг. Даниелын номын эхлэл нь төгсгөл нь яг хаана хүрэхийг тодорхой харуулдаг. Энэ нь бодит Вавилон ба бодит Израилийн хоорондын бодит дайнаар эхэлдэг бөгөөд бодит Вавилон ялалт байгуулдаг.</w:t>
      </w:r>
    </w:p>
    <w:p>
      <w:pPr>
        <w:pStyle w:val="ArticleScripture"/>
        <w:jc w:val="left"/>
      </w:pPr>
      <w:r>
        <w:rPr>
          <w:rFonts w:ascii="Times New Roman" w:hAnsi="Times New Roman" w:eastAsia="Times New Roman" w:cs="Times New Roman"/>
        </w:rPr>
        <w:t>Иудагийн хаан Иехоиакимын хаанчлалын гурав дахь жилд Вавилоны хаан Небухаднезар Иерусалим уруу ирж, түүнийг бүслэв. Эзэн Иудагийн хаан Иехоиакимыг, мөн Бурханы өргөөний сав суулганы нэг хэсгийг түүний гарт өгсөн билээ. Тэр тэдгээрийг Шинарын нутагт, өөрийн бурхны өргөө уруу авчирч, сав суулгыг өөрийн бурхны эрдэнэсийн санд оруулав. Даниел 1:1, 2.</w:t>
      </w:r>
    </w:p>
    <w:p>
      <w:pPr>
        <w:pStyle w:val="ArticleBody"/>
        <w:jc w:val="left"/>
      </w:pPr>
      <w:r>
        <w:rPr>
          <w:rFonts w:ascii="Times New Roman" w:hAnsi="Times New Roman" w:eastAsia="Times New Roman" w:cs="Times New Roman"/>
        </w:rPr>
        <w:t>Даниелын номын арван нэгдүгээр бүлгийн дөчин тавдугаар зүйлд “хойд зүгийн хаан”-аар бэлгэдэгдсэн сүнслэг Вавилон ба “алдар суут ариун уул”-аар төлөөлөгдсөн сүнслэг Израилийн хоорондох сүнслэг дайн төгсөж, сүнслэг Израиль сүнслэг Вавилоныг ялна.</w:t>
      </w:r>
    </w:p>
    <w:p>
      <w:pPr>
        <w:pStyle w:val="ArticleScripture"/>
        <w:jc w:val="left"/>
      </w:pPr>
      <w:r>
        <w:rPr>
          <w:rFonts w:ascii="Times New Roman" w:hAnsi="Times New Roman" w:eastAsia="Times New Roman" w:cs="Times New Roman"/>
        </w:rPr>
        <w:t>Тэрээр өөрийн ордны асруудыг тэнгисүүдийн хооронд, алдарт ариун ууланд байгуулна; гэвч тэр эцэстээ хүрч, түүнд хэн ч туслахгүй. Тэр үед чиний ард түмний хөвгүүдийн төлөө зогсдог агуу ноён Михаил босно; мөн үндэстэн бий болсон цагаас тэр үе хүртэл хэзээ ч байгаагүй зовлонгийн цаг ирнэ; харин тэр үед номд бичигдсэн нь олдох хүн бүр, чиний ард түмнээс аврагдах болно. Даниел 11:45; 12:1.</w:t>
      </w:r>
    </w:p>
    <w:p>
      <w:pPr>
        <w:pStyle w:val="ArticleBody"/>
        <w:jc w:val="left"/>
      </w:pPr>
      <w:r>
        <w:rPr>
          <w:rFonts w:ascii="Times New Roman" w:hAnsi="Times New Roman" w:eastAsia="Times New Roman" w:cs="Times New Roman"/>
        </w:rPr>
        <w:t>Даниел болон Илчлэлт номууд нь нэг ном мөн:</w:t>
      </w:r>
    </w:p>
    <w:p>
      <w:pPr>
        <w:pStyle w:val="ArticleScripture"/>
        <w:jc w:val="left"/>
      </w:pPr>
      <w:r>
        <w:rPr>
          <w:rFonts w:ascii="Times New Roman" w:hAnsi="Times New Roman" w:eastAsia="Times New Roman" w:cs="Times New Roman"/>
        </w:rPr>
        <w:t>“Даниел болон Илчлэлт номууд нэг юм. Нэг нь эш үзүүллэг, нөгөө нь илчлэл; нэг нь лацдан битүүмжилсэн ном, нөгөө нь нээгдсэн ном юм. Иохан аянгын дуу юу айлдсаны нууцуудыг сонссон боловч тэдгээрийг бичихгүй байх тушаал авсан.” The Seventh-day Adventist Bible Commentary, volume 7, 971.</w:t>
      </w:r>
    </w:p>
    <w:p>
      <w:pPr>
        <w:pStyle w:val="ArticleBody"/>
        <w:jc w:val="left"/>
      </w:pPr>
      <w:r>
        <w:rPr>
          <w:rFonts w:ascii="Times New Roman" w:hAnsi="Times New Roman" w:eastAsia="Times New Roman" w:cs="Times New Roman"/>
        </w:rPr>
        <w:t>Нэгэн ном мөн боловч хоёр номоор илэрхийлэгдсэн эдгээр нь тэнгэрэлч Габриелын эш үзүүллэгийн сургаалын оргил бүтээл мөн. Габриелын Даниел болон Иоханд дамжуулсан зүйлс нь Эцгээс хүлээн авсан Есүсээс ирсэн гэдгийг би бүрэн мэдсээр байж үүнийг бичиж байна. Миний зорилго нь Габриелыг өргөмжлөхөд бус, харин Альфа ба Омега, хэрэв бид харах хүсэлтэй аваас, эдгээр хоёр номын дотор төлөөлүүлэн байрлуулах ёстой байсан библийн тайлбарын эш үзүүллэгийн дүрмүүдийг хэрхэн тогтоосныг харуулах, мөн хоёр номын аль алинд буй нотолгоонуудын гүн гүнзгий илчлэлийг өргөмжлөхөд оршино.</w:t>
      </w:r>
    </w:p>
    <w:p>
      <w:pPr>
        <w:pStyle w:val="ArticleBody"/>
        <w:jc w:val="left"/>
      </w:pPr>
      <w:r>
        <w:rPr>
          <w:rFonts w:ascii="Times New Roman" w:hAnsi="Times New Roman" w:eastAsia="Times New Roman" w:cs="Times New Roman"/>
        </w:rPr>
        <w:t>Энэ мөчид Улай болон Хиддекел мөрнүүдийн тухай хоёр эш үзүүллэгийн тайлбарыг толилуулах нь миний зорилго, санаа биш гэдгийг би та нарт сануулъя. Миний зорилго, санаа бол Даниелын номын эхний зургаан бүлэг дэх эш үзүүллэгүүдийг авч үзэх явдал юм. Би зүгээр л Даниел болон Илчлэл номууд нь Бурханы Үгийн доторх, магадгүй, хамгийн гүн гүнзгий бүтэц зохион байгуулалттай номууд мөн гэдгийг нотлон харуулж байна. Эдгээр нь эш үзүүллэгийн мэдээг толилуулахын зэрэгцээ Бурханы зан чанарыг ч илчилдэг бөгөөд, мөн хүн эш үзүүллэгүүдийг мэдэхийн тулд, түүнчлэн эш үзүүллэгүүдийг айлдсан Нэгэнийг мэдэхийн тулд хэрэглэх ёстой яг тэр зарчмуудыг ч тодорхойлон харуулдаг.</w:t>
      </w:r>
    </w:p>
    <w:p>
      <w:pPr>
        <w:pStyle w:val="ArticleBody"/>
        <w:jc w:val="left"/>
      </w:pPr>
      <w:r>
        <w:rPr>
          <w:rFonts w:ascii="Times New Roman" w:hAnsi="Times New Roman" w:eastAsia="Times New Roman" w:cs="Times New Roman"/>
        </w:rPr>
        <w:t>Номуудын гүн утга чанарыг илтгэх өөр нэг жишээ нь Левит хорин зургаад буй “долоон цаг”-ийг Даниел хэрхэн толилуулсан явдал юм. “Долоон цаг”-ийн эш үзүүллэг нь эртний Израильд ч, эхний тэнгэрэлчийн Миллерит хөдөлгөөнд ч, мөн гурав дахь тэнгэрэлчийн одоогийн болон ирээдүйн хөдөлгөөнд ч Бурханы ард түмний хувьд “бүдэрлийн чулуу” байсаар ирсэн бөгөөд мөн байх ёстой юм. “Бүдэрлийн чулуу” гэдгийг энгийнээр тодорхойлбол, ил тод байсаар атал та олж хардаггүй ямар нэгэн зүйл юм. Иймээс, та Даниелын ном доторх “долоон цаг”-ийг нэгэнт танин мэдмэгц, энэ нь үнэхээр тэнд тодорхой байгааг харна; харин мөн түүнчлэн үүнийг харахгүй байхыг сонгогсдод энэ нь далдлагдсан байдгийг ч харна.</w:t>
      </w:r>
    </w:p>
    <w:p>
      <w:pPr>
        <w:pStyle w:val="ArticleBody"/>
        <w:jc w:val="left"/>
      </w:pPr>
      <w:r>
        <w:rPr>
          <w:rFonts w:ascii="Times New Roman" w:hAnsi="Times New Roman" w:eastAsia="Times New Roman" w:cs="Times New Roman"/>
        </w:rPr>
        <w:t>Нээлттэй ил байсаар атал дүрмийн хувьд ямар нэг зүйлийг нуух нь гүн гүнзгий гайхам амжилт мөн; тийм зүйлийг хүний зохиосон ямар ч нууцлаг туужид шингээн оруулах боломжгүй. Энэ бол жинхэнэ сод бүтээл мөн. Учир нь бүдрэхийг хүсдэггүй хэн бүхэнд энэ нь нүдэнд ил, тодорхой байхад, харин бүдрэхийг өөрсдөө сонгодог хүмүүст үзэгдэхийн аргагүй байдаг. Өөрөөр хэлбэл, энэ нь “ил харагдах атлаа нуугдсан” байдаг. Энэ нь хүнлэг чанар ба Тэнгэрлэг чанарын нэгдлээр хэрэгждэг.</w:t>
      </w:r>
    </w:p>
    <w:p>
      <w:pPr>
        <w:pStyle w:val="ArticleBody"/>
        <w:jc w:val="left"/>
      </w:pPr>
      <w:r>
        <w:rPr>
          <w:rFonts w:ascii="Times New Roman" w:hAnsi="Times New Roman" w:eastAsia="Times New Roman" w:cs="Times New Roman"/>
        </w:rPr>
        <w:t>Би ийм мэдэгдэл хийж байна. Учир нь энэ мөчид бидэнд сануулахыг хүсэж буй зүйл бол, дор хаяж 1957 онд *Questions on Doctrine* хэвлэгдсэн цагаас хойш Адвентизм дотор Католик сургаал оршсоор ирсэн бөгөөд тэр нь мөн Future for America-гийн энэхүү өнөөгийн үнэний хөдөлгөөн дотор ч өөрийн зөвт бус толгойг өргөсөн явдал юм. Тэр санаа нь, Христ бие махбод болох үедээ Мариагаас өвлөсөн махбодыг аваагүй гэсэн үзэл юм. Мэдээж, энэхүү сургаалыг баримтлагчид үүнийг тийнхүү илэрхийлдэггүй, гэвч тэдний заадаг зүйл үнэн хэрэгтээ энэ л мөн. Би үүнийг Католик сургаал гэж нэрлэдэг. Учир нь Христийн махбод нь Адам нүгэл үйлдэхээс өмнөх махбодын адил цэвэр байсан гэсэн урьдчилсан нөхцөл нь, “өөгүй үр тогтолт” хэмээх тэдний сургаалд Католик сүмийн хэрэглэдэг яг тэр сатанлаг логик мөн юм. Хэрэв та “өөгүй үр тогтолт” хэмээх энэ шүтээнлэг сургаалтай танил биш бол, энэ нь Христийн махбодыг, Адам ба Ева хоёр нүгэл үйлдэхээс өмнө Адамын дорд мөн чанар ямар байсан шиг, ер бусын аргаар тийнхүү бүтээсэн, эсвэл тэдний хэлдгээр Христ Адамын уналтаас өмнөх, нүгэлгүй мөн чанарыг эзэмшиж байсан гэж заадаг. Мөн Мариа өөрөө ч Адам нүгэл үйлдэхээс өмнөх унаагүй махан биеийн мөн чанарыг гайхамшгаар хүлээн авсан бөгөөд ингэснээр Ариун Сүнс нялх Есүсийг түүний төгс махбод дотор биежүүлэн оруулахад төгс сав болж чадсан гэж заадаг.</w:t>
      </w:r>
    </w:p>
    <w:p>
      <w:pPr>
        <w:pStyle w:val="ArticleBody"/>
        <w:jc w:val="left"/>
      </w:pPr>
      <w:r>
        <w:rPr>
          <w:rFonts w:ascii="Times New Roman" w:hAnsi="Times New Roman" w:eastAsia="Times New Roman" w:cs="Times New Roman"/>
        </w:rPr>
        <w:t>Мэдээж, Есүсийн махбодын талаар яг тэрхүү ижил дүгнэлтийг баримталдаг Адвентизмийн хүрээнийхэн Мариатай холбоотой ямар нэгэн гайхамшгийг заадаггүй ч, тэд Католик шашны яг тэрхүү ижил үзлийг сургахын тулд Эгч Уайтын болон Библийн эшлэлүүдийг мушгин гуйвуулдаг. Би яагаад саяхан хазайж, Даниелын номын хэлэлцүүлгээс түр холдов оо? Би үүнд хариулъя.</w:t>
      </w:r>
    </w:p>
    <w:p>
      <w:pPr>
        <w:pStyle w:val="ArticleBody"/>
        <w:jc w:val="left"/>
      </w:pPr>
      <w:r>
        <w:rPr>
          <w:rFonts w:ascii="Times New Roman" w:hAnsi="Times New Roman" w:eastAsia="Times New Roman" w:cs="Times New Roman"/>
        </w:rPr>
        <w:t>Даниел ба Илчлэл номын гайхамшигт бүтэц, зохиомж нь хүнлэг ба Тэнгэрлэг чанарын нэгдлээр хэрэгжсэн юм. Есүс бол Бурханы Үг мөн, Библи ч мөн Бурханы Үг мөн. Есүсийн Тэнгэрлэг болон хүний мөн чанар Библид бүрэн илэрхийлэгддэг. Тэнд буй үгс нь Тэнгэрлэг бөгөөд зүрх сэтгэл, оюун ухааныг өөрчлөн хувиргах бүтээлч хүчийг агуулдаг. Тэрхүү үгс нь бүхнийг оршин тогтнолд авчирсан яг тэрхүү хүч мөн. Харин Библиийг бичгээр тэмдэглэн үлдээх Өөрийн хэрэгсэл болгохоор Бурханы сонгосон хүмүүс нь бүгд нүгэлтнүүд байсан. Энэхүү харьцааны хүний тал нь унасан хүн төрөлхтнөөр төлөөлөгдөнө. Библи нь хүнлэг ба Тэнгэрлэгийн нэгдэл бөгөөд эш үзүүлэгчид нь Адамын үр хүүхэд бүрийн адил нүгэлт хүмүүс байсан. Христ бодол, үг, үйлдлээрээ хэзээ ч нүгэл үйлдээгүй. Гэвч Тэр дөрвөн мянган жилийн доройтлын дараах Мариагийн махбодыг үнэхээр авсан юм. Хэрэв Тэр үнэхээр Адам нүгэл үйлдэхээс өмнөх Адамын доод махан мөн чанарыг авсан байсан бол, тэгвэл энэ нь Библийн зохиогч бүр мөн гэм нүгэлгүй байх ёстойг шаардах байсан.</w:t>
      </w:r>
    </w:p>
    <w:p>
      <w:pPr>
        <w:pStyle w:val="ArticleBody"/>
        <w:jc w:val="left"/>
      </w:pPr>
      <w:r>
        <w:rPr>
          <w:rFonts w:ascii="Times New Roman" w:hAnsi="Times New Roman" w:eastAsia="Times New Roman" w:cs="Times New Roman"/>
        </w:rPr>
        <w:t>Даниелын ном дахь “долоон үе”-ийн “ил харагдах атлаа нуугдмал” байдал нь зөвхөн Даниелын тэмдэглэн бичсэн үгсээр хэрэгжсэн төдийгүй, цаашлаад Хаан Жеймсийн Библийг орчуулсан унасан хүний төрөлхтөнөөр дамжин ч хэрэгжсэн юм. Унасан хүн төрөлхтөн Даниелын номд хоёртаа гар хүрсэн бөгөөд тийнхүү биелэгдсэн зүйл нь Бурханы тэнгэрлэг, тусгайлан захирагч хараа хяналтгүйгээр ямар ч хүнд хийх боломжгүй зүйл байв.</w:t>
      </w:r>
    </w:p>
    <w:p>
      <w:pPr>
        <w:pStyle w:val="ArticleBody"/>
        <w:jc w:val="left"/>
      </w:pPr>
      <w:r>
        <w:rPr>
          <w:rFonts w:ascii="Times New Roman" w:hAnsi="Times New Roman" w:eastAsia="Times New Roman" w:cs="Times New Roman"/>
        </w:rPr>
        <w:t>Дараагийн өгүүлэлдээ бид Левит 26 дахь “долоон цаг”-ийг Даниелын номд Тэнгэрлэг чанар ба хүн чанар ил тод атлаа нууцалсан байдлаар хэрхэн байрлуулсныг үзүүлж эхлэх болно. Учир нь Бурхан үүнийг урьдаас мэдэж, бүр анхны тэнгэрэлчийн хөдөлгөөнд байсан хүмүүст төдийгүй гурав дахь тэнгэрэлчийн хөдөлгөөнд байсан хүмүүст ч шалгалтын “бүдэрлийн чулуу” байхаар тогтоон зохион байгуулсан юм.</w:t>
      </w:r>
    </w:p>
    <w:p>
      <w:pPr>
        <w:pStyle w:val="ArticleScripture"/>
        <w:jc w:val="left"/>
      </w:pPr>
      <w:r>
        <w:rPr>
          <w:rFonts w:ascii="Times New Roman" w:hAnsi="Times New Roman" w:eastAsia="Times New Roman" w:cs="Times New Roman"/>
        </w:rPr>
        <w:t>“Даниелын Бурханаас хүлээн авсан гэрэл нь ялангуяа эдгээр эцсийн өдрүүдэд зориулагдан өгөгдсөн билээ. Шинарын агуу их мөрнүүд болох Улай ба Хиддекелийн эрэг дээр түүний үзсэн үзэгдлүүд эдүгээ биелэх үйл явцдаа орсон бөгөөд зөгнөн хэлэгдсэн бүх үйл явдал удахгүй биелэн тохиох болно.”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Нэгдүгээр Дугаар</dc:title>
  <dc:subject>Улай ба Хиддекел</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