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Дөрөвдүгээр Боть</w:t>
      </w:r>
    </w:p>
    <w:p>
      <w:pPr>
        <w:pStyle w:val="ArticleSubtitle"/>
        <w:jc w:val="left"/>
      </w:pPr>
      <w:r>
        <w:rPr>
          <w:rFonts w:ascii="Arial" w:hAnsi="Arial" w:eastAsia="Arial" w:cs="Arial"/>
        </w:rPr>
        <w:t>Чавхдас туухай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Бид Даниелын номд дүрслэгдсэн Левит хорин зургаагийн “долоон үе”-ийн талаар авч үзэж байна. Бид үүнийг авч үзэж буй шалтгаан нь “долоон үе”-ийн эш үзүүллэгийн шинжүүдийн нэг нь барилгачдын голсон “бүдэрлийн чулуу”-г төлөөлдөгт оршино. Би Сударт дүрслэгдсэн бүдэрлийн чулууг харагдаж болох боловч харагддаггүй үнэн гэж тодорхойлж байна. Үүнийг хардаг хүмүүсийн хувьд энэ нь эрхэм нандин; харин үүнийг хардаггүй хүмүүсийн хувьд энэ нь тэдний бүдэрдэг зүйл төдийгүй, тэднийг үйрүүлэн нунтаг болгодог чулуу мөн.</w:t>
      </w:r>
    </w:p>
    <w:p>
      <w:pPr>
        <w:pStyle w:val="ArticleBody"/>
        <w:jc w:val="left"/>
      </w:pPr>
      <w:r>
        <w:rPr>
          <w:rFonts w:ascii="Times New Roman" w:hAnsi="Times New Roman" w:eastAsia="Times New Roman" w:cs="Times New Roman"/>
        </w:rPr>
        <w:t>Христ барилгачдын голсон чулууг дурдахдаа, булангийн тэр чулуу булангийн “тэргүүн” болохыг илчилсэн. Судрууд дахь гологдсон чулууны тухай мэдээ нь үргэлж Бурхан урьдын гэрээт ардыг өнгөрөн өнгөрч, үүний зэрэгцээ өмнө нь Бурханы ард байгаагүй байсан нэгэн ард түмэнтэй Бурхан гэрээ байгуулж байгаатай холбоотой байдаг.</w:t>
      </w:r>
    </w:p>
    <w:p>
      <w:pPr>
        <w:pStyle w:val="ArticleScripture"/>
        <w:jc w:val="left"/>
      </w:pPr>
      <w:r>
        <w:rPr>
          <w:rFonts w:ascii="Times New Roman" w:hAnsi="Times New Roman" w:eastAsia="Times New Roman" w:cs="Times New Roman"/>
        </w:rPr>
        <w:t>Есүс тэдэнд айлдав: Та нар Судруудад хэзээ ч уншиж байгаагүй юу? “Барилгачдын голсон чулуу нь булангийн тэргүүн чулуу болсон; энэ нь Эзэний үйл бөгөөд бидний нүдэнд гайхамшигтай байна.” Тиймийн тул Би та нарт хэлье: Бурханы хаанчлал та нараас булаан авагдаж, түүний үр жимсийг гаргах нэгэн үндэстэнд өгөгдөнө. Мөн энэ чулуун дээр унах хэн боловч хэмхрэх болно; харин энэ чулуу хэний дээр унана, түүнийг нунтаг мэт няц цохино. Матай 21:42–44.</w:t>
      </w:r>
    </w:p>
    <w:p>
      <w:pPr>
        <w:pStyle w:val="ArticleBody"/>
        <w:jc w:val="left"/>
      </w:pPr>
      <w:r>
        <w:rPr>
          <w:rFonts w:ascii="Times New Roman" w:hAnsi="Times New Roman" w:eastAsia="Times New Roman" w:cs="Times New Roman"/>
        </w:rPr>
        <w:t>Ариун тэнгэрүүдийн удирдлагаар Уильям Миллерийн анх хүрч очсон “цаг хугацааны зөгнөл” нь Левит хорин зургаад буй “долоон хугацаа” байв. Лаодикийн Адвентизм 1863 онд Миллерийн нээлтүүдийн хамгийн анхныг нь үгүйсгэснээр, Эзэн Миллерийн үйлчлэлээр байгуулсан суурь үнэнийг нураах үйл явцыг эхлүүлсэн. Мэдээж ариун суурийн тухай аливаа эш үзүүллэгийн дүрслэл нь “Чулуу” болох Христийн дүрслэл байдаг тул, 1863 онд “долоон хугацаа”-г үгүйсгэсэн явдал нь суурь үнэнийг үгүйсгэх үйл явцын эхлэлийг төдийгүй, Христийг үгүйсгэснийг ч илэрхийлдэг. Христийн гэрчлэлд үгүйсгэгдсэн чулууны тухай өгүүлдэгчлэн, Петр мөн суурийн чулуутай холбоотой эш үзүүллэгүүдийн нэг нь эцэстээ “булангийн тэргүүн” болох явдал хэмээн тодорхойлдог.</w:t>
      </w:r>
    </w:p>
    <w:p>
      <w:pPr>
        <w:pStyle w:val="ArticleScripture"/>
        <w:jc w:val="left"/>
      </w:pPr>
      <w:r>
        <w:rPr>
          <w:rFonts w:ascii="Times New Roman" w:hAnsi="Times New Roman" w:eastAsia="Times New Roman" w:cs="Times New Roman"/>
        </w:rPr>
        <w:t>Иймийн тул Сударт ч ийнхүү бичигдсэн байдаг: «Харагтун, Би Сионд сонгогдсон, эрхэм нандин булангийн тэргүүн чулууг тавьж байна; түүнд итгэгч хүн ичгүүрт үл орох болно.» Тиймийн тул итгэдэг та нарт Тэр эрхэм нандин бөлгөө; харин дуулгаваргүй хүмүүст бол барилгачдын голсон тэр чулуу нь булангийн тэргүүн болсон бөгөөд бүдрүүлэх чулуу, тээглэх хад болсон юм. Тэд үгэнд бүдэрдэг нь дуулгаваргүй байдгийнх бөгөөд үүний тулд ч тэд томилогдсон билээ. Харин та нар бол сонгогдсон угсаа, хааны санваартан, ариун үндэстэн, Өөрийн өмч болгосон ард түмэн мөн. Энэ нь та нарыг харанхуйгаас Өөрийн гайхамшигт гэрэл рүү дуудсан Түүний алдрыг тунхаглуулахын тулд юм. Урьд цагт та нар ард түмэн биш байсан, харин эдүгээ Бурханы ард түмэн болсон; урьд нь өршөөл хүртээгүй байсан, харин эдүгээ өршөөл хүртсэн билээ. 1 Петр 2:6–8.</w:t>
      </w:r>
    </w:p>
    <w:p>
      <w:pPr>
        <w:pStyle w:val="ArticleBody"/>
        <w:jc w:val="left"/>
      </w:pPr>
      <w:r>
        <w:rPr>
          <w:rFonts w:ascii="Times New Roman" w:hAnsi="Times New Roman" w:eastAsia="Times New Roman" w:cs="Times New Roman"/>
        </w:rPr>
        <w:t>Адвентизмын эхэн дэх суурийн чулуу нь булангийн тэргүүн чулуу болдог. Исаиа Христ болон Петртэй санал нэг бөгөөд, тэрээр суурийн чулууг шинэ гэрээний ард түмний төлөө хажуугаар нь өнгөрүүлэгдэж буй нэгэн гэрээт ард түмнийг төлөөлүүлэхэд ашигладаг. Өөрийн гэрчлэлдээ тэрээр үхэлтэй гэрээ байгуулсан, мөн худлыг хүлээн авсан нэгэн ангийг дүрсэлдэг. Тэдний хүлээн авсан худал нь, үнэний хайрыг хүлээн аваагүйн улмаас үхэлтэй гэрээ байгуулдаг хүмүүс дээр хүчтэй төөрөгдөл ирүүлдэг гэж Паулын тодорхойлсон тэрхүү худал мөн.</w:t>
      </w:r>
    </w:p>
    <w:p>
      <w:pPr>
        <w:pStyle w:val="ArticleScripture"/>
        <w:jc w:val="left"/>
      </w:pPr>
      <w:r>
        <w:rPr>
          <w:rFonts w:ascii="Times New Roman" w:hAnsi="Times New Roman" w:eastAsia="Times New Roman" w:cs="Times New Roman"/>
        </w:rPr>
        <w:t>Иймийн тул Иерусалимд буй энэ ард түмнийг захирч байгаа, басамжлагч эрчүүд ээ, ЭЗЭНий үгийг сонсогтун. Учир нь та нар: Бид үхэлтэй гэрээ байгуулсан, тамтай тохиролцсон; үер мэт халин ирэх ташуур дайран өнгөрөхөд тэр нь бидэнд хүрэхгүй. Учир нь бид худлыг өөрсдийн хоргодох газар болгож, хуурамчийн дор нуугдсан гэж хэлсэн. Тиймийн учир Эзэн БУРХАН ийнхүү айлдаж байна: Харагтун, Би Сионд суурь болгон нэгэн чулууг тавьж байна, шалгагдсан чулуу, эрхэм булангийн чулуу, бат суурь; итгэгч нь яарахгүй. Би мөн шүүлтийг хэмжүүр утсаар, зөвт байдлыг дүүжин туухайгаар тогтооно; мөндөр худлын хоргодох газрыг шүүрдэн зайлуулж, ус нуугдах газрыг халин бүрхэнэ. Тэгээд та нарын үхэлтэй байгуулсан гэрээ хүчингүй болж, тамтай хийсэн та нарын тохиролцоо тогтохгүй; үер мэт халин ирэх ташуур дайран өнгөрөхөд та нар түүнд няц гишгэгдэх болно. Исаиа 28:14–18.</w:t>
      </w:r>
    </w:p>
    <w:p>
      <w:pPr>
        <w:pStyle w:val="ArticleBody"/>
        <w:jc w:val="left"/>
      </w:pPr>
      <w:r>
        <w:rPr>
          <w:rFonts w:ascii="Times New Roman" w:hAnsi="Times New Roman" w:eastAsia="Times New Roman" w:cs="Times New Roman"/>
        </w:rPr>
        <w:t>“Долоон цаг” нь худал хуурмагийн дор нуугдсан байсан бөгөөд Бурхан Өөрийн өмнөх гэрээт ард түмнийг өнгөрөн, нэг зуун дөчин дөрвөн мянгатай гэрээ байгуулах үед урьд нь голсон булангийн чулуу булангийн “тэргүүн” болон өргөгдөнө. Энэ үнэнийг ойлгодог хүмүүст тэр нь эрхэм үнэтэй, харин ойлгодоггүй хүмүүст булангийн тэргүүн болдог чулуу нь тэднийг зөвхөн няц дардаг төдийгүй, зүйрлэвэл тэдний булшны чулуу болдог.</w:t>
      </w:r>
    </w:p>
    <w:p>
      <w:pPr>
        <w:pStyle w:val="ArticleBody"/>
        <w:jc w:val="left"/>
      </w:pPr>
      <w:r>
        <w:rPr>
          <w:rFonts w:ascii="Times New Roman" w:hAnsi="Times New Roman" w:eastAsia="Times New Roman" w:cs="Times New Roman"/>
        </w:rPr>
        <w:t>Даниелын номын наймдугаар бүлгийн арван есдүгээр эшлэлээс бид уур хилэнгийн “эцсийн төгсгөл”-ийг олж хардаг бөгөөд ингэснээр уур хилэнгийн “анхны төгсгөл” мөн байх ёстой нь тодорхойлогдож байна. МЭӨ 677 оноос 1844 оны 10 дугаар сарын 22 хүртэлх хугацаа нь ариун газар (мөн цэрэг) гишгэгдэн дэвсэгдэх цаг хугацааны үеийг илэрхийлнэ. Харин Даниелын номын арван нэгдүгээр бүлгийн гучин зургаадугаар эшлэлд өгүүлснээр, уур хилэн гүйцэлдэх хүртэл пап ламт ёс цэцэглэн мандах ёстой байв. Хэрэв наймдугаар бүлгийн уур хилэнгийн төгсгөл нь нэгэн цаг хугацааны үеийн төгсгөлийг илэрхийлж байвал, арван нэгдүгээр бүлгийн уур хилэнгийн төгсгөл мөн адил цаг хугацааны үеийн төгсгөлийг илэрхийлнэ. Энэ бол Библийн тодорхой сургадаг зүйл мөн, гэвч энэ үнэнийг үхэлтэй гэрээ байгуулсан хүмүүс худал хуурмагаар бүрхэгдүүлжээ.</w:t>
      </w:r>
    </w:p>
    <w:p>
      <w:pPr>
        <w:pStyle w:val="ArticleBody"/>
        <w:jc w:val="left"/>
      </w:pPr>
      <w:r>
        <w:rPr>
          <w:rFonts w:ascii="Times New Roman" w:hAnsi="Times New Roman" w:eastAsia="Times New Roman" w:cs="Times New Roman"/>
        </w:rPr>
        <w:t>Хоёрх нь ч уур хилэнгийн төгсгөл нь нэгэн адил хугацааны төгсгөлийг илэрхийлдэг. Учир нь аль аль нь тараагдал, олзлогдол ба боолчлолын хоёр мянга таван зуун хорин жилийн нэгэн ижил хараалын биелэл байсан юм. Хойд хаант улс МЭӨ 723 онд Ассирийн хаан тэднийг олзлон авснаар “долоон цаг”-ийн тараагдал, олзлогдол, боолчлолыг анхлан амссан билээ. Өмнөд хаант улс МЭӨ 677 онд мөн адил хувь заяаг амссан. Иеремиа энэ баримтыг батлан нотолдог.</w:t>
      </w:r>
    </w:p>
    <w:p>
      <w:pPr>
        <w:pStyle w:val="ArticleScripture"/>
        <w:jc w:val="left"/>
      </w:pPr>
      <w:r>
        <w:rPr>
          <w:rFonts w:ascii="Times New Roman" w:hAnsi="Times New Roman" w:eastAsia="Times New Roman" w:cs="Times New Roman"/>
        </w:rPr>
        <w:t>Израиль бол тархан бутарсан хонь мөн; арслангууд түүнийг хөөж зайлуулжээ. Эхлээд Ассирийн хаан түүнийг залгисан; харин сүүлд Вавилоны хаан энэ Небухаднезар түүний ясыг хэмхэлжээ. Иеремиа 50:17.</w:t>
      </w:r>
    </w:p>
    <w:p>
      <w:pPr>
        <w:pStyle w:val="ArticleBody"/>
        <w:jc w:val="left"/>
      </w:pPr>
      <w:r>
        <w:rPr>
          <w:rFonts w:ascii="Times New Roman" w:hAnsi="Times New Roman" w:eastAsia="Times New Roman" w:cs="Times New Roman"/>
        </w:rPr>
        <w:t>Иеремиа өсөн улам да ахырласакы шүүлтүүнү зааж байна. Ассиричууд МЭӨ 723 онд умард хаант улсыг зайлуулсан бөгөөд дараа нь МЭӨ 677 онд Манассег өөрсдийн нийслэл хот Вавилонд аваачсан. Дараа нь Небухаднезар Иехоиакимыг авч явснаар МЭӨ 606 онд далан жилийн олзлогдлын эхлэлийг тэмдэглэсэн. Тэгээд Небухаднезар МЭӨ 586 онд Зедекиаг авч явж, Иерусалимыг сүйрүүлсэн.</w:t>
      </w:r>
    </w:p>
    <w:p>
      <w:pPr>
        <w:pStyle w:val="ArticleBody"/>
        <w:jc w:val="left"/>
      </w:pPr>
      <w:r>
        <w:rPr>
          <w:rFonts w:ascii="Times New Roman" w:hAnsi="Times New Roman" w:eastAsia="Times New Roman" w:cs="Times New Roman"/>
        </w:rPr>
        <w:t>Өмнөд хаант улсад, хэрэв тэд өөрсдийн тэрслүү байдалдаа үргэлжлүүлэн үлдвэл хойд хаант улсын адил хувь заяаг амсах болно хэмээн анхааруулсан байв. Хойд хаант улсын дээр буусан шүүлт өмнөд хаант улсын дээр мөн биелэх ёстой байсан бөгөөд тэрхүү шүүлтийн бэлгэдэл нь Иудагийн дээгүүр татагдах шугам байлаа. Исаиагийн гэрчлэлд энэ нь зүгээр л “шугам” байсан бол, дараах эшлэлд “шугам” нь “Самарийн шугам” юм.</w:t>
      </w:r>
    </w:p>
    <w:p>
      <w:pPr>
        <w:pStyle w:val="ArticleScripture"/>
        <w:jc w:val="left"/>
      </w:pPr>
      <w:r>
        <w:rPr>
          <w:rFonts w:ascii="Times New Roman" w:hAnsi="Times New Roman" w:eastAsia="Times New Roman" w:cs="Times New Roman"/>
        </w:rPr>
        <w:t>Иймийн тул Израилийн ЭЗЭН Бурхан ийн айлдаж байна: Харагтун, Би Иерусалим ба Иудагийн дээр тийм гай зовлон авчрах гэж байна; түүнийг сонсох хүн бүрийн хоёр чих нь шуугих болно. Би Иерусалимын дээр Самарийн хэмжүүрийн уяа, Ахабын гэрийн эгцлүүрийг татна. Хүн аяга таваг арчиж, арчаад хөмрөн тавьдаг шиг Би Иерусалимыг арчина. Би Өөрийн өвийн үлдэгдлийг орхиж, тэднийг дайснуудынх нь гарт тушаана; тэд бүх дайснуудынхаа олз, дээрэм нь болно. Учир нь тэд эцэг өвгөд нь Египетээс гарсан өдрөөс эхлэн энэ өдрийг хүртэл Миний мэлмийд мууг үйлдэж, Намайг уурлуулахыг өдөөсөн билээ. Хаадын дэд 21:12–15.</w:t>
      </w:r>
    </w:p>
    <w:p>
      <w:pPr>
        <w:pStyle w:val="ArticleBody"/>
        <w:jc w:val="left"/>
      </w:pPr>
      <w:r>
        <w:rPr>
          <w:rFonts w:ascii="Times New Roman" w:hAnsi="Times New Roman" w:eastAsia="Times New Roman" w:cs="Times New Roman"/>
        </w:rPr>
        <w:t>Дөнгөж эш татсан эдгээр ишлэлүүдэд авч үзэх ёстой эш үзүүллэгийн хоёр хэллэг байна. Эхнийх нь чих шуугих явдал, нөгөөх нь эгцлүүр юм. Эдгээр ишлэлүүдэд Самарийн хэмжээсийн утас мөн Ахабын гэрийн эгцлүүр мөн гэж тодорхойлогдсон байдаг. Хэмжээсийн утас ба эгцлүүр нь барилгын үйл явцад хэрэглэгддэг шүүлтийн хэрэгслүүд юм. Эдгээр ишлэлд Самари ба Ахабын гэрээр төлөөлүүлэн үзүүлсэн хойд хаанчлалын эсрэг хэрэгжүүлэгдсэн тэрхүү адил шүүлт Иуда ба Иерусалим дээр буух болно гэдгийг зааж байна. Энэхүү сануулгыг тунхаглах үед Израилийн хойд хаанчлал аль хэдийн довтлогдон, эзлэгдэн, сүйрч, боолчлолд аваачигдсан байсан. Бурханы шүүлтийн мэдээ нь сануулгыг сонсогсдын чихийг шуугиулдаг. Эгцлүүр ч, чих шуугих явдал ч хоёулаа Сударт тус бүр гурван удаа гардаг. Аль ч тохиолдолд, эдгээр нь Өөрийнх нь ард түмний эсрэгх Бурханы хилэнг илэрхийлдэг.</w:t>
      </w:r>
    </w:p>
    <w:p>
      <w:pPr>
        <w:pStyle w:val="ArticleScripture"/>
        <w:jc w:val="left"/>
      </w:pPr>
      <w:r>
        <w:rPr>
          <w:rFonts w:ascii="Times New Roman" w:hAnsi="Times New Roman" w:eastAsia="Times New Roman" w:cs="Times New Roman"/>
        </w:rPr>
        <w:t>Тэгээд ЭЗЭН ирж, зогсоод, урьдын адил: Самуел аа, Самуел аа гэж дуудав. Тэгэхэд Самуел: Айлдагтун; Таны зарц сонсож байна гэв. ЭЗЭН Самуелд айлдахдаа, Үзэгтүн, Би Израильд нэгэн үйлсийг хийх гэж байна; түүнийг сонсох хүн бүрийн хоёр чих шуугих болно. Тэр өдөр Би Елигийн гэрийн талаар айлдсан бүхнээ түүний эсрэг гүйцэлдүүлнэ; Би эхлэхдээ мөн төгсгөнө. 1 Самуел 3:10–12.</w:t>
      </w:r>
    </w:p>
    <w:p>
      <w:pPr>
        <w:pStyle w:val="ArticleBody"/>
        <w:jc w:val="left"/>
      </w:pPr>
      <w:r>
        <w:rPr>
          <w:rFonts w:ascii="Times New Roman" w:hAnsi="Times New Roman" w:eastAsia="Times New Roman" w:cs="Times New Roman"/>
        </w:rPr>
        <w:t>Елийн гэрийн сүйрэл нь үүнийг сонссон хэний ч хоёр чихийг дэлдийлгэх эш үзүүллэг байв. Самуелын цаг үед чих дэлдийх нь Елийн гэрийн өнгөрөн одохыг бэлгэддэг. Самуелд өгөгдсөн зөгнөлийн биелэл нь Елийн гэрийн сүйрэл мөн Самуелыг эш үзүүлэгчээр тогтоосон явдал байв. Самуел нь Петрийн хэлснээр урьд цагт Бурханы ард түмэн биш байсан боловч эдүгээ мөн болсон ард түмнийг төлөөлдөг. Учир нь Самуел эш үзүүлэгчээр тогтоогдох үед Елийн гэр сүйрсэн юм. Иеремиа мөн Иерусалимын удирдлагын эсрэг чих дэлдийлгэх шүүлтийг тунхагладаг.</w:t>
      </w:r>
    </w:p>
    <w:p>
      <w:pPr>
        <w:pStyle w:val="ArticleScripture"/>
        <w:jc w:val="left"/>
      </w:pPr>
      <w:r>
        <w:rPr>
          <w:rFonts w:ascii="Times New Roman" w:hAnsi="Times New Roman" w:eastAsia="Times New Roman" w:cs="Times New Roman"/>
        </w:rPr>
        <w:t>Тэгээд хэлэгтүн: Иудагийн хаад аа, Иерусалимын оршин суугчид аа, ЭЗЭНий үгийг сонсогтун. Израилийн Бурхан, түмэн цэргийн ЭЗЭН ийнхүү айлдаж байна: Үзэгтүн, Би энэ газрын дээр гай гамшиг авчрах болно; үүнийг сонсох хэний ч чих хангинах болно. Иеремиа 19:3.</w:t>
      </w:r>
    </w:p>
    <w:p>
      <w:pPr>
        <w:pStyle w:val="ArticleBody"/>
        <w:jc w:val="left"/>
      </w:pPr>
      <w:r>
        <w:rPr>
          <w:rFonts w:ascii="Times New Roman" w:hAnsi="Times New Roman" w:eastAsia="Times New Roman" w:cs="Times New Roman"/>
        </w:rPr>
        <w:t>Чих шуугих тухай дурдсан эдгээр гурван эшлэл нь үхэлтэй гэрээ байгуулсан гэрээт ард түмэнтэй бүгд холбоотой бөгөөд үүний дараа тэд довтлуулж, эзлэгдэн, сүйтгэгдэж, тараагдан, боолчлолд аваачигддаг. Чих шуугих нь Бурханы уур хилэнгийн шүүлтийн бэлгэдэл бөгөөд тэрхүү шүүлтийн бэлгэдэл нь Сударт мөн “даруулга” гэдэг үгээр гурвантаа дүрслэгдсэн байдаг. Бид үүнийг Хаадын дэд болон Исаиа номд аль хэдийн уншсан, харин Сударт “даруулга” хэмээх үгийн өөр нэг эшлэл бий; тэр эшлэлд “даруулга” гэдэг үг өмнөх хоёр эшлэлээс өөр еврей үгнээс орчуулагдсан байдаг.</w:t>
      </w:r>
    </w:p>
    <w:p>
      <w:pPr>
        <w:pStyle w:val="ArticleScripture"/>
        <w:jc w:val="left"/>
      </w:pPr>
      <w:r>
        <w:rPr>
          <w:rFonts w:ascii="Times New Roman" w:hAnsi="Times New Roman" w:eastAsia="Times New Roman" w:cs="Times New Roman"/>
        </w:rPr>
        <w:t>Надтай ярилцаж байсан тэнгэрэлч дахин ирж, нойрноосоо сэрээгдсэн хүн мэт намайг сэрээгээд, надад, Чи юу харж байна вэ? гэж хэлэв. Би, Би харлаа, гэвч болгоогтун, бүхэлдээ алтаар хийгдсэн нэгэн дэнлүүний суурь, орой дээрээ тосны аяга бүхий, дээрээ долоон дэнлүүтэй, орой дээрх тэр долоон дэнлүүнд хүрэх долоон хоолойтой байв. Мөн түүний дэргэд хоёр чидун мод байлаа, нэг нь аяганы баруун талд, нөгөө нь зүүн талд нь байв. Тэгээд би надтай ярилцаж байсан тэнгэрэлчид хандан, Эзэнтэн минь, эдгээр нь юу вэ? гэж асуув. Тэгэхэд надтай ярилцаж байсан тэнгэрэлч надад хариулж, Эдгээр нь юу болохыг чи мэдэхгүй гэж үү? гэв. Би, Үгүй, эзэнтэн минь, гэв. Тэгэхэд тэр надад хариулж хэлэхдээ, Энэ бол Зеруббабелд хандсан ЭЗЭНий үг мөн, Тэрээр айлдаж байна: Хүчээр ч биш, чадлаар ч биш, харин Миний Сүнсээр, түмэн цэргийн ЭЗЭН айлдаж байна. Ай, агуу уул аа, чи хэн юм бэ? Зеруббабелийн өмнө чи тэгш тал болно; тэр түүний оройн чулууг уухай хашхираан дор гаргаж ирнэ, “Нигүүлсэл, нигүүлсэл түүнд байг” хэмээн хашхирах болно. Түүнчлэн ЭЗЭНий үг надад ирж, ийнхүү айлдав: Зеруббабелийн гар энэ өргөөний суурийг тавьсан; түүний гар мөн үүнийг дуусгана; тэгээд түмэн цэргийн ЭЗЭН та нар уруу намайг илгээснийг чи мэдэх болно. Учир нь өчүүхэн зүйлсийн өдрийг хэн басамжилсан юм бэ? Учир нь тэд баярлаж, Зеруббабелийн гарт байгаа дүүжлүүрийг өнөөх долоотой хамт харна; тэд бол бүх дэлхийгээр нааш цааш хэрэн явдаг ЭЗЭНий мэлмийгүүд мөн. Тэгээд би хариулж, түүнд, Дэнлүүний суурийн баруун талд ба зүүн талд байгаа энэ хоёр чидун мод юу вэ? гэж хэлэв. Би дахин хариулж, түүнд, Алтан тосыг өөрсдөөсөө асгаруулан гаргадаг хоёр алтан хоолойгоор дамжин байгаа энэ хоёр чидун мөчир юу вэ? гэж асуув. Тэр надад хариулж, Эдгээр нь юу болохыг чи мэдэхгүй гэж үү? гэв. Би, Үгүй, эзэнтэн минь, гэв. Тэгэхэд тэр, Эдгээр нь бүх газрын Эзэний дэргэд зогсдог тослогдсон хоёр хүн мөн, гэв. Зехариа 4:1–14.</w:t>
      </w:r>
    </w:p>
    <w:p>
      <w:pPr>
        <w:pStyle w:val="ArticleBody"/>
        <w:jc w:val="left"/>
      </w:pPr>
      <w:r>
        <w:rPr>
          <w:rFonts w:ascii="Times New Roman" w:hAnsi="Times New Roman" w:eastAsia="Times New Roman" w:cs="Times New Roman"/>
        </w:rPr>
        <w:t>Хаадын дэд II болон Исаиа хорин наймдугаар бүлэгт “чавхдас дүүжлүүр” гэж орчуулагдсан үг нь “mishqâl” бөгөөд энэ нь жин гэсэн утгатай. Аль аль хэсэгт шугам дээр жин (дүүжлүүр) нэмэгдэх гэж байв. Жин гэдэг нь жинлүүрт хэрэглэгддэг зүйл бөгөөд шүүлтийг төлөөлдөг. Жинтэй шугам бол шүүлтийн шугам юм. Самарийн шугам нь “долоон цагийн” буюу хоёр мянга таван зуун хорин жилийн үе байв. Умард хаант улсад ирүүлсэнтэй адил тэрхүү хугацааг өмнөд хаант улсын дээр бас тавих гэж байв. Аль ч шугамын төгсгөл нь Даниелын номд сүүлчийн уур хилэнгийн төгсгөл, эсвэл анхны уур хилэнгийн төгсгөл гэж тодорхойлогддог. Энэ хугацааг Даниелд Иерусалим болон цэргийг харь шашинт болон папын ёсны сүйтгэгч хоёр хүчээр гишгүүлэн дарлуулах үе хэмээн дүрсэлсэн байдаг. Аль аль үе нь тус тусын нийслэл хотууд довтлогдон, эзлэгдэн, сүйдэн, иргэд нь боолчлолд аваачигдах үед эхлэх байв.</w:t>
      </w:r>
    </w:p>
    <w:p>
      <w:pPr>
        <w:pStyle w:val="ArticleBody"/>
        <w:jc w:val="left"/>
      </w:pPr>
      <w:r>
        <w:rPr>
          <w:rFonts w:ascii="Times New Roman" w:hAnsi="Times New Roman" w:eastAsia="Times New Roman" w:cs="Times New Roman"/>
        </w:rPr>
        <w:t>Харин Зехариад “чавхдас” хэмээх үг нь еврей хоёр үгийн нийлэмжээр бүтсэн байдаг. Эхний үг нь “‘eben” бөгөөд “барих” гэсэн утгатай, мөн “чулуу” гэсэн утгатай. Энэ нь “барилгын чулуу” гэсэн утгыг илэрхийлнэ. Дараа нь энэ үг “хуваах буюу тусгаарлах” гэсэн утгатай еврей “bedîyl” хэмээх үгтэй нийлдэг. Зехариа дахь “чавхдас” нь дээр нь баригддаг бөгөөд ялгал, хуваагдлыг үүсгэдэг чулуу юм. Тэрхүү хуваагдал нь мөргөгчдийн хоёр ангиллын хооронд байдаг: нэг ангилал нь тэр чулууг хараад баярлан, түүнийг булангийнхаа тэргүүн чулуу болгож, түүн дээр барьдаг; нөгөө нь түүнийг олж хардаггүй, няцаан голж, түүнд бүдэрч, эцэст нь түүнд бяцлагддаг бөгөөд тэр нь тэдний хувьд булангийн тэргүүн чулуу бус, харин булшны чулуу нь болдог. Нэг ангилал нь амьтай гэрээ байгуулдаг, нөгөө нь үхэлтэй гэрээ байгуулдаг.</w:t>
      </w:r>
    </w:p>
    <w:p>
      <w:pPr>
        <w:pStyle w:val="ArticleBody"/>
        <w:jc w:val="left"/>
      </w:pPr>
      <w:r>
        <w:rPr>
          <w:rFonts w:ascii="Times New Roman" w:hAnsi="Times New Roman" w:eastAsia="Times New Roman" w:cs="Times New Roman"/>
        </w:rPr>
        <w:t>Зехариагийн түүхэнд эртний Израиль Иерусалимыг дахин байгуулж, сэргээн босгохын тулд дөнгөж Вавилоноос гарч ирсэн байв. Зеруббабел захирагчаар томилогдож, уг ажлыг удирдан хянах ёстой байлаа. Тэрээр ажлын эхэнд суурийн чулууг тавьж, ажлын төгсгөлд оройн чулуу, өөрөөр хэлбэл титмийн чулууг байрлуулсан юм. Зеруббабел гэдэг нь “Вавилоны үр удам” гэсэн утгатай. Бүх эш үзүүллэгүүд эцсийн өдрүүдийг зааж байгаа бөгөөд суурийн чулуу тавигдсан үед Зеруббабелын нэр нь эхний тэнгэрэлчийн мэдээний түүхийн бэлгэдэл мөн, мөн оройн чулуу, өөрөөр хэлбэл титмийн чулуу тавигдах үед түүний нэр нь гурав дахь тэнгэрэлчийн мэдээний бэлгэдэл мөн. Эхний хөдөлгөөнд ч, хоёр дахь хөдөлгөөнд ч Ариун Сүнсний асгарлын илрэл нь Зеруббабелын нэрээр (“Вавилоны үр удам”) төлөөлөгддөг. Учир нь энэ нь “Вавилоны үр удмын” эцсийн үеийг гарч ирэхийг уриалдаг мэдээг төлөөлдөг. Энэ нь эхний хөдөлгөөнд болсон Шөнийн дунд хашхирааны мэдээг, мөн Сүрт Хашхирааны сүүлчийн хөдөлгөөнд болох гэж буй тэрхүү мэдээг төлөөлдөг.</w:t>
      </w:r>
    </w:p>
    <w:p>
      <w:pPr>
        <w:pStyle w:val="ArticleBody"/>
        <w:jc w:val="left"/>
      </w:pPr>
      <w:r>
        <w:rPr>
          <w:rFonts w:ascii="Times New Roman" w:hAnsi="Times New Roman" w:eastAsia="Times New Roman" w:cs="Times New Roman"/>
        </w:rPr>
        <w:t>Хоёр чидун мод, хоёр чидун мөчир, мөн хоёр алтан хоолой түүний тосыг юүлдэг савнуудыг төлөөлдөг хоёр тослогдсон нэгэн:</w:t>
      </w:r>
    </w:p>
    <w:p>
      <w:pPr>
        <w:pStyle w:val="ArticleScripture"/>
        <w:jc w:val="left"/>
      </w:pPr>
      <w:r>
        <w:rPr>
          <w:rFonts w:ascii="Times New Roman" w:hAnsi="Times New Roman" w:eastAsia="Times New Roman" w:cs="Times New Roman"/>
        </w:rPr>
        <w:t>“Бүх газрын Эзэний дэргэд зогсогч тослогдсон хүмүүс нь нэгэн цагт халхлагч херуб байсан Сатанд өгөгдсөн байр суурийг эзэлдэг. Өөрийн сэнтийг хүрээлэгч ариун оршнолуудаар дамжуулан Эзэн газар дэлхийн оршин суугчидтай байнгын харилцааг хадгалан байдаг. Алтан тос нь Бурхан итгэгчдийн дэнлүүнүүдийг анивчин унтрахгүй байлгахын тулд тэднийг ханган тэтгэдэг нигүүлслийг төлөөлдөг. Хэрэв энэхүү ариун тос тэнгэрээс Бурханы Сүнсний мэдээнүүдээр дамжин асгардаггүйсэн бол, бузар муугийн хүчнүүд хүн төрөлхтнийг бүхэлд нь захирах байсан юм.</w:t>
      </w:r>
    </w:p>
    <w:p>
      <w:pPr>
        <w:pStyle w:val="ArticleScripture"/>
        <w:jc w:val="left"/>
      </w:pPr>
      <w:r>
        <w:rPr>
          <w:rFonts w:ascii="Times New Roman" w:hAnsi="Times New Roman" w:eastAsia="Times New Roman" w:cs="Times New Roman"/>
        </w:rPr>
        <w:t>Бурхан бидэнд илгээдэг мэдээнүүдийг хүлээн авдаггүй үед Тэр гутаагддаг. Ийнхүү бид Түүний харанхуйд буй хүмүүст дамжуулагдахаар бидний сүнсэнд юүлэхийг хүсдэг алтан тосыг няцаадаг. “Харагтун, сүйт залуу ирж байна; түүнийг угтан гарагтун” гэсэн дуудлага ирэхэд, ариун тосыг хүлээн аваагүй, Христийн нигүүлслийг зүрх сэтгэлдээ эрхэмлэн хадгалаагүй хүмүүс мунхаг охидын адил Эзэнтэйгээ уулзахад бэлэн биш байгаагаа олж мэднэ. Тэдэнд тосыг олж авах хүч өөрсдөд нь байхгүй бөгөөд тэдний амьдрал сүйрэлд орно. Харин Бурханы Ариун Сүнсийг гуйж, Мосегийн адил “Надад Өөрийн алдрыг үзүүлээч” хэмээн гуйн залбирвал, Бурханы хайр бидний зүрх сэтгэлд элбэгээр асгарна. Алтан хоолойгоор дамжин алтан тос бидэнд дамжуулагдана. “Хүчин чадлаар ч биш, эрх мэдлээр ч биш, харин Миний Сүнсээр, гэж Түмэн цэргийн ЭЗЭН айлдаж байна.” Зөвт байдлын Нарын тод туяаг хүлээн авснаар Бурханы хүүхдүүд ертөнцөд гэрлүүд мэт гэрэлтдэг. Review and Herald, July 20, 1897.</w:t>
      </w:r>
    </w:p>
    <w:p>
      <w:pPr>
        <w:pStyle w:val="ArticleBody"/>
        <w:jc w:val="left"/>
      </w:pPr>
      <w:r>
        <w:rPr>
          <w:rFonts w:ascii="Times New Roman" w:hAnsi="Times New Roman" w:eastAsia="Times New Roman" w:cs="Times New Roman"/>
        </w:rPr>
        <w:t>Зехариа хоёр чидун мод хэн болохыг дахин дахин асууж, ийнхүү хоёр гэрчийн олон янзын бэлгэдэлд анхаарлыг хандуулсан. Уайт эгч тэр хоёр чидун модыг Илчлэлт арван нэгдүгээр бүлгийн хоёр гэрч мөн гэж тодорхойлдог.</w:t>
      </w:r>
    </w:p>
    <w:p>
      <w:pPr>
        <w:pStyle w:val="ArticleScripture"/>
        <w:jc w:val="left"/>
      </w:pPr>
      <w:r>
        <w:rPr>
          <w:rFonts w:ascii="Times New Roman" w:hAnsi="Times New Roman" w:eastAsia="Times New Roman" w:cs="Times New Roman"/>
        </w:rPr>
        <w:t>“Хоёр гэрчийн тухай эш үзүүлэгч цааш нь ийнхүү тунхагладаг: ‘Эд бол газрын Бурханы өмнө зогсож буй хоёр чидун мод, хоёр дэнлүүний тавиур мөн.’ ‘Таны үг,’ хэмээн дуулалч өгүүлсэн, ‘миний хөлд дэнлүү, миний замд гэрэл мөн.’ Илчлэл 11:4; Дуулал 119:105. Хоёр гэрч нь Хуучин ба Шинэ Гэрээний Судруудыг төлөөлдөг.” Агуу Тэмцэл, 267.</w:t>
      </w:r>
    </w:p>
    <w:p>
      <w:pPr>
        <w:pStyle w:val="ArticleBody"/>
        <w:jc w:val="left"/>
      </w:pPr>
      <w:r>
        <w:rPr>
          <w:rFonts w:ascii="Times New Roman" w:hAnsi="Times New Roman" w:eastAsia="Times New Roman" w:cs="Times New Roman"/>
        </w:rPr>
        <w:t>Зехариа эдгээр хоёр гэрч хэн болохыг ойлгохыг хүссэн. Францын хувьсгалын үед тэд Хуучин ба Шинэ Гэрээнүүд байсан. Тэд ёроолгүй ангал дотроос гарч ирсэн араатанд гудамжинд алагдсан Мосе ба Елиагаар дүрслэгдсэн байдаг. Тэд 2020 оны 7-р сарын 18-нд алагдсан Future for America-гийн үйлчлэлийг төлөөлдөг.</w:t>
      </w:r>
    </w:p>
    <w:p>
      <w:pPr>
        <w:pStyle w:val="ArticleBody"/>
        <w:jc w:val="left"/>
      </w:pPr>
      <w:r>
        <w:rPr>
          <w:rFonts w:ascii="Times New Roman" w:hAnsi="Times New Roman" w:eastAsia="Times New Roman" w:cs="Times New Roman"/>
        </w:rPr>
        <w:t>Бүлгийн эхэнд, Зехариа сэрээгдсэний дараа, үхсэн хуурай яснууд хоорондоо нийлүүлэгдсэн боловч хараахан амь ороогүй байхад, Гавриел “Чи юу үзэж байна вэ?” хэмээн асуудаг. Зехариа үзсэн зүйлээ дүрслэн өгүүлээд, дараа нь “Эзэн минь, эдгээр нь юу вэ?” хэмээн асууна. Гавриел, Зехариагийн асуултад асуултаар хариулснаар тухайн асуулгын сэдвийг онцлон тэмдэглэдэг. Тэр Зехариад, “Эдгээр нь юу болохыг чи мэдэхгүй байна гэж үү?” хэмээн асууна. Дараа нь Гавриел, “Энэ бол Зеруббабелд хандсан ЭЗЭНий үг бөгөөд: Цэрэг хүчээр ч биш, чадал тэнхээгээр ч биш, харин Миний Сүнсээр болно гэж түмэн цэргийн ЭЗЭН айлдаж байна” хэмээн хариулдаг.</w:t>
      </w:r>
    </w:p>
    <w:p>
      <w:pPr>
        <w:pStyle w:val="ArticleBody"/>
        <w:jc w:val="left"/>
      </w:pPr>
      <w:r>
        <w:rPr>
          <w:rFonts w:ascii="Times New Roman" w:hAnsi="Times New Roman" w:eastAsia="Times New Roman" w:cs="Times New Roman"/>
        </w:rPr>
        <w:t>Зеруббабелд өгөгдсөн Эзэний үг нь: “Хүчээр ч биш, чадлаар ч биш, харин Миний Сүнсээр. Ай агуу уул аа, чи хэн бэ? Зеруббабелын өмнө чи тал газар болно. Тэр түүний оройн чулууг уухайлан гаргаж ирэх бөгөөд, ‘Нигүүлсэл, нигүүлсэл түүнд байх болтугай’ хэмээн хашхирна” гэсэн ажээ.</w:t>
      </w:r>
    </w:p>
    <w:p>
      <w:pPr>
        <w:pStyle w:val="ArticleBody"/>
        <w:jc w:val="left"/>
      </w:pPr>
      <w:r>
        <w:rPr>
          <w:rFonts w:ascii="Times New Roman" w:hAnsi="Times New Roman" w:eastAsia="Times New Roman" w:cs="Times New Roman"/>
        </w:rPr>
        <w:t>Захирагч Зеруббабел нь эхлэл ба төгсгөлийн түүхэнд замыг бэлтгэдэг элчийг төлөөлдөг бөгөөд түүний өмнө уул тал мэт болно. Исаиа мөнөөх элчийн ажлыг тодорхойлон, тэрээр “цөлд манай Бурханд зориулсан замыг тэгшилнэ” хэмээн, мөн “хөндий болгон”-ыг “өргөмжлөгдөнө” гэж хэлдэг. Тэрчлэн “уул ба дов” болгон “намсгагдана”; учир нь захирагч Зеруббабелын өмнөх “агуу уул” “тал газар болно.”</w:t>
      </w:r>
    </w:p>
    <w:p>
      <w:pPr>
        <w:pStyle w:val="ArticleBody"/>
        <w:jc w:val="left"/>
      </w:pPr>
      <w:r>
        <w:rPr>
          <w:rFonts w:ascii="Times New Roman" w:hAnsi="Times New Roman" w:eastAsia="Times New Roman" w:cs="Times New Roman"/>
        </w:rPr>
        <w:t>Уильям Миллерийн “долоон цаг” хэмээх мэдээг Бурхан түүнд өгсөн билээ. Зеруббабел нь “долоон цаг”-ийн суурийн чулууг тавьсан Уильям Миллерийг төлөөлдөг бөгөөд мөн “Грейс, Грейс unto it” хэмээн “хашхирч, дуудан” “толгойн чулууг гарган ирүүлэх” гаруудыг ч төлөөлдөг. “Грейс” гэдэг үгийг давтан хэлсэн нь Шөнө дундын Хашхирааны мэдээг төлөөлдөг. “Хашхирах” нь гурав дахь тэнгэрэлчийн чанга хашхиралд төлөөлөгдсөнтэй адил мэдээг төлөөлж, харин “дуудан хашхирах” нь Шөнө дундын Хашхирааныг төлөөлдөг. Энэхүү бүх эшлэл бүхэлдээ Шөнө дундын Хашхирааны мэдээний тухай юм. Энэ нь Үхлийн дотор унтаж байсан онгон охидын тухай бөгөөд тэд Илчлэл арван нэгдүгээр бүлгийн гудамжинд, үхсэн хуурай ястнуудын хөндийгөөр дамжин оршдог. Энэ нь үхсэн хуурай ястнуудын амилалтын тухай бөгөөд мөн мэргэн онгон охидын харж баярладаг “чавхдас”-ын эш үзүүллэгийн үүргийн тухай юм.</w:t>
      </w:r>
    </w:p>
    <w:p>
      <w:pPr>
        <w:pStyle w:val="ArticleBody"/>
        <w:jc w:val="left"/>
      </w:pPr>
      <w:r>
        <w:rPr>
          <w:rFonts w:ascii="Times New Roman" w:hAnsi="Times New Roman" w:eastAsia="Times New Roman" w:cs="Times New Roman"/>
        </w:rPr>
        <w:t>Дараа нь Зехариа: “Түүнээс гадна” гэж хэлдэг. “Түүнээс гадна” гэдэг нь дараах эшлэлийг өмнөх эшлэлийн дээр давхарлан тавихыг хэлнэ. Энэ нь мөрийн дээр мөр тавих эш үзүүллэгийн зарчмыг заасан ишлэл юм. Өмнөх харилцан яриа Зехариагаар төлөөлөгдсөн Бурханы ард түмний шөнө дунд сэргэлтийг тодорхойлсон. Өмнөх харилцан яриа мөн сүүлийн өдрүүдэд Бурханы ард түмэн Илчлэлт арван нэгдүгээр бүлгийн хоёр гэрч хэн болохыг ойлгох хүсэлтэй байдгийг дахин дахин онцолсон. Өмнөх харилцан яриа Зеруббабел анхны хөдөлгөөний ажлыг, мөн эцсийн хөдөлгөөний ажлыг төлөөлдөг болохыг тодорхойлсон. Түүнчлэн Зеруббабелын “гарууд” (хүний хүчийг төлөөлдөг) суурийн чулууг болон оройн чулууг тавих ёстой байсан бөгөөд түүний гаруудын ажил Тайтгаруулагчийн тэнгэрлэг хүчээр л биелсэн бөгөөд биелсээр байдаг гэдгийг тодорхойлсон.</w:t>
      </w:r>
    </w:p>
    <w:p>
      <w:pPr>
        <w:pStyle w:val="ArticleBody"/>
        <w:jc w:val="left"/>
      </w:pPr>
      <w:r>
        <w:rPr>
          <w:rFonts w:ascii="Times New Roman" w:hAnsi="Times New Roman" w:eastAsia="Times New Roman" w:cs="Times New Roman"/>
        </w:rPr>
        <w:t>Үүний дараа өрнөх бөгөөд өмнөх ярианы дээр байрлуулах ёстой энэхүү харилцан яриа нь, “Зеруббабелын гарууд” ажлыг дуусгаж байх үед эцсийн өдрүүд дэх Бурханы ард түмэн гэрлийг тээгч Габриелыг Бурхан Өөрийн ард түмэнд “илгээсэн”-ийг, өөрөөр хэлбэл “Эзэн” түүнийг “илгээсэн”-ийг “мэдэх” болно гэдгийг тодорхойлж байна. Тэд Есүс Христийн Илчлэлтэй холбоотойгоор дүрслэгдсэн анхны үнэн болох тэнгэрлэг харилцааны үйл явцыг танин мэдэх болно. Зеруббабелын мэдээ болон ажлыг няцаана гэдэг нь, Габриелаас ирдэг мэдээг няцааж буй хэрэг бөгөөд тэрхүү мэдээг Габриел Христээс хүлээн авсан, харин Христ Өөрөө түүнийг Эцгээс хүлээн авсан юм.</w:t>
      </w:r>
    </w:p>
    <w:p>
      <w:pPr>
        <w:pStyle w:val="ArticleBody"/>
        <w:jc w:val="left"/>
      </w:pPr>
      <w:r>
        <w:rPr>
          <w:rFonts w:ascii="Times New Roman" w:hAnsi="Times New Roman" w:eastAsia="Times New Roman" w:cs="Times New Roman"/>
        </w:rPr>
        <w:t>Дараа нь мөргөгчдийн хоёр бүлэг тодорхойлогдоно. Нэг бүлэг нь “өчүүхэн зүйлсийн өдрийг” “басамжилсан” ажээ. Нөгөө бүлэг нь “бүх дэлхийгээр ийш тийш хэрэн явдаг Эзэний нүд” болох “тэдгээр долоотой” хамт байгаа Зеруббабелын гарт буй “чавхдасыг” “харахдаа” “баярлах болно.” Өчүүхэн зүйлсийн өдрийг басамжилдаг хүмүүс “чавхдас”-аар төлөөлөгдсөн Уильям Миллерийн түүхэн ажлыг басамжилж байна. Тэд Зеруббабелын гарт буй “чавхдасыг” хараад баярладаг хүмүүстэй эсрэгцүүлэгддэг. Зехариагийн “чавхдас” нь хуваагдал бий болгодог барилгын чулуу мөн. Нэг бүлэг нь “чавхдас”-ыг басамжилдаг, учир нь тэд Зеруббабелын гарт буй “чавхдас” нь “тэдгээр долоотой” хамт байгааг харахаас татгалздаг. “Чавхдас”-тай хамт буй “долоо” хэмээх үг нь Левит хорин зургаад “долоон удаа” гэж орчуулагдсан яг тэр еврей үг мөн.</w:t>
      </w:r>
    </w:p>
    <w:p>
      <w:pPr>
        <w:pStyle w:val="ArticleBody"/>
        <w:jc w:val="left"/>
      </w:pPr>
      <w:r>
        <w:rPr>
          <w:rFonts w:ascii="Times New Roman" w:hAnsi="Times New Roman" w:eastAsia="Times New Roman" w:cs="Times New Roman"/>
        </w:rPr>
        <w:t>Дараа нь Зехариа сэрэх үедээ тэр хоёр гэрч хэн болохыг мэдэхгүй байгаагаа дахин илэрхийлдэг. Тиймээс тэр дахин, “Эдгээр хоёр чидун мод юу вэ?” хэмээн асууна. Тэр үүнийг дахин давтан, “Алтан тосыг өөрсдөөсөө хоёр алтан хоолойгоор дамжуулан юүлдэг эдгээр хоёр чидун мөчир юу вэ?” хэмээн асуудаг. Тэгэхэд Габриел дахин нэгэнтээ Зехариагийн асуултад асуултаар хариулан, “Эдгээр нь юу болохыг чи мэдэхгүй гэж үү?” хэмээн асуултыг онцолдог. Үүнд Зехариа, “Үгүй” гэж хариулна. Тэгээд Габриел, “Эдгээр нь бүх дэлхийн Эзэний дэргэд зогсдог тослогдсон хоёр хүн мөн” гэж хэлдэг.</w:t>
      </w:r>
    </w:p>
    <w:p>
      <w:pPr>
        <w:pStyle w:val="ArticleBody"/>
        <w:jc w:val="left"/>
      </w:pPr>
      <w:r>
        <w:rPr>
          <w:rFonts w:ascii="Times New Roman" w:hAnsi="Times New Roman" w:eastAsia="Times New Roman" w:cs="Times New Roman"/>
        </w:rPr>
        <w:t>Бүлэг Габриел Зехариаг нойрноос нь сэрээснээр эхэлдэг. Тиймээс Зехариа шөнө дунд сэрээгддэг онгон бүсгүйчүүдийг төлөөлдөг бөгөөд тэдгээр онгон бүсгүйчүүд сэрээгдэх үед Илчлэл номын арван нэгдүгээр бүлэгт гардаг хоёр гэрч юуг төлөөлдгийг ойлгох асар их ачаалал тэдэнд ноогдсон байдлаар дүрслэгддэг. Библийн бүх номууд Илчлэл номд уулзан, тэнд төгсөнө. Бүх эш үзүүлэгчид нэгэнтэйгээ нийцдэг, учир нь Бурхан бол самууныг үүсгэгч биш. Бүх эш үзүүлэгчид өөрсдийн амьдарч байсан өдрүүдээс илүүгээр эцсийн өдрүүдийн тухай өгүүлж байна.</w:t>
      </w:r>
    </w:p>
    <w:p>
      <w:pPr>
        <w:pStyle w:val="ArticleBody"/>
        <w:jc w:val="left"/>
      </w:pPr>
      <w:r>
        <w:rPr>
          <w:rFonts w:ascii="Times New Roman" w:hAnsi="Times New Roman" w:eastAsia="Times New Roman" w:cs="Times New Roman"/>
        </w:rPr>
        <w:t>Габриел Альфа ба Омега зарчмыг хэрэглэн, Зеруббабел сүмийг барих ажлыг эхлүүлж, мөн төгсгөнө гэдгийг тодорхойлдог. Түүний ажлыг эхэндээ суурийн чулууг тавих, эцэст нь оройн чулууг байрлуулах явдлаар төлөөлүүлэн үзүүлдэг. Зеруббабел нь Миллерчүүдийн хөдөлгөөн болон Future for America хөдөлгөөнийг төлөөлдөг.</w:t>
      </w:r>
    </w:p>
    <w:p>
      <w:pPr>
        <w:pStyle w:val="ArticleBody"/>
        <w:jc w:val="left"/>
      </w:pPr>
      <w:r>
        <w:rPr>
          <w:rFonts w:ascii="Times New Roman" w:hAnsi="Times New Roman" w:eastAsia="Times New Roman" w:cs="Times New Roman"/>
        </w:rPr>
        <w:t>Габриел Зехариад танилцуулж буй зүйл нь, Шөнийн Дунд дахь Хашхирааны ажил нь эхний тэнгэрэлчийн хөдөлгөөнд ч бай, эсвэл гурав дахь тэнгэрэлчийн хөдөлгөөнд ч бай, Ариун Сүнсний хүчээр хэрэгждэг явдал мөн.</w:t>
      </w:r>
    </w:p>
    <w:p>
      <w:pPr>
        <w:pStyle w:val="ArticleBody"/>
        <w:jc w:val="left"/>
      </w:pPr>
      <w:r>
        <w:rPr>
          <w:rFonts w:ascii="Times New Roman" w:hAnsi="Times New Roman" w:eastAsia="Times New Roman" w:cs="Times New Roman"/>
        </w:rPr>
        <w:t>Тэд гудамжинд үхмэл хэвтэж байх үед дэлхий тэдний үхсэн биеийн дээр баярлан хөөрсөн; харин тэд амилж босоход дэлхий айж, тэд баярлав. Тэд Зеруббабелийн гарт буй тэр “долоон удаа”-гийн чавхныг хардаг учраас баярладаг. Тэр чавхдас нь барилга босгогдох чулуу бөгөөд мэргэн хүмүүсийг мунхгуудаас ялгадаг билээ.</w:t>
      </w:r>
    </w:p>
    <w:p>
      <w:pPr>
        <w:pStyle w:val="ArticleBody"/>
        <w:jc w:val="left"/>
      </w:pPr>
      <w:r>
        <w:rPr>
          <w:rFonts w:ascii="Times New Roman" w:hAnsi="Times New Roman" w:eastAsia="Times New Roman" w:cs="Times New Roman"/>
        </w:rPr>
        <w:t>Зехариа “долоо” гэж хэлээгүй, харин “тэр долоо”-г хэлсэн. Тэд тархан бутарсан хоёр мянга таван зуун хорин жилийг хоёуланг нь хардаг. “Долоо” гэж орчуулагдсан үг нь Левит хорин зургаад “долоон удаа” гэж орчуулагдсан үгтэй адил бөгөөд Израилийн хойд ба өмнөд хоёр хаант улсын аль алинд нь ирүүлсэн боолчлолын “хараалыг” илэрхийлдэг. Даниелын ном “тэр долоо”-г анхны болон эцсийн хилэнцэт уур хилэн гэж тодорхойлдог.</w:t>
      </w:r>
    </w:p>
    <w:p>
      <w:pPr>
        <w:pStyle w:val="ArticleBody"/>
        <w:jc w:val="left"/>
      </w:pPr>
      <w:r>
        <w:rPr>
          <w:rFonts w:ascii="Times New Roman" w:hAnsi="Times New Roman" w:eastAsia="Times New Roman" w:cs="Times New Roman"/>
        </w:rPr>
        <w:t>Уильям Миллерийн тавьсан суурийн чулуу нь “долоон хугацаа” байсан бөгөөд гурав дахь тэнгэрэлчийн хөдөлгөөний тавьсан оройн чулуу ч мөн “долоон хугацаа” юм. Эцсийн өдрүүдийн Шөнө дундын Хашхирааны сэргэлтэд “тэр долоо”-г хараад баясагчид үнэтэй ба өөдгүйгийн хуваагдал, тусгаарлалтыг гэрчлэх болно. Үнэтэй нь бүрэн нэгдэлд орохдоо баярлах бөгөөд өөдгүй нь хоёр алтан хоолойгоор дамжин бууж ирсээр байсан тос өөрсдөд нь байхгүйг хэтэрхий оройтсон хойноо мэдэх болно. Нэг бүлэгт баяр хөөр төрүүлдэг үнэн нь, харахыг хүссэн хүн бүхэнд харагдахуйц байсан хэдий ч, нөгөө бүлэгт бүдрэх чулуу болох болно.</w:t>
      </w:r>
    </w:p>
    <w:p>
      <w:pPr>
        <w:pStyle w:val="ArticleBody"/>
        <w:jc w:val="left"/>
      </w:pPr>
      <w:r>
        <w:rPr>
          <w:rFonts w:ascii="Times New Roman" w:hAnsi="Times New Roman" w:eastAsia="Times New Roman" w:cs="Times New Roman"/>
        </w:rPr>
        <w:t>1856 онд эхэнд “долоон үе” нь сорилт болсон шиг, Филадельфийн Адвентизм Лаодикийн Адвентизмд шилжин орсон тэр үед, “долоон үе” нь төгсгөлд дахин нэгэнтээ сорилт болж байна, яг Лаодикийн Адвентизм Филадельфийн Адвентизмд шилжин орж буй тэр цэгт. Эхэнд байсан сорилт нь 1863 онд “долоон үе” хэмээх Библийн сургаалыг няцааснаар бүтэлгүйтсэн. 2023 онд төгсгөл дэх энэ сорилтод бүдрэх хүмүүс нь Левит хорин зургаад буй “долоон үе”-ээр тодорхойлогдсон эмчилгээний шаарддаг туршлагыг няцаасныхаа улмаас тийнхүү бүдрэх болно.</w:t>
      </w:r>
    </w:p>
    <w:p>
      <w:pPr>
        <w:pStyle w:val="ArticleBody"/>
        <w:jc w:val="left"/>
      </w:pPr>
      <w:r>
        <w:rPr>
          <w:rFonts w:ascii="Times New Roman" w:hAnsi="Times New Roman" w:eastAsia="Times New Roman" w:cs="Times New Roman"/>
        </w:rPr>
        <w:t>Даниелын номын эхний зургаан бүлгийн эш үзүүллэгийн мэдээг авч үзэж эхлэхээс өмнө Даниелын ном “долоон цаг”-ийг бүрэн дүүрэн баталдгийг тогтоон таних нь чухал байсан. Учир нь дөрөв ба тавдугаар бүлгүүд нь “долоон цаг”-ийн тухай бөгөөд Илчлэлт номын арван гуравдугаар бүлэг дэх газрын араатны хоёр эвэрний эхлэл ба төгсгөлийг тодорхойлдог.</w:t>
      </w:r>
    </w:p>
    <w:p>
      <w:pPr>
        <w:pStyle w:val="ArticleBody"/>
        <w:jc w:val="left"/>
      </w:pPr>
      <w:r>
        <w:rPr>
          <w:rFonts w:ascii="Times New Roman" w:hAnsi="Times New Roman" w:eastAsia="Times New Roman" w:cs="Times New Roman"/>
        </w:rPr>
        <w:t>Бид дараагийн өгүүлэлд эхний зургаан бүлгийн талаарх авч үзэх судалгаагаа эхлүүлэх болно.</w:t>
      </w:r>
    </w:p>
    <w:p>
      <w:pPr>
        <w:pStyle w:val="ArticleScripture"/>
        <w:jc w:val="left"/>
      </w:pPr>
      <w:r>
        <w:rPr>
          <w:rFonts w:ascii="Times New Roman" w:hAnsi="Times New Roman" w:eastAsia="Times New Roman" w:cs="Times New Roman"/>
        </w:rPr>
        <w:t>“Даниелын Бурханаас хүлээн авсан гэрэл нь онцгойлон эдгээр эцсийн өдрүүдэд зориулагдан өгөгдсөн юм. Түүний Шинарын агуу гол мөрнүүд болох Улай, Хиддекелийн эрэг дээр үзсэн үзэгдлүүд эдүгээ биеллийн үйл явцад орсон бөгөөд зөгнөгдөн айлдсан бүх үйл явдал удахгүй тохиолдох болно.</w:t>
      </w:r>
    </w:p>
    <w:p>
      <w:pPr>
        <w:pStyle w:val="ArticleScripture"/>
        <w:jc w:val="left"/>
      </w:pPr>
      <w:r>
        <w:rPr>
          <w:rFonts w:ascii="Times New Roman" w:hAnsi="Times New Roman" w:eastAsia="Times New Roman" w:cs="Times New Roman"/>
        </w:rPr>
        <w:t>“Даниелын эш үзүүллэгүүд өгөгдөж байх үеийн еврей үндэстний нөхцөл байдлыг авч үзэгтүн.</w:t>
      </w:r>
    </w:p>
    <w:p>
      <w:pPr>
        <w:pStyle w:val="ArticleScripture"/>
        <w:jc w:val="left"/>
      </w:pPr>
      <w:r>
        <w:rPr>
          <w:rFonts w:ascii="Times New Roman" w:hAnsi="Times New Roman" w:eastAsia="Times New Roman" w:cs="Times New Roman"/>
        </w:rPr>
        <w:t>“Бид Библийг судлахад илүү их цаг зориулах ёстой. Бид Үгийг ёсоор нь ойлгодоггүй. Илчлэлт ном нь өөрт нь агуулагдсан сургаалыг ойлгохыг бидэнд тушаасан захиасаар эхэлдэг. ‘Энэхүү эш үзүүллийн үгсийг уншдаг хүн, түүнийг сонсогчид болон тэнд бичигдсэн зүйлсийг сахигчид ерөөлтэй еэ. Учир нь цаг ойрхон байна’ хэмээн Бурхан айлдаж байна. Бид ард түмнийхээ хувьд энэ ном бидэнд юу гэсэн утгатайг ойлгох үед, бидний дунд агуу сэргэлт үзэгдэх болно. Үүнийг хайж судал гэж бидэнд өгөгдсөн тушаал байсаар атал, бид энэ номын заадаг сургамжуудыг бүрэн дүүрэн ойлгодоггүй.”</w:t>
      </w:r>
    </w:p>
    <w:p>
      <w:pPr>
        <w:pStyle w:val="ArticleScripture"/>
        <w:jc w:val="left"/>
      </w:pPr>
      <w:r>
        <w:rPr>
          <w:rFonts w:ascii="Times New Roman" w:hAnsi="Times New Roman" w:eastAsia="Times New Roman" w:cs="Times New Roman"/>
        </w:rPr>
        <w:t>“Урьд цагт багш нар Даниел болон Илчлэл номыг лацадсан номууд хэмээн тунхаглаж байсан бөгөөд ард түмэн тэднээс нүүр буруулсан билээ. Олон хүнийг түүнийг сөхөхөөс саатуулж байсан илэрхий нууцлаг байдлын хөшгийг Бурхан Өөрийн мутраар Өөрийн үгийн эдгээр хэсгүүдээс зайлуулсан юм. ‘Илчлэл’ хэмээх нэр өөрөө үүнийг лацадсан ном гэсэн мэдэгдэлтэй зөрчилдөнө. ‘Илчлэл’ гэдэг нь ач холбогдол бүхий ямар нэгэн зүйл ил болгогдож байна гэсэн утгатай. Энэ номын үнэнүүд эдгээр эцсийн өдрүүдэд амьдарч буй хүмүүст хандсан байдаг. Бид хөшиг нь зайлуулагдсан ариун зүйлсийн ариун газарт зогсож байна. Бид гадна нь зогсох ёсгүй. Бид хөнгөн хуумгай, хүндлэлгүй бодолтойгоор бус, түрэмгий алхмаар бус, харин хүндлэлтэйгээр, Бурханаас эмээх эмээлттэйгээр дотогш орох ёстой. Бид Илчлэл номын эш үзүүллэгүүд биелэгдэх цагт улам ойртож байна.”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Дөрөвдүгээр Боть</dc:title>
  <dc:subject>Чавхдас туухай</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