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Долоогийн тоо</w:t>
      </w:r>
    </w:p>
    <w:p>
      <w:pPr>
        <w:pStyle w:val="ArticleSubtitle"/>
        <w:jc w:val="left"/>
      </w:pPr>
      <w:r>
        <w:rPr>
          <w:rFonts w:ascii="Arial" w:hAnsi="Arial" w:eastAsia="Arial" w:cs="Arial"/>
        </w:rPr>
        <w:t>Долоон хаан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Долоон аянга нь 1798 оноос 1844 оны 10 дугаар сарын 22 хүртэлх түүхийг төлөөлдөг. Тэрхүү түүх нь Иудагийн хаант улсын сүүлчийн долоон хаадаар, МЭӨ 677 онд Манассеас эхлэн МЭӨ 586 онд Зедекиа хүртэлх үеэр дүрслэгдсэн байв.</w:t>
      </w:r>
    </w:p>
    <w:p>
      <w:pPr>
        <w:pStyle w:val="ArticleBody"/>
        <w:jc w:val="left"/>
      </w:pPr>
      <w:r>
        <w:rPr>
          <w:rFonts w:ascii="Times New Roman" w:hAnsi="Times New Roman" w:eastAsia="Times New Roman" w:cs="Times New Roman"/>
        </w:rPr>
        <w:t>Ариун шинэчлэлийн шугамуудад, эхний тэнгэрэлчийн хүчирхэгжилтийн нэг онцлог нь дэлхий дахиныг хамарсан ямар нэг зүйлийг таньж тодорхойлдог бэлгэдэл юм. 1840 оны 8 дугаар сарын 11-нд эхний тэнгэрэлчийн мэдээ хүчирхэгжиж, улмаар тэр мэдээ дэлхийн бүх миссийн станцад хүргэгдэв.</w:t>
      </w:r>
    </w:p>
    <w:p>
      <w:pPr>
        <w:pStyle w:val="ArticleScripture"/>
        <w:jc w:val="left"/>
      </w:pPr>
      <w:r>
        <w:rPr>
          <w:rFonts w:ascii="Times New Roman" w:hAnsi="Times New Roman" w:eastAsia="Times New Roman" w:cs="Times New Roman"/>
        </w:rPr>
        <w:t>“1840–44 оны адвентийн хөдөлгөөн нь Бурханы хүчний сүр жавхлант илрэл байсан; анхны тэнгэрэлчийн мэдээ дэлхийн бүх миссионерын сууринд хүргэгдсэн юм.” Агуу тэмцэл, 611.</w:t>
      </w:r>
    </w:p>
    <w:p>
      <w:pPr>
        <w:pStyle w:val="ArticleBody"/>
        <w:jc w:val="left"/>
      </w:pPr>
      <w:r>
        <w:rPr>
          <w:rFonts w:ascii="Times New Roman" w:hAnsi="Times New Roman" w:eastAsia="Times New Roman" w:cs="Times New Roman"/>
        </w:rPr>
        <w:t>Зөгнөлийн хувьд тэр үед Илчлэлт номын аравдугаар бүлгийн тэнгэрэлч бууж ирээд, нэг хөлөө газарт, нөгөөгөө тэнгист тавьсан. Уайт эгч үүнийг энэ мэдээний дэлхий дахиныг хамарсан цар хүрээний бэлгэдэл хэмээн тодорхойлсон.</w:t>
      </w:r>
    </w:p>
    <w:p>
      <w:pPr>
        <w:pStyle w:val="ArticleScripture"/>
        <w:jc w:val="left"/>
      </w:pPr>
      <w:r>
        <w:rPr>
          <w:rFonts w:ascii="Times New Roman" w:hAnsi="Times New Roman" w:eastAsia="Times New Roman" w:cs="Times New Roman"/>
        </w:rPr>
        <w:t>“Тэнгэрэлчийн нэг хөл нь тэнгист, нөгөө нь газарт буй байрлал нь энэ мэдээний тунхаглалын өргөн цар хүрээг илтгэнэ. Энэ нь уудам их усыг гаталж, бусад улс орнуудад, бүр бүх дэлхий даяар ч тунхаглагдах болно.” The Seventh-day Adventist Bible Commentary, volume 7, 971.</w:t>
      </w:r>
    </w:p>
    <w:p>
      <w:pPr>
        <w:pStyle w:val="ArticleBody"/>
        <w:jc w:val="left"/>
      </w:pPr>
      <w:r>
        <w:rPr>
          <w:rFonts w:ascii="Times New Roman" w:hAnsi="Times New Roman" w:eastAsia="Times New Roman" w:cs="Times New Roman"/>
        </w:rPr>
        <w:t>Кирийн анхны зарлигийг тунхагласан нь дэлхий дахины хамарсан зарлиг байсан.</w:t>
      </w:r>
    </w:p>
    <w:p>
      <w:pPr>
        <w:pStyle w:val="ArticleScripture"/>
        <w:jc w:val="left"/>
      </w:pPr>
      <w:r>
        <w:rPr>
          <w:rFonts w:ascii="Times New Roman" w:hAnsi="Times New Roman" w:eastAsia="Times New Roman" w:cs="Times New Roman"/>
        </w:rPr>
        <w:t>Персийн хаан Кирусын хаанчлалын эхний жилд, Иеремиагийн амаар айлдсан ЭЗЭНий үг биелэхийн тулд, ЭЗЭН Персийн хаан Кирусын сэтгэлийг хөдөлгөсөн тул тэрээр бүх хаант улс даяараа зарлиг тунхаглаж, мөн үүнийг бичгээр гарган, ийн өгүүлэв: “Персийн хаан Кирус ийн хэлж байна: Тэнгэрийн Бурхан ЭЗЭН газрын бүх хаант улсуудыг надад өгсөн; мөн Тэр надад Иудад буй Иерусалимд Өөрт нь өргөө бариулахыг тушаасан. Түүний бүх ард түмний дундаас та нарын хэн нь байна вэ? Түүний Бурхан түүнтэй хамт байг, тэгээд тэр Иудад буй Иерусалим уруу явж, Иерусалимд байдаг Израилийн Бурхан ЭЗЭНий өргөөг бариг. (Тэр бол Бурхан юм.) Мөн хаана ч түр сууж үлдэж буй хэн боловч, түүний суугаа газрын хүмүүс түүнийг мөнгөөр, алтаар, эд хогшлоор, мал сүргээр туслаг; үүнээс гадна Иерусалим дахь Бурханы өргөөний төлөөх сайн дурын өргөлөөр ч туслаг.” Дараа нь Иуда ба Бениамины эцгүүдийн тэргүүнүүд, тахилч нар, левичүүд, мөн Бурхан сэтгэлийг нь хөдөлгөсөн бүх хүн босож, Иерусалим дахь ЭЗЭНий өргөөг барихаар явав. Езра 1:1–4.</w:t>
      </w:r>
    </w:p>
    <w:p>
      <w:pPr>
        <w:pStyle w:val="ArticleBody"/>
        <w:jc w:val="left"/>
      </w:pPr>
      <w:r>
        <w:rPr>
          <w:rFonts w:ascii="Times New Roman" w:hAnsi="Times New Roman" w:eastAsia="Times New Roman" w:cs="Times New Roman"/>
        </w:rPr>
        <w:t>1840 оны 8 дугаар сарын 11-нд анхны тэнгэрэлч дэлхийн бүх номлолын өртөөнд хүргэгдсэнтэй адил, Кир анхны зарлигийг тунхаглахдаа өөрийгөө “дэлхий дээрх бүх хаант улсын” хаан хэмээн тодорхойлдог. Хатагтай Уайтын “Есүс Христээс өөр хэн ч биш” хэмээн тодорхойлсон Илчлэлт арвын тэнгэрэлчийн бууж ирэлт нь Илчлэлт арван наймын хүчирхэг тэнгэрэлчтэй адил эш үзүүллэгийн шинжүүдийг агуулдаг. Хатагтай Уайт анхны тэнгэрэлчийн зорилго нь Илчлэлт арван наймын тэнгэрэлчийн зорилготой адил байсан хэмээн тодорхойлдог.</w:t>
      </w:r>
    </w:p>
    <w:p>
      <w:pPr>
        <w:pStyle w:val="ArticleScripture"/>
        <w:jc w:val="left"/>
      </w:pPr>
      <w:r>
        <w:rPr>
          <w:rFonts w:ascii="Times New Roman" w:hAnsi="Times New Roman" w:eastAsia="Times New Roman" w:cs="Times New Roman"/>
        </w:rPr>
        <w:t>“Есүс хүчирхэг тэнгэрэлчийг доош илгээж, Өөрийнх нь хоёр дахь үзэгдэлд бэлтгэхийг газрын оршин суугчдад анхааруулан тушаав. Тэнгэр дэх Есүсийн оршихуйгаас тэр тэнгэрэлч явах үед түүний өмнө нэн хурц, сүр жавхлант гэрэл явж байв. Түүний даалгавар нь газрыг өөрийн сүр жавхлангаар гэрэлтүүлж, Бурханы ирэх уур хилэнгийн талаар хүнд анхааруулах явдал хэмээн надад хэлсэн.” Early Writings, 245.</w:t>
      </w:r>
    </w:p>
    <w:p>
      <w:pPr>
        <w:pStyle w:val="ArticleBody"/>
        <w:jc w:val="left"/>
      </w:pPr>
      <w:r>
        <w:rPr>
          <w:rFonts w:ascii="Times New Roman" w:hAnsi="Times New Roman" w:eastAsia="Times New Roman" w:cs="Times New Roman"/>
        </w:rPr>
        <w:t>Эхний тэнгэрэлчийн хүч чадалжуулалт нь дэлхий дахины шинжийг онцлон илэрхийлсэн бэлгэдэл юм. Христийн үеийн анхны мэдээ Христийн баптисм дээр хүч чадалтай болсон. Ариун Бичээс бүх Израиль Иоханы мэдээг сонсохоор цөл уруу гарч очсоныг гэрчилдэг.</w:t>
      </w:r>
    </w:p>
    <w:p>
      <w:pPr>
        <w:pStyle w:val="ArticleScripture"/>
        <w:jc w:val="left"/>
      </w:pPr>
      <w:r>
        <w:rPr>
          <w:rFonts w:ascii="Times New Roman" w:hAnsi="Times New Roman" w:eastAsia="Times New Roman" w:cs="Times New Roman"/>
        </w:rPr>
        <w:t>Тэгэхэд Иерусалим, бүх Иудей, мөн Иорданы эргэн тойрны бүх нутаг түүн уруу гарч очин, нүглээ наманчилж, Иордан голд түүнээр баптисм хүртэж байв. Матай 3:5, 6.</w:t>
      </w:r>
    </w:p>
    <w:p>
      <w:pPr>
        <w:pStyle w:val="ArticleBody"/>
        <w:jc w:val="left"/>
      </w:pPr>
      <w:r>
        <w:rPr>
          <w:rFonts w:ascii="Times New Roman" w:hAnsi="Times New Roman" w:eastAsia="Times New Roman" w:cs="Times New Roman"/>
        </w:rPr>
        <w:t>Христийн үйлчлэл эртний Израильд чиглэж байсан бөгөөд эш үзүүллэгийн тэр утгаар бүх дэлхий Христийн баптисм хүртсэн газар болох Иорданд татагдан ирсэн юм. Гэвч баптисмын ёслол, мөн Христ баптисм хүртэхэд түүний төлөөлж байсан зүйл нь бүх дэлхийд хандсан байв.</w:t>
      </w:r>
    </w:p>
    <w:p>
      <w:pPr>
        <w:pStyle w:val="ArticleBody"/>
        <w:jc w:val="left"/>
      </w:pPr>
      <w:r>
        <w:rPr>
          <w:rFonts w:ascii="Times New Roman" w:hAnsi="Times New Roman" w:eastAsia="Times New Roman" w:cs="Times New Roman"/>
        </w:rPr>
        <w:t>Иехоиаким гэдэг нэр нь “Бурхан босно” гэсэн утгатай бөгөөд Христийн баптисмын үед Иохан Христийг уснаас дээш гаргахдаа усан булшнаас “дээш босохын” бэлгэдэл тэрхүү хүчирхэгжүүлэлтийн нэгэн бүрэлдэхүүн болсон юм. Бидний өмнө нь эш татсан Езрагийн эхний дөрвөн эшлэлийн дараах тавдугаар эшлэлд зарлигийг сонсогсдын хариу үйлдлийг ийнхүү тодорхойлсон байдаг: “Тэгээд Иуда ба Бениамины эцгүүдийн тэргүүнүүд, тахилч нар, левичүүд, мөн сүнсийг нь Бурхан хөдөлгөсөн бүхэн Иерусалимд буй ЭЗЭНий өргөөг барихаар явахаар босов.” Эхний мэдээ хүчирхэгжих үед Иехоиакимын нэрээр төлөөлөгдсөнчлөн босолт гарч ирдэг.</w:t>
      </w:r>
    </w:p>
    <w:p>
      <w:pPr>
        <w:pStyle w:val="ArticleBody"/>
        <w:jc w:val="left"/>
      </w:pPr>
      <w:r>
        <w:rPr>
          <w:rFonts w:ascii="Times New Roman" w:hAnsi="Times New Roman" w:eastAsia="Times New Roman" w:cs="Times New Roman"/>
        </w:rPr>
        <w:t>2001 оны 9 дүгээр сарын 11-нд гурав дахь тэнгэрэлчийн хүчирхэг хөдөлгөөний эхний мэдээ нь, нэгдүгээр тэнгэрэлчийн хүчирхэг хөдөлгөөний эхний мэдээ хүчээр тоноглогдсон байснаар бэлгэдэгдсэнчлэн, хүчтэй болсон юм. Тэр өдөр Ихэр цамхгуудын сүйрлийн талаар Систер Уайт тайлбарлан өгүүлдэг.</w:t>
      </w:r>
    </w:p>
    <w:p>
      <w:pPr>
        <w:pStyle w:val="ArticleScripture"/>
        <w:jc w:val="left"/>
      </w:pPr>
      <w:r>
        <w:rPr>
          <w:rFonts w:ascii="Times New Roman" w:hAnsi="Times New Roman" w:eastAsia="Times New Roman" w:cs="Times New Roman"/>
        </w:rPr>
        <w:t>“Одоо Нью-Йорк далайн түрлэгийн асар их давалгаанд хамагдан үгүй болно гэж миний тунхагласан үг гарч байна гэж үү? Үүнийг би хэзээ ч хэлж байгаагүй. Харин тэнд давхар давхраараа сүндэрлэн босож буй агуу барилгуудыг ажиглахдаа би: ‘Эзэн газар дэлхийг аймшигтайгаар сэгсрэхээр босох үед ямар аймшигт үзэгдлүүд болох бол оо! Тэгвэл Илчлэл 18:1–3-ын үгс биелэх болно’ хэмээн хэлсэн. Илчлэлийн арван наймдугаар бүлэг бүхэлдээ дэлхий дээр ирэх зүйлийн тухай анхааруулга юм. Гэвч Нью-Йоркод юу ирэх талаар надад онцгойлон өгөгдсөн гэрэл байхгүй; зөвхөн Бурханы хүчний эргүүлэн, дахин дахин хөмрүүлэх үйлчлэлээр тэндэх агуу барилгууд нэгэн өдөр нураан унагаагдана гэдгийг би мэднэ. Надад өгөгдсөн гэрлээс би сүйрэл дэлхийд байгааг мэднэ. Эзэний ганцхан үг, Түүний хүчирхэг чадлын ганцхан хүрэлт байхад л эдгээр аварга байгууламжууд нуран унах болно. Бидний төсөөлж ч үл чадах тийм аймшигт үзэгдлүүд болно.” Review and Herald, July 5, 1906.</w:t>
      </w:r>
    </w:p>
    <w:p>
      <w:pPr>
        <w:pStyle w:val="ArticleBody"/>
        <w:jc w:val="left"/>
      </w:pPr>
      <w:r>
        <w:rPr>
          <w:rFonts w:ascii="Times New Roman" w:hAnsi="Times New Roman" w:eastAsia="Times New Roman" w:cs="Times New Roman"/>
        </w:rPr>
        <w:t>Нэг зуун дөчин дөрвөн мянгын түүхэн дэх эхний мэдээ хүчирхэгжих үед Эзэн “газрыг аймшигтайгаар донсолгохоор” “босов”. Иехоиакимын нэр нь эхний мэдээ хүчирхэгжихийг бэлгэддэг. 1840 оны 8 дугаар сарын 11-нд Эзэн Өөрийн сэнтийгээс босож, газар дэлхийд буун ирээд, хуурай газар ба тэнгис дээр зогсов. Кирусын анхны зарлигийн үед итгэмжит хүмүүс босов. Иехоиаким нь зөвхөн анхны тэнгэрэлчийн ирэлтийн бэлгэдэл төдий биш, мөн анхны тэнгэрэлчийн хүчирхэгжилтийг ч төлөөлдөг.</w:t>
      </w:r>
    </w:p>
    <w:p>
      <w:pPr>
        <w:pStyle w:val="ArticleBody"/>
        <w:jc w:val="left"/>
      </w:pPr>
      <w:r>
        <w:rPr>
          <w:rFonts w:ascii="Times New Roman" w:hAnsi="Times New Roman" w:eastAsia="Times New Roman" w:cs="Times New Roman"/>
        </w:rPr>
        <w:t>Иехоиаким нь сүүлчийн гурван хааны эхнийхийг төлөөлдөг боловч, мөн Иерусалимын сүйрэлд хүргэдэг долоон хааны тав дахь хааныг ч төлөөлдөг. Тэр долоон хааны нэрс маш ихийг өгүүлдэг. Тэр долоон хаан нь Манассе, Амон, Иосиах, Иехоахаз, Иехоиаким, Иехоиахин, Зедекиа нар байв.</w:t>
      </w:r>
    </w:p>
    <w:p>
      <w:pPr>
        <w:pStyle w:val="ArticleBody"/>
        <w:jc w:val="left"/>
      </w:pPr>
      <w:r>
        <w:rPr>
          <w:rFonts w:ascii="Times New Roman" w:hAnsi="Times New Roman" w:eastAsia="Times New Roman" w:cs="Times New Roman"/>
        </w:rPr>
        <w:t>Миллеритүүдийн түүхэнд Манассе нь төгсгөлийн цаг үеийг, 1798 оныг төлөөлдөг. Манассе гэдэг нь “мартагдуулагч” гэсэн утгатай бөгөөд 1798 онд Тирийн янхан далан жилийн турш мартагддаг. Манассе нь хамгийн хорон муу хаадын нэг байсан бөгөөд анхааран авч үзвэл зохих эш үзүүллэгийн шинж чанаруудыг агуулдаг.</w:t>
      </w:r>
    </w:p>
    <w:p>
      <w:pPr>
        <w:pStyle w:val="ArticleBody"/>
        <w:jc w:val="left"/>
      </w:pPr>
      <w:r>
        <w:rPr>
          <w:rFonts w:ascii="Times New Roman" w:hAnsi="Times New Roman" w:eastAsia="Times New Roman" w:cs="Times New Roman"/>
        </w:rPr>
        <w:t>Иудагийн сүүлчийн долоон хаан нь 1798 оноос 1844 оны 10 дугаар сарын 22 хүртэлх долоон аянгын түүхийг төлөөлдөг. Манассе нь тэр долоон хааны эхнийх нь байсан бөгөөд долоон хааны эхний хааны хувьд тэрээр долоон хааны сүүлчийнх болох Зедекиагийн бэлгэдэл болсон. Есүс төгсгөлийг үргэлж эхлэлтэй нь адилтган тодорхойлдог. Долоон хааны сүүлчийн хаан болох Зедекиа Вавилоны олзлолын боолчлолд аваачигдсан. Сүүлчийн долоон хааны эхний хаан мөн Вавилоны олзлолд аваачигдсан нь сүүлчийн хааныг Вавилоны олзлолд аваачихыг бэлгэдэж байв.</w:t>
      </w:r>
    </w:p>
    <w:p>
      <w:pPr>
        <w:pStyle w:val="ArticleScripture"/>
        <w:jc w:val="left"/>
      </w:pPr>
      <w:r>
        <w:rPr>
          <w:rFonts w:ascii="Times New Roman" w:hAnsi="Times New Roman" w:eastAsia="Times New Roman" w:cs="Times New Roman"/>
        </w:rPr>
        <w:t>ЭЗЭН Манассетай болон түүний ард түмэнтэй айлдсан боловч тэд сонссонгүй. Иймээс ЭЗЭН Ассирийн хааны цэргийн жанждыг тэдний дээр авчирсан бөгөөд тэд Манассег өргөст дунд барьж, гав гинжээр хүлэн, түүнийг Вавилон уруу авч явжээ. Тэрээр зовлон шаналал дунд байхдаа өөрийн Бурхан ЭЗЭНийг эрэн гуйж, эцэг өвгөдийнхөө Бурханы өмнө үлэмжээр өөрийгөө даруу болгож, Түүнд залбирсан бөгөөд Тэр түүнд нигүүлсэн хандан, түүний гуйлтыг сонсон, түүнийг Иерусалимд, хаанчлалд нь дахин авчирчээ. Тэгэхэд Манассе ЭЗЭН бол Бурхан мөн гэдгийг мэдэв. Шастирын дэд 33:10–13.</w:t>
      </w:r>
    </w:p>
    <w:p>
      <w:pPr>
        <w:pStyle w:val="ArticleBody"/>
        <w:jc w:val="left"/>
      </w:pPr>
      <w:r>
        <w:rPr>
          <w:rFonts w:ascii="Times New Roman" w:hAnsi="Times New Roman" w:eastAsia="Times New Roman" w:cs="Times New Roman"/>
        </w:rPr>
        <w:t>ЭЗЭН бол Бурхан мөн гэдгийг Манассе ухааран мэдсэн туршлага нь түүнийг өөрийн хаанчлалаас зайлуулж, дараа нь хаанчлалд нь дахин сэргээн тогтоосноор биелсэн юм. Небухаднезар ч мөн Манассегийн адил, өөрийн хаанчлалаас зайлуулагдаж, түүнээс хойш дахин сэргээгдэн тогтоогдохдоо ЭЗЭНийг мэдэн ухаарсан билээ.</w:t>
      </w:r>
    </w:p>
    <w:p>
      <w:pPr>
        <w:pStyle w:val="ArticleScripture"/>
        <w:jc w:val="left"/>
      </w:pPr>
      <w:r>
        <w:rPr>
          <w:rFonts w:ascii="Times New Roman" w:hAnsi="Times New Roman" w:eastAsia="Times New Roman" w:cs="Times New Roman"/>
        </w:rPr>
        <w:t>Тэгээд өдрүүдийн эцэст би, Небухаднезар, нүдээ тэнгэр өөд өргөхөд ухаан санаа минь надад эргэн ирсэн бөгөөд би Хамгийн Дээдийг ерөөж, мөнхөд амьдрагчийг магтан алдаршуулж, хүндэтгэв. Учир нь Түүний ноёрхол бол мөнхийн ноёрхол бөгөөд Түүний хаанчлал үеэс үед оршдог. Газрын бүх оршин суугчид юу ч биш мэт тооцогддог; Тэр тэнгэрийн цэрэг дунд ч, газрын оршин суугчдын дунд ч Өөрийн хүслийн дагуу үйлддэг; хэн ч Түүний гарыг хориглож, эсвэл Түүнд, “Та юу хийж байна вэ?” гэж хэлж чаддаггүй. Тэр цаг мөчид ухаан санаа минь надад эргэн ирсэн; мөн миний хаанчлалын сүр жавхын төлөө нэр төр, гялбаа минь надад эргэн ирэв; зөвлөхүүд минь болон ноёд минь намайг эрж ирсэн; би хаанчлалдаа дахин бат тогтож, надад дээдийн дээд сүр жавхлан нэмэгдэв. Эдүгээ би, Небухаднезар, тэнгэрийн Хааныг магтаж, өргөмжилж, хүндэтгэж байна. Түүний бүх үйлс үнэн бөгөөд Түүний замууд шүүлт мөн; бардамнлаар явдаг хүмүүсийг Тэр дорд болгох чадалтай. Даниел 4:34–37.</w:t>
      </w:r>
    </w:p>
    <w:p>
      <w:pPr>
        <w:pStyle w:val="ArticleBody"/>
        <w:jc w:val="left"/>
      </w:pPr>
      <w:r>
        <w:rPr>
          <w:rFonts w:ascii="Times New Roman" w:hAnsi="Times New Roman" w:eastAsia="Times New Roman" w:cs="Times New Roman"/>
        </w:rPr>
        <w:t>Манассегийн туршлага Небухаднезар дээр биелсэн юм. Манассе нь Иудагийн сүүлчийн гурван хааны түүх дэх “эцсийн цаг”-ийг, мөн олзлогдлын далан жилийн эш үзүүллэгийн ирэлтийг төлөөлдөг. Небухаднезар нь гурван зарлигийн түүх дэх “эцсийн цаг”-ийг төлөөлдөг бөгөөд, яг л 1798 он долоон аянгын түүх дэх “эцсийн цаг” байсанчлан тийнхүү байна. Сая эш татсан эшлэлүүдэд Небухаднезарын ухаан ойлголт түүнд “өдрүүдийн төгсгөлд” буцан ирсэн. “Өдрүүдийн төгсгөл” хэмээх хэллэг нь мөн Даниел номын арван хоёрдугаар бүлэгт дурдагдсан байдаг.</w:t>
      </w:r>
    </w:p>
    <w:p>
      <w:pPr>
        <w:pStyle w:val="ArticleScripture"/>
        <w:jc w:val="left"/>
      </w:pPr>
      <w:r>
        <w:rPr>
          <w:rFonts w:ascii="Times New Roman" w:hAnsi="Times New Roman" w:eastAsia="Times New Roman" w:cs="Times New Roman"/>
        </w:rPr>
        <w:t>Харин чи эцэс хүртэл өөрийн замаар яв; учир нь чи амарч, өдрүүдийн төгсгөлд өөрт оногдсон хувьдаа зогсох болно. Даниел 12:13.</w:t>
      </w:r>
    </w:p>
    <w:p>
      <w:pPr>
        <w:pStyle w:val="ArticleBody"/>
        <w:jc w:val="left"/>
      </w:pPr>
      <w:r>
        <w:rPr>
          <w:rFonts w:ascii="Times New Roman" w:hAnsi="Times New Roman" w:eastAsia="Times New Roman" w:cs="Times New Roman"/>
        </w:rPr>
        <w:t>Даниел номын арван хоёрдугаар бүлэгт гардаг “өдрүүдийн төгсгөл” нь “эцсийн цаг” мөн. Учир нь Даниелд “эцэс хүртэл яв” гэж айлдсан. Тэр үед Даниел “өөрийн хувь дээр зогсоно.” “Өөрийн хувь дээр зогсоно” гэдэг нь өөрийн зорилгыг биелүүлнэ гэсэн утгатай бөгөөд өдрүүдийн төгсгөлд, өөрөөр хэлбэл “эцсийн цаг”-т, түүний номын лац тайлагдах үед Даниел үүнийг биелүүлсэн юм. Тэр үед мэргэдийн ойлгох “мэдлэгийн өсөлт” байх байв. Небухаднезарын өдрүүдийн төгсгөлд түүний “ухаарал” түүнд эргэн ирсэн юм.</w:t>
      </w:r>
    </w:p>
    <w:p>
      <w:pPr>
        <w:pStyle w:val="ArticleScripture"/>
        <w:jc w:val="left"/>
      </w:pPr>
      <w:r>
        <w:rPr>
          <w:rFonts w:ascii="Times New Roman" w:hAnsi="Times New Roman" w:eastAsia="Times New Roman" w:cs="Times New Roman"/>
        </w:rPr>
        <w:t>“Бурхан хүнд хийхээр онцгой ажил даалгах үед тэрээр Даниелын адил өөрт оногдсон хувь ба байр сууриндаа зогсож, Бурханы дуудлагад хариулахад бэлэн, Түүний зорилгыг биелүүлэхэд бэлэн байх ёстой.” Manuscript Releases, volume 6, 108.</w:t>
      </w:r>
    </w:p>
    <w:p>
      <w:pPr>
        <w:pStyle w:val="ArticleBody"/>
        <w:jc w:val="left"/>
      </w:pPr>
      <w:r>
        <w:rPr>
          <w:rFonts w:ascii="Times New Roman" w:hAnsi="Times New Roman" w:eastAsia="Times New Roman" w:cs="Times New Roman"/>
        </w:rPr>
        <w:t>Манассе Иудагийн сүүлчийн гурван хааны түүхэн дэх “эцсийн цаг”-ийг төлөөлдөг бол Небухаднезар гурван зарлигийн доторх “эцсийн цаг”-ийг төлөөлдөг. Манассегийн дараа түүний хүү Амон залгамжилсан.</w:t>
      </w:r>
    </w:p>
    <w:p>
      <w:pPr>
        <w:pStyle w:val="ArticleBody"/>
        <w:jc w:val="left"/>
      </w:pPr>
      <w:r>
        <w:rPr>
          <w:rFonts w:ascii="Times New Roman" w:hAnsi="Times New Roman" w:eastAsia="Times New Roman" w:cs="Times New Roman"/>
        </w:rPr>
        <w:t>Амон гэдэг нь “сурган бэлтгэх” гэсэн утгатай бөгөөд лац нь тайлагдсан мэдээнд “мэргэдийг” сурган бэлтгэх “мэдлэгийн өсөлт” байсан цаг үеийг төлөөлдөг. Үүний дараа Амонгийн араас Иосиа гарч ирсэн бөгөөд тэрээр энэ долоон хааны дундаас, нэлээд сайн боловч төвөгтэй эш үзүүллэгийн түүхтэй цорын ганц хаан юм.</w:t>
      </w:r>
    </w:p>
    <w:p>
      <w:pPr>
        <w:pStyle w:val="ArticleBody"/>
        <w:jc w:val="left"/>
      </w:pPr>
      <w:r>
        <w:rPr>
          <w:rFonts w:ascii="Times New Roman" w:hAnsi="Times New Roman" w:eastAsia="Times New Roman" w:cs="Times New Roman"/>
        </w:rPr>
        <w:t>Иосиагийн нэр нь “Бурханы суурь” гэсэн утгатай бөгөөд “эцсийн цаг”-т лац нь тайлагдсан үнэнүүдийг тогтоон байгуулсныг төлөөлдөг. Амонын дүрслэн үзүүлсэн мэдлэгийн өсөлт нь Габриел болон бусад ариун тэнгэрэлч нарын удирдамжаар Уильям Миллерээр эмхлэн нэгтгэгдсэн юм. Миллерийн ажлыг Иосиа гэдэг нэр төлөөлдөг, учир нь тэрээр тэр хөдөлгөөний суурийг тавьсан билээ. Иосиагийн талаар тодорхойлон таних зүйл үүнээс хавьгүй олон бий, гэвч одоо бид түүний хүү Иехоахаз руу шилжье.</w:t>
      </w:r>
    </w:p>
    <w:p>
      <w:pPr>
        <w:pStyle w:val="ArticleScripture"/>
        <w:jc w:val="left"/>
      </w:pPr>
      <w:r>
        <w:rPr>
          <w:rFonts w:ascii="Times New Roman" w:hAnsi="Times New Roman" w:eastAsia="Times New Roman" w:cs="Times New Roman"/>
        </w:rPr>
        <w:t>Иехоахаз хаан ширээнд суухдаа хорин гурван настай байсан бөгөөд Иерусалимд гурван сар хаанчлав. Түүний эхийн нэр нь Либнагийн Иеремиагийн охин Хамутал байв. Тэрээр эцэг өвгөдийнхөө үйлдсэн бүхий л ёс мэт ЭЗЭНий мэлмийд бузар мууг үйлдэв. Фараон-Нехо түүнийг Иерусалимд хаанчлуулахгүй гэж Хаматын нутаг дахь Риблад хүлэн хорьж, мөн газарт зуун талант мөнгө, нэг талант алтны алба ногдуулав. Фараон-Нехо Иосиагийн хүү Елиакимыг эцэг Иосиагийнх нь оронд хаан болгож, нэрийг нь Иехоиаким болгон өөрчилж, Иехоахазыг авч одов. Тэр Египетэд очоод тэндээ нас баржээ. Хаадын дэд 23:31–34.</w:t>
      </w:r>
    </w:p>
    <w:p>
      <w:pPr>
        <w:pStyle w:val="ArticleBody"/>
        <w:jc w:val="left"/>
      </w:pPr>
      <w:r>
        <w:rPr>
          <w:rFonts w:ascii="Times New Roman" w:hAnsi="Times New Roman" w:eastAsia="Times New Roman" w:cs="Times New Roman"/>
        </w:rPr>
        <w:t>Иехоахаз гэдэг нь “Ехова булаан авсан” гэсэн утгатай бөгөөд тэрээр Фараон-Неход баригдан автагдсан юм. Иосиагийн хүү Иехоахаз Фараон-Неход баригдан, түүний оронд “өргөмжлөгч Бурхан” гэсэн утгатай өөрийн ах Елиаким тавигдав. Дараа нь Фараон-Нехо Елиакимын нэрийг “Бурхан өргөмжлөгдөнө” гэсэн утгатай Иехоиаким болгон өөрчилжээ. Нэр өөрчлөгдөх нь гэрээний харилцааны бэлгэдэл бөгөөд эхний мэдээ хүчжих үед Бурхан урьдын гэрээт ард түмнийг зэрэгцүүлэн өнгөрч, нэгэн ард түмэнтэй гэрээ байгуулдаг.</w:t>
      </w:r>
    </w:p>
    <w:p>
      <w:pPr>
        <w:pStyle w:val="ArticleBody"/>
        <w:jc w:val="left"/>
      </w:pPr>
      <w:r>
        <w:rPr>
          <w:rFonts w:ascii="Times New Roman" w:hAnsi="Times New Roman" w:eastAsia="Times New Roman" w:cs="Times New Roman"/>
        </w:rPr>
        <w:t>1840 оны 8 дугаар сарын 11-нд, гурван зуун ерэн нэгэн жил арван таван өдрийн турш суллагдсан дөрвөн салхиар төлөөлөгдөж байсан Османы эзэнт гүрэн хязгаарлагдсан, өөрөөр хэлбэл Иехоахазын нэрийн утгаар бол тэд “баригдсан” юм. Үүний зэрэгцээ Елиакимыг хаан болгож, түүний нэрийг “Бурхан босно” гэсэн утгатай Иехоиаким болгон өөрчилжээ. Иехоиакимын дараа Судруудад гурван нэрээр гардаг түүний хүү Иехоиахин залгамжилсан юм.</w:t>
      </w:r>
    </w:p>
    <w:p>
      <w:pPr>
        <w:pStyle w:val="ArticleBody"/>
        <w:jc w:val="left"/>
      </w:pPr>
      <w:r>
        <w:rPr>
          <w:rFonts w:ascii="Times New Roman" w:hAnsi="Times New Roman" w:eastAsia="Times New Roman" w:cs="Times New Roman"/>
        </w:rPr>
        <w:t>Иехоиахин гэдэг нэр нь “ЭЗЭН босгон байгуулж, бат тогтооно” гэсэн утгатай. Тэрээр Иехоиакимын хүү байсан бөгөөд Бурхан шинэ, жинхэнэ, Протестант эврийг “босгон байгуулж, бат тогтоосон” тул 1844 оны хавар хоёр дахь тэнгэрэлч ирснийг тэмдэглэдэг. Хоёр дахь тэнгэрэлчийн мэдээ нь Шөнийн дунд хашхирааны мэдээгээр хүчирхэгжсэн бөгөөд Иекониа болон Кониа гэдэг нь “Бурхан байгуулна” гэсэн утгатай. Нэг ижил утгатай эдгээр гурван нэр нь Шөнийн дунд хашхираа хоёр дахь тэнгэрэлчийн мэдээтэй нэгдсэнийг төлөөлдөг. Чанга Хашхирааны үеэр Ариун Сүнс эцсийн удаа асгарах үед нэг зуун дөчин дөрвөн мянга лацдагдана. Нэг зуун дөчин дөрвөн мянгын лацдалт нь Миллерийн хөдөлгөөний Шөнийн дунд хашхираанд бэлгэдлээр урьдчилан дүрслэгдсэн байсан бөгөөд Иехоиахин, өөрөөр Иекониа ба Кониа хэмээн нэрлэгддэг тэрээр лацдлын бэлгэ тэмдэг юм.</w:t>
      </w:r>
    </w:p>
    <w:p>
      <w:pPr>
        <w:pStyle w:val="ArticleScripture"/>
        <w:jc w:val="left"/>
      </w:pPr>
      <w:r>
        <w:rPr>
          <w:rFonts w:ascii="Times New Roman" w:hAnsi="Times New Roman" w:eastAsia="Times New Roman" w:cs="Times New Roman"/>
        </w:rPr>
        <w:t>“Би амьд буйгаар минь, — гэж Эзэн айлдаж байна, — Иудагийн хаан Иехоиакимын хүү Кониа Миний баруун гарын тамгат бөгж байсан ч, Би чамайг тэндээс сугалан авч хаях болно. Мөн Би чамайг амийг чинь эрэгчдийн гарт, царайнаас нь чи эмээдэг хүмүүсийн гарт, өөрөөр хэлбэл Вавилоны хаан Небухадрецарын гарт, мөн халдейчуудын гарт өгнө. Тэгээд Би чамайг болон чамайг төрүүлсэн эхийг чинь та нарын төрөөгүй өөр нутаг руу хөөн гаргана; тэнд та нар үхнэ. Харин буцаж очихыг хүсэн тэмүүлдэг тэр нутагтаа тэд эргэн очихгүй. Энэ хүн Кониа жигшигдсэн, хэмхэрхий шүтээн мөн үү? Тэр таашаагддаггүй сав мөн үү? Яагаад түүнийг болон түүний үр удмыг хөөн гаргаж, өөрсдийн мэдэхгүй нутагт хаясан юм бэ? Өө, газар аа, газар аа, газар аа, Эзэний үгийг сонсогтун.” Иеремиа 22:24–29.</w:t>
      </w:r>
    </w:p>
    <w:p>
      <w:pPr>
        <w:pStyle w:val="ArticleBody"/>
        <w:jc w:val="left"/>
      </w:pPr>
      <w:r>
        <w:rPr>
          <w:rFonts w:ascii="Times New Roman" w:hAnsi="Times New Roman" w:eastAsia="Times New Roman" w:cs="Times New Roman"/>
        </w:rPr>
        <w:t>Иехоиахин, Иекониа болон Кониа нь хоёр дахь тэнгэрэлчийн мэдээнд Шөнө дундын Хашхирааны мэдээ нэгддэг лацдах үеийг төлөөлдөг. Тэрээр мунхаг хүмүүсийн лацдах үеийг төлөөлдөг. Тэрхүү хорон хаан нь лацдах үед Эзэний амнаас үүрд бөөлжигдөн хаягдах тул араатны тэмдгийг хүлээн авахаар тавилантай байдаг, мунхаг Лаодикийн онгон бүсгүйчүүдийг төлөөлдөг.</w:t>
      </w:r>
    </w:p>
    <w:p>
      <w:pPr>
        <w:pStyle w:val="ArticleBody"/>
        <w:jc w:val="left"/>
      </w:pPr>
      <w:r>
        <w:rPr>
          <w:rFonts w:ascii="Times New Roman" w:hAnsi="Times New Roman" w:eastAsia="Times New Roman" w:cs="Times New Roman"/>
        </w:rPr>
        <w:t>Бурханы баруун гар дээрх тамга нь Түүний лац мөн бөгөөд нэг зуун дөчин дөрвөн мянгыг лацдах үеэр Эзэний амнаас бөөлжигдөн гардаг хүмүүс нь гартаа “долоон цаг”-ийн дүүжин хэмжүүрийг барьж байсан хүн Зеруббабелтай эсрэгцүүлэн тавигддаг.</w:t>
      </w:r>
    </w:p>
    <w:p>
      <w:pPr>
        <w:pStyle w:val="ArticleScripture"/>
        <w:jc w:val="left"/>
      </w:pPr>
      <w:r>
        <w:rPr>
          <w:rFonts w:ascii="Times New Roman" w:hAnsi="Times New Roman" w:eastAsia="Times New Roman" w:cs="Times New Roman"/>
        </w:rPr>
        <w:t>Иудагийн захирагч Зеруббабелд хандан ийн хэл: Би тэнгэр ба газрыг донсолгоно; мөн хаант улсуудын сэнтийг түлхэн унагаж, харь үндэстнүүдийн хаант улсуудын хүч чадлыг устгана; мөн тэрэгнүүдийг болон тэдгээр дээр суугчдыг түлхэн унагаана; морьд ба тэдний унаачид тус бүр ах дүүсийнхээ илдээр унах болно. Тэр өдөр, түмэн цэргийн ЭЗЭН айлдаж байна, Би чамайг, Миний зарц Шеалтиелийн хүү Зеруббабел аа, авна гэж ЭЗЭН айлдаж байна, мөн чамайг тамганы бөгж мэт болгоно. Учир нь Би чамайг сонгосон гэж түмэн цэргийн ЭЗЭН айлдаж байна. Хаггай 2:21–23.</w:t>
      </w:r>
    </w:p>
    <w:p>
      <w:pPr>
        <w:pStyle w:val="ArticleBody"/>
        <w:jc w:val="left"/>
      </w:pPr>
      <w:r>
        <w:rPr>
          <w:rFonts w:ascii="Times New Roman" w:hAnsi="Times New Roman" w:eastAsia="Times New Roman" w:cs="Times New Roman"/>
        </w:rPr>
        <w:t>“Долоон цаг” хэмээх нь “бүдрүүлэх чулуу” бөгөөд энэ нь Зеруббабелын гарт буй “дээс жин” юм; мөн тэрээр Бурхан зуун дөчин дөрвөн мянгыг тамгалахдаа хэрэглэдэг “тамганы бөгж” хэмээн дүрслэгддэг. Тамганы бөгж, өөрөөр хэлбэл “тэмдэг” нь Иерусалимд үйлдэгдэж буй жигшүүрт зүйлсийн төлөө “санаа алдаж, хашхирдаг” хүмүүсийн дээр тавигддаг. Санаа алдах ба хашхирах нь тамгалуулж буй хүмүүсийн туршлагыг тодорхойлдог бөгөөд санаа алдах ба хашхирах нь “долоон цаг”-ийн эмчилгээний талаар тэдний дотоод хариу үйлдлийн бэлгэдэл юм. Энэ нь өөрсдийн нүглийн төлөө, мөн эцгүүдийнхээ нүглийн төлөө хийдэг гэмшил, наманчлал юм. Энэ нь 2020 оны 7 дугаар сарын 18-ны урам хугаралтаас хойш тэд Бурхантай хамт яваагүй бөгөөд Бурхан ч тэдэнтэй хамт яваагүйг хүлээн зөвшөөрөх явдал мөн. Энэ нь 1863 онд, Филадельфи Лаодики руу шилжиж байсан цаг хугацааны үед унасан шалгалт мөн. Энэ нь Кониагаар төлөөлүүлэгдсэн хүмүүс үүрд мунхаг Лаодикийн онгон охид болон тогтоогдож, харин Зеруббабелаар төлөөлүүлэгдсэн хүмүүс үүрд мэргэн Филадельфийн онгон охид болон тогтоогдсон цаг хугацааны үеийг хэв шинжээр илэрхийлсэн юм.</w:t>
      </w:r>
    </w:p>
    <w:p>
      <w:pPr>
        <w:pStyle w:val="ArticleBody"/>
        <w:jc w:val="left"/>
      </w:pPr>
      <w:r>
        <w:rPr>
          <w:rFonts w:ascii="Times New Roman" w:hAnsi="Times New Roman" w:eastAsia="Times New Roman" w:cs="Times New Roman"/>
        </w:rPr>
        <w:t>Иехоихины дараа долоон хаадын сүүлчийнх болох Зедекиа залгамжилсан. Манассе 1798 он болон “эцсийн цаг”-ийг төлөөлж байсанчлан, Зедекиа нь үзэгдэл “ярьж, худал хэлэхгүй” байх тэр мөч болох 1844 оны 10 дугаар сарын 22-ны өдрийг төлөөлөх ёстой. Зедекиа гэдэг нэр нь хоёр еврей үгийн нийлбэрээс бүтсэн нэр юм. Нэг үг нь “Ехова” бөгөөд энэ нь Даниелын наймдугаар бүлгийн арван дөрөвдүгээр зүйлд “цэвэршүүлэгдэх” гэж орчуулагдсан үгтэй нийлсэн байдаг. Зедекиа гэдэг нь Бурханы ариун сүмийн цэвэршүүлэлтийг гэсэн утгатай бөгөөд энэ нь 1844 оны 10 дугаар сарын 22-нд эхэлсэн юм.</w:t>
      </w:r>
    </w:p>
    <w:p>
      <w:pPr>
        <w:pStyle w:val="ArticleBody"/>
        <w:jc w:val="left"/>
      </w:pPr>
      <w:r>
        <w:rPr>
          <w:rFonts w:ascii="Times New Roman" w:hAnsi="Times New Roman" w:eastAsia="Times New Roman" w:cs="Times New Roman"/>
        </w:rPr>
        <w:t>Иудагийн сүүлчийн долоон хаан нь 1798 оноос 1844 оны аравдугаар сарын 22 хүртэлх дэвшилтэт түүхийг төлөөлдөг. Иехоиаким нь 1840 оны наймдугаар сарын 11-ний бэлгэдэл бөгөөд энэ нь цаашлаад 2001 оны есдүгээр сарын 11-нийг төлөөлдөг. Тэр бол эхний тэнгэрэлчийн мэдээ хүчирхэгжсэний бэлгэдэл бөгөөд Даниелын номын нэгдүгээр бүлгийн эхний эшлэлд танилцуулагддаг. Иймээс Даниелын номын нэгдүгээр бүлгийн нөхцөл байдал ба агуулга нь Илчлэл номын аравдугаар бүлэгт дүрслэгдсэнээр эхний тэнгэрэлчийн мэдээ хүчирхэгжих явдал юм. Илчлэл номын аравдугаар бүлэгт Христ гартаа нэгэн жижигхэн ном барин бууж ирсэн бөгөөд Иоханд түүнийг идэхийг тушаасан. Ийм учраас Даниелын ном дахь эхний шалгалт нь идэхтэй холбоотой байдаг.</w:t>
      </w:r>
    </w:p>
    <w:p>
      <w:pPr>
        <w:pStyle w:val="ArticleBody"/>
        <w:jc w:val="left"/>
      </w:pPr>
      <w:r>
        <w:rPr>
          <w:rFonts w:ascii="Times New Roman" w:hAnsi="Times New Roman" w:eastAsia="Times New Roman" w:cs="Times New Roman"/>
        </w:rPr>
        <w:t>Бид эдгээр сэдвүүдийг дараагийн өгүүлэлд үргэлжлүүлэн авч үзэх болно.</w:t>
      </w:r>
    </w:p>
    <w:p>
      <w:pPr>
        <w:pStyle w:val="ArticleScripture"/>
        <w:jc w:val="left"/>
      </w:pPr>
      <w:r>
        <w:rPr>
          <w:rFonts w:ascii="Times New Roman" w:hAnsi="Times New Roman" w:eastAsia="Times New Roman" w:cs="Times New Roman"/>
        </w:rPr>
        <w:t>Тэр надад, “Хүний хүү, чиний хэвлийг идүүлж, чиний гэдсийг Миний чамд өгч буй энэ хуйлмал бичгээр дүүргэ” хэмээн айлдав. Тэгээд би түүнийг идэв; тэр нь миний аманд балаас адил амттай байв. Езекиел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Долоогийн тоо</dc:title>
  <dc:subject>Долоон хаан</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